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302D9" w14:textId="55D57A21" w:rsidR="003B6EAA" w:rsidRDefault="003B6EAA" w:rsidP="003B6EAA">
      <w:pPr>
        <w:spacing w:line="480" w:lineRule="auto"/>
        <w:jc w:val="center"/>
        <w:rPr>
          <w:rFonts w:ascii="Times New Roman" w:hAnsi="Times New Roman" w:cs="Times New Roman"/>
          <w:b/>
          <w:bCs/>
        </w:rPr>
      </w:pPr>
      <w:r>
        <w:rPr>
          <w:rFonts w:ascii="Times New Roman" w:hAnsi="Times New Roman" w:cs="Times New Roman"/>
          <w:b/>
          <w:bCs/>
        </w:rPr>
        <w:t>S</w:t>
      </w:r>
      <w:r w:rsidRPr="005830E1">
        <w:rPr>
          <w:rFonts w:ascii="Times New Roman" w:hAnsi="Times New Roman" w:cs="Times New Roman"/>
          <w:b/>
          <w:bCs/>
        </w:rPr>
        <w:t xml:space="preserve">tructure of </w:t>
      </w:r>
      <w:r>
        <w:rPr>
          <w:rFonts w:ascii="Times New Roman" w:hAnsi="Times New Roman" w:cs="Times New Roman"/>
          <w:b/>
          <w:bCs/>
        </w:rPr>
        <w:t>C</w:t>
      </w:r>
      <w:r w:rsidRPr="005830E1">
        <w:rPr>
          <w:rFonts w:ascii="Times New Roman" w:hAnsi="Times New Roman" w:cs="Times New Roman"/>
          <w:b/>
          <w:bCs/>
        </w:rPr>
        <w:t xml:space="preserve">urrent </w:t>
      </w:r>
      <w:r>
        <w:rPr>
          <w:rFonts w:ascii="Times New Roman" w:hAnsi="Times New Roman" w:cs="Times New Roman"/>
          <w:b/>
          <w:bCs/>
        </w:rPr>
        <w:t>P</w:t>
      </w:r>
      <w:r w:rsidRPr="005830E1">
        <w:rPr>
          <w:rFonts w:ascii="Times New Roman" w:hAnsi="Times New Roman" w:cs="Times New Roman"/>
          <w:b/>
          <w:bCs/>
        </w:rPr>
        <w:t xml:space="preserve">sychopathology and </w:t>
      </w:r>
      <w:r>
        <w:rPr>
          <w:rFonts w:ascii="Times New Roman" w:hAnsi="Times New Roman" w:cs="Times New Roman"/>
          <w:b/>
          <w:bCs/>
        </w:rPr>
        <w:t>i</w:t>
      </w:r>
      <w:r w:rsidRPr="005830E1">
        <w:rPr>
          <w:rFonts w:ascii="Times New Roman" w:hAnsi="Times New Roman" w:cs="Times New Roman"/>
          <w:b/>
          <w:bCs/>
        </w:rPr>
        <w:t xml:space="preserve">ts </w:t>
      </w:r>
      <w:r>
        <w:rPr>
          <w:rFonts w:ascii="Times New Roman" w:hAnsi="Times New Roman" w:cs="Times New Roman"/>
          <w:b/>
          <w:bCs/>
        </w:rPr>
        <w:t>A</w:t>
      </w:r>
      <w:r w:rsidRPr="005830E1">
        <w:rPr>
          <w:rFonts w:ascii="Times New Roman" w:hAnsi="Times New Roman" w:cs="Times New Roman"/>
          <w:b/>
          <w:bCs/>
        </w:rPr>
        <w:t>ssociation</w:t>
      </w:r>
      <w:r>
        <w:rPr>
          <w:rFonts w:ascii="Times New Roman" w:hAnsi="Times New Roman" w:cs="Times New Roman"/>
          <w:b/>
          <w:bCs/>
        </w:rPr>
        <w:t>s</w:t>
      </w:r>
      <w:r w:rsidRPr="005830E1">
        <w:rPr>
          <w:rFonts w:ascii="Times New Roman" w:hAnsi="Times New Roman" w:cs="Times New Roman"/>
          <w:b/>
          <w:bCs/>
        </w:rPr>
        <w:t xml:space="preserve"> with </w:t>
      </w:r>
      <w:r>
        <w:rPr>
          <w:rFonts w:ascii="Times New Roman" w:hAnsi="Times New Roman" w:cs="Times New Roman"/>
          <w:b/>
          <w:bCs/>
        </w:rPr>
        <w:t>D</w:t>
      </w:r>
      <w:r w:rsidRPr="005830E1">
        <w:rPr>
          <w:rFonts w:ascii="Times New Roman" w:hAnsi="Times New Roman" w:cs="Times New Roman"/>
          <w:b/>
          <w:bCs/>
        </w:rPr>
        <w:t xml:space="preserve">aily </w:t>
      </w:r>
      <w:r>
        <w:rPr>
          <w:rFonts w:ascii="Times New Roman" w:hAnsi="Times New Roman" w:cs="Times New Roman"/>
          <w:b/>
          <w:bCs/>
        </w:rPr>
        <w:t>L</w:t>
      </w:r>
      <w:r w:rsidRPr="005830E1">
        <w:rPr>
          <w:rFonts w:ascii="Times New Roman" w:hAnsi="Times New Roman" w:cs="Times New Roman"/>
          <w:b/>
          <w:bCs/>
        </w:rPr>
        <w:t xml:space="preserve">ife </w:t>
      </w:r>
      <w:r>
        <w:rPr>
          <w:rFonts w:ascii="Times New Roman" w:hAnsi="Times New Roman" w:cs="Times New Roman"/>
          <w:b/>
          <w:bCs/>
        </w:rPr>
        <w:t>E</w:t>
      </w:r>
      <w:r w:rsidRPr="005830E1">
        <w:rPr>
          <w:rFonts w:ascii="Times New Roman" w:hAnsi="Times New Roman" w:cs="Times New Roman"/>
          <w:b/>
          <w:bCs/>
        </w:rPr>
        <w:t xml:space="preserve">xperiences using the </w:t>
      </w:r>
      <w:proofErr w:type="spellStart"/>
      <w:r w:rsidR="00B14F60">
        <w:rPr>
          <w:rFonts w:ascii="Times New Roman" w:hAnsi="Times New Roman" w:cs="Times New Roman"/>
          <w:b/>
          <w:bCs/>
        </w:rPr>
        <w:t>HiTOP</w:t>
      </w:r>
      <w:proofErr w:type="spellEnd"/>
      <w:r w:rsidR="00B14F60">
        <w:rPr>
          <w:rFonts w:ascii="Times New Roman" w:hAnsi="Times New Roman" w:cs="Times New Roman"/>
          <w:b/>
          <w:bCs/>
        </w:rPr>
        <w:t>-SR</w:t>
      </w:r>
      <w:r>
        <w:rPr>
          <w:rFonts w:ascii="Times New Roman" w:hAnsi="Times New Roman" w:cs="Times New Roman"/>
          <w:b/>
          <w:bCs/>
        </w:rPr>
        <w:t xml:space="preserve"> in a Mixed Clinical/Community Sample</w:t>
      </w:r>
    </w:p>
    <w:p w14:paraId="70310470" w14:textId="77777777" w:rsidR="003B6EAA" w:rsidRDefault="003B6EAA" w:rsidP="003B6EAA">
      <w:pPr>
        <w:spacing w:line="480" w:lineRule="auto"/>
        <w:rPr>
          <w:rFonts w:ascii="Times New Roman" w:hAnsi="Times New Roman" w:cs="Times New Roman"/>
          <w:b/>
          <w:bCs/>
        </w:rPr>
      </w:pPr>
    </w:p>
    <w:p w14:paraId="23843314" w14:textId="77777777" w:rsidR="003B6EAA" w:rsidRDefault="003B6EAA" w:rsidP="003B6EAA">
      <w:pPr>
        <w:spacing w:line="480" w:lineRule="auto"/>
        <w:jc w:val="center"/>
        <w:rPr>
          <w:rFonts w:ascii="Times New Roman" w:hAnsi="Times New Roman" w:cs="Times New Roman"/>
          <w:b/>
          <w:bCs/>
        </w:rPr>
      </w:pPr>
      <w:r w:rsidRPr="00720C47">
        <w:rPr>
          <w:rFonts w:ascii="Times New Roman" w:hAnsi="Times New Roman" w:cs="Times New Roman"/>
          <w:b/>
          <w:bCs/>
        </w:rPr>
        <w:t>Supplemental Materials</w:t>
      </w:r>
    </w:p>
    <w:p w14:paraId="21A83972" w14:textId="77777777" w:rsidR="003B6EAA" w:rsidRDefault="003B6EAA" w:rsidP="003B6EAA">
      <w:pPr>
        <w:spacing w:line="480" w:lineRule="auto"/>
        <w:jc w:val="center"/>
        <w:rPr>
          <w:rFonts w:ascii="Times New Roman" w:hAnsi="Times New Roman" w:cs="Times New Roman"/>
        </w:rPr>
      </w:pPr>
      <w:r>
        <w:rPr>
          <w:rFonts w:ascii="Times New Roman" w:hAnsi="Times New Roman" w:cs="Times New Roman"/>
        </w:rPr>
        <w:t>Deviations from Preregistration</w:t>
      </w:r>
    </w:p>
    <w:p w14:paraId="4DB08036" w14:textId="1D6AFD8C" w:rsidR="003B6EAA" w:rsidRPr="002D5EE4" w:rsidRDefault="003B6EAA" w:rsidP="003B6EAA">
      <w:pPr>
        <w:spacing w:line="480" w:lineRule="auto"/>
        <w:ind w:firstLine="720"/>
        <w:rPr>
          <w:rFonts w:ascii="Times New Roman" w:hAnsi="Times New Roman" w:cs="Times New Roman"/>
        </w:rPr>
      </w:pPr>
      <w:r w:rsidRPr="008362BB">
        <w:rPr>
          <w:rFonts w:ascii="Times New Roman" w:hAnsi="Times New Roman" w:cs="Times New Roman"/>
          <w:i/>
          <w:iCs/>
        </w:rPr>
        <w:t>Adjustment to rotation criteria</w:t>
      </w:r>
      <w:r>
        <w:rPr>
          <w:rFonts w:ascii="Times New Roman" w:hAnsi="Times New Roman" w:cs="Times New Roman"/>
        </w:rPr>
        <w:t>: Initially, and as explained in the preregistration, w</w:t>
      </w:r>
      <w:r w:rsidRPr="002D5EE4">
        <w:rPr>
          <w:rFonts w:ascii="Times New Roman" w:hAnsi="Times New Roman" w:cs="Times New Roman"/>
        </w:rPr>
        <w:t xml:space="preserve">e used exploratory factor analysis (EFA) with target rotation using the ESEM capabilities of </w:t>
      </w:r>
      <w:proofErr w:type="spellStart"/>
      <w:r>
        <w:rPr>
          <w:rFonts w:ascii="Times New Roman" w:hAnsi="Times New Roman" w:cs="Times New Roman"/>
        </w:rPr>
        <w:t>Mplus</w:t>
      </w:r>
      <w:proofErr w:type="spellEnd"/>
      <w:r>
        <w:rPr>
          <w:rFonts w:ascii="Times New Roman" w:hAnsi="Times New Roman" w:cs="Times New Roman"/>
        </w:rPr>
        <w:t xml:space="preserve"> </w:t>
      </w:r>
      <w:r w:rsidRPr="002D5EE4">
        <w:rPr>
          <w:rFonts w:ascii="Times New Roman" w:hAnsi="Times New Roman" w:cs="Times New Roman"/>
        </w:rPr>
        <w:t xml:space="preserve">to explore the </w:t>
      </w:r>
      <w:proofErr w:type="spellStart"/>
      <w:r w:rsidR="00B14F60">
        <w:rPr>
          <w:rFonts w:ascii="Times New Roman" w:hAnsi="Times New Roman" w:cs="Times New Roman"/>
        </w:rPr>
        <w:t>HiTOP</w:t>
      </w:r>
      <w:proofErr w:type="spellEnd"/>
      <w:r w:rsidR="00B14F60">
        <w:rPr>
          <w:rFonts w:ascii="Times New Roman" w:hAnsi="Times New Roman" w:cs="Times New Roman"/>
        </w:rPr>
        <w:t>-SR</w:t>
      </w:r>
      <w:r w:rsidRPr="002D5EE4">
        <w:rPr>
          <w:rFonts w:ascii="Times New Roman" w:hAnsi="Times New Roman" w:cs="Times New Roman"/>
        </w:rPr>
        <w:t xml:space="preserve"> structure based on the rational organization of facet scales provided by the </w:t>
      </w:r>
      <w:proofErr w:type="spellStart"/>
      <w:r w:rsidRPr="002D5EE4">
        <w:rPr>
          <w:rFonts w:ascii="Times New Roman" w:hAnsi="Times New Roman" w:cs="Times New Roman"/>
        </w:rPr>
        <w:t>HiTOP</w:t>
      </w:r>
      <w:proofErr w:type="spellEnd"/>
      <w:r w:rsidRPr="002D5EE4">
        <w:rPr>
          <w:rFonts w:ascii="Times New Roman" w:hAnsi="Times New Roman" w:cs="Times New Roman"/>
        </w:rPr>
        <w:t xml:space="preserve"> Measures Development Workgroup </w:t>
      </w:r>
      <w:r w:rsidRPr="008362BB">
        <w:rPr>
          <w:rFonts w:ascii="Times New Roman" w:hAnsi="Times New Roman" w:cs="Times New Roman"/>
        </w:rPr>
        <w:t>(</w:t>
      </w:r>
      <w:r>
        <w:rPr>
          <w:rFonts w:ascii="Times New Roman" w:hAnsi="Times New Roman" w:cs="Times New Roman"/>
        </w:rPr>
        <w:t>Simms et al., 2023</w:t>
      </w:r>
      <w:r w:rsidRPr="002D5EE4">
        <w:rPr>
          <w:rFonts w:ascii="Times New Roman" w:hAnsi="Times New Roman" w:cs="Times New Roman"/>
        </w:rPr>
        <w:t>). In the target rotation, we use</w:t>
      </w:r>
      <w:r>
        <w:rPr>
          <w:rFonts w:ascii="Times New Roman" w:hAnsi="Times New Roman" w:cs="Times New Roman"/>
        </w:rPr>
        <w:t>d</w:t>
      </w:r>
      <w:r w:rsidRPr="002D5EE4">
        <w:rPr>
          <w:rFonts w:ascii="Times New Roman" w:hAnsi="Times New Roman" w:cs="Times New Roman"/>
        </w:rPr>
        <w:t xml:space="preserve"> all facet scales intended for a given domain as the anchor variables. We assign</w:t>
      </w:r>
      <w:r>
        <w:rPr>
          <w:rFonts w:ascii="Times New Roman" w:hAnsi="Times New Roman" w:cs="Times New Roman"/>
        </w:rPr>
        <w:t>ed</w:t>
      </w:r>
      <w:r w:rsidRPr="002D5EE4">
        <w:rPr>
          <w:rFonts w:ascii="Times New Roman" w:hAnsi="Times New Roman" w:cs="Times New Roman"/>
        </w:rPr>
        <w:t xml:space="preserve"> a target rotation of 1 for the facet scales we anticipate</w:t>
      </w:r>
      <w:r>
        <w:rPr>
          <w:rFonts w:ascii="Times New Roman" w:hAnsi="Times New Roman" w:cs="Times New Roman"/>
        </w:rPr>
        <w:t>d</w:t>
      </w:r>
      <w:r w:rsidRPr="002D5EE4">
        <w:rPr>
          <w:rFonts w:ascii="Times New Roman" w:hAnsi="Times New Roman" w:cs="Times New Roman"/>
        </w:rPr>
        <w:t xml:space="preserve"> to load strongly on a domain, and a target rotation of 0 for those that we expect</w:t>
      </w:r>
      <w:r>
        <w:rPr>
          <w:rFonts w:ascii="Times New Roman" w:hAnsi="Times New Roman" w:cs="Times New Roman"/>
        </w:rPr>
        <w:t>ed</w:t>
      </w:r>
      <w:r w:rsidRPr="002D5EE4">
        <w:rPr>
          <w:rFonts w:ascii="Times New Roman" w:hAnsi="Times New Roman" w:cs="Times New Roman"/>
        </w:rPr>
        <w:t xml:space="preserve"> to load weakly. Specifically, we </w:t>
      </w:r>
      <w:r>
        <w:rPr>
          <w:rFonts w:ascii="Times New Roman" w:hAnsi="Times New Roman" w:cs="Times New Roman"/>
        </w:rPr>
        <w:t>did</w:t>
      </w:r>
      <w:r w:rsidRPr="002D5EE4">
        <w:rPr>
          <w:rFonts w:ascii="Times New Roman" w:hAnsi="Times New Roman" w:cs="Times New Roman"/>
        </w:rPr>
        <w:t xml:space="preserve"> not assign a target loading to the following facets, with the expected associated domain noted in parentheses</w:t>
      </w:r>
      <w:r>
        <w:rPr>
          <w:rFonts w:ascii="Times New Roman" w:hAnsi="Times New Roman" w:cs="Times New Roman"/>
        </w:rPr>
        <w:t>, since we did</w:t>
      </w:r>
      <w:r w:rsidRPr="002D5EE4">
        <w:rPr>
          <w:rFonts w:ascii="Times New Roman" w:hAnsi="Times New Roman" w:cs="Times New Roman"/>
        </w:rPr>
        <w:t xml:space="preserve"> not have a clear hypothesis for the relationship between </w:t>
      </w:r>
      <w:r w:rsidR="003F58DB">
        <w:rPr>
          <w:rFonts w:ascii="Times New Roman" w:hAnsi="Times New Roman" w:cs="Times New Roman"/>
        </w:rPr>
        <w:t>the</w:t>
      </w:r>
      <w:r w:rsidRPr="002D5EE4">
        <w:rPr>
          <w:rFonts w:ascii="Times New Roman" w:hAnsi="Times New Roman" w:cs="Times New Roman"/>
        </w:rPr>
        <w:t xml:space="preserve"> facet and the domain:</w:t>
      </w:r>
    </w:p>
    <w:p w14:paraId="0733817F" w14:textId="77777777" w:rsidR="003B6EAA" w:rsidRPr="002D5EE4" w:rsidRDefault="003B6EAA" w:rsidP="003B6EAA">
      <w:pPr>
        <w:numPr>
          <w:ilvl w:val="0"/>
          <w:numId w:val="1"/>
        </w:numPr>
        <w:spacing w:line="480" w:lineRule="auto"/>
        <w:rPr>
          <w:rFonts w:ascii="Times New Roman" w:hAnsi="Times New Roman" w:cs="Times New Roman"/>
        </w:rPr>
      </w:pPr>
      <w:proofErr w:type="spellStart"/>
      <w:r w:rsidRPr="002D5EE4">
        <w:rPr>
          <w:rFonts w:ascii="Times New Roman" w:hAnsi="Times New Roman" w:cs="Times New Roman"/>
        </w:rPr>
        <w:t>Anankastia</w:t>
      </w:r>
      <w:proofErr w:type="spellEnd"/>
      <w:r w:rsidRPr="002D5EE4">
        <w:rPr>
          <w:rFonts w:ascii="Times New Roman" w:hAnsi="Times New Roman" w:cs="Times New Roman"/>
        </w:rPr>
        <w:t xml:space="preserve"> (</w:t>
      </w:r>
      <w:r>
        <w:rPr>
          <w:rFonts w:ascii="Times New Roman" w:hAnsi="Times New Roman" w:cs="Times New Roman"/>
        </w:rPr>
        <w:t>E</w:t>
      </w:r>
      <w:r w:rsidRPr="002D5EE4">
        <w:rPr>
          <w:rFonts w:ascii="Times New Roman" w:hAnsi="Times New Roman" w:cs="Times New Roman"/>
        </w:rPr>
        <w:t>xternalizing)</w:t>
      </w:r>
    </w:p>
    <w:p w14:paraId="5DFB8B80" w14:textId="77777777" w:rsidR="003B6EAA" w:rsidRPr="002D5EE4" w:rsidRDefault="003B6EAA" w:rsidP="003B6EAA">
      <w:pPr>
        <w:numPr>
          <w:ilvl w:val="0"/>
          <w:numId w:val="1"/>
        </w:numPr>
        <w:spacing w:line="480" w:lineRule="auto"/>
        <w:rPr>
          <w:rFonts w:ascii="Times New Roman" w:hAnsi="Times New Roman" w:cs="Times New Roman"/>
        </w:rPr>
      </w:pPr>
      <w:r w:rsidRPr="002D5EE4">
        <w:rPr>
          <w:rFonts w:ascii="Times New Roman" w:hAnsi="Times New Roman" w:cs="Times New Roman"/>
        </w:rPr>
        <w:t>Sexual problems (</w:t>
      </w:r>
      <w:r>
        <w:rPr>
          <w:rFonts w:ascii="Times New Roman" w:hAnsi="Times New Roman" w:cs="Times New Roman"/>
        </w:rPr>
        <w:t>I</w:t>
      </w:r>
      <w:r w:rsidRPr="002D5EE4">
        <w:rPr>
          <w:rFonts w:ascii="Times New Roman" w:hAnsi="Times New Roman" w:cs="Times New Roman"/>
        </w:rPr>
        <w:t>nternalizing)</w:t>
      </w:r>
    </w:p>
    <w:p w14:paraId="16238758" w14:textId="77777777" w:rsidR="003B6EAA" w:rsidRPr="002D5EE4" w:rsidRDefault="003B6EAA" w:rsidP="003B6EAA">
      <w:pPr>
        <w:numPr>
          <w:ilvl w:val="0"/>
          <w:numId w:val="1"/>
        </w:numPr>
        <w:spacing w:line="480" w:lineRule="auto"/>
        <w:rPr>
          <w:rFonts w:ascii="Times New Roman" w:hAnsi="Times New Roman" w:cs="Times New Roman"/>
        </w:rPr>
      </w:pPr>
      <w:r w:rsidRPr="002D5EE4">
        <w:rPr>
          <w:rFonts w:ascii="Times New Roman" w:hAnsi="Times New Roman" w:cs="Times New Roman"/>
        </w:rPr>
        <w:t>Eating pathology (</w:t>
      </w:r>
      <w:r>
        <w:rPr>
          <w:rFonts w:ascii="Times New Roman" w:hAnsi="Times New Roman" w:cs="Times New Roman"/>
        </w:rPr>
        <w:t>I</w:t>
      </w:r>
      <w:r w:rsidRPr="002D5EE4">
        <w:rPr>
          <w:rFonts w:ascii="Times New Roman" w:hAnsi="Times New Roman" w:cs="Times New Roman"/>
        </w:rPr>
        <w:t>nternalizing)</w:t>
      </w:r>
    </w:p>
    <w:p w14:paraId="6C0BE646" w14:textId="77777777" w:rsidR="003B6EAA" w:rsidRPr="002D5EE4" w:rsidRDefault="003B6EAA" w:rsidP="003B6EAA">
      <w:pPr>
        <w:numPr>
          <w:ilvl w:val="0"/>
          <w:numId w:val="1"/>
        </w:numPr>
        <w:spacing w:line="480" w:lineRule="auto"/>
        <w:rPr>
          <w:rFonts w:ascii="Times New Roman" w:hAnsi="Times New Roman" w:cs="Times New Roman"/>
        </w:rPr>
      </w:pPr>
      <w:r w:rsidRPr="002D5EE4">
        <w:rPr>
          <w:rFonts w:ascii="Times New Roman" w:hAnsi="Times New Roman" w:cs="Times New Roman"/>
        </w:rPr>
        <w:t>Mania (</w:t>
      </w:r>
      <w:r>
        <w:rPr>
          <w:rFonts w:ascii="Times New Roman" w:hAnsi="Times New Roman" w:cs="Times New Roman"/>
        </w:rPr>
        <w:t>T</w:t>
      </w:r>
      <w:r w:rsidRPr="002D5EE4">
        <w:rPr>
          <w:rFonts w:ascii="Times New Roman" w:hAnsi="Times New Roman" w:cs="Times New Roman"/>
        </w:rPr>
        <w:t xml:space="preserve">hought </w:t>
      </w:r>
      <w:r>
        <w:rPr>
          <w:rFonts w:ascii="Times New Roman" w:hAnsi="Times New Roman" w:cs="Times New Roman"/>
        </w:rPr>
        <w:t>D</w:t>
      </w:r>
      <w:r w:rsidRPr="002D5EE4">
        <w:rPr>
          <w:rFonts w:ascii="Times New Roman" w:hAnsi="Times New Roman" w:cs="Times New Roman"/>
        </w:rPr>
        <w:t>isorder)</w:t>
      </w:r>
    </w:p>
    <w:p w14:paraId="1F8E0B2F" w14:textId="3D0B4192" w:rsidR="003B6EAA" w:rsidRDefault="003B6EAA" w:rsidP="003B6EAA">
      <w:pPr>
        <w:spacing w:line="480" w:lineRule="auto"/>
        <w:ind w:firstLine="720"/>
        <w:rPr>
          <w:rFonts w:ascii="Times New Roman" w:hAnsi="Times New Roman" w:cs="Times New Roman"/>
        </w:rPr>
      </w:pPr>
      <w:r w:rsidRPr="008362BB">
        <w:rPr>
          <w:rFonts w:ascii="Times New Roman" w:hAnsi="Times New Roman" w:cs="Times New Roman"/>
        </w:rPr>
        <w:t>Shortly after the start of analyses,</w:t>
      </w:r>
      <w:r>
        <w:rPr>
          <w:rFonts w:ascii="Times New Roman" w:hAnsi="Times New Roman" w:cs="Times New Roman"/>
        </w:rPr>
        <w:t xml:space="preserve"> however,</w:t>
      </w:r>
      <w:r w:rsidRPr="008362BB">
        <w:rPr>
          <w:rFonts w:ascii="Times New Roman" w:hAnsi="Times New Roman" w:cs="Times New Roman"/>
        </w:rPr>
        <w:t xml:space="preserve"> </w:t>
      </w:r>
      <w:r>
        <w:rPr>
          <w:rFonts w:ascii="Times New Roman" w:hAnsi="Times New Roman" w:cs="Times New Roman"/>
        </w:rPr>
        <w:t>Zimmermann and colleagues (2024)</w:t>
      </w:r>
      <w:r w:rsidRPr="008362BB">
        <w:rPr>
          <w:rFonts w:ascii="Times New Roman" w:hAnsi="Times New Roman" w:cs="Times New Roman"/>
        </w:rPr>
        <w:t xml:space="preserve"> published </w:t>
      </w:r>
      <w:r>
        <w:rPr>
          <w:rFonts w:ascii="Times New Roman" w:hAnsi="Times New Roman" w:cs="Times New Roman"/>
        </w:rPr>
        <w:t xml:space="preserve">a preprint with results on the German version of the </w:t>
      </w:r>
      <w:proofErr w:type="spellStart"/>
      <w:r w:rsidR="00B14F60">
        <w:rPr>
          <w:rFonts w:ascii="Times New Roman" w:hAnsi="Times New Roman" w:cs="Times New Roman"/>
        </w:rPr>
        <w:t>HiTOP</w:t>
      </w:r>
      <w:proofErr w:type="spellEnd"/>
      <w:r w:rsidR="00B14F60">
        <w:rPr>
          <w:rFonts w:ascii="Times New Roman" w:hAnsi="Times New Roman" w:cs="Times New Roman"/>
        </w:rPr>
        <w:t>-SR</w:t>
      </w:r>
      <w:r>
        <w:rPr>
          <w:rFonts w:ascii="Times New Roman" w:hAnsi="Times New Roman" w:cs="Times New Roman"/>
        </w:rPr>
        <w:t>,</w:t>
      </w:r>
      <w:r w:rsidRPr="008362BB">
        <w:rPr>
          <w:rFonts w:ascii="Times New Roman" w:hAnsi="Times New Roman" w:cs="Times New Roman"/>
        </w:rPr>
        <w:t xml:space="preserve"> and in discussion with </w:t>
      </w:r>
      <w:r>
        <w:rPr>
          <w:rFonts w:ascii="Times New Roman" w:hAnsi="Times New Roman" w:cs="Times New Roman"/>
        </w:rPr>
        <w:t xml:space="preserve">Zimmermann and </w:t>
      </w:r>
      <w:r w:rsidR="00826319">
        <w:rPr>
          <w:rFonts w:ascii="Times New Roman" w:hAnsi="Times New Roman" w:cs="Times New Roman"/>
        </w:rPr>
        <w:t>his team</w:t>
      </w:r>
      <w:r>
        <w:rPr>
          <w:rFonts w:ascii="Times New Roman" w:hAnsi="Times New Roman" w:cs="Times New Roman"/>
        </w:rPr>
        <w:t>,</w:t>
      </w:r>
      <w:r w:rsidRPr="008362BB">
        <w:rPr>
          <w:rFonts w:ascii="Times New Roman" w:hAnsi="Times New Roman" w:cs="Times New Roman"/>
        </w:rPr>
        <w:t xml:space="preserve"> it became clear that </w:t>
      </w:r>
      <w:r w:rsidRPr="00136F7F">
        <w:rPr>
          <w:rFonts w:ascii="Times New Roman" w:hAnsi="Times New Roman" w:cs="Times New Roman"/>
        </w:rPr>
        <w:t>adopting a similar</w:t>
      </w:r>
      <w:r>
        <w:rPr>
          <w:rFonts w:ascii="Times New Roman" w:hAnsi="Times New Roman" w:cs="Times New Roman"/>
        </w:rPr>
        <w:t xml:space="preserve"> </w:t>
      </w:r>
      <w:r w:rsidRPr="00136F7F">
        <w:rPr>
          <w:rFonts w:ascii="Times New Roman" w:hAnsi="Times New Roman" w:cs="Times New Roman"/>
        </w:rPr>
        <w:t xml:space="preserve">approach </w:t>
      </w:r>
      <w:r>
        <w:rPr>
          <w:rFonts w:ascii="Times New Roman" w:hAnsi="Times New Roman" w:cs="Times New Roman"/>
        </w:rPr>
        <w:t>using an existing rotation algorithm as opposed to a target rotation would</w:t>
      </w:r>
      <w:r w:rsidRPr="008362BB">
        <w:rPr>
          <w:rFonts w:ascii="Times New Roman" w:hAnsi="Times New Roman" w:cs="Times New Roman"/>
        </w:rPr>
        <w:t xml:space="preserve"> be </w:t>
      </w:r>
      <w:r>
        <w:rPr>
          <w:rFonts w:ascii="Times New Roman" w:hAnsi="Times New Roman" w:cs="Times New Roman"/>
        </w:rPr>
        <w:t>preferable given that it is more exploratory</w:t>
      </w:r>
      <w:r w:rsidRPr="008362BB">
        <w:rPr>
          <w:rFonts w:ascii="Times New Roman" w:hAnsi="Times New Roman" w:cs="Times New Roman"/>
        </w:rPr>
        <w:t>.</w:t>
      </w:r>
      <w:r>
        <w:rPr>
          <w:rFonts w:ascii="Times New Roman" w:hAnsi="Times New Roman" w:cs="Times New Roman"/>
        </w:rPr>
        <w:t xml:space="preserve"> Therefore, we shifted to an EFA approach with an oblique CF-</w:t>
      </w:r>
      <w:proofErr w:type="spellStart"/>
      <w:r>
        <w:rPr>
          <w:rFonts w:ascii="Times New Roman" w:hAnsi="Times New Roman" w:cs="Times New Roman"/>
        </w:rPr>
        <w:t>Parsimax</w:t>
      </w:r>
      <w:proofErr w:type="spellEnd"/>
      <w:r>
        <w:rPr>
          <w:rFonts w:ascii="Times New Roman" w:hAnsi="Times New Roman" w:cs="Times New Roman"/>
        </w:rPr>
        <w:t xml:space="preserve"> rotation to </w:t>
      </w:r>
      <w:r>
        <w:rPr>
          <w:rFonts w:ascii="Times New Roman" w:hAnsi="Times New Roman" w:cs="Times New Roman"/>
        </w:rPr>
        <w:lastRenderedPageBreak/>
        <w:t xml:space="preserve">examine the hierarchical structure of the </w:t>
      </w:r>
      <w:proofErr w:type="spellStart"/>
      <w:r w:rsidR="00B14F60">
        <w:rPr>
          <w:rFonts w:ascii="Times New Roman" w:hAnsi="Times New Roman" w:cs="Times New Roman"/>
        </w:rPr>
        <w:t>HiTOP</w:t>
      </w:r>
      <w:proofErr w:type="spellEnd"/>
      <w:r w:rsidR="00B14F60">
        <w:rPr>
          <w:rFonts w:ascii="Times New Roman" w:hAnsi="Times New Roman" w:cs="Times New Roman"/>
        </w:rPr>
        <w:t>-SR</w:t>
      </w:r>
      <w:r>
        <w:rPr>
          <w:rFonts w:ascii="Times New Roman" w:hAnsi="Times New Roman" w:cs="Times New Roman"/>
        </w:rPr>
        <w:t xml:space="preserve"> scales. This approach is particularly advantageous for complex data structures as the number of highly loading indicators can be distributed more evenly compared to other rotation techniques (Zimmermann et al., 2024; Browne, 2001; </w:t>
      </w:r>
      <w:r w:rsidRPr="00A700C2">
        <w:rPr>
          <w:rFonts w:ascii="Times New Roman" w:hAnsi="Times New Roman" w:cs="Times New Roman"/>
        </w:rPr>
        <w:t>Sass &amp; Schmitt, 2010</w:t>
      </w:r>
      <w:r>
        <w:rPr>
          <w:rFonts w:ascii="Times New Roman" w:hAnsi="Times New Roman" w:cs="Times New Roman"/>
        </w:rPr>
        <w:t>).</w:t>
      </w:r>
    </w:p>
    <w:p w14:paraId="728458BF" w14:textId="70A59B57" w:rsidR="00266375" w:rsidRPr="005A5C7E" w:rsidRDefault="00123210" w:rsidP="005A5C7E">
      <w:pPr>
        <w:spacing w:line="480" w:lineRule="auto"/>
        <w:ind w:firstLine="720"/>
        <w:rPr>
          <w:rFonts w:ascii="Times New Roman" w:hAnsi="Times New Roman" w:cs="Times New Roman"/>
        </w:rPr>
      </w:pPr>
      <w:r w:rsidRPr="005A5C7E">
        <w:rPr>
          <w:rFonts w:ascii="Times New Roman" w:hAnsi="Times New Roman" w:cs="Times New Roman"/>
          <w:i/>
          <w:iCs/>
        </w:rPr>
        <w:t>Inclusion of alcohol use items</w:t>
      </w:r>
      <w:r w:rsidRPr="005A5C7E">
        <w:rPr>
          <w:rFonts w:ascii="Times New Roman" w:hAnsi="Times New Roman" w:cs="Times New Roman"/>
        </w:rPr>
        <w:t>:</w:t>
      </w:r>
      <w:r w:rsidRPr="005A5C7E">
        <w:rPr>
          <w:rFonts w:ascii="Times New Roman" w:hAnsi="Times New Roman" w:cs="Times New Roman"/>
          <w:kern w:val="0"/>
        </w:rPr>
        <w:t xml:space="preserve"> We originally planned to conduct analyses without the </w:t>
      </w:r>
      <w:proofErr w:type="spellStart"/>
      <w:r w:rsidR="00B14F60" w:rsidRPr="005A5C7E">
        <w:rPr>
          <w:rFonts w:ascii="Times New Roman" w:hAnsi="Times New Roman" w:cs="Times New Roman"/>
          <w:kern w:val="0"/>
        </w:rPr>
        <w:t>HiTOP</w:t>
      </w:r>
      <w:proofErr w:type="spellEnd"/>
      <w:r w:rsidR="00B14F60" w:rsidRPr="005A5C7E">
        <w:rPr>
          <w:rFonts w:ascii="Times New Roman" w:hAnsi="Times New Roman" w:cs="Times New Roman"/>
          <w:kern w:val="0"/>
        </w:rPr>
        <w:t>-SR</w:t>
      </w:r>
      <w:r w:rsidRPr="005A5C7E">
        <w:rPr>
          <w:rFonts w:ascii="Times New Roman" w:hAnsi="Times New Roman" w:cs="Times New Roman"/>
          <w:kern w:val="0"/>
        </w:rPr>
        <w:t xml:space="preserve"> Alcohol Use scales, as those items were still under development by the </w:t>
      </w:r>
      <w:proofErr w:type="spellStart"/>
      <w:r w:rsidRPr="005A5C7E">
        <w:rPr>
          <w:rFonts w:ascii="Times New Roman" w:hAnsi="Times New Roman" w:cs="Times New Roman"/>
          <w:kern w:val="0"/>
        </w:rPr>
        <w:t>HiTOP</w:t>
      </w:r>
      <w:proofErr w:type="spellEnd"/>
      <w:r w:rsidRPr="005A5C7E">
        <w:rPr>
          <w:rFonts w:ascii="Times New Roman" w:hAnsi="Times New Roman" w:cs="Times New Roman"/>
          <w:kern w:val="0"/>
        </w:rPr>
        <w:t xml:space="preserve"> Measures Development Workgroup at the time of analysis. However, based on initial model results, </w:t>
      </w:r>
      <w:r w:rsidRPr="005A5C7E">
        <w:rPr>
          <w:rFonts w:ascii="Times New Roman" w:hAnsi="Times New Roman" w:cs="Times New Roman"/>
        </w:rPr>
        <w:t xml:space="preserve">we noticed that without </w:t>
      </w:r>
      <w:r w:rsidR="00143C7A" w:rsidRPr="005A5C7E">
        <w:rPr>
          <w:rFonts w:ascii="Times New Roman" w:hAnsi="Times New Roman" w:cs="Times New Roman"/>
        </w:rPr>
        <w:t xml:space="preserve">alcohol use </w:t>
      </w:r>
      <w:r w:rsidRPr="005A5C7E">
        <w:rPr>
          <w:rFonts w:ascii="Times New Roman" w:hAnsi="Times New Roman" w:cs="Times New Roman"/>
        </w:rPr>
        <w:t xml:space="preserve">items, the traditional core of the Externalizing domain was limited to antisocial behaviors, which tend to be extreme in nature. After we reran the analyses with the </w:t>
      </w:r>
      <w:r w:rsidR="00143C7A" w:rsidRPr="005A5C7E">
        <w:rPr>
          <w:rFonts w:ascii="Times New Roman" w:hAnsi="Times New Roman" w:cs="Times New Roman"/>
        </w:rPr>
        <w:t>Alcohol Use</w:t>
      </w:r>
      <w:r w:rsidRPr="005A5C7E">
        <w:rPr>
          <w:rFonts w:ascii="Times New Roman" w:hAnsi="Times New Roman" w:cs="Times New Roman"/>
        </w:rPr>
        <w:t xml:space="preserve"> scales included, we noticed that this resulted in a very narrowly defined factor consisting only of the </w:t>
      </w:r>
      <w:r w:rsidR="00143C7A" w:rsidRPr="005A5C7E">
        <w:rPr>
          <w:rFonts w:ascii="Times New Roman" w:hAnsi="Times New Roman" w:cs="Times New Roman"/>
        </w:rPr>
        <w:t xml:space="preserve">Alcohol Use </w:t>
      </w:r>
      <w:r w:rsidRPr="005A5C7E">
        <w:rPr>
          <w:rFonts w:ascii="Times New Roman" w:hAnsi="Times New Roman" w:cs="Times New Roman"/>
        </w:rPr>
        <w:t>scales, with each scale loading extremely highly (</w:t>
      </w:r>
      <w:proofErr w:type="spellStart"/>
      <w:r w:rsidRPr="005A5C7E">
        <w:rPr>
          <w:rFonts w:ascii="Times New Roman" w:hAnsi="Times New Roman" w:cs="Times New Roman"/>
        </w:rPr>
        <w:t>λs</w:t>
      </w:r>
      <w:proofErr w:type="spellEnd"/>
      <w:r w:rsidRPr="005A5C7E">
        <w:rPr>
          <w:rFonts w:ascii="Times New Roman" w:hAnsi="Times New Roman" w:cs="Times New Roman"/>
        </w:rPr>
        <w:t xml:space="preserve"> &gt;.85) without cross-loadings. </w:t>
      </w:r>
      <w:r w:rsidR="005A5C7E" w:rsidRPr="0005421B">
        <w:rPr>
          <w:rFonts w:ascii="Times New Roman" w:hAnsi="Times New Roman" w:cs="Times New Roman"/>
        </w:rPr>
        <w:t>In the first draft of the manuscript, w</w:t>
      </w:r>
      <w:r w:rsidRPr="005A5C7E">
        <w:rPr>
          <w:rFonts w:ascii="Times New Roman" w:hAnsi="Times New Roman" w:cs="Times New Roman"/>
        </w:rPr>
        <w:t>e therefore collapse</w:t>
      </w:r>
      <w:r w:rsidR="005A5C7E" w:rsidRPr="0005421B">
        <w:rPr>
          <w:rFonts w:ascii="Times New Roman" w:hAnsi="Times New Roman" w:cs="Times New Roman"/>
        </w:rPr>
        <w:t>d</w:t>
      </w:r>
      <w:r w:rsidRPr="005A5C7E">
        <w:rPr>
          <w:rFonts w:ascii="Times New Roman" w:hAnsi="Times New Roman" w:cs="Times New Roman"/>
        </w:rPr>
        <w:t xml:space="preserve"> the 24 Alcohol Use items into two scales: “Alcohol Use Quantity-Frequency” and “Alcohol Use Other Behaviors/Consequences”</w:t>
      </w:r>
      <w:r w:rsidR="005A5C7E" w:rsidRPr="0005421B">
        <w:rPr>
          <w:rFonts w:ascii="Times New Roman" w:hAnsi="Times New Roman" w:cs="Times New Roman"/>
        </w:rPr>
        <w:t xml:space="preserve">. Based on editorial feedback and to align with the </w:t>
      </w:r>
      <w:proofErr w:type="spellStart"/>
      <w:r w:rsidR="005A5C7E" w:rsidRPr="0005421B">
        <w:rPr>
          <w:rFonts w:ascii="Times New Roman" w:hAnsi="Times New Roman" w:cs="Times New Roman"/>
        </w:rPr>
        <w:t>HiTOP</w:t>
      </w:r>
      <w:proofErr w:type="spellEnd"/>
      <w:r w:rsidR="005A5C7E" w:rsidRPr="0005421B">
        <w:rPr>
          <w:rFonts w:ascii="Times New Roman" w:hAnsi="Times New Roman" w:cs="Times New Roman"/>
        </w:rPr>
        <w:t xml:space="preserve">-SR’s standard scoring procedures, thereby facilitating comparability across studies, we </w:t>
      </w:r>
      <w:r w:rsidR="0005421B" w:rsidRPr="0005421B">
        <w:rPr>
          <w:rFonts w:ascii="Times New Roman" w:hAnsi="Times New Roman" w:cs="Times New Roman"/>
        </w:rPr>
        <w:t xml:space="preserve">ultimately </w:t>
      </w:r>
      <w:r w:rsidR="005A5C7E" w:rsidRPr="0005421B">
        <w:rPr>
          <w:rFonts w:ascii="Times New Roman" w:hAnsi="Times New Roman" w:cs="Times New Roman"/>
        </w:rPr>
        <w:t xml:space="preserve">excluded the Quantity–Frequency items and retained only the Behaviors/Consequences scale in our final analyses </w:t>
      </w:r>
      <w:r w:rsidRPr="005A5C7E">
        <w:rPr>
          <w:rFonts w:ascii="Times New Roman" w:hAnsi="Times New Roman" w:cs="Times New Roman"/>
        </w:rPr>
        <w:t xml:space="preserve">(more information in the “Measures” section in the main manuscript). </w:t>
      </w:r>
      <w:r w:rsidR="005A5C7E" w:rsidRPr="0005421B">
        <w:rPr>
          <w:rFonts w:ascii="Times New Roman" w:hAnsi="Times New Roman" w:cs="Times New Roman"/>
        </w:rPr>
        <w:t>Also b</w:t>
      </w:r>
      <w:r w:rsidRPr="005A5C7E">
        <w:rPr>
          <w:rFonts w:ascii="Times New Roman" w:hAnsi="Times New Roman" w:cs="Times New Roman"/>
        </w:rPr>
        <w:t xml:space="preserve">ased on editorial feedback, we present further information about the nature of the Alcohol Use scale correlations and structure. We ran a confirmatory factor analysis with the Alcohol Use scales (i.e., Craving, Hazardous Use, Impaired Control, Role Interference, Tolerance, Withdrawal, Frequency of Intoxication) excluding the two Use Frequency scales (i.e., Quantity and Frequency) among all participants, including those for whom scores were 0 given they endorsed no drinking. A single-factor model provided excellent </w:t>
      </w:r>
      <w:r w:rsidRPr="005A5C7E">
        <w:rPr>
          <w:rFonts w:ascii="Times New Roman" w:hAnsi="Times New Roman" w:cs="Times New Roman"/>
        </w:rPr>
        <w:lastRenderedPageBreak/>
        <w:t xml:space="preserve">fit to the data, with the smallest factor loading of </w:t>
      </w:r>
      <w:r w:rsidRPr="005A5C7E">
        <w:rPr>
          <w:rFonts w:ascii="Times New Roman" w:hAnsi="Times New Roman" w:cs="Times New Roman"/>
          <w:i/>
          <w:iCs/>
        </w:rPr>
        <w:t>λ</w:t>
      </w:r>
      <w:r w:rsidRPr="005A5C7E">
        <w:rPr>
          <w:rFonts w:ascii="Times New Roman" w:hAnsi="Times New Roman" w:cs="Times New Roman"/>
        </w:rPr>
        <w:t xml:space="preserve"> = .90, with a </w:t>
      </w:r>
      <w:proofErr w:type="spellStart"/>
      <w:r w:rsidRPr="005A5C7E">
        <w:rPr>
          <w:rFonts w:ascii="Times New Roman" w:hAnsi="Times New Roman" w:cs="Times New Roman"/>
        </w:rPr>
        <w:t>Mdn</w:t>
      </w:r>
      <w:proofErr w:type="spellEnd"/>
      <w:r w:rsidRPr="005A5C7E">
        <w:rPr>
          <w:rFonts w:ascii="Times New Roman" w:hAnsi="Times New Roman" w:cs="Times New Roman"/>
        </w:rPr>
        <w:t xml:space="preserve"> </w:t>
      </w:r>
      <w:r w:rsidRPr="005A5C7E">
        <w:rPr>
          <w:rFonts w:ascii="Times New Roman" w:hAnsi="Times New Roman" w:cs="Times New Roman"/>
          <w:i/>
          <w:iCs/>
        </w:rPr>
        <w:t>λ</w:t>
      </w:r>
      <w:r w:rsidRPr="005A5C7E">
        <w:rPr>
          <w:rFonts w:ascii="Times New Roman" w:hAnsi="Times New Roman" w:cs="Times New Roman"/>
        </w:rPr>
        <w:t xml:space="preserve"> = .96. As might be inferred, the correlation matrix of these scales had an extremely high positive manifold, with the minimum correlation among scales of </w:t>
      </w:r>
      <w:r w:rsidRPr="005A5C7E">
        <w:rPr>
          <w:rFonts w:ascii="Times New Roman" w:hAnsi="Times New Roman" w:cs="Times New Roman"/>
          <w:i/>
          <w:iCs/>
        </w:rPr>
        <w:t>r</w:t>
      </w:r>
      <w:r w:rsidRPr="005A5C7E">
        <w:rPr>
          <w:rFonts w:ascii="Times New Roman" w:hAnsi="Times New Roman" w:cs="Times New Roman"/>
        </w:rPr>
        <w:t xml:space="preserve"> = .85, which by itself would raise questions of empirical redundancy among constructs. We also estimated a single factor model among only those who endorsed drinking. This resulted in a strong one-factor solution, with all indicators loading at ≥.59. As expected among those selected to be high on a trait, this solution is slightly weaker than the model with the full sample, also in part due to a residual association (identified by modification indices) among Craving and Frequency of Intoxication scales that extends beyond that single factor. Since these analyses support an essentially unidimensional structure of Alcohol Use scales in the full sample, our decision to collapse these scales to investigate the higher-order structure of the </w:t>
      </w:r>
      <w:proofErr w:type="spellStart"/>
      <w:r w:rsidR="00B14F60" w:rsidRPr="005A5C7E">
        <w:rPr>
          <w:rFonts w:ascii="Times New Roman" w:hAnsi="Times New Roman" w:cs="Times New Roman"/>
        </w:rPr>
        <w:t>HiTOP</w:t>
      </w:r>
      <w:proofErr w:type="spellEnd"/>
      <w:r w:rsidR="00B14F60" w:rsidRPr="005A5C7E">
        <w:rPr>
          <w:rFonts w:ascii="Times New Roman" w:hAnsi="Times New Roman" w:cs="Times New Roman"/>
        </w:rPr>
        <w:t>-SR</w:t>
      </w:r>
      <w:r w:rsidRPr="005A5C7E">
        <w:rPr>
          <w:rFonts w:ascii="Times New Roman" w:hAnsi="Times New Roman" w:cs="Times New Roman"/>
        </w:rPr>
        <w:t xml:space="preserve"> is justified.</w:t>
      </w:r>
    </w:p>
    <w:p w14:paraId="639AA2E4" w14:textId="6778F4DF" w:rsidR="003B6EAA" w:rsidRPr="00614BA0" w:rsidRDefault="003B6EAA" w:rsidP="003B6EAA">
      <w:pPr>
        <w:spacing w:line="480" w:lineRule="auto"/>
        <w:ind w:firstLine="720"/>
        <w:rPr>
          <w:rFonts w:ascii="Times New Roman" w:hAnsi="Times New Roman" w:cs="Times New Roman"/>
        </w:rPr>
      </w:pPr>
      <w:r w:rsidRPr="00614BA0">
        <w:rPr>
          <w:rFonts w:ascii="Times New Roman" w:hAnsi="Times New Roman" w:cs="Times New Roman"/>
          <w:i/>
          <w:iCs/>
        </w:rPr>
        <w:t>Removing outliers</w:t>
      </w:r>
      <w:r w:rsidRPr="00614BA0">
        <w:rPr>
          <w:rFonts w:ascii="Times New Roman" w:hAnsi="Times New Roman" w:cs="Times New Roman"/>
        </w:rPr>
        <w:t>: In early model results, we consistently observed a “</w:t>
      </w:r>
      <w:r w:rsidR="00723323">
        <w:rPr>
          <w:rFonts w:ascii="Times New Roman" w:hAnsi="Times New Roman" w:cs="Times New Roman"/>
        </w:rPr>
        <w:t>R</w:t>
      </w:r>
      <w:r w:rsidRPr="00614BA0">
        <w:rPr>
          <w:rFonts w:ascii="Times New Roman" w:hAnsi="Times New Roman" w:cs="Times New Roman"/>
        </w:rPr>
        <w:t xml:space="preserve">arity” factor, which included strong loadings (&gt;.40) of conceptually distinct forms of psychopathology, for example, scales for </w:t>
      </w:r>
      <w:r w:rsidR="00826319">
        <w:rPr>
          <w:rFonts w:ascii="Times New Roman" w:hAnsi="Times New Roman" w:cs="Times New Roman"/>
        </w:rPr>
        <w:t>M</w:t>
      </w:r>
      <w:r w:rsidRPr="00614BA0">
        <w:rPr>
          <w:rFonts w:ascii="Times New Roman" w:hAnsi="Times New Roman" w:cs="Times New Roman"/>
        </w:rPr>
        <w:t xml:space="preserve">anic </w:t>
      </w:r>
      <w:r w:rsidR="00826319">
        <w:rPr>
          <w:rFonts w:ascii="Times New Roman" w:hAnsi="Times New Roman" w:cs="Times New Roman"/>
        </w:rPr>
        <w:t>E</w:t>
      </w:r>
      <w:r w:rsidRPr="00614BA0">
        <w:rPr>
          <w:rFonts w:ascii="Times New Roman" w:hAnsi="Times New Roman" w:cs="Times New Roman"/>
        </w:rPr>
        <w:t xml:space="preserve">nergy, </w:t>
      </w:r>
      <w:r w:rsidR="00826319">
        <w:rPr>
          <w:rFonts w:ascii="Times New Roman" w:hAnsi="Times New Roman" w:cs="Times New Roman"/>
        </w:rPr>
        <w:t>P</w:t>
      </w:r>
      <w:r w:rsidRPr="00614BA0">
        <w:rPr>
          <w:rFonts w:ascii="Times New Roman" w:hAnsi="Times New Roman" w:cs="Times New Roman"/>
        </w:rPr>
        <w:t xml:space="preserve">anic, </w:t>
      </w:r>
      <w:r w:rsidR="00826319">
        <w:rPr>
          <w:rFonts w:ascii="Times New Roman" w:hAnsi="Times New Roman" w:cs="Times New Roman"/>
        </w:rPr>
        <w:t>N</w:t>
      </w:r>
      <w:r w:rsidRPr="00614BA0">
        <w:rPr>
          <w:rFonts w:ascii="Times New Roman" w:hAnsi="Times New Roman" w:cs="Times New Roman"/>
        </w:rPr>
        <w:t xml:space="preserve">ightmares, </w:t>
      </w:r>
      <w:r w:rsidR="00826319">
        <w:rPr>
          <w:rFonts w:ascii="Times New Roman" w:hAnsi="Times New Roman" w:cs="Times New Roman"/>
        </w:rPr>
        <w:t>A</w:t>
      </w:r>
      <w:r w:rsidRPr="00614BA0">
        <w:rPr>
          <w:rFonts w:ascii="Times New Roman" w:hAnsi="Times New Roman" w:cs="Times New Roman"/>
        </w:rPr>
        <w:t xml:space="preserve">ppetite </w:t>
      </w:r>
      <w:r w:rsidR="00826319">
        <w:rPr>
          <w:rFonts w:ascii="Times New Roman" w:hAnsi="Times New Roman" w:cs="Times New Roman"/>
        </w:rPr>
        <w:t>L</w:t>
      </w:r>
      <w:r w:rsidRPr="00614BA0">
        <w:rPr>
          <w:rFonts w:ascii="Times New Roman" w:hAnsi="Times New Roman" w:cs="Times New Roman"/>
        </w:rPr>
        <w:t xml:space="preserve">oss, </w:t>
      </w:r>
      <w:r w:rsidR="00826319">
        <w:rPr>
          <w:rFonts w:ascii="Times New Roman" w:hAnsi="Times New Roman" w:cs="Times New Roman"/>
        </w:rPr>
        <w:t>R</w:t>
      </w:r>
      <w:r w:rsidRPr="00614BA0">
        <w:rPr>
          <w:rFonts w:ascii="Times New Roman" w:hAnsi="Times New Roman" w:cs="Times New Roman"/>
        </w:rPr>
        <w:t xml:space="preserve">estricted </w:t>
      </w:r>
      <w:r w:rsidR="00826319">
        <w:rPr>
          <w:rFonts w:ascii="Times New Roman" w:hAnsi="Times New Roman" w:cs="Times New Roman"/>
        </w:rPr>
        <w:t>E</w:t>
      </w:r>
      <w:r w:rsidRPr="00614BA0">
        <w:rPr>
          <w:rFonts w:ascii="Times New Roman" w:hAnsi="Times New Roman" w:cs="Times New Roman"/>
        </w:rPr>
        <w:t xml:space="preserve">ating, </w:t>
      </w:r>
      <w:r w:rsidR="00826319">
        <w:rPr>
          <w:rFonts w:ascii="Times New Roman" w:hAnsi="Times New Roman" w:cs="Times New Roman"/>
        </w:rPr>
        <w:t>A</w:t>
      </w:r>
      <w:r w:rsidRPr="00614BA0">
        <w:rPr>
          <w:rFonts w:ascii="Times New Roman" w:hAnsi="Times New Roman" w:cs="Times New Roman"/>
        </w:rPr>
        <w:t xml:space="preserve">ntisocial </w:t>
      </w:r>
      <w:r w:rsidR="00826319">
        <w:rPr>
          <w:rFonts w:ascii="Times New Roman" w:hAnsi="Times New Roman" w:cs="Times New Roman"/>
        </w:rPr>
        <w:t>B</w:t>
      </w:r>
      <w:r w:rsidRPr="00614BA0">
        <w:rPr>
          <w:rFonts w:ascii="Times New Roman" w:hAnsi="Times New Roman" w:cs="Times New Roman"/>
        </w:rPr>
        <w:t xml:space="preserve">ehaviors, and NSSI. </w:t>
      </w:r>
      <w:proofErr w:type="gramStart"/>
      <w:r w:rsidRPr="00614BA0">
        <w:rPr>
          <w:rFonts w:ascii="Times New Roman" w:hAnsi="Times New Roman" w:cs="Times New Roman"/>
        </w:rPr>
        <w:t>In an attempt to</w:t>
      </w:r>
      <w:proofErr w:type="gramEnd"/>
      <w:r w:rsidRPr="00614BA0">
        <w:rPr>
          <w:rFonts w:ascii="Times New Roman" w:hAnsi="Times New Roman" w:cs="Times New Roman"/>
        </w:rPr>
        <w:t xml:space="preserve"> remove the </w:t>
      </w:r>
      <w:r w:rsidR="00826319">
        <w:rPr>
          <w:rFonts w:ascii="Times New Roman" w:hAnsi="Times New Roman" w:cs="Times New Roman"/>
        </w:rPr>
        <w:t>R</w:t>
      </w:r>
      <w:r w:rsidRPr="00614BA0">
        <w:rPr>
          <w:rFonts w:ascii="Times New Roman" w:hAnsi="Times New Roman" w:cs="Times New Roman"/>
        </w:rPr>
        <w:t xml:space="preserve">arity factor, observations &gt; 6 SDs were excluded from analyses. However, this ultimately only weakened but did not remove the </w:t>
      </w:r>
      <w:r w:rsidR="00826319">
        <w:rPr>
          <w:rFonts w:ascii="Times New Roman" w:hAnsi="Times New Roman" w:cs="Times New Roman"/>
        </w:rPr>
        <w:t>R</w:t>
      </w:r>
      <w:r w:rsidRPr="00614BA0">
        <w:rPr>
          <w:rFonts w:ascii="Times New Roman" w:hAnsi="Times New Roman" w:cs="Times New Roman"/>
        </w:rPr>
        <w:t xml:space="preserve">arity factor as we outline in the Results </w:t>
      </w:r>
      <w:r w:rsidR="00143C7A">
        <w:rPr>
          <w:rFonts w:ascii="Times New Roman" w:hAnsi="Times New Roman" w:cs="Times New Roman"/>
        </w:rPr>
        <w:t xml:space="preserve">and Discussion </w:t>
      </w:r>
      <w:r w:rsidRPr="00614BA0">
        <w:rPr>
          <w:rFonts w:ascii="Times New Roman" w:hAnsi="Times New Roman" w:cs="Times New Roman"/>
        </w:rPr>
        <w:t>section</w:t>
      </w:r>
      <w:r w:rsidR="00143C7A">
        <w:rPr>
          <w:rFonts w:ascii="Times New Roman" w:hAnsi="Times New Roman" w:cs="Times New Roman"/>
        </w:rPr>
        <w:t>s</w:t>
      </w:r>
      <w:r w:rsidRPr="00614BA0">
        <w:rPr>
          <w:rFonts w:ascii="Times New Roman" w:hAnsi="Times New Roman" w:cs="Times New Roman"/>
        </w:rPr>
        <w:t>.</w:t>
      </w:r>
    </w:p>
    <w:p w14:paraId="3E67FB5D" w14:textId="77777777" w:rsidR="003B6EAA" w:rsidRPr="00614BA0" w:rsidRDefault="003B6EAA" w:rsidP="003B6EAA">
      <w:pPr>
        <w:spacing w:line="480" w:lineRule="auto"/>
        <w:rPr>
          <w:rFonts w:ascii="Times New Roman" w:hAnsi="Times New Roman" w:cs="Times New Roman"/>
        </w:rPr>
      </w:pPr>
    </w:p>
    <w:p w14:paraId="03422F86" w14:textId="77777777" w:rsidR="007451B8" w:rsidRDefault="007451B8"/>
    <w:p w14:paraId="01EDD2DA" w14:textId="77777777" w:rsidR="003B6EAA" w:rsidRDefault="003B6EAA"/>
    <w:p w14:paraId="02BD8248" w14:textId="77777777" w:rsidR="003B6EAA" w:rsidRDefault="003B6EAA"/>
    <w:p w14:paraId="7A65B187" w14:textId="77777777" w:rsidR="003B6EAA" w:rsidRDefault="003B6EAA"/>
    <w:p w14:paraId="1E9E2B06" w14:textId="77777777" w:rsidR="003B6EAA" w:rsidRDefault="003B6EAA"/>
    <w:p w14:paraId="587379EF" w14:textId="77777777" w:rsidR="003B6EAA" w:rsidRDefault="003B6EAA"/>
    <w:p w14:paraId="32EEC1D0" w14:textId="77777777" w:rsidR="003B6EAA" w:rsidRDefault="003B6EAA"/>
    <w:p w14:paraId="43603FE0" w14:textId="77777777" w:rsidR="003B6EAA" w:rsidRDefault="003B6EAA"/>
    <w:p w14:paraId="54B1C81C" w14:textId="77777777" w:rsidR="003B6EAA" w:rsidRDefault="003B6EAA"/>
    <w:p w14:paraId="382E35EA" w14:textId="77777777" w:rsidR="003B6EAA" w:rsidRDefault="003B6EAA"/>
    <w:tbl>
      <w:tblPr>
        <w:tblpPr w:leftFromText="180" w:rightFromText="180" w:horzAnchor="margin" w:tblpX="1711" w:tblpY="-6411"/>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1"/>
        <w:gridCol w:w="943"/>
        <w:gridCol w:w="974"/>
        <w:gridCol w:w="1452"/>
      </w:tblGrid>
      <w:tr w:rsidR="00EA5134" w:rsidRPr="008634B3" w14:paraId="37686862" w14:textId="77777777" w:rsidTr="004B74BC">
        <w:trPr>
          <w:trHeight w:val="620"/>
        </w:trPr>
        <w:tc>
          <w:tcPr>
            <w:tcW w:w="5670" w:type="dxa"/>
            <w:gridSpan w:val="4"/>
            <w:tcBorders>
              <w:top w:val="single" w:sz="4" w:space="0" w:color="auto"/>
              <w:left w:val="nil"/>
              <w:bottom w:val="single" w:sz="4" w:space="0" w:color="auto"/>
              <w:right w:val="nil"/>
            </w:tcBorders>
          </w:tcPr>
          <w:p w14:paraId="774AC0C6" w14:textId="77777777" w:rsidR="004B74BC" w:rsidRPr="004B74BC" w:rsidRDefault="00EA5134" w:rsidP="001C61B8">
            <w:pPr>
              <w:rPr>
                <w:rFonts w:ascii="Times New Roman" w:eastAsia="Times New Roman" w:hAnsi="Times New Roman" w:cs="Times New Roman"/>
                <w:b/>
                <w:bCs/>
                <w:iCs/>
                <w:kern w:val="0"/>
                <w:sz w:val="22"/>
                <w:szCs w:val="22"/>
                <w14:ligatures w14:val="none"/>
              </w:rPr>
            </w:pPr>
            <w:r w:rsidRPr="004B74BC">
              <w:rPr>
                <w:rFonts w:ascii="Times New Roman" w:eastAsia="Times New Roman" w:hAnsi="Times New Roman" w:cs="Times New Roman"/>
                <w:b/>
                <w:bCs/>
                <w:iCs/>
                <w:kern w:val="0"/>
                <w:sz w:val="22"/>
                <w:szCs w:val="22"/>
                <w14:ligatures w14:val="none"/>
              </w:rPr>
              <w:lastRenderedPageBreak/>
              <w:t>Table S</w:t>
            </w:r>
            <w:r w:rsidR="004B74BC" w:rsidRPr="004B74BC">
              <w:rPr>
                <w:rFonts w:ascii="Times New Roman" w:eastAsia="Times New Roman" w:hAnsi="Times New Roman" w:cs="Times New Roman"/>
                <w:b/>
                <w:bCs/>
                <w:iCs/>
                <w:kern w:val="0"/>
                <w:sz w:val="22"/>
                <w:szCs w:val="22"/>
                <w14:ligatures w14:val="none"/>
              </w:rPr>
              <w:t>1</w:t>
            </w:r>
          </w:p>
          <w:p w14:paraId="59A55987" w14:textId="28B9C2F8" w:rsidR="00EA5134" w:rsidRPr="004B74BC" w:rsidRDefault="00EA5134" w:rsidP="001C61B8">
            <w:pPr>
              <w:rPr>
                <w:rFonts w:ascii="Times New Roman" w:hAnsi="Times New Roman" w:cs="Times New Roman"/>
                <w:i/>
                <w:iCs/>
                <w:sz w:val="20"/>
                <w:szCs w:val="20"/>
              </w:rPr>
            </w:pPr>
            <w:r w:rsidRPr="004B74BC">
              <w:rPr>
                <w:rFonts w:ascii="Times New Roman" w:eastAsia="Times New Roman" w:hAnsi="Times New Roman" w:cs="Times New Roman"/>
                <w:i/>
                <w:iCs/>
                <w:kern w:val="0"/>
                <w:sz w:val="22"/>
                <w:szCs w:val="22"/>
                <w14:ligatures w14:val="none"/>
              </w:rPr>
              <w:t xml:space="preserve">Descriptive </w:t>
            </w:r>
            <w:r w:rsidR="004B74BC" w:rsidRPr="004B74BC">
              <w:rPr>
                <w:rFonts w:ascii="Times New Roman" w:eastAsia="Times New Roman" w:hAnsi="Times New Roman" w:cs="Times New Roman"/>
                <w:i/>
                <w:iCs/>
                <w:kern w:val="0"/>
                <w:sz w:val="22"/>
                <w:szCs w:val="22"/>
                <w14:ligatures w14:val="none"/>
              </w:rPr>
              <w:t>S</w:t>
            </w:r>
            <w:r w:rsidRPr="004B74BC">
              <w:rPr>
                <w:rFonts w:ascii="Times New Roman" w:eastAsia="Times New Roman" w:hAnsi="Times New Roman" w:cs="Times New Roman"/>
                <w:i/>
                <w:iCs/>
                <w:kern w:val="0"/>
                <w:sz w:val="22"/>
                <w:szCs w:val="22"/>
                <w14:ligatures w14:val="none"/>
              </w:rPr>
              <w:t>tatistics</w:t>
            </w:r>
          </w:p>
        </w:tc>
      </w:tr>
      <w:tr w:rsidR="00EA5134" w:rsidRPr="008634B3" w14:paraId="0866B91B" w14:textId="77777777" w:rsidTr="001C61B8">
        <w:trPr>
          <w:trHeight w:val="271"/>
        </w:trPr>
        <w:tc>
          <w:tcPr>
            <w:tcW w:w="2301" w:type="dxa"/>
            <w:tcBorders>
              <w:top w:val="single" w:sz="4" w:space="0" w:color="auto"/>
              <w:left w:val="nil"/>
              <w:bottom w:val="single" w:sz="4" w:space="0" w:color="auto"/>
              <w:right w:val="nil"/>
            </w:tcBorders>
          </w:tcPr>
          <w:p w14:paraId="3B79575C" w14:textId="77777777" w:rsidR="00EA5134" w:rsidRDefault="00EA5134" w:rsidP="001C61B8">
            <w:pPr>
              <w:rPr>
                <w:rFonts w:ascii="Times New Roman" w:hAnsi="Times New Roman" w:cs="Times New Roman"/>
                <w:sz w:val="20"/>
                <w:szCs w:val="20"/>
              </w:rPr>
            </w:pPr>
            <w:r>
              <w:rPr>
                <w:rFonts w:ascii="Times New Roman" w:hAnsi="Times New Roman" w:cs="Times New Roman"/>
                <w:sz w:val="20"/>
                <w:szCs w:val="20"/>
              </w:rPr>
              <w:t>Measures</w:t>
            </w:r>
          </w:p>
        </w:tc>
        <w:tc>
          <w:tcPr>
            <w:tcW w:w="943" w:type="dxa"/>
            <w:tcBorders>
              <w:left w:val="nil"/>
              <w:bottom w:val="single" w:sz="4" w:space="0" w:color="auto"/>
              <w:right w:val="nil"/>
            </w:tcBorders>
          </w:tcPr>
          <w:p w14:paraId="39194382" w14:textId="77777777" w:rsidR="00EA5134" w:rsidRPr="008634B3" w:rsidRDefault="00EA5134" w:rsidP="001C61B8">
            <w:pPr>
              <w:jc w:val="center"/>
              <w:rPr>
                <w:rFonts w:ascii="Times New Roman" w:hAnsi="Times New Roman" w:cs="Times New Roman"/>
                <w:i/>
                <w:iCs/>
                <w:sz w:val="20"/>
                <w:szCs w:val="20"/>
              </w:rPr>
            </w:pPr>
            <w:r w:rsidRPr="008634B3">
              <w:rPr>
                <w:rFonts w:ascii="Times New Roman" w:hAnsi="Times New Roman" w:cs="Times New Roman"/>
                <w:i/>
                <w:iCs/>
                <w:sz w:val="20"/>
                <w:szCs w:val="20"/>
              </w:rPr>
              <w:t>M</w:t>
            </w:r>
          </w:p>
        </w:tc>
        <w:tc>
          <w:tcPr>
            <w:tcW w:w="974" w:type="dxa"/>
            <w:tcBorders>
              <w:left w:val="nil"/>
              <w:bottom w:val="single" w:sz="4" w:space="0" w:color="auto"/>
              <w:right w:val="nil"/>
            </w:tcBorders>
          </w:tcPr>
          <w:p w14:paraId="193F98F6" w14:textId="77777777" w:rsidR="00EA5134" w:rsidRPr="008634B3" w:rsidRDefault="00EA5134" w:rsidP="001C61B8">
            <w:pPr>
              <w:jc w:val="center"/>
              <w:rPr>
                <w:rFonts w:ascii="Times New Roman" w:hAnsi="Times New Roman" w:cs="Times New Roman"/>
                <w:i/>
                <w:iCs/>
                <w:sz w:val="20"/>
                <w:szCs w:val="20"/>
              </w:rPr>
            </w:pPr>
            <w:r w:rsidRPr="008634B3">
              <w:rPr>
                <w:rFonts w:ascii="Times New Roman" w:hAnsi="Times New Roman" w:cs="Times New Roman"/>
                <w:i/>
                <w:iCs/>
                <w:sz w:val="20"/>
                <w:szCs w:val="20"/>
              </w:rPr>
              <w:t>SD</w:t>
            </w:r>
          </w:p>
        </w:tc>
        <w:tc>
          <w:tcPr>
            <w:tcW w:w="1452" w:type="dxa"/>
            <w:tcBorders>
              <w:left w:val="nil"/>
              <w:bottom w:val="single" w:sz="4" w:space="0" w:color="auto"/>
              <w:right w:val="nil"/>
            </w:tcBorders>
          </w:tcPr>
          <w:p w14:paraId="37DBDAD4" w14:textId="77777777" w:rsidR="00EA5134" w:rsidRPr="008634B3" w:rsidRDefault="00EA5134" w:rsidP="001C61B8">
            <w:pPr>
              <w:jc w:val="center"/>
              <w:rPr>
                <w:rFonts w:ascii="Times New Roman" w:hAnsi="Times New Roman" w:cs="Times New Roman"/>
                <w:sz w:val="20"/>
                <w:szCs w:val="20"/>
              </w:rPr>
            </w:pPr>
            <w:r w:rsidRPr="008634B3">
              <w:rPr>
                <w:rFonts w:ascii="Times New Roman" w:hAnsi="Times New Roman" w:cs="Times New Roman"/>
                <w:sz w:val="20"/>
                <w:szCs w:val="20"/>
              </w:rPr>
              <w:t>Range</w:t>
            </w:r>
          </w:p>
        </w:tc>
      </w:tr>
      <w:tr w:rsidR="00EA5134" w:rsidRPr="00E85BC9" w14:paraId="0F254A6A"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67D7FC3A" w14:textId="77777777" w:rsidR="00EA5134" w:rsidRPr="00680E20" w:rsidRDefault="00EA5134" w:rsidP="001C61B8">
            <w:pPr>
              <w:rPr>
                <w:rFonts w:ascii="Times New Roman" w:hAnsi="Times New Roman" w:cs="Times New Roman"/>
                <w:b/>
                <w:bCs/>
                <w:i/>
                <w:iCs/>
                <w:sz w:val="20"/>
                <w:szCs w:val="20"/>
              </w:rPr>
            </w:pPr>
            <w:r>
              <w:rPr>
                <w:rFonts w:ascii="Times New Roman" w:hAnsi="Times New Roman" w:cs="Times New Roman"/>
                <w:b/>
                <w:bCs/>
                <w:i/>
                <w:iCs/>
                <w:sz w:val="20"/>
                <w:szCs w:val="20"/>
              </w:rPr>
              <w:t>Daily Experiences and Behaviors</w:t>
            </w:r>
          </w:p>
        </w:tc>
        <w:tc>
          <w:tcPr>
            <w:tcW w:w="943" w:type="dxa"/>
            <w:tcBorders>
              <w:top w:val="single" w:sz="4" w:space="0" w:color="auto"/>
            </w:tcBorders>
          </w:tcPr>
          <w:p w14:paraId="63F4187B" w14:textId="77777777" w:rsidR="00EA5134" w:rsidRPr="00E85BC9" w:rsidRDefault="00EA5134" w:rsidP="001C61B8">
            <w:pPr>
              <w:rPr>
                <w:sz w:val="20"/>
                <w:szCs w:val="20"/>
              </w:rPr>
            </w:pPr>
          </w:p>
        </w:tc>
        <w:tc>
          <w:tcPr>
            <w:tcW w:w="974" w:type="dxa"/>
            <w:tcBorders>
              <w:top w:val="single" w:sz="4" w:space="0" w:color="auto"/>
            </w:tcBorders>
          </w:tcPr>
          <w:p w14:paraId="265C179A" w14:textId="77777777" w:rsidR="00EA5134" w:rsidRPr="00E85BC9" w:rsidRDefault="00EA5134" w:rsidP="001C61B8">
            <w:pPr>
              <w:rPr>
                <w:sz w:val="20"/>
                <w:szCs w:val="20"/>
              </w:rPr>
            </w:pPr>
          </w:p>
        </w:tc>
        <w:tc>
          <w:tcPr>
            <w:tcW w:w="1452" w:type="dxa"/>
            <w:tcBorders>
              <w:top w:val="single" w:sz="4" w:space="0" w:color="auto"/>
            </w:tcBorders>
          </w:tcPr>
          <w:p w14:paraId="36023E85" w14:textId="77777777" w:rsidR="00EA5134" w:rsidRPr="00E85BC9" w:rsidRDefault="00EA5134" w:rsidP="001C61B8">
            <w:pPr>
              <w:rPr>
                <w:sz w:val="20"/>
                <w:szCs w:val="20"/>
              </w:rPr>
            </w:pPr>
          </w:p>
        </w:tc>
      </w:tr>
      <w:tr w:rsidR="00EA5134" w:rsidRPr="004A4F2C" w14:paraId="6B819EC9"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24A46CAC" w14:textId="77777777" w:rsidR="00EA5134" w:rsidRPr="00680E20" w:rsidRDefault="00EA5134" w:rsidP="001C61B8">
            <w:pPr>
              <w:rPr>
                <w:rFonts w:ascii="Times New Roman" w:hAnsi="Times New Roman" w:cs="Times New Roman"/>
                <w:sz w:val="20"/>
                <w:szCs w:val="20"/>
              </w:rPr>
            </w:pPr>
            <w:r w:rsidRPr="00680E20">
              <w:rPr>
                <w:rFonts w:ascii="Times New Roman" w:hAnsi="Times New Roman" w:cs="Times New Roman"/>
                <w:sz w:val="20"/>
                <w:szCs w:val="20"/>
              </w:rPr>
              <w:t>Negative affect</w:t>
            </w:r>
          </w:p>
        </w:tc>
        <w:tc>
          <w:tcPr>
            <w:tcW w:w="943" w:type="dxa"/>
          </w:tcPr>
          <w:p w14:paraId="52E9C3BF"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2.39</w:t>
            </w:r>
          </w:p>
        </w:tc>
        <w:tc>
          <w:tcPr>
            <w:tcW w:w="974" w:type="dxa"/>
          </w:tcPr>
          <w:p w14:paraId="6D07583E" w14:textId="77777777" w:rsidR="00EA5134" w:rsidRPr="004A4F2C" w:rsidRDefault="00EA5134" w:rsidP="001C61B8">
            <w:pPr>
              <w:tabs>
                <w:tab w:val="left" w:pos="386"/>
              </w:tabs>
              <w:rPr>
                <w:rFonts w:ascii="Times New Roman" w:hAnsi="Times New Roman" w:cs="Times New Roman"/>
                <w:sz w:val="20"/>
                <w:szCs w:val="20"/>
              </w:rPr>
            </w:pPr>
            <w:r w:rsidRPr="004A4F2C">
              <w:rPr>
                <w:rFonts w:ascii="Times New Roman" w:hAnsi="Times New Roman" w:cs="Times New Roman"/>
                <w:sz w:val="20"/>
                <w:szCs w:val="20"/>
              </w:rPr>
              <w:t>1.5</w:t>
            </w:r>
            <w:r>
              <w:rPr>
                <w:rFonts w:ascii="Times New Roman" w:hAnsi="Times New Roman" w:cs="Times New Roman"/>
                <w:sz w:val="20"/>
                <w:szCs w:val="20"/>
              </w:rPr>
              <w:t>3</w:t>
            </w:r>
          </w:p>
        </w:tc>
        <w:tc>
          <w:tcPr>
            <w:tcW w:w="1452" w:type="dxa"/>
          </w:tcPr>
          <w:p w14:paraId="4DD124E7"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0.03 - 9.25</w:t>
            </w:r>
          </w:p>
        </w:tc>
      </w:tr>
      <w:tr w:rsidR="00EA5134" w:rsidRPr="004A4F2C" w14:paraId="1C3F31D8"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66B5824C" w14:textId="77777777" w:rsidR="00EA5134" w:rsidRPr="00680E20" w:rsidRDefault="00EA5134" w:rsidP="001C61B8">
            <w:pPr>
              <w:rPr>
                <w:rFonts w:ascii="Times New Roman" w:hAnsi="Times New Roman" w:cs="Times New Roman"/>
                <w:sz w:val="20"/>
                <w:szCs w:val="20"/>
              </w:rPr>
            </w:pPr>
            <w:r>
              <w:rPr>
                <w:rFonts w:ascii="Times New Roman" w:hAnsi="Times New Roman" w:cs="Times New Roman"/>
                <w:sz w:val="20"/>
                <w:szCs w:val="20"/>
              </w:rPr>
              <w:t>Positive affect</w:t>
            </w:r>
          </w:p>
        </w:tc>
        <w:tc>
          <w:tcPr>
            <w:tcW w:w="943" w:type="dxa"/>
          </w:tcPr>
          <w:p w14:paraId="5C54926C"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6.47</w:t>
            </w:r>
          </w:p>
        </w:tc>
        <w:tc>
          <w:tcPr>
            <w:tcW w:w="974" w:type="dxa"/>
          </w:tcPr>
          <w:p w14:paraId="338219E5"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1.56</w:t>
            </w:r>
          </w:p>
        </w:tc>
        <w:tc>
          <w:tcPr>
            <w:tcW w:w="1452" w:type="dxa"/>
          </w:tcPr>
          <w:p w14:paraId="212825CF"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0.50 - 9.94</w:t>
            </w:r>
          </w:p>
        </w:tc>
      </w:tr>
      <w:tr w:rsidR="00EA5134" w:rsidRPr="004A4F2C" w14:paraId="7A9112F7"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3F67F56C" w14:textId="77777777" w:rsidR="00EA5134" w:rsidRPr="00680E20" w:rsidRDefault="00EA5134" w:rsidP="001C61B8">
            <w:pPr>
              <w:rPr>
                <w:rFonts w:ascii="Times New Roman" w:hAnsi="Times New Roman" w:cs="Times New Roman"/>
                <w:sz w:val="20"/>
                <w:szCs w:val="20"/>
              </w:rPr>
            </w:pPr>
            <w:r>
              <w:rPr>
                <w:rFonts w:ascii="Times New Roman" w:hAnsi="Times New Roman" w:cs="Times New Roman"/>
                <w:sz w:val="20"/>
                <w:szCs w:val="20"/>
              </w:rPr>
              <w:t>Energy</w:t>
            </w:r>
          </w:p>
        </w:tc>
        <w:tc>
          <w:tcPr>
            <w:tcW w:w="943" w:type="dxa"/>
          </w:tcPr>
          <w:p w14:paraId="123F14CB"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5.45</w:t>
            </w:r>
          </w:p>
        </w:tc>
        <w:tc>
          <w:tcPr>
            <w:tcW w:w="974" w:type="dxa"/>
          </w:tcPr>
          <w:p w14:paraId="190D5A15"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1.48</w:t>
            </w:r>
          </w:p>
        </w:tc>
        <w:tc>
          <w:tcPr>
            <w:tcW w:w="1452" w:type="dxa"/>
          </w:tcPr>
          <w:p w14:paraId="3045A328"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0.18 - 9.71</w:t>
            </w:r>
          </w:p>
        </w:tc>
      </w:tr>
      <w:tr w:rsidR="00EA5134" w:rsidRPr="004A4F2C" w14:paraId="01AF7F78"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2A917AFA" w14:textId="77777777" w:rsidR="00EA5134" w:rsidRPr="00680E20" w:rsidRDefault="00EA5134" w:rsidP="001C61B8">
            <w:pPr>
              <w:rPr>
                <w:rFonts w:ascii="Times New Roman" w:hAnsi="Times New Roman" w:cs="Times New Roman"/>
                <w:sz w:val="20"/>
                <w:szCs w:val="20"/>
              </w:rPr>
            </w:pPr>
            <w:r>
              <w:rPr>
                <w:rFonts w:ascii="Times New Roman" w:hAnsi="Times New Roman" w:cs="Times New Roman"/>
                <w:sz w:val="20"/>
                <w:szCs w:val="20"/>
              </w:rPr>
              <w:t>Stress</w:t>
            </w:r>
          </w:p>
        </w:tc>
        <w:tc>
          <w:tcPr>
            <w:tcW w:w="943" w:type="dxa"/>
          </w:tcPr>
          <w:p w14:paraId="2A279C38"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2.95</w:t>
            </w:r>
          </w:p>
        </w:tc>
        <w:tc>
          <w:tcPr>
            <w:tcW w:w="974" w:type="dxa"/>
          </w:tcPr>
          <w:p w14:paraId="4CA0CA30"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1.80</w:t>
            </w:r>
          </w:p>
        </w:tc>
        <w:tc>
          <w:tcPr>
            <w:tcW w:w="1452" w:type="dxa"/>
          </w:tcPr>
          <w:p w14:paraId="4F7975F8" w14:textId="12B6DFA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 xml:space="preserve">0.09 </w:t>
            </w:r>
            <w:r w:rsidR="003B00EE">
              <w:rPr>
                <w:rFonts w:ascii="Times New Roman" w:hAnsi="Times New Roman" w:cs="Times New Roman"/>
                <w:sz w:val="20"/>
                <w:szCs w:val="20"/>
              </w:rPr>
              <w:t>-</w:t>
            </w:r>
            <w:r w:rsidRPr="004A4F2C">
              <w:rPr>
                <w:rFonts w:ascii="Times New Roman" w:hAnsi="Times New Roman" w:cs="Times New Roman"/>
                <w:sz w:val="20"/>
                <w:szCs w:val="20"/>
              </w:rPr>
              <w:t xml:space="preserve"> 10</w:t>
            </w:r>
            <w:r w:rsidR="003B00EE">
              <w:rPr>
                <w:rFonts w:ascii="Times New Roman" w:hAnsi="Times New Roman" w:cs="Times New Roman"/>
                <w:sz w:val="20"/>
                <w:szCs w:val="20"/>
              </w:rPr>
              <w:t>.00</w:t>
            </w:r>
          </w:p>
        </w:tc>
      </w:tr>
      <w:tr w:rsidR="00EA5134" w:rsidRPr="004A4F2C" w14:paraId="75337287"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44B9BFF0" w14:textId="77777777" w:rsidR="00EA5134" w:rsidRPr="00680E20" w:rsidRDefault="00EA5134" w:rsidP="001C61B8">
            <w:pPr>
              <w:rPr>
                <w:rFonts w:ascii="Times New Roman" w:hAnsi="Times New Roman" w:cs="Times New Roman"/>
                <w:sz w:val="20"/>
                <w:szCs w:val="20"/>
              </w:rPr>
            </w:pPr>
            <w:r>
              <w:rPr>
                <w:rFonts w:ascii="Times New Roman" w:hAnsi="Times New Roman" w:cs="Times New Roman"/>
                <w:sz w:val="20"/>
                <w:szCs w:val="20"/>
              </w:rPr>
              <w:t xml:space="preserve">Impulsivity </w:t>
            </w:r>
          </w:p>
        </w:tc>
        <w:tc>
          <w:tcPr>
            <w:tcW w:w="943" w:type="dxa"/>
          </w:tcPr>
          <w:p w14:paraId="25052D83"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1.37</w:t>
            </w:r>
          </w:p>
        </w:tc>
        <w:tc>
          <w:tcPr>
            <w:tcW w:w="974" w:type="dxa"/>
          </w:tcPr>
          <w:p w14:paraId="52AFC478"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1.35</w:t>
            </w:r>
          </w:p>
        </w:tc>
        <w:tc>
          <w:tcPr>
            <w:tcW w:w="1452" w:type="dxa"/>
          </w:tcPr>
          <w:p w14:paraId="3C110D2E" w14:textId="0E8F65C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w:t>
            </w:r>
            <w:r w:rsidR="003B00EE">
              <w:rPr>
                <w:rFonts w:ascii="Times New Roman" w:hAnsi="Times New Roman" w:cs="Times New Roman"/>
                <w:sz w:val="20"/>
                <w:szCs w:val="20"/>
              </w:rPr>
              <w:t>.00</w:t>
            </w:r>
            <w:r w:rsidRPr="004A4F2C">
              <w:rPr>
                <w:rFonts w:ascii="Times New Roman" w:hAnsi="Times New Roman" w:cs="Times New Roman"/>
                <w:sz w:val="20"/>
                <w:szCs w:val="20"/>
              </w:rPr>
              <w:t xml:space="preserve"> - 7.7</w:t>
            </w:r>
            <w:r w:rsidR="003B00EE">
              <w:rPr>
                <w:rFonts w:ascii="Times New Roman" w:hAnsi="Times New Roman" w:cs="Times New Roman"/>
                <w:sz w:val="20"/>
                <w:szCs w:val="20"/>
              </w:rPr>
              <w:t>0</w:t>
            </w:r>
          </w:p>
        </w:tc>
      </w:tr>
      <w:tr w:rsidR="00EA5134" w:rsidRPr="004A4F2C" w14:paraId="492BFC03"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2"/>
        </w:trPr>
        <w:tc>
          <w:tcPr>
            <w:tcW w:w="2301" w:type="dxa"/>
          </w:tcPr>
          <w:p w14:paraId="51BD968F" w14:textId="77777777" w:rsidR="00EA5134" w:rsidRDefault="00EA5134" w:rsidP="001C61B8">
            <w:pPr>
              <w:rPr>
                <w:rFonts w:ascii="Times New Roman" w:hAnsi="Times New Roman" w:cs="Times New Roman"/>
                <w:sz w:val="20"/>
                <w:szCs w:val="20"/>
              </w:rPr>
            </w:pPr>
            <w:r>
              <w:rPr>
                <w:rFonts w:ascii="Times New Roman" w:hAnsi="Times New Roman" w:cs="Times New Roman"/>
                <w:sz w:val="20"/>
                <w:szCs w:val="20"/>
              </w:rPr>
              <w:t>Sleep quality</w:t>
            </w:r>
          </w:p>
        </w:tc>
        <w:tc>
          <w:tcPr>
            <w:tcW w:w="943" w:type="dxa"/>
          </w:tcPr>
          <w:p w14:paraId="7145CCFB"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5.91</w:t>
            </w:r>
          </w:p>
        </w:tc>
        <w:tc>
          <w:tcPr>
            <w:tcW w:w="974" w:type="dxa"/>
          </w:tcPr>
          <w:p w14:paraId="1DD59BA4"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1.70</w:t>
            </w:r>
          </w:p>
        </w:tc>
        <w:tc>
          <w:tcPr>
            <w:tcW w:w="1452" w:type="dxa"/>
          </w:tcPr>
          <w:p w14:paraId="26C0AFFB" w14:textId="26FEE0D6"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w:t>
            </w:r>
            <w:r w:rsidR="003B00EE">
              <w:rPr>
                <w:rFonts w:ascii="Times New Roman" w:hAnsi="Times New Roman" w:cs="Times New Roman"/>
                <w:sz w:val="20"/>
                <w:szCs w:val="20"/>
              </w:rPr>
              <w:t>.00</w:t>
            </w:r>
            <w:r w:rsidRPr="004A4F2C">
              <w:rPr>
                <w:rFonts w:ascii="Times New Roman" w:hAnsi="Times New Roman" w:cs="Times New Roman"/>
                <w:sz w:val="20"/>
                <w:szCs w:val="20"/>
              </w:rPr>
              <w:t xml:space="preserve"> </w:t>
            </w:r>
            <w:r w:rsidR="003B00EE">
              <w:rPr>
                <w:rFonts w:ascii="Times New Roman" w:hAnsi="Times New Roman" w:cs="Times New Roman"/>
                <w:sz w:val="20"/>
                <w:szCs w:val="20"/>
              </w:rPr>
              <w:t>-</w:t>
            </w:r>
            <w:r w:rsidRPr="004A4F2C">
              <w:rPr>
                <w:rFonts w:ascii="Times New Roman" w:hAnsi="Times New Roman" w:cs="Times New Roman"/>
                <w:sz w:val="20"/>
                <w:szCs w:val="20"/>
              </w:rPr>
              <w:t xml:space="preserve"> 10</w:t>
            </w:r>
            <w:r w:rsidR="003B00EE">
              <w:rPr>
                <w:rFonts w:ascii="Times New Roman" w:hAnsi="Times New Roman" w:cs="Times New Roman"/>
                <w:sz w:val="20"/>
                <w:szCs w:val="20"/>
              </w:rPr>
              <w:t>.00</w:t>
            </w:r>
          </w:p>
        </w:tc>
      </w:tr>
      <w:tr w:rsidR="00EA5134" w:rsidRPr="004A4F2C" w14:paraId="65DEC50E"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376FD209" w14:textId="77777777" w:rsidR="00EA5134" w:rsidRPr="00680E20" w:rsidRDefault="00EA5134" w:rsidP="001C61B8">
            <w:pPr>
              <w:rPr>
                <w:rFonts w:ascii="Times New Roman" w:hAnsi="Times New Roman" w:cs="Times New Roman"/>
                <w:b/>
                <w:bCs/>
                <w:i/>
                <w:iCs/>
                <w:sz w:val="20"/>
                <w:szCs w:val="20"/>
              </w:rPr>
            </w:pPr>
            <w:r w:rsidRPr="00680E20">
              <w:rPr>
                <w:rFonts w:ascii="Times New Roman" w:hAnsi="Times New Roman" w:cs="Times New Roman"/>
                <w:b/>
                <w:bCs/>
                <w:i/>
                <w:iCs/>
                <w:sz w:val="20"/>
                <w:szCs w:val="20"/>
              </w:rPr>
              <w:t>Social Interaction Outcomes</w:t>
            </w:r>
          </w:p>
        </w:tc>
        <w:tc>
          <w:tcPr>
            <w:tcW w:w="943" w:type="dxa"/>
          </w:tcPr>
          <w:p w14:paraId="57D98008" w14:textId="77777777" w:rsidR="00EA5134" w:rsidRPr="004A4F2C" w:rsidRDefault="00EA5134" w:rsidP="001C61B8">
            <w:pPr>
              <w:rPr>
                <w:rFonts w:ascii="Times New Roman" w:hAnsi="Times New Roman" w:cs="Times New Roman"/>
                <w:sz w:val="20"/>
                <w:szCs w:val="20"/>
              </w:rPr>
            </w:pPr>
          </w:p>
        </w:tc>
        <w:tc>
          <w:tcPr>
            <w:tcW w:w="974" w:type="dxa"/>
          </w:tcPr>
          <w:p w14:paraId="4E1187CD" w14:textId="77777777" w:rsidR="00EA5134" w:rsidRPr="004A4F2C" w:rsidRDefault="00EA5134" w:rsidP="001C61B8">
            <w:pPr>
              <w:rPr>
                <w:rFonts w:ascii="Times New Roman" w:hAnsi="Times New Roman" w:cs="Times New Roman"/>
                <w:sz w:val="20"/>
                <w:szCs w:val="20"/>
              </w:rPr>
            </w:pPr>
          </w:p>
        </w:tc>
        <w:tc>
          <w:tcPr>
            <w:tcW w:w="1452" w:type="dxa"/>
          </w:tcPr>
          <w:p w14:paraId="11939599" w14:textId="77777777" w:rsidR="00EA5134" w:rsidRPr="004A4F2C" w:rsidRDefault="00EA5134" w:rsidP="001C61B8">
            <w:pPr>
              <w:rPr>
                <w:rFonts w:ascii="Times New Roman" w:hAnsi="Times New Roman" w:cs="Times New Roman"/>
                <w:sz w:val="20"/>
                <w:szCs w:val="20"/>
              </w:rPr>
            </w:pPr>
          </w:p>
        </w:tc>
      </w:tr>
      <w:tr w:rsidR="00EA5134" w:rsidRPr="004A4F2C" w14:paraId="48451526"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2E3A85F3" w14:textId="77777777" w:rsidR="00EA5134" w:rsidRPr="00680E20" w:rsidRDefault="00EA5134" w:rsidP="001C61B8">
            <w:pPr>
              <w:rPr>
                <w:rFonts w:ascii="Times New Roman" w:hAnsi="Times New Roman" w:cs="Times New Roman"/>
                <w:b/>
                <w:bCs/>
                <w:sz w:val="20"/>
                <w:szCs w:val="20"/>
              </w:rPr>
            </w:pPr>
            <w:r>
              <w:rPr>
                <w:rFonts w:ascii="Times New Roman" w:hAnsi="Times New Roman" w:cs="Times New Roman"/>
                <w:sz w:val="20"/>
                <w:szCs w:val="20"/>
              </w:rPr>
              <w:t>Empathy</w:t>
            </w:r>
          </w:p>
        </w:tc>
        <w:tc>
          <w:tcPr>
            <w:tcW w:w="943" w:type="dxa"/>
          </w:tcPr>
          <w:p w14:paraId="16318948"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6.42</w:t>
            </w:r>
          </w:p>
        </w:tc>
        <w:tc>
          <w:tcPr>
            <w:tcW w:w="974" w:type="dxa"/>
          </w:tcPr>
          <w:p w14:paraId="056C4602"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1.82</w:t>
            </w:r>
          </w:p>
        </w:tc>
        <w:tc>
          <w:tcPr>
            <w:tcW w:w="1452" w:type="dxa"/>
          </w:tcPr>
          <w:p w14:paraId="25C66CB5" w14:textId="5E921BA0"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 xml:space="preserve">0.56 </w:t>
            </w:r>
            <w:r w:rsidR="003B00EE">
              <w:rPr>
                <w:rFonts w:ascii="Times New Roman" w:hAnsi="Times New Roman" w:cs="Times New Roman"/>
                <w:sz w:val="20"/>
                <w:szCs w:val="20"/>
              </w:rPr>
              <w:t>-</w:t>
            </w:r>
            <w:r w:rsidRPr="004A4F2C">
              <w:rPr>
                <w:rFonts w:ascii="Times New Roman" w:hAnsi="Times New Roman" w:cs="Times New Roman"/>
                <w:sz w:val="20"/>
                <w:szCs w:val="20"/>
              </w:rPr>
              <w:t xml:space="preserve"> 10</w:t>
            </w:r>
            <w:r w:rsidR="003B00EE">
              <w:rPr>
                <w:rFonts w:ascii="Times New Roman" w:hAnsi="Times New Roman" w:cs="Times New Roman"/>
                <w:sz w:val="20"/>
                <w:szCs w:val="20"/>
              </w:rPr>
              <w:t>.00</w:t>
            </w:r>
          </w:p>
        </w:tc>
      </w:tr>
      <w:tr w:rsidR="00EA5134" w:rsidRPr="004A4F2C" w14:paraId="2923083C"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1D4931E4" w14:textId="77777777" w:rsidR="00EA5134" w:rsidRPr="00680E20" w:rsidRDefault="00EA5134" w:rsidP="001C61B8">
            <w:pPr>
              <w:rPr>
                <w:rFonts w:ascii="Times New Roman" w:hAnsi="Times New Roman" w:cs="Times New Roman"/>
                <w:b/>
                <w:bCs/>
                <w:sz w:val="20"/>
                <w:szCs w:val="20"/>
              </w:rPr>
            </w:pPr>
            <w:r w:rsidRPr="00E85BC9">
              <w:rPr>
                <w:rFonts w:ascii="Times New Roman" w:hAnsi="Times New Roman" w:cs="Times New Roman"/>
                <w:sz w:val="20"/>
                <w:szCs w:val="20"/>
              </w:rPr>
              <w:t>Dominance - Submissiveness</w:t>
            </w:r>
          </w:p>
        </w:tc>
        <w:tc>
          <w:tcPr>
            <w:tcW w:w="943" w:type="dxa"/>
          </w:tcPr>
          <w:p w14:paraId="1C0BBE90"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0.12</w:t>
            </w:r>
          </w:p>
        </w:tc>
        <w:tc>
          <w:tcPr>
            <w:tcW w:w="974" w:type="dxa"/>
          </w:tcPr>
          <w:p w14:paraId="099A5FC6"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0.08</w:t>
            </w:r>
          </w:p>
        </w:tc>
        <w:tc>
          <w:tcPr>
            <w:tcW w:w="1452" w:type="dxa"/>
          </w:tcPr>
          <w:p w14:paraId="0258F105"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-0.15 - 0.41</w:t>
            </w:r>
          </w:p>
        </w:tc>
      </w:tr>
      <w:tr w:rsidR="00EA5134" w:rsidRPr="004A4F2C" w14:paraId="53D030C5"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2301" w:type="dxa"/>
          </w:tcPr>
          <w:p w14:paraId="3FFFC136" w14:textId="77777777" w:rsidR="00EA5134" w:rsidRPr="00680E20" w:rsidRDefault="00EA5134" w:rsidP="001C61B8">
            <w:pPr>
              <w:rPr>
                <w:rFonts w:ascii="Times New Roman" w:hAnsi="Times New Roman" w:cs="Times New Roman"/>
                <w:b/>
                <w:bCs/>
                <w:sz w:val="20"/>
                <w:szCs w:val="20"/>
              </w:rPr>
            </w:pPr>
            <w:r w:rsidRPr="00E85BC9">
              <w:rPr>
                <w:rFonts w:ascii="Times New Roman" w:hAnsi="Times New Roman" w:cs="Times New Roman"/>
                <w:sz w:val="20"/>
                <w:szCs w:val="20"/>
              </w:rPr>
              <w:t>Agreeable - Quarrelsome</w:t>
            </w:r>
          </w:p>
        </w:tc>
        <w:tc>
          <w:tcPr>
            <w:tcW w:w="943" w:type="dxa"/>
          </w:tcPr>
          <w:p w14:paraId="51A4162C"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0.22</w:t>
            </w:r>
          </w:p>
        </w:tc>
        <w:tc>
          <w:tcPr>
            <w:tcW w:w="974" w:type="dxa"/>
          </w:tcPr>
          <w:p w14:paraId="1EF382DC"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0.12</w:t>
            </w:r>
          </w:p>
        </w:tc>
        <w:tc>
          <w:tcPr>
            <w:tcW w:w="1452" w:type="dxa"/>
          </w:tcPr>
          <w:p w14:paraId="7EEFE279" w14:textId="77777777" w:rsidR="00EA5134" w:rsidRPr="004A4F2C" w:rsidRDefault="00EA5134" w:rsidP="001C61B8">
            <w:pPr>
              <w:rPr>
                <w:rFonts w:ascii="Times New Roman" w:hAnsi="Times New Roman" w:cs="Times New Roman"/>
                <w:sz w:val="20"/>
                <w:szCs w:val="20"/>
              </w:rPr>
            </w:pPr>
            <w:r w:rsidRPr="004A4F2C">
              <w:rPr>
                <w:rFonts w:ascii="Times New Roman" w:hAnsi="Times New Roman" w:cs="Times New Roman"/>
                <w:sz w:val="20"/>
                <w:szCs w:val="20"/>
              </w:rPr>
              <w:t>-0.02 - 0.66</w:t>
            </w:r>
          </w:p>
        </w:tc>
      </w:tr>
      <w:tr w:rsidR="00EA5134" w:rsidRPr="004A4F2C" w14:paraId="3818E08D" w14:textId="77777777" w:rsidTr="001C6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tcPr>
          <w:p w14:paraId="74EBD64C" w14:textId="77777777" w:rsidR="00EA5134" w:rsidRPr="00680E20" w:rsidRDefault="00EA5134" w:rsidP="001C61B8">
            <w:pPr>
              <w:rPr>
                <w:rFonts w:ascii="Times New Roman" w:hAnsi="Times New Roman" w:cs="Times New Roman"/>
                <w:b/>
                <w:bCs/>
                <w:i/>
                <w:iCs/>
                <w:sz w:val="20"/>
                <w:szCs w:val="20"/>
              </w:rPr>
            </w:pPr>
            <w:r w:rsidRPr="00680E20">
              <w:rPr>
                <w:rFonts w:ascii="Times New Roman" w:hAnsi="Times New Roman" w:cs="Times New Roman"/>
                <w:b/>
                <w:bCs/>
                <w:i/>
                <w:iCs/>
                <w:sz w:val="20"/>
                <w:szCs w:val="20"/>
              </w:rPr>
              <w:t>Baseline</w:t>
            </w:r>
          </w:p>
        </w:tc>
        <w:tc>
          <w:tcPr>
            <w:tcW w:w="943" w:type="dxa"/>
          </w:tcPr>
          <w:p w14:paraId="16890E8F" w14:textId="77777777" w:rsidR="00EA5134" w:rsidRPr="004A4F2C" w:rsidRDefault="00EA5134" w:rsidP="001C61B8">
            <w:pPr>
              <w:rPr>
                <w:rFonts w:ascii="Times New Roman" w:hAnsi="Times New Roman" w:cs="Times New Roman"/>
                <w:sz w:val="20"/>
                <w:szCs w:val="20"/>
              </w:rPr>
            </w:pPr>
          </w:p>
        </w:tc>
        <w:tc>
          <w:tcPr>
            <w:tcW w:w="974" w:type="dxa"/>
          </w:tcPr>
          <w:p w14:paraId="23003B79" w14:textId="77777777" w:rsidR="00EA5134" w:rsidRPr="004A4F2C" w:rsidRDefault="00EA5134" w:rsidP="001C61B8">
            <w:pPr>
              <w:rPr>
                <w:rFonts w:ascii="Times New Roman" w:hAnsi="Times New Roman" w:cs="Times New Roman"/>
                <w:sz w:val="20"/>
                <w:szCs w:val="20"/>
              </w:rPr>
            </w:pPr>
          </w:p>
        </w:tc>
        <w:tc>
          <w:tcPr>
            <w:tcW w:w="1452" w:type="dxa"/>
          </w:tcPr>
          <w:p w14:paraId="5AF65B49" w14:textId="77777777" w:rsidR="00EA5134" w:rsidRPr="004A4F2C" w:rsidRDefault="00EA5134" w:rsidP="001C61B8">
            <w:pPr>
              <w:rPr>
                <w:rFonts w:ascii="Times New Roman" w:hAnsi="Times New Roman" w:cs="Times New Roman"/>
                <w:sz w:val="20"/>
                <w:szCs w:val="20"/>
              </w:rPr>
            </w:pPr>
          </w:p>
        </w:tc>
      </w:tr>
      <w:tr w:rsidR="00EA5134" w:rsidRPr="004A4F2C" w14:paraId="4ADDD632"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D6B63AE" w14:textId="6B04FC4E"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Affective Lability</w:t>
            </w:r>
          </w:p>
        </w:tc>
        <w:tc>
          <w:tcPr>
            <w:tcW w:w="943" w:type="dxa"/>
            <w:vAlign w:val="center"/>
          </w:tcPr>
          <w:p w14:paraId="0BDBD79E" w14:textId="52D0F2A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1.59</w:t>
            </w:r>
          </w:p>
        </w:tc>
        <w:tc>
          <w:tcPr>
            <w:tcW w:w="974" w:type="dxa"/>
            <w:vAlign w:val="center"/>
          </w:tcPr>
          <w:p w14:paraId="0BEB6DDE" w14:textId="12A0A75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0.58</w:t>
            </w:r>
          </w:p>
        </w:tc>
        <w:tc>
          <w:tcPr>
            <w:tcW w:w="1452" w:type="dxa"/>
            <w:vAlign w:val="center"/>
          </w:tcPr>
          <w:p w14:paraId="61E28A3B" w14:textId="54DB7583"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7B08262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B6F110F" w14:textId="33E9D5F3"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Agoraphobia</w:t>
            </w:r>
          </w:p>
        </w:tc>
        <w:tc>
          <w:tcPr>
            <w:tcW w:w="943" w:type="dxa"/>
            <w:vAlign w:val="center"/>
          </w:tcPr>
          <w:p w14:paraId="2EEE3E92" w14:textId="1C77FB1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1.41</w:t>
            </w:r>
          </w:p>
        </w:tc>
        <w:tc>
          <w:tcPr>
            <w:tcW w:w="974" w:type="dxa"/>
            <w:vAlign w:val="center"/>
          </w:tcPr>
          <w:p w14:paraId="04E343E1" w14:textId="5B927F5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w:t>
            </w:r>
            <w:r>
              <w:rPr>
                <w:rFonts w:ascii="Times New Roman" w:hAnsi="Times New Roman" w:cs="Times New Roman"/>
                <w:color w:val="000000"/>
                <w:sz w:val="20"/>
                <w:szCs w:val="20"/>
              </w:rPr>
              <w:t>57</w:t>
            </w:r>
          </w:p>
        </w:tc>
        <w:tc>
          <w:tcPr>
            <w:tcW w:w="1452" w:type="dxa"/>
            <w:vAlign w:val="center"/>
          </w:tcPr>
          <w:p w14:paraId="1DAFC43D" w14:textId="17A16C18" w:rsidR="00EA5134" w:rsidRPr="00EA5134" w:rsidRDefault="003B00EE"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00EA5134">
              <w:rPr>
                <w:rFonts w:ascii="Times New Roman" w:hAnsi="Times New Roman" w:cs="Times New Roman"/>
                <w:color w:val="000000"/>
                <w:sz w:val="20"/>
                <w:szCs w:val="20"/>
              </w:rPr>
              <w:t xml:space="preserve"> - 3.50</w:t>
            </w:r>
          </w:p>
        </w:tc>
      </w:tr>
      <w:tr w:rsidR="00EA5134" w:rsidRPr="004A4F2C" w14:paraId="18FF6C1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2ACD01C" w14:textId="4DD6C119"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Angry Hostility</w:t>
            </w:r>
          </w:p>
        </w:tc>
        <w:tc>
          <w:tcPr>
            <w:tcW w:w="943" w:type="dxa"/>
            <w:vAlign w:val="center"/>
          </w:tcPr>
          <w:p w14:paraId="3AB87426" w14:textId="0EB41DF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1.48</w:t>
            </w:r>
          </w:p>
        </w:tc>
        <w:tc>
          <w:tcPr>
            <w:tcW w:w="974" w:type="dxa"/>
            <w:vAlign w:val="center"/>
          </w:tcPr>
          <w:p w14:paraId="514CB591" w14:textId="292A43E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0.52</w:t>
            </w:r>
          </w:p>
        </w:tc>
        <w:tc>
          <w:tcPr>
            <w:tcW w:w="1452" w:type="dxa"/>
            <w:vAlign w:val="center"/>
          </w:tcPr>
          <w:p w14:paraId="06DE4B67" w14:textId="4FBA5AB2" w:rsidR="00EA5134" w:rsidRPr="00EA5134" w:rsidRDefault="003B00EE"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00EA5134" w:rsidRPr="00EA5134">
              <w:rPr>
                <w:rFonts w:ascii="Times New Roman" w:hAnsi="Times New Roman" w:cs="Times New Roman"/>
                <w:color w:val="000000"/>
                <w:sz w:val="20"/>
                <w:szCs w:val="20"/>
              </w:rPr>
              <w:t xml:space="preserve"> - 3.40</w:t>
            </w:r>
          </w:p>
        </w:tc>
      </w:tr>
      <w:tr w:rsidR="00EA5134" w:rsidRPr="004A4F2C" w14:paraId="32A74D4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9E24E47" w14:textId="69F700D6"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Anhedonia</w:t>
            </w:r>
          </w:p>
        </w:tc>
        <w:tc>
          <w:tcPr>
            <w:tcW w:w="943" w:type="dxa"/>
            <w:vAlign w:val="center"/>
          </w:tcPr>
          <w:p w14:paraId="19E1BBCF" w14:textId="384D4AD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1.71</w:t>
            </w:r>
          </w:p>
        </w:tc>
        <w:tc>
          <w:tcPr>
            <w:tcW w:w="974" w:type="dxa"/>
            <w:vAlign w:val="center"/>
          </w:tcPr>
          <w:p w14:paraId="03EEA8A7" w14:textId="471C985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0.65</w:t>
            </w:r>
          </w:p>
        </w:tc>
        <w:tc>
          <w:tcPr>
            <w:tcW w:w="1452" w:type="dxa"/>
            <w:vAlign w:val="center"/>
          </w:tcPr>
          <w:p w14:paraId="75C8C7D6" w14:textId="482E7FCB" w:rsidR="00EA5134" w:rsidRPr="00EA5134" w:rsidRDefault="003B00EE"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00EA5134" w:rsidRPr="00EA5134">
              <w:rPr>
                <w:rFonts w:ascii="Times New Roman" w:hAnsi="Times New Roman" w:cs="Times New Roman"/>
                <w:color w:val="000000"/>
                <w:sz w:val="20"/>
                <w:szCs w:val="20"/>
              </w:rPr>
              <w:t xml:space="preserve"> - 3.25</w:t>
            </w:r>
          </w:p>
        </w:tc>
      </w:tr>
      <w:tr w:rsidR="00EA5134" w:rsidRPr="004A4F2C" w14:paraId="2D8E199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574CBC9D" w14:textId="0098192F"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Animal-Insect Phobia</w:t>
            </w:r>
          </w:p>
        </w:tc>
        <w:tc>
          <w:tcPr>
            <w:tcW w:w="943" w:type="dxa"/>
            <w:vAlign w:val="center"/>
          </w:tcPr>
          <w:p w14:paraId="35ECBDBC" w14:textId="4709A96A" w:rsidR="00EA5134" w:rsidRPr="00EA5134" w:rsidRDefault="00EA5134" w:rsidP="00EA5134">
            <w:pPr>
              <w:tabs>
                <w:tab w:val="left" w:pos="386"/>
              </w:tabs>
              <w:rPr>
                <w:rFonts w:ascii="Times New Roman" w:hAnsi="Times New Roman" w:cs="Times New Roman"/>
                <w:sz w:val="20"/>
                <w:szCs w:val="20"/>
              </w:rPr>
            </w:pPr>
            <w:r w:rsidRPr="00EA5134">
              <w:rPr>
                <w:rFonts w:ascii="Times New Roman" w:hAnsi="Times New Roman" w:cs="Times New Roman"/>
                <w:color w:val="000000"/>
                <w:sz w:val="20"/>
                <w:szCs w:val="20"/>
              </w:rPr>
              <w:t>1.51</w:t>
            </w:r>
          </w:p>
        </w:tc>
        <w:tc>
          <w:tcPr>
            <w:tcW w:w="974" w:type="dxa"/>
            <w:vAlign w:val="center"/>
          </w:tcPr>
          <w:p w14:paraId="5637A1F3" w14:textId="38D2B93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0.57</w:t>
            </w:r>
          </w:p>
        </w:tc>
        <w:tc>
          <w:tcPr>
            <w:tcW w:w="1452" w:type="dxa"/>
            <w:vAlign w:val="center"/>
          </w:tcPr>
          <w:p w14:paraId="2F4CBA26" w14:textId="06B76A33" w:rsidR="00EA5134" w:rsidRPr="00EA5134" w:rsidRDefault="003B00EE"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00EA5134" w:rsidRPr="00EA5134">
              <w:rPr>
                <w:rFonts w:ascii="Times New Roman" w:hAnsi="Times New Roman" w:cs="Times New Roman"/>
                <w:color w:val="000000"/>
                <w:sz w:val="20"/>
                <w:szCs w:val="20"/>
              </w:rPr>
              <w:t xml:space="preserve"> - 3.50</w:t>
            </w:r>
          </w:p>
        </w:tc>
      </w:tr>
      <w:tr w:rsidR="00EA5134" w:rsidRPr="004A4F2C" w14:paraId="2D4675D0"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F78DB99" w14:textId="0160F8E4"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Antisocial Behavior</w:t>
            </w:r>
          </w:p>
        </w:tc>
        <w:tc>
          <w:tcPr>
            <w:tcW w:w="943" w:type="dxa"/>
            <w:vAlign w:val="center"/>
          </w:tcPr>
          <w:p w14:paraId="1A8D4E55" w14:textId="222BB89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1.03</w:t>
            </w:r>
          </w:p>
        </w:tc>
        <w:tc>
          <w:tcPr>
            <w:tcW w:w="974" w:type="dxa"/>
            <w:vAlign w:val="center"/>
          </w:tcPr>
          <w:p w14:paraId="3A02CCE0" w14:textId="11169CA2" w:rsidR="00EA5134" w:rsidRPr="00EA5134" w:rsidRDefault="00EA5134" w:rsidP="00EA5134">
            <w:pPr>
              <w:tabs>
                <w:tab w:val="left" w:pos="438"/>
              </w:tabs>
              <w:rPr>
                <w:rFonts w:ascii="Times New Roman" w:hAnsi="Times New Roman" w:cs="Times New Roman"/>
                <w:sz w:val="20"/>
                <w:szCs w:val="20"/>
              </w:rPr>
            </w:pPr>
            <w:r w:rsidRPr="00EA5134">
              <w:rPr>
                <w:rFonts w:ascii="Times New Roman" w:hAnsi="Times New Roman" w:cs="Times New Roman"/>
                <w:color w:val="000000"/>
                <w:sz w:val="20"/>
                <w:szCs w:val="20"/>
              </w:rPr>
              <w:t>0.12</w:t>
            </w:r>
          </w:p>
        </w:tc>
        <w:tc>
          <w:tcPr>
            <w:tcW w:w="1452" w:type="dxa"/>
            <w:vAlign w:val="center"/>
          </w:tcPr>
          <w:p w14:paraId="187A777B" w14:textId="4CC8E373" w:rsidR="00EA5134" w:rsidRPr="00EA5134" w:rsidRDefault="003B00EE"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00EA5134" w:rsidRPr="00EA5134">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sidR="00EA5134" w:rsidRPr="00EA5134">
              <w:rPr>
                <w:rFonts w:ascii="Times New Roman" w:hAnsi="Times New Roman" w:cs="Times New Roman"/>
                <w:color w:val="000000"/>
                <w:sz w:val="20"/>
                <w:szCs w:val="20"/>
              </w:rPr>
              <w:t xml:space="preserve"> 3</w:t>
            </w:r>
            <w:r>
              <w:rPr>
                <w:rFonts w:ascii="Times New Roman" w:hAnsi="Times New Roman" w:cs="Times New Roman"/>
                <w:color w:val="000000"/>
                <w:sz w:val="20"/>
                <w:szCs w:val="20"/>
              </w:rPr>
              <w:t>.00</w:t>
            </w:r>
          </w:p>
        </w:tc>
      </w:tr>
      <w:tr w:rsidR="00EA5134" w:rsidRPr="004A4F2C" w14:paraId="3DA6C47A"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3227506" w14:textId="160C547D"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Anxious Worry</w:t>
            </w:r>
          </w:p>
        </w:tc>
        <w:tc>
          <w:tcPr>
            <w:tcW w:w="943" w:type="dxa"/>
            <w:vAlign w:val="center"/>
          </w:tcPr>
          <w:p w14:paraId="5BF00D18" w14:textId="38B07CD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2.18</w:t>
            </w:r>
          </w:p>
        </w:tc>
        <w:tc>
          <w:tcPr>
            <w:tcW w:w="974" w:type="dxa"/>
            <w:vAlign w:val="center"/>
          </w:tcPr>
          <w:p w14:paraId="2333281E" w14:textId="6FC5B94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0.65</w:t>
            </w:r>
          </w:p>
        </w:tc>
        <w:tc>
          <w:tcPr>
            <w:tcW w:w="1452" w:type="dxa"/>
            <w:vAlign w:val="center"/>
          </w:tcPr>
          <w:p w14:paraId="7C96BB92" w14:textId="49647231" w:rsidR="00EA5134" w:rsidRPr="00EA5134" w:rsidRDefault="003B00EE"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00EA5134" w:rsidRPr="00EA5134">
              <w:rPr>
                <w:rFonts w:ascii="Times New Roman" w:hAnsi="Times New Roman" w:cs="Times New Roman"/>
                <w:color w:val="000000"/>
                <w:sz w:val="20"/>
                <w:szCs w:val="20"/>
              </w:rPr>
              <w:t xml:space="preserve"> - 3.25</w:t>
            </w:r>
          </w:p>
        </w:tc>
      </w:tr>
      <w:tr w:rsidR="00EA5134" w:rsidRPr="004A4F2C" w14:paraId="53253E17"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1CC6080" w14:textId="4E413BD5"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Appetite Loss</w:t>
            </w:r>
          </w:p>
        </w:tc>
        <w:tc>
          <w:tcPr>
            <w:tcW w:w="943" w:type="dxa"/>
            <w:vAlign w:val="center"/>
          </w:tcPr>
          <w:p w14:paraId="589EE2B8" w14:textId="3D2F4798"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1.42</w:t>
            </w:r>
          </w:p>
        </w:tc>
        <w:tc>
          <w:tcPr>
            <w:tcW w:w="974" w:type="dxa"/>
            <w:vAlign w:val="center"/>
          </w:tcPr>
          <w:p w14:paraId="626C8CFA" w14:textId="398962E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w:t>
            </w:r>
            <w:r w:rsidR="003B00EE">
              <w:rPr>
                <w:rFonts w:ascii="Times New Roman" w:hAnsi="Times New Roman" w:cs="Times New Roman"/>
                <w:color w:val="000000"/>
                <w:sz w:val="20"/>
                <w:szCs w:val="20"/>
              </w:rPr>
              <w:t>0</w:t>
            </w:r>
          </w:p>
        </w:tc>
        <w:tc>
          <w:tcPr>
            <w:tcW w:w="1452" w:type="dxa"/>
            <w:vAlign w:val="center"/>
          </w:tcPr>
          <w:p w14:paraId="79692E61" w14:textId="0A70083C" w:rsidR="00EA5134" w:rsidRPr="00EA5134" w:rsidRDefault="003B00EE"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00EA5134" w:rsidRPr="00EA5134">
              <w:rPr>
                <w:rFonts w:ascii="Times New Roman" w:hAnsi="Times New Roman" w:cs="Times New Roman"/>
                <w:color w:val="000000"/>
                <w:sz w:val="20"/>
                <w:szCs w:val="20"/>
              </w:rPr>
              <w:t xml:space="preserve"> - 3.25</w:t>
            </w:r>
          </w:p>
        </w:tc>
      </w:tr>
      <w:tr w:rsidR="00EA5134" w:rsidRPr="004A4F2C" w14:paraId="70ACCFA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56CBE620" w14:textId="73D8D112"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Binge Eating</w:t>
            </w:r>
          </w:p>
        </w:tc>
        <w:tc>
          <w:tcPr>
            <w:tcW w:w="943" w:type="dxa"/>
            <w:vAlign w:val="center"/>
          </w:tcPr>
          <w:p w14:paraId="6748376F" w14:textId="3A17361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1.52</w:t>
            </w:r>
          </w:p>
        </w:tc>
        <w:tc>
          <w:tcPr>
            <w:tcW w:w="974" w:type="dxa"/>
            <w:vAlign w:val="center"/>
          </w:tcPr>
          <w:p w14:paraId="5883870C" w14:textId="75736D2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0.58</w:t>
            </w:r>
          </w:p>
        </w:tc>
        <w:tc>
          <w:tcPr>
            <w:tcW w:w="1452" w:type="dxa"/>
            <w:vAlign w:val="center"/>
          </w:tcPr>
          <w:p w14:paraId="48E0BC83" w14:textId="0072A6B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003B00EE" w:rsidRPr="00EA5134">
              <w:rPr>
                <w:rFonts w:ascii="Times New Roman" w:hAnsi="Times New Roman" w:cs="Times New Roman"/>
                <w:color w:val="000000"/>
                <w:sz w:val="20"/>
                <w:szCs w:val="20"/>
              </w:rPr>
              <w:t xml:space="preserve"> </w:t>
            </w:r>
            <w:r w:rsidRPr="00EA5134">
              <w:rPr>
                <w:rFonts w:ascii="Times New Roman" w:hAnsi="Times New Roman" w:cs="Times New Roman"/>
                <w:color w:val="000000"/>
                <w:sz w:val="20"/>
                <w:szCs w:val="20"/>
              </w:rPr>
              <w:t>- 3.25</w:t>
            </w:r>
          </w:p>
        </w:tc>
      </w:tr>
      <w:tr w:rsidR="00EA5134" w:rsidRPr="004A4F2C" w14:paraId="267A1DA0"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0A7CA68" w14:textId="1D1B01FE"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Blood-Injection Phobia</w:t>
            </w:r>
          </w:p>
        </w:tc>
        <w:tc>
          <w:tcPr>
            <w:tcW w:w="943" w:type="dxa"/>
            <w:vAlign w:val="center"/>
          </w:tcPr>
          <w:p w14:paraId="300CD837" w14:textId="1118196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1.19</w:t>
            </w:r>
          </w:p>
        </w:tc>
        <w:tc>
          <w:tcPr>
            <w:tcW w:w="974" w:type="dxa"/>
            <w:vAlign w:val="center"/>
          </w:tcPr>
          <w:p w14:paraId="77CF870D" w14:textId="1BF48E6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0.34</w:t>
            </w:r>
          </w:p>
        </w:tc>
        <w:tc>
          <w:tcPr>
            <w:tcW w:w="1452" w:type="dxa"/>
            <w:vAlign w:val="center"/>
          </w:tcPr>
          <w:p w14:paraId="6F7CEC17" w14:textId="73F4C94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4738B9C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5CF52ED" w14:textId="558AD351"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Bodily Distress</w:t>
            </w:r>
          </w:p>
        </w:tc>
        <w:tc>
          <w:tcPr>
            <w:tcW w:w="943" w:type="dxa"/>
            <w:vAlign w:val="center"/>
          </w:tcPr>
          <w:p w14:paraId="6DAD12BB" w14:textId="3C99A0B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1.85</w:t>
            </w:r>
          </w:p>
        </w:tc>
        <w:tc>
          <w:tcPr>
            <w:tcW w:w="974" w:type="dxa"/>
            <w:vAlign w:val="center"/>
          </w:tcPr>
          <w:p w14:paraId="23B47876" w14:textId="5BF580B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0.59</w:t>
            </w:r>
          </w:p>
        </w:tc>
        <w:tc>
          <w:tcPr>
            <w:tcW w:w="1452" w:type="dxa"/>
            <w:vAlign w:val="center"/>
          </w:tcPr>
          <w:p w14:paraId="5D7E0954" w14:textId="2A48AF83"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- 3.6</w:t>
            </w:r>
            <w:r w:rsidR="000F4278">
              <w:rPr>
                <w:rFonts w:ascii="Times New Roman" w:hAnsi="Times New Roman" w:cs="Times New Roman"/>
                <w:color w:val="000000"/>
                <w:sz w:val="20"/>
                <w:szCs w:val="20"/>
              </w:rPr>
              <w:t>2</w:t>
            </w:r>
          </w:p>
        </w:tc>
      </w:tr>
      <w:tr w:rsidR="00EA5134" w:rsidRPr="004A4F2C" w14:paraId="007619BC"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63BCE19" w14:textId="23959923"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Body Dissatisfaction</w:t>
            </w:r>
          </w:p>
        </w:tc>
        <w:tc>
          <w:tcPr>
            <w:tcW w:w="943" w:type="dxa"/>
            <w:vAlign w:val="center"/>
          </w:tcPr>
          <w:p w14:paraId="1F5E87E0" w14:textId="282803D9" w:rsidR="00EA5134" w:rsidRPr="00EA5134" w:rsidRDefault="00EA5134" w:rsidP="00EA5134">
            <w:pPr>
              <w:tabs>
                <w:tab w:val="left" w:pos="397"/>
              </w:tabs>
              <w:rPr>
                <w:rFonts w:ascii="Times New Roman" w:hAnsi="Times New Roman" w:cs="Times New Roman"/>
                <w:sz w:val="20"/>
                <w:szCs w:val="20"/>
              </w:rPr>
            </w:pPr>
            <w:r w:rsidRPr="00EA5134">
              <w:rPr>
                <w:rFonts w:ascii="Times New Roman" w:hAnsi="Times New Roman" w:cs="Times New Roman"/>
                <w:color w:val="000000"/>
                <w:sz w:val="20"/>
                <w:szCs w:val="20"/>
              </w:rPr>
              <w:t>2.35</w:t>
            </w:r>
          </w:p>
        </w:tc>
        <w:tc>
          <w:tcPr>
            <w:tcW w:w="974" w:type="dxa"/>
            <w:vAlign w:val="center"/>
          </w:tcPr>
          <w:p w14:paraId="088F5A58" w14:textId="02E6F3C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0.75</w:t>
            </w:r>
          </w:p>
        </w:tc>
        <w:tc>
          <w:tcPr>
            <w:tcW w:w="1452" w:type="dxa"/>
            <w:vAlign w:val="center"/>
          </w:tcPr>
          <w:p w14:paraId="7E899DC2" w14:textId="16F928A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199EB22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DC5F752" w14:textId="1B48F6F2"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Body Focus</w:t>
            </w:r>
          </w:p>
        </w:tc>
        <w:tc>
          <w:tcPr>
            <w:tcW w:w="943" w:type="dxa"/>
            <w:vAlign w:val="center"/>
          </w:tcPr>
          <w:p w14:paraId="3EADDD35" w14:textId="139F18B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1.77</w:t>
            </w:r>
          </w:p>
        </w:tc>
        <w:tc>
          <w:tcPr>
            <w:tcW w:w="974" w:type="dxa"/>
            <w:vAlign w:val="center"/>
          </w:tcPr>
          <w:p w14:paraId="2F0C0615" w14:textId="2103875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0.56</w:t>
            </w:r>
          </w:p>
        </w:tc>
        <w:tc>
          <w:tcPr>
            <w:tcW w:w="1452" w:type="dxa"/>
            <w:vAlign w:val="center"/>
          </w:tcPr>
          <w:p w14:paraId="7B522692" w14:textId="041EDB6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7FADEAC0"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825CA26" w14:textId="28276161"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Callousness</w:t>
            </w:r>
          </w:p>
        </w:tc>
        <w:tc>
          <w:tcPr>
            <w:tcW w:w="943" w:type="dxa"/>
            <w:vAlign w:val="center"/>
          </w:tcPr>
          <w:p w14:paraId="5CC90C4A" w14:textId="79407ED8"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1.26</w:t>
            </w:r>
          </w:p>
        </w:tc>
        <w:tc>
          <w:tcPr>
            <w:tcW w:w="974" w:type="dxa"/>
            <w:vAlign w:val="center"/>
          </w:tcPr>
          <w:p w14:paraId="27E94FB9" w14:textId="09F3C403"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0.37</w:t>
            </w:r>
          </w:p>
        </w:tc>
        <w:tc>
          <w:tcPr>
            <w:tcW w:w="1452" w:type="dxa"/>
            <w:vAlign w:val="center"/>
          </w:tcPr>
          <w:p w14:paraId="3CA421B5" w14:textId="1788B5D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- 3.29</w:t>
            </w:r>
          </w:p>
        </w:tc>
      </w:tr>
      <w:tr w:rsidR="00EA5134" w:rsidRPr="004A4F2C" w14:paraId="56B39481"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E13CB53" w14:textId="61A1AF5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Checking</w:t>
            </w:r>
          </w:p>
        </w:tc>
        <w:tc>
          <w:tcPr>
            <w:tcW w:w="943" w:type="dxa"/>
            <w:vAlign w:val="center"/>
          </w:tcPr>
          <w:p w14:paraId="686C077E" w14:textId="699AD1A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1.89</w:t>
            </w:r>
          </w:p>
        </w:tc>
        <w:tc>
          <w:tcPr>
            <w:tcW w:w="974" w:type="dxa"/>
            <w:vAlign w:val="center"/>
          </w:tcPr>
          <w:p w14:paraId="13684C89" w14:textId="5804AE9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0.62</w:t>
            </w:r>
          </w:p>
        </w:tc>
        <w:tc>
          <w:tcPr>
            <w:tcW w:w="1452" w:type="dxa"/>
            <w:vAlign w:val="center"/>
          </w:tcPr>
          <w:p w14:paraId="234CDC7E" w14:textId="4992E20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3C9EC83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25504AF" w14:textId="5662125C"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Cognitive Problems</w:t>
            </w:r>
          </w:p>
        </w:tc>
        <w:tc>
          <w:tcPr>
            <w:tcW w:w="943" w:type="dxa"/>
            <w:vAlign w:val="center"/>
          </w:tcPr>
          <w:p w14:paraId="52A19606" w14:textId="13D24BE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2.06</w:t>
            </w:r>
          </w:p>
        </w:tc>
        <w:tc>
          <w:tcPr>
            <w:tcW w:w="974" w:type="dxa"/>
            <w:vAlign w:val="center"/>
          </w:tcPr>
          <w:p w14:paraId="1C0545F7" w14:textId="3592166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0.67</w:t>
            </w:r>
          </w:p>
        </w:tc>
        <w:tc>
          <w:tcPr>
            <w:tcW w:w="1452" w:type="dxa"/>
            <w:vAlign w:val="center"/>
          </w:tcPr>
          <w:p w14:paraId="1159C9C8" w14:textId="1A589F9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287F68A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2738F31" w14:textId="3A575E73"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Conversion Symptoms</w:t>
            </w:r>
          </w:p>
        </w:tc>
        <w:tc>
          <w:tcPr>
            <w:tcW w:w="943" w:type="dxa"/>
            <w:vAlign w:val="center"/>
          </w:tcPr>
          <w:p w14:paraId="164920E5" w14:textId="5C88359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1.06</w:t>
            </w:r>
          </w:p>
        </w:tc>
        <w:tc>
          <w:tcPr>
            <w:tcW w:w="974" w:type="dxa"/>
            <w:vAlign w:val="center"/>
          </w:tcPr>
          <w:p w14:paraId="0E7FBFB8" w14:textId="60BCA9E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0.18</w:t>
            </w:r>
          </w:p>
        </w:tc>
        <w:tc>
          <w:tcPr>
            <w:tcW w:w="1452" w:type="dxa"/>
            <w:vAlign w:val="center"/>
          </w:tcPr>
          <w:p w14:paraId="55EAB71B" w14:textId="713C2B2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- 2.50</w:t>
            </w:r>
          </w:p>
        </w:tc>
      </w:tr>
      <w:tr w:rsidR="00EA5134" w:rsidRPr="004A4F2C" w14:paraId="7FD44DA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ADF2424" w14:textId="0DC8A5E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Counting</w:t>
            </w:r>
          </w:p>
        </w:tc>
        <w:tc>
          <w:tcPr>
            <w:tcW w:w="943" w:type="dxa"/>
            <w:vAlign w:val="center"/>
          </w:tcPr>
          <w:p w14:paraId="1D7A3F83" w14:textId="1578572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1.31</w:t>
            </w:r>
          </w:p>
        </w:tc>
        <w:tc>
          <w:tcPr>
            <w:tcW w:w="974" w:type="dxa"/>
            <w:vAlign w:val="center"/>
          </w:tcPr>
          <w:p w14:paraId="75E35489" w14:textId="436B362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0.41</w:t>
            </w:r>
          </w:p>
        </w:tc>
        <w:tc>
          <w:tcPr>
            <w:tcW w:w="1452" w:type="dxa"/>
            <w:vAlign w:val="center"/>
          </w:tcPr>
          <w:p w14:paraId="2D2F04B5" w14:textId="23EB9E9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- 3.14</w:t>
            </w:r>
          </w:p>
        </w:tc>
      </w:tr>
      <w:tr w:rsidR="00EA5134" w:rsidRPr="004A4F2C" w14:paraId="50A5B49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EB4A8FD" w14:textId="14FD4FDD"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Craving</w:t>
            </w:r>
          </w:p>
        </w:tc>
        <w:tc>
          <w:tcPr>
            <w:tcW w:w="943" w:type="dxa"/>
            <w:vAlign w:val="center"/>
          </w:tcPr>
          <w:p w14:paraId="43C39BCC" w14:textId="369DC36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1.06</w:t>
            </w:r>
          </w:p>
        </w:tc>
        <w:tc>
          <w:tcPr>
            <w:tcW w:w="974" w:type="dxa"/>
            <w:vAlign w:val="center"/>
          </w:tcPr>
          <w:p w14:paraId="423CA931" w14:textId="21EE43B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0.75</w:t>
            </w:r>
          </w:p>
        </w:tc>
        <w:tc>
          <w:tcPr>
            <w:tcW w:w="1452" w:type="dxa"/>
            <w:vAlign w:val="center"/>
          </w:tcPr>
          <w:p w14:paraId="2C338C9A" w14:textId="55B1F59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6FA4920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00D7A4B" w14:textId="15909367"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Cynicism</w:t>
            </w:r>
          </w:p>
        </w:tc>
        <w:tc>
          <w:tcPr>
            <w:tcW w:w="943" w:type="dxa"/>
            <w:vAlign w:val="center"/>
          </w:tcPr>
          <w:p w14:paraId="201951A3" w14:textId="7A32FFB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1.73</w:t>
            </w:r>
          </w:p>
        </w:tc>
        <w:tc>
          <w:tcPr>
            <w:tcW w:w="974" w:type="dxa"/>
            <w:vAlign w:val="center"/>
          </w:tcPr>
          <w:p w14:paraId="065D8B26" w14:textId="4DB091D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0.58</w:t>
            </w:r>
          </w:p>
        </w:tc>
        <w:tc>
          <w:tcPr>
            <w:tcW w:w="1452" w:type="dxa"/>
            <w:vAlign w:val="center"/>
          </w:tcPr>
          <w:p w14:paraId="4DAFE302" w14:textId="0C3FE49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788210A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782E944" w14:textId="0153B65A"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Deceitfulness</w:t>
            </w:r>
          </w:p>
        </w:tc>
        <w:tc>
          <w:tcPr>
            <w:tcW w:w="943" w:type="dxa"/>
            <w:vAlign w:val="center"/>
          </w:tcPr>
          <w:p w14:paraId="143B9D90" w14:textId="7719D350"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1.47</w:t>
            </w:r>
          </w:p>
        </w:tc>
        <w:tc>
          <w:tcPr>
            <w:tcW w:w="974" w:type="dxa"/>
            <w:vAlign w:val="center"/>
          </w:tcPr>
          <w:p w14:paraId="4E185835" w14:textId="2791BFC0"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0.47</w:t>
            </w:r>
          </w:p>
        </w:tc>
        <w:tc>
          <w:tcPr>
            <w:tcW w:w="1452" w:type="dxa"/>
            <w:vAlign w:val="center"/>
          </w:tcPr>
          <w:p w14:paraId="16FCBA41" w14:textId="46A2955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0C395392"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0C5A39F" w14:textId="5BDB312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Delusions</w:t>
            </w:r>
          </w:p>
        </w:tc>
        <w:tc>
          <w:tcPr>
            <w:tcW w:w="943" w:type="dxa"/>
            <w:vAlign w:val="center"/>
          </w:tcPr>
          <w:p w14:paraId="2922D338" w14:textId="4058078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1.08</w:t>
            </w:r>
          </w:p>
        </w:tc>
        <w:tc>
          <w:tcPr>
            <w:tcW w:w="974" w:type="dxa"/>
            <w:vAlign w:val="center"/>
          </w:tcPr>
          <w:p w14:paraId="380DD79F" w14:textId="0B1A1A9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0.23</w:t>
            </w:r>
          </w:p>
        </w:tc>
        <w:tc>
          <w:tcPr>
            <w:tcW w:w="1452" w:type="dxa"/>
            <w:vAlign w:val="center"/>
          </w:tcPr>
          <w:p w14:paraId="0615C528" w14:textId="5B6041F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- 2.80</w:t>
            </w:r>
          </w:p>
        </w:tc>
      </w:tr>
      <w:tr w:rsidR="00EA5134" w:rsidRPr="004A4F2C" w14:paraId="493B1820"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E47B8D2" w14:textId="2409F27C"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Depressed Mood</w:t>
            </w:r>
          </w:p>
        </w:tc>
        <w:tc>
          <w:tcPr>
            <w:tcW w:w="943" w:type="dxa"/>
            <w:vAlign w:val="center"/>
          </w:tcPr>
          <w:p w14:paraId="708A0D47" w14:textId="4FD1805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1.99</w:t>
            </w:r>
          </w:p>
        </w:tc>
        <w:tc>
          <w:tcPr>
            <w:tcW w:w="974" w:type="dxa"/>
            <w:vAlign w:val="center"/>
          </w:tcPr>
          <w:p w14:paraId="7B2C5773" w14:textId="50F9237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0.74</w:t>
            </w:r>
          </w:p>
        </w:tc>
        <w:tc>
          <w:tcPr>
            <w:tcW w:w="1452" w:type="dxa"/>
            <w:vAlign w:val="center"/>
          </w:tcPr>
          <w:p w14:paraId="6F23BDF3" w14:textId="478419B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135A5D72"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B195F69" w14:textId="6C0B525E"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Dietary Restraint</w:t>
            </w:r>
          </w:p>
        </w:tc>
        <w:tc>
          <w:tcPr>
            <w:tcW w:w="943" w:type="dxa"/>
            <w:vAlign w:val="center"/>
          </w:tcPr>
          <w:p w14:paraId="176E2C8B" w14:textId="574262B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1.86</w:t>
            </w:r>
          </w:p>
        </w:tc>
        <w:tc>
          <w:tcPr>
            <w:tcW w:w="974" w:type="dxa"/>
            <w:vAlign w:val="center"/>
          </w:tcPr>
          <w:p w14:paraId="78AF8B76" w14:textId="373BA383"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0.62</w:t>
            </w:r>
          </w:p>
        </w:tc>
        <w:tc>
          <w:tcPr>
            <w:tcW w:w="1452" w:type="dxa"/>
            <w:vAlign w:val="center"/>
          </w:tcPr>
          <w:p w14:paraId="01862C33" w14:textId="5F7C43E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53F17B4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CBFABBF" w14:textId="335A99F1"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Difficulties Reaching Orgasm</w:t>
            </w:r>
          </w:p>
        </w:tc>
        <w:tc>
          <w:tcPr>
            <w:tcW w:w="943" w:type="dxa"/>
            <w:vAlign w:val="center"/>
          </w:tcPr>
          <w:p w14:paraId="302C6863" w14:textId="1D61819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1.44</w:t>
            </w:r>
          </w:p>
        </w:tc>
        <w:tc>
          <w:tcPr>
            <w:tcW w:w="974" w:type="dxa"/>
            <w:vAlign w:val="center"/>
          </w:tcPr>
          <w:p w14:paraId="32AD5D51" w14:textId="0DBA76B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0.59</w:t>
            </w:r>
          </w:p>
        </w:tc>
        <w:tc>
          <w:tcPr>
            <w:tcW w:w="1452" w:type="dxa"/>
            <w:vAlign w:val="center"/>
          </w:tcPr>
          <w:p w14:paraId="3FE1C93A" w14:textId="61E9270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0C4EB6AD"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212C2FB" w14:textId="6459759C"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Disease Conviction</w:t>
            </w:r>
          </w:p>
        </w:tc>
        <w:tc>
          <w:tcPr>
            <w:tcW w:w="943" w:type="dxa"/>
            <w:vAlign w:val="center"/>
          </w:tcPr>
          <w:p w14:paraId="54CF0ADF" w14:textId="7A692C67" w:rsidR="00EA5134" w:rsidRPr="00EA5134" w:rsidRDefault="00EA5134" w:rsidP="00EA5134">
            <w:pPr>
              <w:tabs>
                <w:tab w:val="left" w:pos="505"/>
              </w:tabs>
              <w:rPr>
                <w:rFonts w:ascii="Times New Roman" w:hAnsi="Times New Roman" w:cs="Times New Roman"/>
                <w:sz w:val="20"/>
                <w:szCs w:val="20"/>
              </w:rPr>
            </w:pPr>
            <w:r w:rsidRPr="00EA5134">
              <w:rPr>
                <w:rFonts w:ascii="Times New Roman" w:hAnsi="Times New Roman" w:cs="Times New Roman"/>
                <w:color w:val="000000"/>
                <w:sz w:val="20"/>
                <w:szCs w:val="20"/>
              </w:rPr>
              <w:t>1.32</w:t>
            </w:r>
          </w:p>
        </w:tc>
        <w:tc>
          <w:tcPr>
            <w:tcW w:w="974" w:type="dxa"/>
            <w:vAlign w:val="center"/>
          </w:tcPr>
          <w:p w14:paraId="25E0F83C" w14:textId="420E2F6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0.53</w:t>
            </w:r>
          </w:p>
        </w:tc>
        <w:tc>
          <w:tcPr>
            <w:tcW w:w="1452" w:type="dxa"/>
            <w:vAlign w:val="center"/>
          </w:tcPr>
          <w:p w14:paraId="429FECDD" w14:textId="05B7790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39D5198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2C2BCE6" w14:textId="4FCB242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Disorganization</w:t>
            </w:r>
          </w:p>
        </w:tc>
        <w:tc>
          <w:tcPr>
            <w:tcW w:w="943" w:type="dxa"/>
            <w:vAlign w:val="center"/>
          </w:tcPr>
          <w:p w14:paraId="43D5AA48" w14:textId="3947A7F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1.71</w:t>
            </w:r>
          </w:p>
        </w:tc>
        <w:tc>
          <w:tcPr>
            <w:tcW w:w="974" w:type="dxa"/>
            <w:vAlign w:val="center"/>
          </w:tcPr>
          <w:p w14:paraId="76F2671E" w14:textId="794864E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0.55</w:t>
            </w:r>
          </w:p>
        </w:tc>
        <w:tc>
          <w:tcPr>
            <w:tcW w:w="1452" w:type="dxa"/>
            <w:vAlign w:val="center"/>
          </w:tcPr>
          <w:p w14:paraId="4C6AD75E" w14:textId="4CC2EB60"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- 3.6</w:t>
            </w:r>
            <w:r w:rsidR="003B00EE">
              <w:rPr>
                <w:rFonts w:ascii="Times New Roman" w:hAnsi="Times New Roman" w:cs="Times New Roman"/>
                <w:color w:val="000000"/>
                <w:sz w:val="20"/>
                <w:szCs w:val="20"/>
              </w:rPr>
              <w:t>0</w:t>
            </w:r>
          </w:p>
        </w:tc>
      </w:tr>
      <w:tr w:rsidR="00EA5134" w:rsidRPr="004A4F2C" w14:paraId="6E1DA113"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F41047E" w14:textId="5EED5DE4"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Dissociation</w:t>
            </w:r>
          </w:p>
        </w:tc>
        <w:tc>
          <w:tcPr>
            <w:tcW w:w="943" w:type="dxa"/>
            <w:vAlign w:val="center"/>
          </w:tcPr>
          <w:p w14:paraId="3C56354F" w14:textId="2035BB2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1.26</w:t>
            </w:r>
          </w:p>
        </w:tc>
        <w:tc>
          <w:tcPr>
            <w:tcW w:w="974" w:type="dxa"/>
            <w:vAlign w:val="center"/>
          </w:tcPr>
          <w:p w14:paraId="5247E1E1" w14:textId="25F4C07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0.42</w:t>
            </w:r>
          </w:p>
        </w:tc>
        <w:tc>
          <w:tcPr>
            <w:tcW w:w="1452" w:type="dxa"/>
            <w:vAlign w:val="center"/>
          </w:tcPr>
          <w:p w14:paraId="2AB147D6" w14:textId="2F884A0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- 3.43</w:t>
            </w:r>
          </w:p>
        </w:tc>
      </w:tr>
      <w:tr w:rsidR="00EA5134" w:rsidRPr="004A4F2C" w14:paraId="6B532F4C"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1B948EC" w14:textId="18E48D22"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Domineering</w:t>
            </w:r>
          </w:p>
        </w:tc>
        <w:tc>
          <w:tcPr>
            <w:tcW w:w="943" w:type="dxa"/>
            <w:vAlign w:val="center"/>
          </w:tcPr>
          <w:p w14:paraId="3C2F3251" w14:textId="0EFACE9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1.67</w:t>
            </w:r>
          </w:p>
        </w:tc>
        <w:tc>
          <w:tcPr>
            <w:tcW w:w="974" w:type="dxa"/>
            <w:vAlign w:val="center"/>
          </w:tcPr>
          <w:p w14:paraId="79AA2A30" w14:textId="38E08DA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0.53</w:t>
            </w:r>
          </w:p>
        </w:tc>
        <w:tc>
          <w:tcPr>
            <w:tcW w:w="1452" w:type="dxa"/>
            <w:vAlign w:val="center"/>
          </w:tcPr>
          <w:p w14:paraId="10215F56" w14:textId="47E5919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- 3.57</w:t>
            </w:r>
          </w:p>
        </w:tc>
      </w:tr>
      <w:tr w:rsidR="00EA5134" w:rsidRPr="004A4F2C" w14:paraId="548F934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14A5444" w14:textId="262ABB1B"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Eccentricity</w:t>
            </w:r>
          </w:p>
        </w:tc>
        <w:tc>
          <w:tcPr>
            <w:tcW w:w="943" w:type="dxa"/>
            <w:vAlign w:val="center"/>
          </w:tcPr>
          <w:p w14:paraId="4B8FB6DA" w14:textId="77C399E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1.31</w:t>
            </w:r>
          </w:p>
        </w:tc>
        <w:tc>
          <w:tcPr>
            <w:tcW w:w="974" w:type="dxa"/>
            <w:vAlign w:val="center"/>
          </w:tcPr>
          <w:p w14:paraId="6366B6AA" w14:textId="45FDFA8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0.42</w:t>
            </w:r>
          </w:p>
        </w:tc>
        <w:tc>
          <w:tcPr>
            <w:tcW w:w="1452" w:type="dxa"/>
            <w:vAlign w:val="center"/>
          </w:tcPr>
          <w:p w14:paraId="767A800E" w14:textId="432CD63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7BD7255D"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31287FA" w14:textId="4773E7C5"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Entitlement</w:t>
            </w:r>
          </w:p>
        </w:tc>
        <w:tc>
          <w:tcPr>
            <w:tcW w:w="943" w:type="dxa"/>
            <w:vAlign w:val="center"/>
          </w:tcPr>
          <w:p w14:paraId="18F75299" w14:textId="47C76DB8"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1.51</w:t>
            </w:r>
          </w:p>
        </w:tc>
        <w:tc>
          <w:tcPr>
            <w:tcW w:w="974" w:type="dxa"/>
            <w:vAlign w:val="center"/>
          </w:tcPr>
          <w:p w14:paraId="632863B7" w14:textId="65FC98F0"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0.36</w:t>
            </w:r>
          </w:p>
        </w:tc>
        <w:tc>
          <w:tcPr>
            <w:tcW w:w="1452" w:type="dxa"/>
            <w:vAlign w:val="center"/>
          </w:tcPr>
          <w:p w14:paraId="1F863CCC" w14:textId="711E033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- 3.14</w:t>
            </w:r>
          </w:p>
        </w:tc>
      </w:tr>
      <w:tr w:rsidR="00EA5134" w:rsidRPr="004A4F2C" w14:paraId="27CA642D"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7C15707" w14:textId="60A21579"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Excessive Exercise</w:t>
            </w:r>
          </w:p>
        </w:tc>
        <w:tc>
          <w:tcPr>
            <w:tcW w:w="943" w:type="dxa"/>
            <w:vAlign w:val="center"/>
          </w:tcPr>
          <w:p w14:paraId="1F344CC9" w14:textId="4568EDA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1.14</w:t>
            </w:r>
          </w:p>
        </w:tc>
        <w:tc>
          <w:tcPr>
            <w:tcW w:w="974" w:type="dxa"/>
            <w:vAlign w:val="center"/>
          </w:tcPr>
          <w:p w14:paraId="34727910" w14:textId="4D1C611D" w:rsidR="00EA5134" w:rsidRPr="00EA5134" w:rsidRDefault="00EA5134" w:rsidP="00EA5134">
            <w:pPr>
              <w:tabs>
                <w:tab w:val="left" w:pos="544"/>
              </w:tabs>
              <w:rPr>
                <w:rFonts w:ascii="Times New Roman" w:hAnsi="Times New Roman" w:cs="Times New Roman"/>
                <w:sz w:val="20"/>
                <w:szCs w:val="20"/>
              </w:rPr>
            </w:pPr>
            <w:r w:rsidRPr="00EA5134">
              <w:rPr>
                <w:rFonts w:ascii="Times New Roman" w:hAnsi="Times New Roman" w:cs="Times New Roman"/>
                <w:color w:val="000000"/>
                <w:sz w:val="20"/>
                <w:szCs w:val="20"/>
              </w:rPr>
              <w:t>0.32</w:t>
            </w:r>
          </w:p>
        </w:tc>
        <w:tc>
          <w:tcPr>
            <w:tcW w:w="1452" w:type="dxa"/>
            <w:vAlign w:val="center"/>
          </w:tcPr>
          <w:p w14:paraId="269B1D93" w14:textId="7A9F7AB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658EACF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A71C8AC" w14:textId="720051D6"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Excoriation</w:t>
            </w:r>
          </w:p>
        </w:tc>
        <w:tc>
          <w:tcPr>
            <w:tcW w:w="943" w:type="dxa"/>
            <w:vAlign w:val="center"/>
          </w:tcPr>
          <w:p w14:paraId="1A2C3C6A" w14:textId="5798E1D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1.33</w:t>
            </w:r>
          </w:p>
        </w:tc>
        <w:tc>
          <w:tcPr>
            <w:tcW w:w="974" w:type="dxa"/>
            <w:vAlign w:val="center"/>
          </w:tcPr>
          <w:p w14:paraId="2E165E63" w14:textId="595A267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0.55</w:t>
            </w:r>
          </w:p>
        </w:tc>
        <w:tc>
          <w:tcPr>
            <w:tcW w:w="1452" w:type="dxa"/>
            <w:vAlign w:val="center"/>
          </w:tcPr>
          <w:p w14:paraId="2B2FD86E" w14:textId="5E695C7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51128ED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D8EFBCA" w14:textId="3FDE78F9"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Exhibitionism</w:t>
            </w:r>
          </w:p>
        </w:tc>
        <w:tc>
          <w:tcPr>
            <w:tcW w:w="943" w:type="dxa"/>
            <w:vAlign w:val="center"/>
          </w:tcPr>
          <w:p w14:paraId="615E4FB8" w14:textId="5C24E00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1.37</w:t>
            </w:r>
          </w:p>
        </w:tc>
        <w:tc>
          <w:tcPr>
            <w:tcW w:w="974" w:type="dxa"/>
            <w:vAlign w:val="center"/>
          </w:tcPr>
          <w:p w14:paraId="7A252FCA" w14:textId="27EC5F03"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0.44</w:t>
            </w:r>
          </w:p>
        </w:tc>
        <w:tc>
          <w:tcPr>
            <w:tcW w:w="1452" w:type="dxa"/>
            <w:vAlign w:val="center"/>
          </w:tcPr>
          <w:p w14:paraId="7FA75270" w14:textId="2F13A7A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0B76FC7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FFECD8F" w14:textId="137E4692"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Fantasy Proneness</w:t>
            </w:r>
          </w:p>
        </w:tc>
        <w:tc>
          <w:tcPr>
            <w:tcW w:w="943" w:type="dxa"/>
            <w:vAlign w:val="center"/>
          </w:tcPr>
          <w:p w14:paraId="7D20BFA9" w14:textId="5A7593E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1.61</w:t>
            </w:r>
          </w:p>
        </w:tc>
        <w:tc>
          <w:tcPr>
            <w:tcW w:w="974" w:type="dxa"/>
            <w:vAlign w:val="center"/>
          </w:tcPr>
          <w:p w14:paraId="6C65B8FE" w14:textId="6C55C7C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0.51</w:t>
            </w:r>
          </w:p>
        </w:tc>
        <w:tc>
          <w:tcPr>
            <w:tcW w:w="1452" w:type="dxa"/>
            <w:vAlign w:val="center"/>
          </w:tcPr>
          <w:p w14:paraId="1576D931" w14:textId="275F136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- 3.57</w:t>
            </w:r>
          </w:p>
        </w:tc>
      </w:tr>
      <w:tr w:rsidR="00EA5134" w:rsidRPr="004A4F2C" w14:paraId="02D8697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EBFA4D6" w14:textId="213C2E4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lastRenderedPageBreak/>
              <w:t>Food Selectivity</w:t>
            </w:r>
          </w:p>
        </w:tc>
        <w:tc>
          <w:tcPr>
            <w:tcW w:w="943" w:type="dxa"/>
            <w:vAlign w:val="center"/>
          </w:tcPr>
          <w:p w14:paraId="49239682" w14:textId="49012D8C" w:rsidR="00EA5134" w:rsidRPr="00EA5134" w:rsidRDefault="00EA5134" w:rsidP="00EA5134">
            <w:pPr>
              <w:tabs>
                <w:tab w:val="left" w:pos="448"/>
              </w:tabs>
              <w:rPr>
                <w:rFonts w:ascii="Times New Roman" w:hAnsi="Times New Roman" w:cs="Times New Roman"/>
                <w:sz w:val="20"/>
                <w:szCs w:val="20"/>
              </w:rPr>
            </w:pPr>
            <w:r w:rsidRPr="00EA5134">
              <w:rPr>
                <w:rFonts w:ascii="Times New Roman" w:hAnsi="Times New Roman" w:cs="Times New Roman"/>
                <w:color w:val="000000"/>
                <w:sz w:val="20"/>
                <w:szCs w:val="20"/>
              </w:rPr>
              <w:t>1.45</w:t>
            </w:r>
          </w:p>
        </w:tc>
        <w:tc>
          <w:tcPr>
            <w:tcW w:w="974" w:type="dxa"/>
            <w:vAlign w:val="center"/>
          </w:tcPr>
          <w:p w14:paraId="7551E14D" w14:textId="3F6259F3" w:rsidR="00EA5134" w:rsidRPr="00EA5134" w:rsidRDefault="00EA5134" w:rsidP="00EA5134">
            <w:pPr>
              <w:tabs>
                <w:tab w:val="left" w:pos="448"/>
              </w:tabs>
              <w:rPr>
                <w:rFonts w:ascii="Times New Roman" w:hAnsi="Times New Roman" w:cs="Times New Roman"/>
                <w:sz w:val="20"/>
                <w:szCs w:val="20"/>
              </w:rPr>
            </w:pPr>
            <w:r w:rsidRPr="00EA5134">
              <w:rPr>
                <w:rFonts w:ascii="Times New Roman" w:hAnsi="Times New Roman" w:cs="Times New Roman"/>
                <w:color w:val="000000"/>
                <w:sz w:val="20"/>
                <w:szCs w:val="20"/>
              </w:rPr>
              <w:t>0.59</w:t>
            </w:r>
          </w:p>
        </w:tc>
        <w:tc>
          <w:tcPr>
            <w:tcW w:w="1452" w:type="dxa"/>
            <w:vAlign w:val="center"/>
          </w:tcPr>
          <w:p w14:paraId="613D2C46" w14:textId="2A4D4AA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6F5C109F"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3522975" w14:textId="02CE4C03"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Gambling</w:t>
            </w:r>
          </w:p>
        </w:tc>
        <w:tc>
          <w:tcPr>
            <w:tcW w:w="943" w:type="dxa"/>
            <w:vAlign w:val="center"/>
          </w:tcPr>
          <w:p w14:paraId="420D4EB0" w14:textId="1655C0D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1.06</w:t>
            </w:r>
          </w:p>
        </w:tc>
        <w:tc>
          <w:tcPr>
            <w:tcW w:w="974" w:type="dxa"/>
            <w:vAlign w:val="center"/>
          </w:tcPr>
          <w:p w14:paraId="139096F9" w14:textId="63698F2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0.27</w:t>
            </w:r>
          </w:p>
        </w:tc>
        <w:tc>
          <w:tcPr>
            <w:tcW w:w="1452" w:type="dxa"/>
            <w:vAlign w:val="center"/>
          </w:tcPr>
          <w:p w14:paraId="2CFC8A8D" w14:textId="21509DC8"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 xml:space="preserve">.00 </w:t>
            </w:r>
            <w:r w:rsidRPr="00EA5134">
              <w:rPr>
                <w:rFonts w:ascii="Times New Roman" w:hAnsi="Times New Roman" w:cs="Times New Roman"/>
                <w:color w:val="000000"/>
                <w:sz w:val="20"/>
                <w:szCs w:val="20"/>
              </w:rPr>
              <w:t>- 3.50</w:t>
            </w:r>
          </w:p>
        </w:tc>
      </w:tr>
      <w:tr w:rsidR="00EA5134" w:rsidRPr="004A4F2C" w14:paraId="798B3A5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9F695F4" w14:textId="195DA56B"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Gaming</w:t>
            </w:r>
          </w:p>
        </w:tc>
        <w:tc>
          <w:tcPr>
            <w:tcW w:w="943" w:type="dxa"/>
            <w:vAlign w:val="center"/>
          </w:tcPr>
          <w:p w14:paraId="43E38496" w14:textId="643C794D" w:rsidR="00EA5134" w:rsidRPr="00EA5134" w:rsidRDefault="00EA5134" w:rsidP="00EA5134">
            <w:pPr>
              <w:tabs>
                <w:tab w:val="left" w:pos="515"/>
              </w:tabs>
              <w:rPr>
                <w:rFonts w:ascii="Times New Roman" w:hAnsi="Times New Roman" w:cs="Times New Roman"/>
                <w:sz w:val="20"/>
                <w:szCs w:val="20"/>
              </w:rPr>
            </w:pPr>
            <w:r w:rsidRPr="00EA5134">
              <w:rPr>
                <w:rFonts w:ascii="Times New Roman" w:hAnsi="Times New Roman" w:cs="Times New Roman"/>
                <w:color w:val="000000"/>
                <w:sz w:val="20"/>
                <w:szCs w:val="20"/>
              </w:rPr>
              <w:t>1.14</w:t>
            </w:r>
          </w:p>
        </w:tc>
        <w:tc>
          <w:tcPr>
            <w:tcW w:w="974" w:type="dxa"/>
            <w:vAlign w:val="center"/>
          </w:tcPr>
          <w:p w14:paraId="0A624B42" w14:textId="3198549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0.33</w:t>
            </w:r>
          </w:p>
        </w:tc>
        <w:tc>
          <w:tcPr>
            <w:tcW w:w="1452" w:type="dxa"/>
            <w:vAlign w:val="center"/>
          </w:tcPr>
          <w:p w14:paraId="77EDD181" w14:textId="3972684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30C8697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D4A452A" w14:textId="3A208C4E"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Grandiosity</w:t>
            </w:r>
          </w:p>
        </w:tc>
        <w:tc>
          <w:tcPr>
            <w:tcW w:w="943" w:type="dxa"/>
            <w:vAlign w:val="center"/>
          </w:tcPr>
          <w:p w14:paraId="554C5E8F" w14:textId="329249F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1.78</w:t>
            </w:r>
          </w:p>
        </w:tc>
        <w:tc>
          <w:tcPr>
            <w:tcW w:w="974" w:type="dxa"/>
            <w:vAlign w:val="center"/>
          </w:tcPr>
          <w:p w14:paraId="6DD468FE" w14:textId="343DDD8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0.51</w:t>
            </w:r>
          </w:p>
        </w:tc>
        <w:tc>
          <w:tcPr>
            <w:tcW w:w="1452" w:type="dxa"/>
            <w:vAlign w:val="center"/>
          </w:tcPr>
          <w:p w14:paraId="08CCB856" w14:textId="634487C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- 3.43</w:t>
            </w:r>
          </w:p>
        </w:tc>
      </w:tr>
      <w:tr w:rsidR="00EA5134" w:rsidRPr="004A4F2C" w14:paraId="655349E5"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3832392" w14:textId="70DDC83E"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Hallucinations</w:t>
            </w:r>
          </w:p>
        </w:tc>
        <w:tc>
          <w:tcPr>
            <w:tcW w:w="943" w:type="dxa"/>
            <w:vAlign w:val="center"/>
          </w:tcPr>
          <w:p w14:paraId="28F85EFF" w14:textId="5197D74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1.13</w:t>
            </w:r>
          </w:p>
        </w:tc>
        <w:tc>
          <w:tcPr>
            <w:tcW w:w="974" w:type="dxa"/>
            <w:vAlign w:val="center"/>
          </w:tcPr>
          <w:p w14:paraId="5B613700" w14:textId="2C244D3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0.38</w:t>
            </w:r>
          </w:p>
        </w:tc>
        <w:tc>
          <w:tcPr>
            <w:tcW w:w="1452" w:type="dxa"/>
            <w:vAlign w:val="center"/>
          </w:tcPr>
          <w:p w14:paraId="3B87D716" w14:textId="04A6B84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- 3.67</w:t>
            </w:r>
          </w:p>
        </w:tc>
      </w:tr>
      <w:tr w:rsidR="00EA5134" w:rsidRPr="004A4F2C" w14:paraId="2D271CE1"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746CD67" w14:textId="1EC4E85A"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Hazardous Use</w:t>
            </w:r>
          </w:p>
        </w:tc>
        <w:tc>
          <w:tcPr>
            <w:tcW w:w="943" w:type="dxa"/>
            <w:vAlign w:val="center"/>
          </w:tcPr>
          <w:p w14:paraId="0242C1E3" w14:textId="7A5BF65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0.79</w:t>
            </w:r>
          </w:p>
        </w:tc>
        <w:tc>
          <w:tcPr>
            <w:tcW w:w="974" w:type="dxa"/>
            <w:vAlign w:val="center"/>
          </w:tcPr>
          <w:p w14:paraId="5614D04B" w14:textId="171D09F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w:t>
            </w:r>
            <w:r w:rsidR="003B00EE">
              <w:rPr>
                <w:rFonts w:ascii="Times New Roman" w:hAnsi="Times New Roman" w:cs="Times New Roman"/>
                <w:color w:val="000000"/>
                <w:sz w:val="20"/>
                <w:szCs w:val="20"/>
              </w:rPr>
              <w:t>0</w:t>
            </w:r>
          </w:p>
        </w:tc>
        <w:tc>
          <w:tcPr>
            <w:tcW w:w="1452" w:type="dxa"/>
            <w:vAlign w:val="center"/>
          </w:tcPr>
          <w:p w14:paraId="7787BB3D" w14:textId="3E775BC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- 2.8</w:t>
            </w:r>
            <w:r w:rsidR="003B00EE">
              <w:rPr>
                <w:rFonts w:ascii="Times New Roman" w:hAnsi="Times New Roman" w:cs="Times New Roman"/>
                <w:color w:val="000000"/>
                <w:sz w:val="20"/>
                <w:szCs w:val="20"/>
              </w:rPr>
              <w:t>0</w:t>
            </w:r>
          </w:p>
        </w:tc>
      </w:tr>
      <w:tr w:rsidR="00EA5134" w:rsidRPr="004A4F2C" w14:paraId="0DB25F3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508BB808" w14:textId="1551350B"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Health Anxiety</w:t>
            </w:r>
          </w:p>
        </w:tc>
        <w:tc>
          <w:tcPr>
            <w:tcW w:w="943" w:type="dxa"/>
            <w:vAlign w:val="center"/>
          </w:tcPr>
          <w:p w14:paraId="1B1FF203" w14:textId="4B1BB4E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1.59</w:t>
            </w:r>
          </w:p>
        </w:tc>
        <w:tc>
          <w:tcPr>
            <w:tcW w:w="974" w:type="dxa"/>
            <w:vAlign w:val="center"/>
          </w:tcPr>
          <w:p w14:paraId="33940E2B" w14:textId="3635E05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w:t>
            </w:r>
            <w:r w:rsidR="003B00EE">
              <w:rPr>
                <w:rFonts w:ascii="Times New Roman" w:hAnsi="Times New Roman" w:cs="Times New Roman"/>
                <w:color w:val="000000"/>
                <w:sz w:val="20"/>
                <w:szCs w:val="20"/>
              </w:rPr>
              <w:t>0</w:t>
            </w:r>
          </w:p>
        </w:tc>
        <w:tc>
          <w:tcPr>
            <w:tcW w:w="1452" w:type="dxa"/>
            <w:vAlign w:val="center"/>
          </w:tcPr>
          <w:p w14:paraId="51F0607C" w14:textId="2C805333"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65BCAAC2"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EFBCFF2" w14:textId="7D02F9A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Hoarding</w:t>
            </w:r>
          </w:p>
        </w:tc>
        <w:tc>
          <w:tcPr>
            <w:tcW w:w="943" w:type="dxa"/>
            <w:vAlign w:val="center"/>
          </w:tcPr>
          <w:p w14:paraId="6D654044" w14:textId="4214B1D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1.53</w:t>
            </w:r>
          </w:p>
        </w:tc>
        <w:tc>
          <w:tcPr>
            <w:tcW w:w="974" w:type="dxa"/>
            <w:vAlign w:val="center"/>
          </w:tcPr>
          <w:p w14:paraId="605F6A3C" w14:textId="4688838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0.48</w:t>
            </w:r>
          </w:p>
        </w:tc>
        <w:tc>
          <w:tcPr>
            <w:tcW w:w="1452" w:type="dxa"/>
            <w:vAlign w:val="center"/>
          </w:tcPr>
          <w:p w14:paraId="477B7177" w14:textId="5681052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- 3.43</w:t>
            </w:r>
          </w:p>
        </w:tc>
      </w:tr>
      <w:tr w:rsidR="00EA5134" w:rsidRPr="004A4F2C" w14:paraId="3928EA4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1EFCE17" w14:textId="478DC863" w:rsidR="00EA5134" w:rsidRPr="00D418C0" w:rsidRDefault="00EA5134" w:rsidP="00EA5134">
            <w:pPr>
              <w:rPr>
                <w:rFonts w:ascii="Times New Roman" w:hAnsi="Times New Roman" w:cs="Times New Roman"/>
                <w:sz w:val="20"/>
                <w:szCs w:val="20"/>
              </w:rPr>
            </w:pPr>
            <w:proofErr w:type="spellStart"/>
            <w:r w:rsidRPr="00D418C0">
              <w:rPr>
                <w:rFonts w:ascii="Times New Roman" w:hAnsi="Times New Roman" w:cs="Times New Roman"/>
                <w:color w:val="000000"/>
                <w:sz w:val="20"/>
                <w:szCs w:val="20"/>
              </w:rPr>
              <w:t>Hyperdeliberation</w:t>
            </w:r>
            <w:proofErr w:type="spellEnd"/>
          </w:p>
        </w:tc>
        <w:tc>
          <w:tcPr>
            <w:tcW w:w="943" w:type="dxa"/>
            <w:vAlign w:val="center"/>
          </w:tcPr>
          <w:p w14:paraId="37C1F444" w14:textId="20850A2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2.19</w:t>
            </w:r>
          </w:p>
        </w:tc>
        <w:tc>
          <w:tcPr>
            <w:tcW w:w="974" w:type="dxa"/>
            <w:vAlign w:val="center"/>
          </w:tcPr>
          <w:p w14:paraId="26C4991D" w14:textId="766CA29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0.59</w:t>
            </w:r>
          </w:p>
        </w:tc>
        <w:tc>
          <w:tcPr>
            <w:tcW w:w="1452" w:type="dxa"/>
            <w:vAlign w:val="center"/>
          </w:tcPr>
          <w:p w14:paraId="5F32C127" w14:textId="43CE40F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- 3.57</w:t>
            </w:r>
          </w:p>
        </w:tc>
      </w:tr>
      <w:tr w:rsidR="00EA5134" w:rsidRPr="004A4F2C" w14:paraId="55329DB1"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1B0A252" w14:textId="2EDDDC8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Hypervigilance</w:t>
            </w:r>
          </w:p>
        </w:tc>
        <w:tc>
          <w:tcPr>
            <w:tcW w:w="943" w:type="dxa"/>
            <w:vAlign w:val="center"/>
          </w:tcPr>
          <w:p w14:paraId="20501FA6" w14:textId="1CE5177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1.75</w:t>
            </w:r>
          </w:p>
        </w:tc>
        <w:tc>
          <w:tcPr>
            <w:tcW w:w="974" w:type="dxa"/>
            <w:vAlign w:val="center"/>
          </w:tcPr>
          <w:p w14:paraId="3CDAE086" w14:textId="7718B62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0.55</w:t>
            </w:r>
          </w:p>
        </w:tc>
        <w:tc>
          <w:tcPr>
            <w:tcW w:w="1452" w:type="dxa"/>
            <w:vAlign w:val="center"/>
          </w:tcPr>
          <w:p w14:paraId="33E43784" w14:textId="265FBD3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w:t>
            </w:r>
            <w:r w:rsidR="003B00EE">
              <w:rPr>
                <w:rFonts w:ascii="Times New Roman" w:hAnsi="Times New Roman" w:cs="Times New Roman"/>
                <w:color w:val="000000"/>
                <w:sz w:val="20"/>
                <w:szCs w:val="20"/>
              </w:rPr>
              <w:t>3</w:t>
            </w:r>
          </w:p>
        </w:tc>
      </w:tr>
      <w:tr w:rsidR="00EA5134" w:rsidRPr="004A4F2C" w14:paraId="6A2153E3"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1D867DF" w14:textId="21096562"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Impaired Control</w:t>
            </w:r>
          </w:p>
        </w:tc>
        <w:tc>
          <w:tcPr>
            <w:tcW w:w="943" w:type="dxa"/>
            <w:vAlign w:val="center"/>
          </w:tcPr>
          <w:p w14:paraId="36157DF3" w14:textId="3FBFF3C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0.86</w:t>
            </w:r>
          </w:p>
        </w:tc>
        <w:tc>
          <w:tcPr>
            <w:tcW w:w="974" w:type="dxa"/>
            <w:vAlign w:val="center"/>
          </w:tcPr>
          <w:p w14:paraId="718DA5FF" w14:textId="5A971D4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0.58</w:t>
            </w:r>
          </w:p>
        </w:tc>
        <w:tc>
          <w:tcPr>
            <w:tcW w:w="1452" w:type="dxa"/>
            <w:vAlign w:val="center"/>
          </w:tcPr>
          <w:p w14:paraId="622615DB" w14:textId="2758EB2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- 2.6</w:t>
            </w:r>
            <w:r w:rsidR="003B00EE">
              <w:rPr>
                <w:rFonts w:ascii="Times New Roman" w:hAnsi="Times New Roman" w:cs="Times New Roman"/>
                <w:color w:val="000000"/>
                <w:sz w:val="20"/>
                <w:szCs w:val="20"/>
              </w:rPr>
              <w:t>0</w:t>
            </w:r>
          </w:p>
        </w:tc>
      </w:tr>
      <w:tr w:rsidR="00EA5134" w:rsidRPr="004A4F2C" w14:paraId="2D90BA2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B9C29CC" w14:textId="2F90CAD0"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Insomnia</w:t>
            </w:r>
          </w:p>
        </w:tc>
        <w:tc>
          <w:tcPr>
            <w:tcW w:w="943" w:type="dxa"/>
            <w:vAlign w:val="center"/>
          </w:tcPr>
          <w:p w14:paraId="50FC3406" w14:textId="74080A59"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1.99</w:t>
            </w:r>
          </w:p>
        </w:tc>
        <w:tc>
          <w:tcPr>
            <w:tcW w:w="974" w:type="dxa"/>
            <w:vAlign w:val="center"/>
          </w:tcPr>
          <w:p w14:paraId="7664BDDE" w14:textId="5CE0693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0.68</w:t>
            </w:r>
          </w:p>
        </w:tc>
        <w:tc>
          <w:tcPr>
            <w:tcW w:w="1452" w:type="dxa"/>
            <w:vAlign w:val="center"/>
          </w:tcPr>
          <w:p w14:paraId="11D4D8E0" w14:textId="567EA73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5ED57A31"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4424D86" w14:textId="18CF896C"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Irritability</w:t>
            </w:r>
          </w:p>
        </w:tc>
        <w:tc>
          <w:tcPr>
            <w:tcW w:w="943" w:type="dxa"/>
            <w:vAlign w:val="center"/>
          </w:tcPr>
          <w:p w14:paraId="1EA4E1FA" w14:textId="08A1050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2</w:t>
            </w:r>
            <w:r w:rsidR="003B00EE">
              <w:rPr>
                <w:rFonts w:ascii="Times New Roman" w:hAnsi="Times New Roman" w:cs="Times New Roman"/>
                <w:color w:val="000000"/>
                <w:sz w:val="20"/>
                <w:szCs w:val="20"/>
              </w:rPr>
              <w:t>.00</w:t>
            </w:r>
          </w:p>
        </w:tc>
        <w:tc>
          <w:tcPr>
            <w:tcW w:w="974" w:type="dxa"/>
            <w:vAlign w:val="center"/>
          </w:tcPr>
          <w:p w14:paraId="367DF48F" w14:textId="3028B8B8"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0.62</w:t>
            </w:r>
          </w:p>
        </w:tc>
        <w:tc>
          <w:tcPr>
            <w:tcW w:w="1452" w:type="dxa"/>
            <w:vAlign w:val="center"/>
          </w:tcPr>
          <w:p w14:paraId="191BE965" w14:textId="2DDC0E3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A5134" w:rsidRPr="004A4F2C" w14:paraId="647B2A07"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EBD93F9" w14:textId="5EB12A93"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Lassitude</w:t>
            </w:r>
          </w:p>
        </w:tc>
        <w:tc>
          <w:tcPr>
            <w:tcW w:w="943" w:type="dxa"/>
            <w:vAlign w:val="center"/>
          </w:tcPr>
          <w:p w14:paraId="09E2A010" w14:textId="211B3DF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2.18</w:t>
            </w:r>
          </w:p>
        </w:tc>
        <w:tc>
          <w:tcPr>
            <w:tcW w:w="974" w:type="dxa"/>
            <w:vAlign w:val="center"/>
          </w:tcPr>
          <w:p w14:paraId="562328CE" w14:textId="1F5ABD1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0.64</w:t>
            </w:r>
          </w:p>
        </w:tc>
        <w:tc>
          <w:tcPr>
            <w:tcW w:w="1452" w:type="dxa"/>
            <w:vAlign w:val="center"/>
          </w:tcPr>
          <w:p w14:paraId="1DE13A02" w14:textId="4C653AA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47091B7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4083D6F" w14:textId="1D34FAE2"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Low Sexual Arousal</w:t>
            </w:r>
          </w:p>
        </w:tc>
        <w:tc>
          <w:tcPr>
            <w:tcW w:w="943" w:type="dxa"/>
            <w:vAlign w:val="center"/>
          </w:tcPr>
          <w:p w14:paraId="2B29C4EF" w14:textId="786457E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1.39</w:t>
            </w:r>
          </w:p>
        </w:tc>
        <w:tc>
          <w:tcPr>
            <w:tcW w:w="974" w:type="dxa"/>
            <w:vAlign w:val="center"/>
          </w:tcPr>
          <w:p w14:paraId="7C74D718" w14:textId="1FFDBD6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0.55</w:t>
            </w:r>
          </w:p>
        </w:tc>
        <w:tc>
          <w:tcPr>
            <w:tcW w:w="1452" w:type="dxa"/>
            <w:vAlign w:val="center"/>
          </w:tcPr>
          <w:p w14:paraId="296C9E7E" w14:textId="1638CE88"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5A73F10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36FA050" w14:textId="260445C5"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Low Sexual Interest</w:t>
            </w:r>
          </w:p>
        </w:tc>
        <w:tc>
          <w:tcPr>
            <w:tcW w:w="943" w:type="dxa"/>
            <w:vAlign w:val="center"/>
          </w:tcPr>
          <w:p w14:paraId="2C65EF1C" w14:textId="3C67F42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1.66</w:t>
            </w:r>
          </w:p>
        </w:tc>
        <w:tc>
          <w:tcPr>
            <w:tcW w:w="974" w:type="dxa"/>
            <w:vAlign w:val="center"/>
          </w:tcPr>
          <w:p w14:paraId="5D92DB0A" w14:textId="0054209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0.68</w:t>
            </w:r>
          </w:p>
        </w:tc>
        <w:tc>
          <w:tcPr>
            <w:tcW w:w="1452" w:type="dxa"/>
            <w:vAlign w:val="center"/>
          </w:tcPr>
          <w:p w14:paraId="65E9EE9D" w14:textId="1438487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4C0F98BA"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CF253EA" w14:textId="6E52702D"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Manic Energy</w:t>
            </w:r>
          </w:p>
        </w:tc>
        <w:tc>
          <w:tcPr>
            <w:tcW w:w="943" w:type="dxa"/>
            <w:vAlign w:val="center"/>
          </w:tcPr>
          <w:p w14:paraId="6789FE97" w14:textId="67CCCCE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1.27</w:t>
            </w:r>
          </w:p>
        </w:tc>
        <w:tc>
          <w:tcPr>
            <w:tcW w:w="974" w:type="dxa"/>
            <w:vAlign w:val="center"/>
          </w:tcPr>
          <w:p w14:paraId="33F8C4BE" w14:textId="0A6CBDC0"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0.38</w:t>
            </w:r>
          </w:p>
        </w:tc>
        <w:tc>
          <w:tcPr>
            <w:tcW w:w="1452" w:type="dxa"/>
            <w:vAlign w:val="center"/>
          </w:tcPr>
          <w:p w14:paraId="69A0775A" w14:textId="7D590D98"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111D63DC"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D62FA08" w14:textId="26A9FC6A"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Manipulativeness</w:t>
            </w:r>
          </w:p>
        </w:tc>
        <w:tc>
          <w:tcPr>
            <w:tcW w:w="943" w:type="dxa"/>
            <w:vAlign w:val="center"/>
          </w:tcPr>
          <w:p w14:paraId="291EABF2" w14:textId="11918E1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1.15</w:t>
            </w:r>
          </w:p>
        </w:tc>
        <w:tc>
          <w:tcPr>
            <w:tcW w:w="974" w:type="dxa"/>
            <w:vAlign w:val="center"/>
          </w:tcPr>
          <w:p w14:paraId="18B72EBF" w14:textId="0051CC04"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0.31</w:t>
            </w:r>
          </w:p>
        </w:tc>
        <w:tc>
          <w:tcPr>
            <w:tcW w:w="1452" w:type="dxa"/>
            <w:vAlign w:val="center"/>
          </w:tcPr>
          <w:p w14:paraId="468901F8" w14:textId="30E43BB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w:t>
            </w:r>
            <w:r w:rsidR="003B00EE">
              <w:rPr>
                <w:rFonts w:ascii="Times New Roman" w:hAnsi="Times New Roman" w:cs="Times New Roman"/>
                <w:color w:val="000000"/>
                <w:sz w:val="20"/>
                <w:szCs w:val="20"/>
              </w:rPr>
              <w:t>-</w:t>
            </w:r>
            <w:r w:rsidRPr="00EA5134">
              <w:rPr>
                <w:rFonts w:ascii="Times New Roman" w:hAnsi="Times New Roman" w:cs="Times New Roman"/>
                <w:color w:val="000000"/>
                <w:sz w:val="20"/>
                <w:szCs w:val="20"/>
              </w:rPr>
              <w:t xml:space="preserve"> 3.20</w:t>
            </w:r>
          </w:p>
        </w:tc>
      </w:tr>
      <w:tr w:rsidR="00EA5134" w:rsidRPr="004A4F2C" w14:paraId="61C4679E"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F8C9D74" w14:textId="7D363FC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Muscle Building</w:t>
            </w:r>
          </w:p>
        </w:tc>
        <w:tc>
          <w:tcPr>
            <w:tcW w:w="943" w:type="dxa"/>
            <w:vAlign w:val="center"/>
          </w:tcPr>
          <w:p w14:paraId="40813D43" w14:textId="399742F1" w:rsidR="00EA5134" w:rsidRPr="00EA5134" w:rsidRDefault="00EA5134" w:rsidP="00EA5134">
            <w:pPr>
              <w:tabs>
                <w:tab w:val="left" w:pos="486"/>
              </w:tabs>
              <w:rPr>
                <w:rFonts w:ascii="Times New Roman" w:hAnsi="Times New Roman" w:cs="Times New Roman"/>
                <w:sz w:val="20"/>
                <w:szCs w:val="20"/>
              </w:rPr>
            </w:pPr>
            <w:r w:rsidRPr="00EA5134">
              <w:rPr>
                <w:rFonts w:ascii="Times New Roman" w:hAnsi="Times New Roman" w:cs="Times New Roman"/>
                <w:color w:val="000000"/>
                <w:sz w:val="20"/>
                <w:szCs w:val="20"/>
              </w:rPr>
              <w:t>1.56</w:t>
            </w:r>
          </w:p>
        </w:tc>
        <w:tc>
          <w:tcPr>
            <w:tcW w:w="974" w:type="dxa"/>
            <w:vAlign w:val="center"/>
          </w:tcPr>
          <w:p w14:paraId="3918102D" w14:textId="62C172D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0.56</w:t>
            </w:r>
          </w:p>
        </w:tc>
        <w:tc>
          <w:tcPr>
            <w:tcW w:w="1452" w:type="dxa"/>
            <w:vAlign w:val="center"/>
          </w:tcPr>
          <w:p w14:paraId="6B316A35" w14:textId="40F6B26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2B0E5EDC"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6C7F5AF" w14:textId="2D32A5E5"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Nightmares</w:t>
            </w:r>
          </w:p>
        </w:tc>
        <w:tc>
          <w:tcPr>
            <w:tcW w:w="943" w:type="dxa"/>
            <w:vAlign w:val="center"/>
          </w:tcPr>
          <w:p w14:paraId="002919E3" w14:textId="725EA7A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1.47</w:t>
            </w:r>
          </w:p>
        </w:tc>
        <w:tc>
          <w:tcPr>
            <w:tcW w:w="974" w:type="dxa"/>
            <w:vAlign w:val="center"/>
          </w:tcPr>
          <w:p w14:paraId="43D2CEBD" w14:textId="790D9173"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0.57</w:t>
            </w:r>
          </w:p>
        </w:tc>
        <w:tc>
          <w:tcPr>
            <w:tcW w:w="1452" w:type="dxa"/>
            <w:vAlign w:val="center"/>
          </w:tcPr>
          <w:p w14:paraId="09520820" w14:textId="7C28DAC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EA5134" w:rsidRPr="004A4F2C" w14:paraId="5F23C05D"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159F057" w14:textId="0E8B095D"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Non-</w:t>
            </w:r>
            <w:r w:rsidR="00D94E03" w:rsidRPr="00D418C0">
              <w:rPr>
                <w:rFonts w:ascii="Times New Roman" w:hAnsi="Times New Roman" w:cs="Times New Roman"/>
                <w:color w:val="000000"/>
                <w:sz w:val="20"/>
                <w:szCs w:val="20"/>
              </w:rPr>
              <w:t>P</w:t>
            </w:r>
            <w:r w:rsidRPr="00D418C0">
              <w:rPr>
                <w:rFonts w:ascii="Times New Roman" w:hAnsi="Times New Roman" w:cs="Times New Roman"/>
                <w:color w:val="000000"/>
                <w:sz w:val="20"/>
                <w:szCs w:val="20"/>
              </w:rPr>
              <w:t>ersistence</w:t>
            </w:r>
          </w:p>
        </w:tc>
        <w:tc>
          <w:tcPr>
            <w:tcW w:w="943" w:type="dxa"/>
            <w:vAlign w:val="center"/>
          </w:tcPr>
          <w:p w14:paraId="52663250" w14:textId="40C2423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1.86</w:t>
            </w:r>
          </w:p>
        </w:tc>
        <w:tc>
          <w:tcPr>
            <w:tcW w:w="974" w:type="dxa"/>
            <w:vAlign w:val="center"/>
          </w:tcPr>
          <w:p w14:paraId="35A518CE" w14:textId="18989850"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w:t>
            </w:r>
            <w:r w:rsidR="00D94E03">
              <w:rPr>
                <w:rFonts w:ascii="Times New Roman" w:hAnsi="Times New Roman" w:cs="Times New Roman"/>
                <w:color w:val="000000"/>
                <w:sz w:val="20"/>
                <w:szCs w:val="20"/>
              </w:rPr>
              <w:t>0</w:t>
            </w:r>
          </w:p>
        </w:tc>
        <w:tc>
          <w:tcPr>
            <w:tcW w:w="1452" w:type="dxa"/>
            <w:vAlign w:val="center"/>
          </w:tcPr>
          <w:p w14:paraId="19B56656" w14:textId="6276334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26C903D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997A8CB" w14:textId="121C0F09"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Non-</w:t>
            </w:r>
            <w:proofErr w:type="spellStart"/>
            <w:r w:rsidR="00D94E03" w:rsidRPr="00D418C0">
              <w:rPr>
                <w:rFonts w:ascii="Times New Roman" w:hAnsi="Times New Roman" w:cs="Times New Roman"/>
                <w:color w:val="000000"/>
                <w:sz w:val="20"/>
                <w:szCs w:val="20"/>
              </w:rPr>
              <w:t>P</w:t>
            </w:r>
            <w:r w:rsidRPr="00D418C0">
              <w:rPr>
                <w:rFonts w:ascii="Times New Roman" w:hAnsi="Times New Roman" w:cs="Times New Roman"/>
                <w:color w:val="000000"/>
                <w:sz w:val="20"/>
                <w:szCs w:val="20"/>
              </w:rPr>
              <w:t>lanfulness</w:t>
            </w:r>
            <w:proofErr w:type="spellEnd"/>
          </w:p>
        </w:tc>
        <w:tc>
          <w:tcPr>
            <w:tcW w:w="943" w:type="dxa"/>
            <w:vAlign w:val="center"/>
          </w:tcPr>
          <w:p w14:paraId="4A335AFF" w14:textId="244817C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1.58</w:t>
            </w:r>
          </w:p>
        </w:tc>
        <w:tc>
          <w:tcPr>
            <w:tcW w:w="974" w:type="dxa"/>
            <w:vAlign w:val="center"/>
          </w:tcPr>
          <w:p w14:paraId="2F36CE04" w14:textId="2A84D97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0.54</w:t>
            </w:r>
          </w:p>
        </w:tc>
        <w:tc>
          <w:tcPr>
            <w:tcW w:w="1452" w:type="dxa"/>
            <w:vAlign w:val="center"/>
          </w:tcPr>
          <w:p w14:paraId="648A4013" w14:textId="6E519D8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0DDFCD9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8A49736" w14:textId="4B76D3DD"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NSSI</w:t>
            </w:r>
          </w:p>
        </w:tc>
        <w:tc>
          <w:tcPr>
            <w:tcW w:w="943" w:type="dxa"/>
            <w:vAlign w:val="center"/>
          </w:tcPr>
          <w:p w14:paraId="2D49B920" w14:textId="3708C4E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1.15</w:t>
            </w:r>
          </w:p>
        </w:tc>
        <w:tc>
          <w:tcPr>
            <w:tcW w:w="974" w:type="dxa"/>
            <w:vAlign w:val="center"/>
          </w:tcPr>
          <w:p w14:paraId="004FD78C" w14:textId="5065C23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0.35</w:t>
            </w:r>
          </w:p>
        </w:tc>
        <w:tc>
          <w:tcPr>
            <w:tcW w:w="1452" w:type="dxa"/>
            <w:vAlign w:val="center"/>
          </w:tcPr>
          <w:p w14:paraId="120CBDF3" w14:textId="6270B33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- 3.43</w:t>
            </w:r>
          </w:p>
        </w:tc>
      </w:tr>
      <w:tr w:rsidR="00EA5134" w:rsidRPr="004A4F2C" w14:paraId="328F65A5"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5DDE4E62" w14:textId="30054EBB"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Oppositionality</w:t>
            </w:r>
          </w:p>
        </w:tc>
        <w:tc>
          <w:tcPr>
            <w:tcW w:w="943" w:type="dxa"/>
            <w:vAlign w:val="center"/>
          </w:tcPr>
          <w:p w14:paraId="3471EAAA" w14:textId="584E5C1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1.35</w:t>
            </w:r>
          </w:p>
        </w:tc>
        <w:tc>
          <w:tcPr>
            <w:tcW w:w="974" w:type="dxa"/>
            <w:vAlign w:val="center"/>
          </w:tcPr>
          <w:p w14:paraId="11443861" w14:textId="2BBD8A3D"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0.41</w:t>
            </w:r>
          </w:p>
        </w:tc>
        <w:tc>
          <w:tcPr>
            <w:tcW w:w="1452" w:type="dxa"/>
            <w:vAlign w:val="center"/>
          </w:tcPr>
          <w:p w14:paraId="013392B2" w14:textId="10D1918C"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- 3.57</w:t>
            </w:r>
          </w:p>
        </w:tc>
      </w:tr>
      <w:tr w:rsidR="00EA5134" w:rsidRPr="004A4F2C" w14:paraId="3FF9460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23B4083" w14:textId="3B88AE42"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Panic</w:t>
            </w:r>
          </w:p>
        </w:tc>
        <w:tc>
          <w:tcPr>
            <w:tcW w:w="943" w:type="dxa"/>
            <w:vAlign w:val="center"/>
          </w:tcPr>
          <w:p w14:paraId="7626B133" w14:textId="47AE73D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1.44</w:t>
            </w:r>
          </w:p>
        </w:tc>
        <w:tc>
          <w:tcPr>
            <w:tcW w:w="974" w:type="dxa"/>
            <w:vAlign w:val="center"/>
          </w:tcPr>
          <w:p w14:paraId="4568DE53" w14:textId="1DAD5601"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0.48</w:t>
            </w:r>
          </w:p>
        </w:tc>
        <w:tc>
          <w:tcPr>
            <w:tcW w:w="1452" w:type="dxa"/>
            <w:vAlign w:val="center"/>
          </w:tcPr>
          <w:p w14:paraId="6325E619" w14:textId="1038F397"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4DCBA38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58FFE7BC" w14:textId="321E3215"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Paraphilias</w:t>
            </w:r>
          </w:p>
        </w:tc>
        <w:tc>
          <w:tcPr>
            <w:tcW w:w="943" w:type="dxa"/>
            <w:vAlign w:val="center"/>
          </w:tcPr>
          <w:p w14:paraId="6C6A00CB" w14:textId="3FFDAE12" w:rsidR="00EA5134" w:rsidRPr="00EA5134" w:rsidRDefault="00EA5134" w:rsidP="00EA5134">
            <w:pPr>
              <w:tabs>
                <w:tab w:val="left" w:pos="458"/>
              </w:tabs>
              <w:rPr>
                <w:rFonts w:ascii="Times New Roman" w:hAnsi="Times New Roman" w:cs="Times New Roman"/>
                <w:sz w:val="20"/>
                <w:szCs w:val="20"/>
              </w:rPr>
            </w:pPr>
            <w:r w:rsidRPr="00EA5134">
              <w:rPr>
                <w:rFonts w:ascii="Times New Roman" w:hAnsi="Times New Roman" w:cs="Times New Roman"/>
                <w:color w:val="000000"/>
                <w:sz w:val="20"/>
                <w:szCs w:val="20"/>
              </w:rPr>
              <w:t>1.05</w:t>
            </w:r>
          </w:p>
        </w:tc>
        <w:tc>
          <w:tcPr>
            <w:tcW w:w="974" w:type="dxa"/>
            <w:vAlign w:val="center"/>
          </w:tcPr>
          <w:p w14:paraId="39AD625C" w14:textId="18A86F5A"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0.15</w:t>
            </w:r>
          </w:p>
        </w:tc>
        <w:tc>
          <w:tcPr>
            <w:tcW w:w="1452" w:type="dxa"/>
            <w:vAlign w:val="center"/>
          </w:tcPr>
          <w:p w14:paraId="4BA32B94" w14:textId="72AA299E"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- 2.33</w:t>
            </w:r>
          </w:p>
        </w:tc>
      </w:tr>
      <w:tr w:rsidR="00EA5134" w:rsidRPr="004A4F2C" w14:paraId="713B2F3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84D7F49" w14:textId="0B8A5E38"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Perfectionism</w:t>
            </w:r>
          </w:p>
        </w:tc>
        <w:tc>
          <w:tcPr>
            <w:tcW w:w="943" w:type="dxa"/>
            <w:vAlign w:val="center"/>
          </w:tcPr>
          <w:p w14:paraId="7018D60E" w14:textId="6DE76056"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1.79</w:t>
            </w:r>
          </w:p>
        </w:tc>
        <w:tc>
          <w:tcPr>
            <w:tcW w:w="974" w:type="dxa"/>
            <w:vAlign w:val="center"/>
          </w:tcPr>
          <w:p w14:paraId="03D8BC51" w14:textId="04FE9DF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0.63</w:t>
            </w:r>
          </w:p>
        </w:tc>
        <w:tc>
          <w:tcPr>
            <w:tcW w:w="1452" w:type="dxa"/>
            <w:vAlign w:val="center"/>
          </w:tcPr>
          <w:p w14:paraId="2CBD3230" w14:textId="46B6B082"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3B00E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EA5134" w:rsidRPr="004A4F2C" w14:paraId="047F9086"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68EE0F2" w14:textId="0ECC29EE"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Premature Orgasm</w:t>
            </w:r>
          </w:p>
        </w:tc>
        <w:tc>
          <w:tcPr>
            <w:tcW w:w="943" w:type="dxa"/>
            <w:vAlign w:val="center"/>
          </w:tcPr>
          <w:p w14:paraId="32584B8D" w14:textId="1CC7F8D5"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1.16</w:t>
            </w:r>
          </w:p>
        </w:tc>
        <w:tc>
          <w:tcPr>
            <w:tcW w:w="974" w:type="dxa"/>
            <w:vAlign w:val="center"/>
          </w:tcPr>
          <w:p w14:paraId="00573D70" w14:textId="5D60DC2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0.34</w:t>
            </w:r>
          </w:p>
        </w:tc>
        <w:tc>
          <w:tcPr>
            <w:tcW w:w="1452" w:type="dxa"/>
            <w:vAlign w:val="center"/>
          </w:tcPr>
          <w:p w14:paraId="2DDCA3AB" w14:textId="5D32F1D1" w:rsidR="00EA5134" w:rsidRPr="00EA5134" w:rsidRDefault="00D94E03"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w:t>
            </w:r>
            <w:r>
              <w:rPr>
                <w:rFonts w:ascii="Times New Roman" w:hAnsi="Times New Roman" w:cs="Times New Roman"/>
                <w:color w:val="000000"/>
                <w:sz w:val="20"/>
                <w:szCs w:val="20"/>
              </w:rPr>
              <w:t>0</w:t>
            </w:r>
            <w:r w:rsidRPr="00EA5134">
              <w:rPr>
                <w:rFonts w:ascii="Times New Roman" w:hAnsi="Times New Roman" w:cs="Times New Roman"/>
                <w:color w:val="000000"/>
                <w:sz w:val="20"/>
                <w:szCs w:val="20"/>
              </w:rPr>
              <w:t>0</w:t>
            </w:r>
          </w:p>
        </w:tc>
      </w:tr>
      <w:tr w:rsidR="00EA5134" w:rsidRPr="004A4F2C" w14:paraId="0E68ACF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CD8056D" w14:textId="06C9431B" w:rsidR="00EA5134" w:rsidRPr="00D418C0" w:rsidRDefault="00EA5134" w:rsidP="00EA5134">
            <w:pPr>
              <w:rPr>
                <w:rFonts w:ascii="Times New Roman" w:hAnsi="Times New Roman" w:cs="Times New Roman"/>
                <w:sz w:val="20"/>
                <w:szCs w:val="20"/>
              </w:rPr>
            </w:pPr>
            <w:r w:rsidRPr="00D418C0">
              <w:rPr>
                <w:rFonts w:ascii="Times New Roman" w:hAnsi="Times New Roman" w:cs="Times New Roman"/>
                <w:color w:val="000000"/>
                <w:sz w:val="20"/>
                <w:szCs w:val="20"/>
              </w:rPr>
              <w:t>Problematic Shopping</w:t>
            </w:r>
          </w:p>
        </w:tc>
        <w:tc>
          <w:tcPr>
            <w:tcW w:w="943" w:type="dxa"/>
            <w:vAlign w:val="center"/>
          </w:tcPr>
          <w:p w14:paraId="7654E888" w14:textId="54851A5F"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1.51</w:t>
            </w:r>
          </w:p>
        </w:tc>
        <w:tc>
          <w:tcPr>
            <w:tcW w:w="974" w:type="dxa"/>
            <w:vAlign w:val="center"/>
          </w:tcPr>
          <w:p w14:paraId="3269A39E" w14:textId="00CEAC06" w:rsidR="00EA5134" w:rsidRPr="00EA5134" w:rsidRDefault="00EA5134" w:rsidP="00EA5134">
            <w:pPr>
              <w:tabs>
                <w:tab w:val="left" w:pos="448"/>
              </w:tabs>
              <w:rPr>
                <w:rFonts w:ascii="Times New Roman" w:hAnsi="Times New Roman" w:cs="Times New Roman"/>
                <w:sz w:val="20"/>
                <w:szCs w:val="20"/>
              </w:rPr>
            </w:pPr>
            <w:r w:rsidRPr="00EA5134">
              <w:rPr>
                <w:rFonts w:ascii="Times New Roman" w:hAnsi="Times New Roman" w:cs="Times New Roman"/>
                <w:color w:val="000000"/>
                <w:sz w:val="20"/>
                <w:szCs w:val="20"/>
              </w:rPr>
              <w:t>0.57</w:t>
            </w:r>
          </w:p>
        </w:tc>
        <w:tc>
          <w:tcPr>
            <w:tcW w:w="1452" w:type="dxa"/>
            <w:vAlign w:val="center"/>
          </w:tcPr>
          <w:p w14:paraId="19B6A1C4" w14:textId="00B50BAB" w:rsidR="00EA5134" w:rsidRPr="00EA5134" w:rsidRDefault="00EA5134" w:rsidP="00EA5134">
            <w:pPr>
              <w:rPr>
                <w:rFonts w:ascii="Times New Roman" w:hAnsi="Times New Roman" w:cs="Times New Roman"/>
                <w:sz w:val="20"/>
                <w:szCs w:val="20"/>
              </w:rPr>
            </w:pPr>
            <w:r w:rsidRPr="00EA5134">
              <w:rPr>
                <w:rFonts w:ascii="Times New Roman" w:hAnsi="Times New Roman" w:cs="Times New Roman"/>
                <w:color w:val="000000"/>
                <w:sz w:val="20"/>
                <w:szCs w:val="20"/>
              </w:rPr>
              <w:t>1</w:t>
            </w:r>
            <w:r w:rsidR="00D94E03">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D94E03" w:rsidRPr="004A4F2C" w14:paraId="6820F182"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0C0C551" w14:textId="6ED36CFD"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Purging</w:t>
            </w:r>
          </w:p>
        </w:tc>
        <w:tc>
          <w:tcPr>
            <w:tcW w:w="943" w:type="dxa"/>
            <w:vAlign w:val="center"/>
          </w:tcPr>
          <w:p w14:paraId="5E5E8DBD" w14:textId="36957FE9"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1.07</w:t>
            </w:r>
          </w:p>
        </w:tc>
        <w:tc>
          <w:tcPr>
            <w:tcW w:w="974" w:type="dxa"/>
            <w:vAlign w:val="center"/>
          </w:tcPr>
          <w:p w14:paraId="6C707947" w14:textId="0D8473EC" w:rsidR="00D94E03" w:rsidRPr="00EA5134" w:rsidRDefault="00D94E03" w:rsidP="00D94E03">
            <w:pPr>
              <w:tabs>
                <w:tab w:val="left" w:pos="544"/>
              </w:tabs>
              <w:rPr>
                <w:rFonts w:ascii="Times New Roman" w:hAnsi="Times New Roman" w:cs="Times New Roman"/>
                <w:sz w:val="20"/>
                <w:szCs w:val="20"/>
              </w:rPr>
            </w:pPr>
            <w:r w:rsidRPr="00EA5134">
              <w:rPr>
                <w:rFonts w:ascii="Times New Roman" w:hAnsi="Times New Roman" w:cs="Times New Roman"/>
                <w:color w:val="000000"/>
                <w:sz w:val="20"/>
                <w:szCs w:val="20"/>
              </w:rPr>
              <w:t>0.22</w:t>
            </w:r>
          </w:p>
        </w:tc>
        <w:tc>
          <w:tcPr>
            <w:tcW w:w="1452" w:type="dxa"/>
            <w:vAlign w:val="center"/>
          </w:tcPr>
          <w:p w14:paraId="31E98F08" w14:textId="09AD827E"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w:t>
            </w:r>
            <w:r>
              <w:rPr>
                <w:rFonts w:ascii="Times New Roman" w:hAnsi="Times New Roman" w:cs="Times New Roman"/>
                <w:color w:val="000000"/>
                <w:sz w:val="20"/>
                <w:szCs w:val="20"/>
              </w:rPr>
              <w:t>0</w:t>
            </w:r>
            <w:r w:rsidRPr="00EA5134">
              <w:rPr>
                <w:rFonts w:ascii="Times New Roman" w:hAnsi="Times New Roman" w:cs="Times New Roman"/>
                <w:color w:val="000000"/>
                <w:sz w:val="20"/>
                <w:szCs w:val="20"/>
              </w:rPr>
              <w:t>0</w:t>
            </w:r>
          </w:p>
        </w:tc>
      </w:tr>
      <w:tr w:rsidR="00D94E03" w:rsidRPr="004A4F2C" w14:paraId="16A554AF"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52DDECA1" w14:textId="1D26E165"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Restlessness</w:t>
            </w:r>
          </w:p>
        </w:tc>
        <w:tc>
          <w:tcPr>
            <w:tcW w:w="943" w:type="dxa"/>
            <w:vAlign w:val="center"/>
          </w:tcPr>
          <w:p w14:paraId="26CBC59D" w14:textId="0E9FF2E3" w:rsidR="00D94E03" w:rsidRPr="00EA5134" w:rsidRDefault="00D94E03" w:rsidP="00D94E03">
            <w:pPr>
              <w:tabs>
                <w:tab w:val="left" w:pos="439"/>
              </w:tabs>
              <w:rPr>
                <w:rFonts w:ascii="Times New Roman" w:hAnsi="Times New Roman" w:cs="Times New Roman"/>
                <w:sz w:val="20"/>
                <w:szCs w:val="20"/>
              </w:rPr>
            </w:pPr>
            <w:r w:rsidRPr="00EA5134">
              <w:rPr>
                <w:rFonts w:ascii="Times New Roman" w:hAnsi="Times New Roman" w:cs="Times New Roman"/>
                <w:color w:val="000000"/>
                <w:sz w:val="20"/>
                <w:szCs w:val="20"/>
              </w:rPr>
              <w:t>1.49</w:t>
            </w:r>
          </w:p>
        </w:tc>
        <w:tc>
          <w:tcPr>
            <w:tcW w:w="974" w:type="dxa"/>
            <w:vAlign w:val="center"/>
          </w:tcPr>
          <w:p w14:paraId="7268EBCD" w14:textId="0CB74804"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0.55</w:t>
            </w:r>
          </w:p>
        </w:tc>
        <w:tc>
          <w:tcPr>
            <w:tcW w:w="1452" w:type="dxa"/>
            <w:vAlign w:val="center"/>
          </w:tcPr>
          <w:p w14:paraId="3E2B1A86" w14:textId="1DBB9B64"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77A0B0EA"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5FAE746C" w14:textId="59970AFF"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Restricted Affectivity</w:t>
            </w:r>
          </w:p>
        </w:tc>
        <w:tc>
          <w:tcPr>
            <w:tcW w:w="943" w:type="dxa"/>
            <w:vAlign w:val="center"/>
          </w:tcPr>
          <w:p w14:paraId="42B52B93" w14:textId="239FCED3" w:rsidR="00D94E03" w:rsidRPr="00EA5134" w:rsidRDefault="00D94E03" w:rsidP="00D94E03">
            <w:pPr>
              <w:tabs>
                <w:tab w:val="left" w:pos="477"/>
              </w:tabs>
              <w:rPr>
                <w:rFonts w:ascii="Times New Roman" w:hAnsi="Times New Roman" w:cs="Times New Roman"/>
                <w:sz w:val="20"/>
                <w:szCs w:val="20"/>
              </w:rPr>
            </w:pPr>
            <w:r w:rsidRPr="00EA5134">
              <w:rPr>
                <w:rFonts w:ascii="Times New Roman" w:hAnsi="Times New Roman" w:cs="Times New Roman"/>
                <w:color w:val="000000"/>
                <w:sz w:val="20"/>
                <w:szCs w:val="20"/>
              </w:rPr>
              <w:t>1.6</w:t>
            </w:r>
            <w:r w:rsidR="0046170E">
              <w:rPr>
                <w:rFonts w:ascii="Times New Roman" w:hAnsi="Times New Roman" w:cs="Times New Roman"/>
                <w:color w:val="000000"/>
                <w:sz w:val="20"/>
                <w:szCs w:val="20"/>
              </w:rPr>
              <w:t>0</w:t>
            </w:r>
          </w:p>
        </w:tc>
        <w:tc>
          <w:tcPr>
            <w:tcW w:w="974" w:type="dxa"/>
            <w:vAlign w:val="center"/>
          </w:tcPr>
          <w:p w14:paraId="3B558629" w14:textId="7798FBD5"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0.53</w:t>
            </w:r>
          </w:p>
        </w:tc>
        <w:tc>
          <w:tcPr>
            <w:tcW w:w="1452" w:type="dxa"/>
            <w:vAlign w:val="center"/>
          </w:tcPr>
          <w:p w14:paraId="5B08B1FA" w14:textId="3E4D9501"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54A9819E"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AAFECD4" w14:textId="72CD4CF3"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Restricted Eating</w:t>
            </w:r>
          </w:p>
        </w:tc>
        <w:tc>
          <w:tcPr>
            <w:tcW w:w="943" w:type="dxa"/>
            <w:vAlign w:val="center"/>
          </w:tcPr>
          <w:p w14:paraId="7A1D698A" w14:textId="3C5019AD"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1.4</w:t>
            </w:r>
            <w:r w:rsidR="0046170E">
              <w:rPr>
                <w:rFonts w:ascii="Times New Roman" w:hAnsi="Times New Roman" w:cs="Times New Roman"/>
                <w:color w:val="000000"/>
                <w:sz w:val="20"/>
                <w:szCs w:val="20"/>
              </w:rPr>
              <w:t>0</w:t>
            </w:r>
          </w:p>
        </w:tc>
        <w:tc>
          <w:tcPr>
            <w:tcW w:w="974" w:type="dxa"/>
            <w:vAlign w:val="center"/>
          </w:tcPr>
          <w:p w14:paraId="5566BBE2" w14:textId="7052D602" w:rsidR="00D94E03" w:rsidRPr="00EA5134" w:rsidRDefault="00D94E03" w:rsidP="00D94E03">
            <w:pPr>
              <w:tabs>
                <w:tab w:val="left" w:pos="458"/>
              </w:tabs>
              <w:rPr>
                <w:rFonts w:ascii="Times New Roman" w:hAnsi="Times New Roman" w:cs="Times New Roman"/>
                <w:sz w:val="20"/>
                <w:szCs w:val="20"/>
              </w:rPr>
            </w:pPr>
            <w:r w:rsidRPr="00EA5134">
              <w:rPr>
                <w:rFonts w:ascii="Times New Roman" w:hAnsi="Times New Roman" w:cs="Times New Roman"/>
                <w:color w:val="000000"/>
                <w:sz w:val="20"/>
                <w:szCs w:val="20"/>
              </w:rPr>
              <w:t>0.54</w:t>
            </w:r>
          </w:p>
        </w:tc>
        <w:tc>
          <w:tcPr>
            <w:tcW w:w="1452" w:type="dxa"/>
            <w:vAlign w:val="center"/>
          </w:tcPr>
          <w:p w14:paraId="6142A464" w14:textId="14052CD0"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D94E03" w:rsidRPr="004A4F2C" w14:paraId="416CA08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5DE7CD1" w14:textId="615D0ECD"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Rigidity</w:t>
            </w:r>
          </w:p>
        </w:tc>
        <w:tc>
          <w:tcPr>
            <w:tcW w:w="943" w:type="dxa"/>
            <w:vAlign w:val="center"/>
          </w:tcPr>
          <w:p w14:paraId="43671F6A" w14:textId="0A1B69EF"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1.66</w:t>
            </w:r>
          </w:p>
        </w:tc>
        <w:tc>
          <w:tcPr>
            <w:tcW w:w="974" w:type="dxa"/>
            <w:vAlign w:val="center"/>
          </w:tcPr>
          <w:p w14:paraId="662CF5E7" w14:textId="3463093D"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0.47</w:t>
            </w:r>
          </w:p>
        </w:tc>
        <w:tc>
          <w:tcPr>
            <w:tcW w:w="1452" w:type="dxa"/>
            <w:vAlign w:val="center"/>
          </w:tcPr>
          <w:p w14:paraId="65E29B4C" w14:textId="6D12C288"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087CE44A"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F5746C9" w14:textId="230F8B5C"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Risk Aversion</w:t>
            </w:r>
          </w:p>
        </w:tc>
        <w:tc>
          <w:tcPr>
            <w:tcW w:w="943" w:type="dxa"/>
            <w:vAlign w:val="center"/>
          </w:tcPr>
          <w:p w14:paraId="524394DD" w14:textId="182916CF"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2.06</w:t>
            </w:r>
          </w:p>
        </w:tc>
        <w:tc>
          <w:tcPr>
            <w:tcW w:w="974" w:type="dxa"/>
            <w:vAlign w:val="center"/>
          </w:tcPr>
          <w:p w14:paraId="05B2C844" w14:textId="2DBC4953" w:rsidR="00D94E03" w:rsidRPr="00EA5134" w:rsidRDefault="00D94E03" w:rsidP="00D94E03">
            <w:pPr>
              <w:tabs>
                <w:tab w:val="left" w:pos="515"/>
              </w:tabs>
              <w:rPr>
                <w:rFonts w:ascii="Times New Roman" w:hAnsi="Times New Roman" w:cs="Times New Roman"/>
                <w:sz w:val="20"/>
                <w:szCs w:val="20"/>
              </w:rPr>
            </w:pPr>
            <w:r w:rsidRPr="00EA5134">
              <w:rPr>
                <w:rFonts w:ascii="Times New Roman" w:hAnsi="Times New Roman" w:cs="Times New Roman"/>
                <w:color w:val="000000"/>
                <w:sz w:val="20"/>
                <w:szCs w:val="20"/>
              </w:rPr>
              <w:t>0.58</w:t>
            </w:r>
          </w:p>
        </w:tc>
        <w:tc>
          <w:tcPr>
            <w:tcW w:w="1452" w:type="dxa"/>
            <w:vAlign w:val="center"/>
          </w:tcPr>
          <w:p w14:paraId="36B99459" w14:textId="19924985"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- 3.57</w:t>
            </w:r>
          </w:p>
        </w:tc>
      </w:tr>
      <w:tr w:rsidR="00D94E03" w:rsidRPr="004A4F2C" w14:paraId="2992E993"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A4EA913" w14:textId="42AE8FA1"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Risk Taking</w:t>
            </w:r>
          </w:p>
        </w:tc>
        <w:tc>
          <w:tcPr>
            <w:tcW w:w="943" w:type="dxa"/>
            <w:vAlign w:val="center"/>
          </w:tcPr>
          <w:p w14:paraId="76B90E99" w14:textId="61C0F01D" w:rsidR="00D94E03" w:rsidRPr="00EA5134" w:rsidRDefault="00D94E03" w:rsidP="00D94E03">
            <w:pPr>
              <w:tabs>
                <w:tab w:val="left" w:pos="429"/>
              </w:tabs>
              <w:rPr>
                <w:rFonts w:ascii="Times New Roman" w:hAnsi="Times New Roman" w:cs="Times New Roman"/>
                <w:sz w:val="20"/>
                <w:szCs w:val="20"/>
              </w:rPr>
            </w:pPr>
            <w:r w:rsidRPr="00EA5134">
              <w:rPr>
                <w:rFonts w:ascii="Times New Roman" w:hAnsi="Times New Roman" w:cs="Times New Roman"/>
                <w:color w:val="000000"/>
                <w:sz w:val="20"/>
                <w:szCs w:val="20"/>
              </w:rPr>
              <w:t>1.35</w:t>
            </w:r>
          </w:p>
        </w:tc>
        <w:tc>
          <w:tcPr>
            <w:tcW w:w="974" w:type="dxa"/>
            <w:vAlign w:val="center"/>
          </w:tcPr>
          <w:p w14:paraId="3471F579" w14:textId="4418D902"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0.47</w:t>
            </w:r>
          </w:p>
        </w:tc>
        <w:tc>
          <w:tcPr>
            <w:tcW w:w="1452" w:type="dxa"/>
            <w:vAlign w:val="center"/>
          </w:tcPr>
          <w:p w14:paraId="12E30065" w14:textId="45CB36A9"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6B437F9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4177FCD" w14:textId="3EBDBB26"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Risky Sex</w:t>
            </w:r>
          </w:p>
        </w:tc>
        <w:tc>
          <w:tcPr>
            <w:tcW w:w="943" w:type="dxa"/>
            <w:vAlign w:val="center"/>
          </w:tcPr>
          <w:p w14:paraId="148E9552" w14:textId="09158573"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1.25</w:t>
            </w:r>
          </w:p>
        </w:tc>
        <w:tc>
          <w:tcPr>
            <w:tcW w:w="974" w:type="dxa"/>
            <w:vAlign w:val="center"/>
          </w:tcPr>
          <w:p w14:paraId="3D0326F5" w14:textId="26F40A5F"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0.37</w:t>
            </w:r>
          </w:p>
        </w:tc>
        <w:tc>
          <w:tcPr>
            <w:tcW w:w="1452" w:type="dxa"/>
            <w:vAlign w:val="center"/>
          </w:tcPr>
          <w:p w14:paraId="3CFA5960" w14:textId="5FE51708"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- 3.20</w:t>
            </w:r>
          </w:p>
        </w:tc>
      </w:tr>
      <w:tr w:rsidR="00D94E03" w:rsidRPr="004A4F2C" w14:paraId="5AA30010"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17824A74" w14:textId="4A4C1BA0"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Role Interference</w:t>
            </w:r>
          </w:p>
        </w:tc>
        <w:tc>
          <w:tcPr>
            <w:tcW w:w="943" w:type="dxa"/>
            <w:vAlign w:val="center"/>
          </w:tcPr>
          <w:p w14:paraId="7C6EF703" w14:textId="19CE2CD2"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0.78</w:t>
            </w:r>
          </w:p>
        </w:tc>
        <w:tc>
          <w:tcPr>
            <w:tcW w:w="974" w:type="dxa"/>
            <w:vAlign w:val="center"/>
          </w:tcPr>
          <w:p w14:paraId="48073B1B" w14:textId="70EB186B"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0.5</w:t>
            </w:r>
            <w:r w:rsidR="0046170E">
              <w:rPr>
                <w:rFonts w:ascii="Times New Roman" w:hAnsi="Times New Roman" w:cs="Times New Roman"/>
                <w:color w:val="000000"/>
                <w:sz w:val="20"/>
                <w:szCs w:val="20"/>
              </w:rPr>
              <w:t>0</w:t>
            </w:r>
          </w:p>
        </w:tc>
        <w:tc>
          <w:tcPr>
            <w:tcW w:w="1452" w:type="dxa"/>
            <w:vAlign w:val="center"/>
          </w:tcPr>
          <w:p w14:paraId="58734ECD" w14:textId="73ECD3A2"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- 2.5</w:t>
            </w:r>
            <w:r w:rsidR="0046170E">
              <w:rPr>
                <w:rFonts w:ascii="Times New Roman" w:hAnsi="Times New Roman" w:cs="Times New Roman"/>
                <w:color w:val="000000"/>
                <w:sz w:val="20"/>
                <w:szCs w:val="20"/>
              </w:rPr>
              <w:t>0</w:t>
            </w:r>
          </w:p>
        </w:tc>
      </w:tr>
      <w:tr w:rsidR="00D94E03" w:rsidRPr="004A4F2C" w14:paraId="45C8A06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A464DBD" w14:textId="2CBD4722"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Romantic Disinterest</w:t>
            </w:r>
          </w:p>
        </w:tc>
        <w:tc>
          <w:tcPr>
            <w:tcW w:w="943" w:type="dxa"/>
            <w:vAlign w:val="center"/>
          </w:tcPr>
          <w:p w14:paraId="36212307" w14:textId="6CD588C9"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1.71</w:t>
            </w:r>
          </w:p>
        </w:tc>
        <w:tc>
          <w:tcPr>
            <w:tcW w:w="974" w:type="dxa"/>
            <w:vAlign w:val="center"/>
          </w:tcPr>
          <w:p w14:paraId="30499571" w14:textId="36A6A0A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0.7</w:t>
            </w:r>
            <w:r w:rsidR="0046170E">
              <w:rPr>
                <w:rFonts w:ascii="Times New Roman" w:hAnsi="Times New Roman" w:cs="Times New Roman"/>
                <w:color w:val="000000"/>
                <w:sz w:val="20"/>
                <w:szCs w:val="20"/>
              </w:rPr>
              <w:t>0</w:t>
            </w:r>
          </w:p>
        </w:tc>
        <w:tc>
          <w:tcPr>
            <w:tcW w:w="1452" w:type="dxa"/>
            <w:vAlign w:val="center"/>
          </w:tcPr>
          <w:p w14:paraId="11F6D7FC" w14:textId="26E8F6C1"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560DBA9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CBEA906" w14:textId="7480F517"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Sex-Related Substance Use</w:t>
            </w:r>
          </w:p>
        </w:tc>
        <w:tc>
          <w:tcPr>
            <w:tcW w:w="943" w:type="dxa"/>
            <w:vAlign w:val="center"/>
          </w:tcPr>
          <w:p w14:paraId="79670C97" w14:textId="560CF607"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1.14</w:t>
            </w:r>
          </w:p>
        </w:tc>
        <w:tc>
          <w:tcPr>
            <w:tcW w:w="974" w:type="dxa"/>
            <w:vAlign w:val="center"/>
          </w:tcPr>
          <w:p w14:paraId="015AECA7" w14:textId="379B39ED"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0.3</w:t>
            </w:r>
            <w:r w:rsidR="0046170E">
              <w:rPr>
                <w:rFonts w:ascii="Times New Roman" w:hAnsi="Times New Roman" w:cs="Times New Roman"/>
                <w:color w:val="000000"/>
                <w:sz w:val="20"/>
                <w:szCs w:val="20"/>
              </w:rPr>
              <w:t>0</w:t>
            </w:r>
          </w:p>
        </w:tc>
        <w:tc>
          <w:tcPr>
            <w:tcW w:w="1452" w:type="dxa"/>
            <w:vAlign w:val="center"/>
          </w:tcPr>
          <w:p w14:paraId="18357672" w14:textId="139B097E" w:rsidR="00D94E03" w:rsidRPr="00EA5134" w:rsidRDefault="00D94E03" w:rsidP="00D94E03">
            <w:pPr>
              <w:rPr>
                <w:rFonts w:ascii="Times New Roman" w:hAnsi="Times New Roman" w:cs="Times New Roman"/>
                <w:sz w:val="20"/>
                <w:szCs w:val="20"/>
              </w:rPr>
            </w:pPr>
            <w:r>
              <w:rPr>
                <w:rFonts w:ascii="Times New Roman" w:hAnsi="Times New Roman" w:cs="Times New Roman"/>
                <w:color w:val="000000"/>
                <w:sz w:val="20"/>
                <w:szCs w:val="20"/>
              </w:rPr>
              <w:t>1.00 - 3.00</w:t>
            </w:r>
          </w:p>
        </w:tc>
      </w:tr>
      <w:tr w:rsidR="00D94E03" w:rsidRPr="004A4F2C" w14:paraId="7DACEDB7"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7BC53FD" w14:textId="3FA42F4E"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Sexual Distress</w:t>
            </w:r>
          </w:p>
        </w:tc>
        <w:tc>
          <w:tcPr>
            <w:tcW w:w="943" w:type="dxa"/>
            <w:vAlign w:val="center"/>
          </w:tcPr>
          <w:p w14:paraId="3EEEEF52" w14:textId="586E8980"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1.54</w:t>
            </w:r>
          </w:p>
        </w:tc>
        <w:tc>
          <w:tcPr>
            <w:tcW w:w="974" w:type="dxa"/>
            <w:vAlign w:val="center"/>
          </w:tcPr>
          <w:p w14:paraId="6F5FF188" w14:textId="628DD70B"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0.6</w:t>
            </w:r>
            <w:r w:rsidR="0046170E">
              <w:rPr>
                <w:rFonts w:ascii="Times New Roman" w:hAnsi="Times New Roman" w:cs="Times New Roman"/>
                <w:color w:val="000000"/>
                <w:sz w:val="20"/>
                <w:szCs w:val="20"/>
              </w:rPr>
              <w:t>0</w:t>
            </w:r>
          </w:p>
        </w:tc>
        <w:tc>
          <w:tcPr>
            <w:tcW w:w="1452" w:type="dxa"/>
            <w:vAlign w:val="center"/>
          </w:tcPr>
          <w:p w14:paraId="4EC1D8F4" w14:textId="7BC14CAE"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D94E03" w:rsidRPr="004A4F2C" w14:paraId="318792BC"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6E2886F4" w14:textId="73A06DC2"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Sexual Pain</w:t>
            </w:r>
          </w:p>
        </w:tc>
        <w:tc>
          <w:tcPr>
            <w:tcW w:w="943" w:type="dxa"/>
            <w:vAlign w:val="center"/>
          </w:tcPr>
          <w:p w14:paraId="23CE3A0D" w14:textId="69A69306"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1.2</w:t>
            </w:r>
            <w:r w:rsidR="0046170E">
              <w:rPr>
                <w:rFonts w:ascii="Times New Roman" w:hAnsi="Times New Roman" w:cs="Times New Roman"/>
                <w:color w:val="000000"/>
                <w:sz w:val="20"/>
                <w:szCs w:val="20"/>
              </w:rPr>
              <w:t>0</w:t>
            </w:r>
          </w:p>
        </w:tc>
        <w:tc>
          <w:tcPr>
            <w:tcW w:w="974" w:type="dxa"/>
            <w:vAlign w:val="center"/>
          </w:tcPr>
          <w:p w14:paraId="3995BE7E" w14:textId="64AC8A0B"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0.42</w:t>
            </w:r>
          </w:p>
        </w:tc>
        <w:tc>
          <w:tcPr>
            <w:tcW w:w="1452" w:type="dxa"/>
            <w:vAlign w:val="center"/>
          </w:tcPr>
          <w:p w14:paraId="40B9C356" w14:textId="171CD64E"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D94E03" w:rsidRPr="004A4F2C" w14:paraId="2CB4C422"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3914FDA1" w14:textId="781B541D"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Shame/Guilt</w:t>
            </w:r>
          </w:p>
        </w:tc>
        <w:tc>
          <w:tcPr>
            <w:tcW w:w="943" w:type="dxa"/>
            <w:vAlign w:val="center"/>
          </w:tcPr>
          <w:p w14:paraId="7552E054" w14:textId="2AFEE4D3"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1.89</w:t>
            </w:r>
          </w:p>
        </w:tc>
        <w:tc>
          <w:tcPr>
            <w:tcW w:w="974" w:type="dxa"/>
            <w:vAlign w:val="center"/>
          </w:tcPr>
          <w:p w14:paraId="0774E45D" w14:textId="1D421557"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0.68</w:t>
            </w:r>
          </w:p>
        </w:tc>
        <w:tc>
          <w:tcPr>
            <w:tcW w:w="1452" w:type="dxa"/>
            <w:vAlign w:val="center"/>
          </w:tcPr>
          <w:p w14:paraId="2A698234" w14:textId="3CC7F68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D94E03" w:rsidRPr="004A4F2C" w14:paraId="0CAAB458"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2DD50B84" w14:textId="74C1BA10"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Situational Phobias</w:t>
            </w:r>
          </w:p>
        </w:tc>
        <w:tc>
          <w:tcPr>
            <w:tcW w:w="943" w:type="dxa"/>
            <w:vAlign w:val="center"/>
          </w:tcPr>
          <w:p w14:paraId="6127A583" w14:textId="30816B46"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1.36</w:t>
            </w:r>
          </w:p>
        </w:tc>
        <w:tc>
          <w:tcPr>
            <w:tcW w:w="974" w:type="dxa"/>
            <w:vAlign w:val="center"/>
          </w:tcPr>
          <w:p w14:paraId="49057545" w14:textId="5EB076E7"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0.47</w:t>
            </w:r>
          </w:p>
        </w:tc>
        <w:tc>
          <w:tcPr>
            <w:tcW w:w="1452" w:type="dxa"/>
            <w:vAlign w:val="center"/>
          </w:tcPr>
          <w:p w14:paraId="7170BA5F" w14:textId="0A4D49B2"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D94E03" w:rsidRPr="004A4F2C" w14:paraId="78B290B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BD541C1" w14:textId="0FE583C9"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Social Aggression</w:t>
            </w:r>
          </w:p>
        </w:tc>
        <w:tc>
          <w:tcPr>
            <w:tcW w:w="943" w:type="dxa"/>
            <w:vAlign w:val="center"/>
          </w:tcPr>
          <w:p w14:paraId="0F483BEB" w14:textId="7EB3BF95"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1.16</w:t>
            </w:r>
          </w:p>
        </w:tc>
        <w:tc>
          <w:tcPr>
            <w:tcW w:w="974" w:type="dxa"/>
            <w:vAlign w:val="center"/>
          </w:tcPr>
          <w:p w14:paraId="612F5FB1" w14:textId="636EA1F0" w:rsidR="00D94E03" w:rsidRPr="00EA5134" w:rsidRDefault="00D94E03" w:rsidP="00D94E03">
            <w:pPr>
              <w:tabs>
                <w:tab w:val="left" w:pos="429"/>
              </w:tabs>
              <w:rPr>
                <w:rFonts w:ascii="Times New Roman" w:hAnsi="Times New Roman" w:cs="Times New Roman"/>
                <w:sz w:val="20"/>
                <w:szCs w:val="20"/>
              </w:rPr>
            </w:pPr>
            <w:r w:rsidRPr="00EA5134">
              <w:rPr>
                <w:rFonts w:ascii="Times New Roman" w:hAnsi="Times New Roman" w:cs="Times New Roman"/>
                <w:color w:val="000000"/>
                <w:sz w:val="20"/>
                <w:szCs w:val="20"/>
              </w:rPr>
              <w:t>0.22</w:t>
            </w:r>
          </w:p>
        </w:tc>
        <w:tc>
          <w:tcPr>
            <w:tcW w:w="1452" w:type="dxa"/>
            <w:vAlign w:val="center"/>
          </w:tcPr>
          <w:p w14:paraId="7176E16A" w14:textId="4AF40F80"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- 2.43</w:t>
            </w:r>
          </w:p>
        </w:tc>
      </w:tr>
      <w:tr w:rsidR="00D94E03" w:rsidRPr="004A4F2C" w14:paraId="7406C4A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566F4BA" w14:textId="570ACFA7"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Social Aloofness</w:t>
            </w:r>
          </w:p>
        </w:tc>
        <w:tc>
          <w:tcPr>
            <w:tcW w:w="943" w:type="dxa"/>
            <w:vAlign w:val="center"/>
          </w:tcPr>
          <w:p w14:paraId="09C77697" w14:textId="5D2414D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2.02</w:t>
            </w:r>
          </w:p>
        </w:tc>
        <w:tc>
          <w:tcPr>
            <w:tcW w:w="974" w:type="dxa"/>
            <w:vAlign w:val="center"/>
          </w:tcPr>
          <w:p w14:paraId="441D2B70" w14:textId="791D5DCD"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0.67</w:t>
            </w:r>
          </w:p>
        </w:tc>
        <w:tc>
          <w:tcPr>
            <w:tcW w:w="1452" w:type="dxa"/>
            <w:vAlign w:val="center"/>
          </w:tcPr>
          <w:p w14:paraId="2E184473" w14:textId="4C60E5E7"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40BB6474"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42B3CC9B" w14:textId="77C34C5F"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Social Anxiety</w:t>
            </w:r>
          </w:p>
        </w:tc>
        <w:tc>
          <w:tcPr>
            <w:tcW w:w="943" w:type="dxa"/>
            <w:vAlign w:val="center"/>
          </w:tcPr>
          <w:p w14:paraId="06BD3326" w14:textId="6BE8E4E5"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1.86</w:t>
            </w:r>
          </w:p>
        </w:tc>
        <w:tc>
          <w:tcPr>
            <w:tcW w:w="974" w:type="dxa"/>
            <w:vAlign w:val="center"/>
          </w:tcPr>
          <w:p w14:paraId="235FEE4E" w14:textId="4636D43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0.61</w:t>
            </w:r>
          </w:p>
        </w:tc>
        <w:tc>
          <w:tcPr>
            <w:tcW w:w="1452" w:type="dxa"/>
            <w:vAlign w:val="center"/>
          </w:tcPr>
          <w:p w14:paraId="3245F456" w14:textId="0F69D27A"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7160043C"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70098E7A" w14:textId="70A4B144"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Somatic Preoccupation</w:t>
            </w:r>
          </w:p>
        </w:tc>
        <w:tc>
          <w:tcPr>
            <w:tcW w:w="943" w:type="dxa"/>
            <w:vAlign w:val="center"/>
          </w:tcPr>
          <w:p w14:paraId="39ABE471" w14:textId="783CBB88"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1.94</w:t>
            </w:r>
          </w:p>
        </w:tc>
        <w:tc>
          <w:tcPr>
            <w:tcW w:w="974" w:type="dxa"/>
            <w:vAlign w:val="center"/>
          </w:tcPr>
          <w:p w14:paraId="1267A223" w14:textId="2BDB9444" w:rsidR="00D94E03" w:rsidRPr="00EA5134" w:rsidRDefault="00D94E03" w:rsidP="00D94E03">
            <w:pPr>
              <w:tabs>
                <w:tab w:val="left" w:pos="525"/>
              </w:tabs>
              <w:rPr>
                <w:rFonts w:ascii="Times New Roman" w:hAnsi="Times New Roman" w:cs="Times New Roman"/>
                <w:sz w:val="20"/>
                <w:szCs w:val="20"/>
              </w:rPr>
            </w:pPr>
            <w:r w:rsidRPr="00EA5134">
              <w:rPr>
                <w:rFonts w:ascii="Times New Roman" w:hAnsi="Times New Roman" w:cs="Times New Roman"/>
                <w:color w:val="000000"/>
                <w:sz w:val="20"/>
                <w:szCs w:val="20"/>
              </w:rPr>
              <w:t>0.59</w:t>
            </w:r>
          </w:p>
        </w:tc>
        <w:tc>
          <w:tcPr>
            <w:tcW w:w="1452" w:type="dxa"/>
            <w:vAlign w:val="center"/>
          </w:tcPr>
          <w:p w14:paraId="2CC3DF73" w14:textId="1B23664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5223B0BA"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1" w:type="dxa"/>
            <w:vAlign w:val="center"/>
          </w:tcPr>
          <w:p w14:paraId="0B8F5A40" w14:textId="2F58EBB5"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Submissiveness</w:t>
            </w:r>
          </w:p>
        </w:tc>
        <w:tc>
          <w:tcPr>
            <w:tcW w:w="943" w:type="dxa"/>
            <w:vAlign w:val="center"/>
          </w:tcPr>
          <w:p w14:paraId="158604AC" w14:textId="0E6776F9"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1.55</w:t>
            </w:r>
          </w:p>
        </w:tc>
        <w:tc>
          <w:tcPr>
            <w:tcW w:w="974" w:type="dxa"/>
            <w:vAlign w:val="center"/>
          </w:tcPr>
          <w:p w14:paraId="516DEF88" w14:textId="245E088B" w:rsidR="00D94E03" w:rsidRPr="00EA5134" w:rsidRDefault="00D94E03" w:rsidP="00D94E03">
            <w:pPr>
              <w:tabs>
                <w:tab w:val="left" w:pos="544"/>
              </w:tabs>
              <w:rPr>
                <w:rFonts w:ascii="Times New Roman" w:hAnsi="Times New Roman" w:cs="Times New Roman"/>
                <w:sz w:val="20"/>
                <w:szCs w:val="20"/>
              </w:rPr>
            </w:pPr>
            <w:r w:rsidRPr="00EA5134">
              <w:rPr>
                <w:rFonts w:ascii="Times New Roman" w:hAnsi="Times New Roman" w:cs="Times New Roman"/>
                <w:color w:val="000000"/>
                <w:sz w:val="20"/>
                <w:szCs w:val="20"/>
              </w:rPr>
              <w:t>0.53</w:t>
            </w:r>
          </w:p>
        </w:tc>
        <w:tc>
          <w:tcPr>
            <w:tcW w:w="1452" w:type="dxa"/>
            <w:vAlign w:val="center"/>
          </w:tcPr>
          <w:p w14:paraId="018B2554" w14:textId="6DCDC132"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w:t>
            </w:r>
            <w:r w:rsidR="0046170E">
              <w:rPr>
                <w:rFonts w:ascii="Times New Roman" w:hAnsi="Times New Roman" w:cs="Times New Roman"/>
                <w:color w:val="000000"/>
                <w:sz w:val="20"/>
                <w:szCs w:val="20"/>
              </w:rPr>
              <w:t>-</w:t>
            </w:r>
            <w:r w:rsidRPr="00EA5134">
              <w:rPr>
                <w:rFonts w:ascii="Times New Roman" w:hAnsi="Times New Roman" w:cs="Times New Roman"/>
                <w:color w:val="000000"/>
                <w:sz w:val="20"/>
                <w:szCs w:val="20"/>
              </w:rPr>
              <w:t xml:space="preserve"> 3</w:t>
            </w:r>
            <w:r w:rsidR="0046170E">
              <w:rPr>
                <w:rFonts w:ascii="Times New Roman" w:hAnsi="Times New Roman" w:cs="Times New Roman"/>
                <w:color w:val="000000"/>
                <w:sz w:val="20"/>
                <w:szCs w:val="20"/>
              </w:rPr>
              <w:t>.00</w:t>
            </w:r>
          </w:p>
        </w:tc>
      </w:tr>
      <w:tr w:rsidR="00D94E03" w:rsidRPr="004A4F2C" w14:paraId="7648BAFE"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12"/>
        </w:trPr>
        <w:tc>
          <w:tcPr>
            <w:tcW w:w="2301" w:type="dxa"/>
            <w:vAlign w:val="center"/>
          </w:tcPr>
          <w:p w14:paraId="3E3FA5AA" w14:textId="40032D91"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Suicidality</w:t>
            </w:r>
          </w:p>
        </w:tc>
        <w:tc>
          <w:tcPr>
            <w:tcW w:w="943" w:type="dxa"/>
            <w:vAlign w:val="center"/>
          </w:tcPr>
          <w:p w14:paraId="2AC344C0" w14:textId="4423AC5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1.25</w:t>
            </w:r>
          </w:p>
        </w:tc>
        <w:tc>
          <w:tcPr>
            <w:tcW w:w="974" w:type="dxa"/>
            <w:vAlign w:val="center"/>
          </w:tcPr>
          <w:p w14:paraId="203132FF" w14:textId="140DA6D5" w:rsidR="00D94E03" w:rsidRPr="00EA5134" w:rsidRDefault="00D94E03" w:rsidP="00D94E03">
            <w:pPr>
              <w:tabs>
                <w:tab w:val="left" w:pos="429"/>
              </w:tabs>
              <w:rPr>
                <w:rFonts w:ascii="Times New Roman" w:hAnsi="Times New Roman" w:cs="Times New Roman"/>
                <w:sz w:val="20"/>
                <w:szCs w:val="20"/>
              </w:rPr>
            </w:pPr>
            <w:r w:rsidRPr="00EA5134">
              <w:rPr>
                <w:rFonts w:ascii="Times New Roman" w:hAnsi="Times New Roman" w:cs="Times New Roman"/>
                <w:color w:val="000000"/>
                <w:sz w:val="20"/>
                <w:szCs w:val="20"/>
              </w:rPr>
              <w:t>0.34</w:t>
            </w:r>
          </w:p>
        </w:tc>
        <w:tc>
          <w:tcPr>
            <w:tcW w:w="1452" w:type="dxa"/>
            <w:vAlign w:val="center"/>
          </w:tcPr>
          <w:p w14:paraId="1A7E31C9" w14:textId="3F615CA6" w:rsidR="00D94E03" w:rsidRPr="00EA5134" w:rsidRDefault="00D94E03" w:rsidP="00D94E03">
            <w:pPr>
              <w:rPr>
                <w:rFonts w:ascii="Times New Roman" w:hAnsi="Times New Roman" w:cs="Times New Roman"/>
                <w:sz w:val="20"/>
                <w:szCs w:val="20"/>
              </w:rPr>
            </w:pPr>
            <w:r>
              <w:rPr>
                <w:rFonts w:ascii="Times New Roman" w:hAnsi="Times New Roman" w:cs="Times New Roman"/>
                <w:color w:val="000000"/>
                <w:sz w:val="20"/>
                <w:szCs w:val="20"/>
              </w:rPr>
              <w:t>1.00 - 3.00</w:t>
            </w:r>
          </w:p>
        </w:tc>
      </w:tr>
      <w:tr w:rsidR="00D94E03" w:rsidRPr="004A4F2C" w14:paraId="28F11C72"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2"/>
        </w:trPr>
        <w:tc>
          <w:tcPr>
            <w:tcW w:w="2301" w:type="dxa"/>
            <w:vAlign w:val="center"/>
          </w:tcPr>
          <w:p w14:paraId="5F3A8D58" w14:textId="6165D968"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Suspiciousness</w:t>
            </w:r>
          </w:p>
        </w:tc>
        <w:tc>
          <w:tcPr>
            <w:tcW w:w="943" w:type="dxa"/>
            <w:vAlign w:val="center"/>
          </w:tcPr>
          <w:p w14:paraId="644D5889" w14:textId="7BA0873B" w:rsidR="00D94E03" w:rsidRPr="00EA5134" w:rsidRDefault="00D94E03" w:rsidP="00D94E03">
            <w:pPr>
              <w:tabs>
                <w:tab w:val="left" w:pos="391"/>
              </w:tabs>
              <w:rPr>
                <w:rFonts w:ascii="Times New Roman" w:hAnsi="Times New Roman" w:cs="Times New Roman"/>
                <w:sz w:val="20"/>
                <w:szCs w:val="20"/>
              </w:rPr>
            </w:pPr>
            <w:r w:rsidRPr="00EA5134">
              <w:rPr>
                <w:rFonts w:ascii="Times New Roman" w:hAnsi="Times New Roman" w:cs="Times New Roman"/>
                <w:color w:val="000000"/>
                <w:sz w:val="20"/>
                <w:szCs w:val="20"/>
              </w:rPr>
              <w:t>1.4</w:t>
            </w:r>
            <w:r w:rsidR="0046170E">
              <w:rPr>
                <w:rFonts w:ascii="Times New Roman" w:hAnsi="Times New Roman" w:cs="Times New Roman"/>
                <w:color w:val="000000"/>
                <w:sz w:val="20"/>
                <w:szCs w:val="20"/>
              </w:rPr>
              <w:t>0</w:t>
            </w:r>
          </w:p>
        </w:tc>
        <w:tc>
          <w:tcPr>
            <w:tcW w:w="974" w:type="dxa"/>
            <w:vAlign w:val="center"/>
          </w:tcPr>
          <w:p w14:paraId="064A6B5F" w14:textId="050B0034" w:rsidR="00D94E03" w:rsidRPr="00EA5134" w:rsidRDefault="00D94E03" w:rsidP="00D94E03">
            <w:pPr>
              <w:tabs>
                <w:tab w:val="left" w:pos="549"/>
              </w:tabs>
              <w:rPr>
                <w:rFonts w:ascii="Times New Roman" w:hAnsi="Times New Roman" w:cs="Times New Roman"/>
                <w:sz w:val="20"/>
                <w:szCs w:val="20"/>
              </w:rPr>
            </w:pPr>
            <w:r w:rsidRPr="00EA5134">
              <w:rPr>
                <w:rFonts w:ascii="Times New Roman" w:hAnsi="Times New Roman" w:cs="Times New Roman"/>
                <w:color w:val="000000"/>
                <w:sz w:val="20"/>
                <w:szCs w:val="20"/>
              </w:rPr>
              <w:t>0.47</w:t>
            </w:r>
          </w:p>
        </w:tc>
        <w:tc>
          <w:tcPr>
            <w:tcW w:w="1452" w:type="dxa"/>
            <w:vAlign w:val="center"/>
          </w:tcPr>
          <w:p w14:paraId="7005C8B1" w14:textId="0002D56A"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- 3.40</w:t>
            </w:r>
          </w:p>
        </w:tc>
      </w:tr>
      <w:tr w:rsidR="00E53568" w:rsidRPr="004A4F2C" w14:paraId="51946877"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2"/>
        </w:trPr>
        <w:tc>
          <w:tcPr>
            <w:tcW w:w="2301" w:type="dxa"/>
            <w:vAlign w:val="center"/>
          </w:tcPr>
          <w:p w14:paraId="296C40F8" w14:textId="0A03075B" w:rsidR="00E53568" w:rsidRPr="00D418C0" w:rsidRDefault="00E53568" w:rsidP="00D94E03">
            <w:pPr>
              <w:rPr>
                <w:rFonts w:ascii="Times New Roman" w:hAnsi="Times New Roman" w:cs="Times New Roman"/>
                <w:color w:val="000000"/>
                <w:sz w:val="20"/>
                <w:szCs w:val="20"/>
              </w:rPr>
            </w:pPr>
            <w:r w:rsidRPr="00D418C0">
              <w:rPr>
                <w:rFonts w:ascii="Times New Roman" w:hAnsi="Times New Roman" w:cs="Times New Roman"/>
                <w:color w:val="000000"/>
                <w:sz w:val="20"/>
                <w:szCs w:val="20"/>
              </w:rPr>
              <w:t>Tolerance</w:t>
            </w:r>
          </w:p>
        </w:tc>
        <w:tc>
          <w:tcPr>
            <w:tcW w:w="943" w:type="dxa"/>
            <w:vAlign w:val="center"/>
          </w:tcPr>
          <w:p w14:paraId="39053E77" w14:textId="7FE1D8E1" w:rsidR="00E53568" w:rsidRPr="00EA5134" w:rsidRDefault="00E53568" w:rsidP="00D94E03">
            <w:pPr>
              <w:rPr>
                <w:rFonts w:ascii="Times New Roman" w:hAnsi="Times New Roman" w:cs="Times New Roman"/>
                <w:color w:val="000000"/>
                <w:sz w:val="20"/>
                <w:szCs w:val="20"/>
              </w:rPr>
            </w:pPr>
            <w:r w:rsidRPr="00E53568">
              <w:rPr>
                <w:rFonts w:ascii="Times New Roman" w:hAnsi="Times New Roman" w:cs="Times New Roman"/>
                <w:color w:val="000000"/>
                <w:sz w:val="20"/>
                <w:szCs w:val="20"/>
              </w:rPr>
              <w:t>0.81</w:t>
            </w:r>
          </w:p>
        </w:tc>
        <w:tc>
          <w:tcPr>
            <w:tcW w:w="974" w:type="dxa"/>
            <w:vAlign w:val="center"/>
          </w:tcPr>
          <w:p w14:paraId="193A22F1" w14:textId="47ACC958" w:rsidR="00E53568" w:rsidRPr="00EA5134" w:rsidRDefault="00E53568" w:rsidP="00D94E03">
            <w:pPr>
              <w:rPr>
                <w:rFonts w:ascii="Times New Roman" w:hAnsi="Times New Roman" w:cs="Times New Roman"/>
                <w:color w:val="000000"/>
                <w:sz w:val="20"/>
                <w:szCs w:val="20"/>
              </w:rPr>
            </w:pPr>
            <w:r>
              <w:rPr>
                <w:rFonts w:ascii="Times New Roman" w:hAnsi="Times New Roman" w:cs="Times New Roman"/>
                <w:color w:val="000000"/>
                <w:sz w:val="20"/>
                <w:szCs w:val="20"/>
              </w:rPr>
              <w:t>0.53</w:t>
            </w:r>
          </w:p>
        </w:tc>
        <w:tc>
          <w:tcPr>
            <w:tcW w:w="1452" w:type="dxa"/>
            <w:vAlign w:val="center"/>
          </w:tcPr>
          <w:p w14:paraId="665B2481" w14:textId="74A346CF" w:rsidR="00E53568" w:rsidRPr="00EA5134" w:rsidRDefault="00E53568" w:rsidP="00D94E03">
            <w:pPr>
              <w:rPr>
                <w:rFonts w:ascii="Times New Roman" w:hAnsi="Times New Roman" w:cs="Times New Roman"/>
                <w:color w:val="000000"/>
                <w:sz w:val="20"/>
                <w:szCs w:val="20"/>
              </w:rPr>
            </w:pPr>
            <w:r>
              <w:rPr>
                <w:rFonts w:ascii="Times New Roman" w:hAnsi="Times New Roman" w:cs="Times New Roman"/>
                <w:color w:val="000000"/>
                <w:sz w:val="20"/>
                <w:szCs w:val="20"/>
              </w:rPr>
              <w:t>0.00 - 2.50</w:t>
            </w:r>
          </w:p>
        </w:tc>
      </w:tr>
      <w:tr w:rsidR="00D94E03" w:rsidRPr="004A4F2C" w14:paraId="1736A1DA"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2"/>
        </w:trPr>
        <w:tc>
          <w:tcPr>
            <w:tcW w:w="2301" w:type="dxa"/>
            <w:vAlign w:val="center"/>
          </w:tcPr>
          <w:p w14:paraId="44DD1BB4" w14:textId="55DA794C"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Trauma Reactions</w:t>
            </w:r>
          </w:p>
        </w:tc>
        <w:tc>
          <w:tcPr>
            <w:tcW w:w="943" w:type="dxa"/>
            <w:vAlign w:val="center"/>
          </w:tcPr>
          <w:p w14:paraId="717C9D82" w14:textId="081FE8B6"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1.63</w:t>
            </w:r>
          </w:p>
        </w:tc>
        <w:tc>
          <w:tcPr>
            <w:tcW w:w="974" w:type="dxa"/>
            <w:vAlign w:val="center"/>
          </w:tcPr>
          <w:p w14:paraId="54B36B41" w14:textId="6D78C6F6"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0.64</w:t>
            </w:r>
          </w:p>
        </w:tc>
        <w:tc>
          <w:tcPr>
            <w:tcW w:w="1452" w:type="dxa"/>
            <w:vAlign w:val="center"/>
          </w:tcPr>
          <w:p w14:paraId="02266D2A" w14:textId="44D6FAC3"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r w:rsidR="00D94E03" w:rsidRPr="004A4F2C" w14:paraId="728DF4AB"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0"/>
        </w:trPr>
        <w:tc>
          <w:tcPr>
            <w:tcW w:w="2301" w:type="dxa"/>
            <w:vAlign w:val="center"/>
          </w:tcPr>
          <w:p w14:paraId="25EBE784" w14:textId="732338F6"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lastRenderedPageBreak/>
              <w:t>Trichotillomania</w:t>
            </w:r>
          </w:p>
        </w:tc>
        <w:tc>
          <w:tcPr>
            <w:tcW w:w="943" w:type="dxa"/>
            <w:vAlign w:val="center"/>
          </w:tcPr>
          <w:p w14:paraId="661D69B9" w14:textId="0FD26F8B"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1.2</w:t>
            </w:r>
            <w:r w:rsidR="0046170E">
              <w:rPr>
                <w:rFonts w:ascii="Times New Roman" w:hAnsi="Times New Roman" w:cs="Times New Roman"/>
                <w:color w:val="000000"/>
                <w:sz w:val="20"/>
                <w:szCs w:val="20"/>
              </w:rPr>
              <w:t>0</w:t>
            </w:r>
          </w:p>
        </w:tc>
        <w:tc>
          <w:tcPr>
            <w:tcW w:w="974" w:type="dxa"/>
            <w:vAlign w:val="center"/>
          </w:tcPr>
          <w:p w14:paraId="116DD5F2" w14:textId="4C6AED4B"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0.43</w:t>
            </w:r>
          </w:p>
        </w:tc>
        <w:tc>
          <w:tcPr>
            <w:tcW w:w="1452" w:type="dxa"/>
            <w:vAlign w:val="center"/>
          </w:tcPr>
          <w:p w14:paraId="3DB5626E" w14:textId="5409760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- 3.25</w:t>
            </w:r>
          </w:p>
        </w:tc>
      </w:tr>
      <w:tr w:rsidR="00D94E03" w:rsidRPr="004A4F2C" w14:paraId="1676CEEA"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3"/>
        </w:trPr>
        <w:tc>
          <w:tcPr>
            <w:tcW w:w="2301" w:type="dxa"/>
            <w:vAlign w:val="center"/>
          </w:tcPr>
          <w:p w14:paraId="4AF034BD" w14:textId="68E77D4D" w:rsidR="00D94E03" w:rsidRPr="00D418C0" w:rsidRDefault="00D94E03" w:rsidP="00D94E03">
            <w:pPr>
              <w:rPr>
                <w:rFonts w:ascii="Times New Roman" w:hAnsi="Times New Roman" w:cs="Times New Roman"/>
                <w:sz w:val="20"/>
                <w:szCs w:val="20"/>
              </w:rPr>
            </w:pPr>
            <w:r w:rsidRPr="00D418C0">
              <w:rPr>
                <w:rFonts w:ascii="Times New Roman" w:hAnsi="Times New Roman" w:cs="Times New Roman"/>
                <w:color w:val="000000"/>
                <w:sz w:val="20"/>
                <w:szCs w:val="20"/>
              </w:rPr>
              <w:t>Well-being</w:t>
            </w:r>
          </w:p>
        </w:tc>
        <w:tc>
          <w:tcPr>
            <w:tcW w:w="943" w:type="dxa"/>
            <w:vAlign w:val="center"/>
          </w:tcPr>
          <w:p w14:paraId="7C2410CC" w14:textId="1BA423A4"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2.17</w:t>
            </w:r>
          </w:p>
        </w:tc>
        <w:tc>
          <w:tcPr>
            <w:tcW w:w="974" w:type="dxa"/>
            <w:vAlign w:val="center"/>
          </w:tcPr>
          <w:p w14:paraId="0EA54FA8" w14:textId="7F220D85"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0.59</w:t>
            </w:r>
          </w:p>
        </w:tc>
        <w:tc>
          <w:tcPr>
            <w:tcW w:w="1452" w:type="dxa"/>
            <w:vAlign w:val="center"/>
          </w:tcPr>
          <w:p w14:paraId="76EDA8EF" w14:textId="247369B0"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 xml:space="preserve">1 </w:t>
            </w:r>
            <w:r w:rsidR="0046170E">
              <w:rPr>
                <w:rFonts w:ascii="Times New Roman" w:hAnsi="Times New Roman" w:cs="Times New Roman"/>
                <w:color w:val="000000"/>
                <w:sz w:val="20"/>
                <w:szCs w:val="20"/>
              </w:rPr>
              <w:t>.00</w:t>
            </w:r>
            <w:r w:rsidR="00E53568">
              <w:rPr>
                <w:rFonts w:ascii="Times New Roman" w:hAnsi="Times New Roman" w:cs="Times New Roman"/>
                <w:color w:val="000000"/>
                <w:sz w:val="20"/>
                <w:szCs w:val="20"/>
              </w:rPr>
              <w:t xml:space="preserve"> </w:t>
            </w:r>
            <w:r w:rsidRPr="00EA5134">
              <w:rPr>
                <w:rFonts w:ascii="Times New Roman" w:hAnsi="Times New Roman" w:cs="Times New Roman"/>
                <w:color w:val="000000"/>
                <w:sz w:val="20"/>
                <w:szCs w:val="20"/>
              </w:rPr>
              <w:t>- 3.50</w:t>
            </w:r>
          </w:p>
        </w:tc>
      </w:tr>
      <w:tr w:rsidR="005A24F2" w:rsidRPr="004A4F2C" w14:paraId="74714EB9"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7"/>
        </w:trPr>
        <w:tc>
          <w:tcPr>
            <w:tcW w:w="2301" w:type="dxa"/>
            <w:vAlign w:val="center"/>
          </w:tcPr>
          <w:p w14:paraId="5EC63D1F" w14:textId="4A0AFBE1" w:rsidR="005A24F2" w:rsidRPr="00D418C0" w:rsidRDefault="005A24F2" w:rsidP="00D94E03">
            <w:pPr>
              <w:rPr>
                <w:rFonts w:ascii="Times New Roman" w:hAnsi="Times New Roman" w:cs="Times New Roman"/>
                <w:color w:val="000000"/>
                <w:sz w:val="20"/>
                <w:szCs w:val="20"/>
              </w:rPr>
            </w:pPr>
            <w:r w:rsidRPr="00D418C0">
              <w:rPr>
                <w:rFonts w:ascii="Times New Roman" w:hAnsi="Times New Roman" w:cs="Times New Roman"/>
                <w:color w:val="000000"/>
                <w:sz w:val="20"/>
                <w:szCs w:val="20"/>
              </w:rPr>
              <w:t>Withdrawal</w:t>
            </w:r>
          </w:p>
        </w:tc>
        <w:tc>
          <w:tcPr>
            <w:tcW w:w="943" w:type="dxa"/>
            <w:vAlign w:val="center"/>
          </w:tcPr>
          <w:p w14:paraId="7623AC12" w14:textId="5570B66A" w:rsidR="005A24F2" w:rsidRPr="00EA5134" w:rsidRDefault="005A24F2" w:rsidP="00D94E03">
            <w:pPr>
              <w:rPr>
                <w:rFonts w:ascii="Times New Roman" w:hAnsi="Times New Roman" w:cs="Times New Roman"/>
                <w:color w:val="000000"/>
                <w:sz w:val="20"/>
                <w:szCs w:val="20"/>
              </w:rPr>
            </w:pPr>
            <w:r w:rsidRPr="005A24F2">
              <w:rPr>
                <w:rFonts w:ascii="Times New Roman" w:hAnsi="Times New Roman" w:cs="Times New Roman"/>
                <w:color w:val="000000"/>
                <w:sz w:val="20"/>
                <w:szCs w:val="20"/>
              </w:rPr>
              <w:t>0.77</w:t>
            </w:r>
          </w:p>
        </w:tc>
        <w:tc>
          <w:tcPr>
            <w:tcW w:w="974" w:type="dxa"/>
            <w:vAlign w:val="center"/>
          </w:tcPr>
          <w:p w14:paraId="518D1843" w14:textId="75C41788" w:rsidR="005A24F2" w:rsidRPr="00EA5134" w:rsidRDefault="00E53568" w:rsidP="00D94E03">
            <w:pPr>
              <w:rPr>
                <w:rFonts w:ascii="Times New Roman" w:hAnsi="Times New Roman" w:cs="Times New Roman"/>
                <w:color w:val="000000"/>
                <w:sz w:val="20"/>
                <w:szCs w:val="20"/>
              </w:rPr>
            </w:pPr>
            <w:r w:rsidRPr="00E53568">
              <w:rPr>
                <w:rFonts w:ascii="Times New Roman" w:hAnsi="Times New Roman" w:cs="Times New Roman"/>
                <w:color w:val="000000"/>
                <w:sz w:val="20"/>
                <w:szCs w:val="20"/>
              </w:rPr>
              <w:t>0.49</w:t>
            </w:r>
          </w:p>
        </w:tc>
        <w:tc>
          <w:tcPr>
            <w:tcW w:w="1452" w:type="dxa"/>
            <w:vAlign w:val="center"/>
          </w:tcPr>
          <w:p w14:paraId="2CE8A792" w14:textId="48C595F1" w:rsidR="005A24F2" w:rsidRPr="00EA5134" w:rsidRDefault="00E53568" w:rsidP="00D94E03">
            <w:pPr>
              <w:rPr>
                <w:rFonts w:ascii="Times New Roman" w:hAnsi="Times New Roman" w:cs="Times New Roman"/>
                <w:color w:val="000000"/>
                <w:sz w:val="20"/>
                <w:szCs w:val="20"/>
              </w:rPr>
            </w:pPr>
            <w:r>
              <w:rPr>
                <w:rFonts w:ascii="Times New Roman" w:hAnsi="Times New Roman" w:cs="Times New Roman"/>
                <w:color w:val="000000"/>
                <w:sz w:val="20"/>
                <w:szCs w:val="20"/>
              </w:rPr>
              <w:t>0.00 - 2.60</w:t>
            </w:r>
          </w:p>
        </w:tc>
      </w:tr>
      <w:tr w:rsidR="00D94E03" w:rsidRPr="004A4F2C" w14:paraId="0C98BC1E" w14:textId="77777777" w:rsidTr="00B349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7"/>
        </w:trPr>
        <w:tc>
          <w:tcPr>
            <w:tcW w:w="2301" w:type="dxa"/>
            <w:vAlign w:val="center"/>
          </w:tcPr>
          <w:p w14:paraId="66ECA4AC" w14:textId="592F8B2B"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Workaholism</w:t>
            </w:r>
          </w:p>
        </w:tc>
        <w:tc>
          <w:tcPr>
            <w:tcW w:w="943" w:type="dxa"/>
            <w:vAlign w:val="center"/>
          </w:tcPr>
          <w:p w14:paraId="1F764722" w14:textId="2577A88C"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1.74</w:t>
            </w:r>
          </w:p>
        </w:tc>
        <w:tc>
          <w:tcPr>
            <w:tcW w:w="974" w:type="dxa"/>
            <w:vAlign w:val="center"/>
          </w:tcPr>
          <w:p w14:paraId="1793A55E" w14:textId="126C58AA"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0.67</w:t>
            </w:r>
          </w:p>
        </w:tc>
        <w:tc>
          <w:tcPr>
            <w:tcW w:w="1452" w:type="dxa"/>
            <w:vAlign w:val="center"/>
          </w:tcPr>
          <w:p w14:paraId="163BBB9A" w14:textId="759C1B6A" w:rsidR="00D94E03" w:rsidRPr="00EA5134" w:rsidRDefault="00D94E03" w:rsidP="00D94E03">
            <w:pPr>
              <w:rPr>
                <w:rFonts w:ascii="Times New Roman" w:hAnsi="Times New Roman" w:cs="Times New Roman"/>
                <w:sz w:val="20"/>
                <w:szCs w:val="20"/>
              </w:rPr>
            </w:pPr>
            <w:r w:rsidRPr="00EA5134">
              <w:rPr>
                <w:rFonts w:ascii="Times New Roman" w:hAnsi="Times New Roman" w:cs="Times New Roman"/>
                <w:color w:val="000000"/>
                <w:sz w:val="20"/>
                <w:szCs w:val="20"/>
              </w:rPr>
              <w:t>1</w:t>
            </w:r>
            <w:r w:rsidR="0046170E">
              <w:rPr>
                <w:rFonts w:ascii="Times New Roman" w:hAnsi="Times New Roman" w:cs="Times New Roman"/>
                <w:color w:val="000000"/>
                <w:sz w:val="20"/>
                <w:szCs w:val="20"/>
              </w:rPr>
              <w:t>.00</w:t>
            </w:r>
            <w:r w:rsidRPr="00EA5134">
              <w:rPr>
                <w:rFonts w:ascii="Times New Roman" w:hAnsi="Times New Roman" w:cs="Times New Roman"/>
                <w:color w:val="000000"/>
                <w:sz w:val="20"/>
                <w:szCs w:val="20"/>
              </w:rPr>
              <w:t xml:space="preserve"> - 3.50</w:t>
            </w:r>
          </w:p>
        </w:tc>
      </w:tr>
    </w:tbl>
    <w:p w14:paraId="5CC2951D" w14:textId="77777777" w:rsidR="003B6EAA" w:rsidRDefault="003B6EAA"/>
    <w:p w14:paraId="29628F73" w14:textId="77777777" w:rsidR="003B6EAA" w:rsidRDefault="003B6EAA"/>
    <w:p w14:paraId="5B73B19E" w14:textId="77777777" w:rsidR="003B6EAA" w:rsidRDefault="003B6EAA"/>
    <w:p w14:paraId="2BCDC3FA" w14:textId="77777777" w:rsidR="003B6EAA" w:rsidRDefault="003B6EAA"/>
    <w:p w14:paraId="3DDE0690" w14:textId="77777777" w:rsidR="003B6EAA" w:rsidRDefault="003B6EAA"/>
    <w:p w14:paraId="07CAE6EC" w14:textId="77777777" w:rsidR="003B6EAA" w:rsidRDefault="003B6EAA"/>
    <w:p w14:paraId="2532E981" w14:textId="77777777" w:rsidR="003B6EAA" w:rsidRDefault="003B6EAA"/>
    <w:p w14:paraId="5971CE33" w14:textId="77777777" w:rsidR="003B6EAA" w:rsidRDefault="003B6EAA"/>
    <w:p w14:paraId="6D584FD4" w14:textId="77777777" w:rsidR="003B6EAA" w:rsidRDefault="003B6EAA"/>
    <w:p w14:paraId="19577B19" w14:textId="77777777" w:rsidR="003B6EAA" w:rsidRDefault="003B6EAA"/>
    <w:p w14:paraId="24B697E5" w14:textId="77777777" w:rsidR="003B6EAA" w:rsidRDefault="003B6EAA"/>
    <w:p w14:paraId="426D94FB" w14:textId="77777777" w:rsidR="003B6EAA" w:rsidRDefault="003B6EAA"/>
    <w:p w14:paraId="71D643D1" w14:textId="77777777" w:rsidR="003B6EAA" w:rsidRDefault="003B6EAA"/>
    <w:p w14:paraId="1C53F0C4" w14:textId="77777777" w:rsidR="003B6EAA" w:rsidRDefault="003B6EAA"/>
    <w:p w14:paraId="7E1EBFC9" w14:textId="77777777" w:rsidR="003B6EAA" w:rsidRDefault="003B6EAA"/>
    <w:p w14:paraId="19024795" w14:textId="77777777" w:rsidR="003B6EAA" w:rsidRDefault="003B6EAA"/>
    <w:p w14:paraId="75B4839D" w14:textId="77777777" w:rsidR="003B6EAA" w:rsidRDefault="003B6EAA"/>
    <w:p w14:paraId="4E4FED7F" w14:textId="77777777" w:rsidR="003B6EAA" w:rsidRDefault="003B6EAA"/>
    <w:p w14:paraId="01A2491C" w14:textId="77777777" w:rsidR="003B6EAA" w:rsidRDefault="003B6EAA"/>
    <w:p w14:paraId="0254EB72" w14:textId="77777777" w:rsidR="003B6EAA" w:rsidRDefault="003B6EAA"/>
    <w:p w14:paraId="3CFE7A71" w14:textId="77777777" w:rsidR="003B6EAA" w:rsidRDefault="003B6EAA"/>
    <w:p w14:paraId="290F3FD5" w14:textId="77777777" w:rsidR="003B6EAA" w:rsidRDefault="003B6EAA"/>
    <w:p w14:paraId="1B85E6E3" w14:textId="77777777" w:rsidR="003B6EAA" w:rsidRDefault="003B6EAA"/>
    <w:p w14:paraId="7AE1449E" w14:textId="77777777" w:rsidR="003B6EAA" w:rsidRDefault="003B6EAA"/>
    <w:p w14:paraId="6D263A7C" w14:textId="77777777" w:rsidR="003B6EAA" w:rsidRDefault="003B6EAA"/>
    <w:p w14:paraId="57243830" w14:textId="77777777" w:rsidR="003B6EAA" w:rsidRDefault="003B6EAA"/>
    <w:p w14:paraId="5EDD0907" w14:textId="77777777" w:rsidR="003B6EAA" w:rsidRDefault="003B6EAA"/>
    <w:p w14:paraId="64AD7B8B" w14:textId="77777777" w:rsidR="003B6EAA" w:rsidRDefault="003B6EAA"/>
    <w:p w14:paraId="5DF19E19" w14:textId="77777777" w:rsidR="003B6EAA" w:rsidRDefault="003B6EAA"/>
    <w:p w14:paraId="705E5028" w14:textId="77777777" w:rsidR="003B6EAA" w:rsidRDefault="003B6EAA"/>
    <w:p w14:paraId="4E2AD0AE" w14:textId="77777777" w:rsidR="003B6EAA" w:rsidRDefault="003B6EAA"/>
    <w:p w14:paraId="6CBBD44E" w14:textId="77777777" w:rsidR="003B6EAA" w:rsidRDefault="003B6EAA"/>
    <w:p w14:paraId="4F519C44" w14:textId="77777777" w:rsidR="003B6EAA" w:rsidRDefault="003B6EAA"/>
    <w:p w14:paraId="494743A6" w14:textId="77777777" w:rsidR="003B6EAA" w:rsidRDefault="003B6EAA"/>
    <w:p w14:paraId="3703A520" w14:textId="77777777" w:rsidR="003B6EAA" w:rsidRDefault="003B6EAA"/>
    <w:p w14:paraId="0E3A1351" w14:textId="77777777" w:rsidR="003B6EAA" w:rsidRDefault="003B6EAA"/>
    <w:p w14:paraId="5DC6BF80" w14:textId="77777777" w:rsidR="003B6EAA" w:rsidRDefault="003B6EAA"/>
    <w:p w14:paraId="4D0A4C33" w14:textId="77777777" w:rsidR="003B6EAA" w:rsidRDefault="003B6EAA"/>
    <w:p w14:paraId="49412500" w14:textId="77777777" w:rsidR="003B6EAA" w:rsidRDefault="003B6EAA"/>
    <w:p w14:paraId="0CC1A016" w14:textId="77777777" w:rsidR="003B6EAA" w:rsidRDefault="003B6EAA"/>
    <w:p w14:paraId="5A43AE9D" w14:textId="77777777" w:rsidR="002F03CB" w:rsidRDefault="002F03CB"/>
    <w:p w14:paraId="717987E9" w14:textId="77777777" w:rsidR="002F03CB" w:rsidRDefault="002F03CB"/>
    <w:tbl>
      <w:tblPr>
        <w:tblpPr w:leftFromText="180" w:rightFromText="180" w:horzAnchor="margin" w:tblpXSpec="center" w:tblpY="-6411"/>
        <w:tblW w:w="7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7"/>
        <w:gridCol w:w="1235"/>
        <w:gridCol w:w="528"/>
        <w:gridCol w:w="675"/>
        <w:gridCol w:w="1485"/>
      </w:tblGrid>
      <w:tr w:rsidR="00116A83" w:rsidRPr="00DE40AD" w14:paraId="61D3E08D" w14:textId="128B4EAD" w:rsidTr="005F6757">
        <w:trPr>
          <w:trHeight w:val="620"/>
        </w:trPr>
        <w:tc>
          <w:tcPr>
            <w:tcW w:w="7020" w:type="dxa"/>
            <w:gridSpan w:val="5"/>
            <w:tcBorders>
              <w:top w:val="single" w:sz="4" w:space="0" w:color="auto"/>
              <w:left w:val="nil"/>
              <w:right w:val="nil"/>
            </w:tcBorders>
          </w:tcPr>
          <w:p w14:paraId="24C753F9" w14:textId="77777777" w:rsidR="00116A83" w:rsidRDefault="00116A83" w:rsidP="00630664">
            <w:pPr>
              <w:rPr>
                <w:rFonts w:ascii="Times New Roman" w:hAnsi="Times New Roman" w:cs="Times New Roman"/>
                <w:b/>
                <w:bCs/>
                <w:sz w:val="22"/>
                <w:szCs w:val="22"/>
              </w:rPr>
            </w:pPr>
            <w:r>
              <w:rPr>
                <w:rFonts w:ascii="Times New Roman" w:hAnsi="Times New Roman" w:cs="Times New Roman"/>
                <w:b/>
                <w:bCs/>
                <w:sz w:val="22"/>
                <w:szCs w:val="22"/>
              </w:rPr>
              <w:lastRenderedPageBreak/>
              <w:t>Table S2</w:t>
            </w:r>
          </w:p>
          <w:p w14:paraId="0555FDBF" w14:textId="2E6D3114" w:rsidR="00116A83" w:rsidRPr="004B74BC" w:rsidRDefault="00116A83" w:rsidP="00630664">
            <w:pPr>
              <w:rPr>
                <w:rFonts w:ascii="Times New Roman" w:hAnsi="Times New Roman" w:cs="Times New Roman"/>
                <w:b/>
                <w:bCs/>
                <w:sz w:val="22"/>
                <w:szCs w:val="22"/>
              </w:rPr>
            </w:pPr>
            <w:r w:rsidRPr="004B74BC">
              <w:rPr>
                <w:rFonts w:ascii="Times New Roman" w:hAnsi="Times New Roman" w:cs="Times New Roman"/>
                <w:i/>
                <w:iCs/>
                <w:sz w:val="22"/>
                <w:szCs w:val="22"/>
              </w:rPr>
              <w:t>Reliability</w:t>
            </w:r>
            <w:r>
              <w:rPr>
                <w:rFonts w:ascii="Times New Roman" w:hAnsi="Times New Roman" w:cs="Times New Roman"/>
                <w:i/>
                <w:iCs/>
                <w:sz w:val="22"/>
                <w:szCs w:val="22"/>
              </w:rPr>
              <w:t xml:space="preserve"> Estimates</w:t>
            </w:r>
            <w:r w:rsidR="00A64DFC">
              <w:rPr>
                <w:rFonts w:ascii="Times New Roman" w:hAnsi="Times New Roman" w:cs="Times New Roman"/>
                <w:i/>
                <w:iCs/>
                <w:sz w:val="22"/>
                <w:szCs w:val="22"/>
              </w:rPr>
              <w:t xml:space="preserve"> </w:t>
            </w:r>
            <w:r w:rsidRPr="004B74BC">
              <w:rPr>
                <w:rFonts w:ascii="Times New Roman" w:hAnsi="Times New Roman" w:cs="Times New Roman"/>
                <w:i/>
                <w:iCs/>
                <w:sz w:val="22"/>
                <w:szCs w:val="22"/>
              </w:rPr>
              <w:t>for</w:t>
            </w:r>
            <w:r>
              <w:rPr>
                <w:rFonts w:ascii="Times New Roman" w:hAnsi="Times New Roman" w:cs="Times New Roman"/>
                <w:i/>
                <w:iCs/>
                <w:sz w:val="22"/>
                <w:szCs w:val="22"/>
              </w:rPr>
              <w:t xml:space="preserve"> Scores of</w:t>
            </w:r>
            <w:r w:rsidRPr="004B74BC">
              <w:rPr>
                <w:rFonts w:ascii="Times New Roman" w:hAnsi="Times New Roman" w:cs="Times New Roman"/>
                <w:i/>
                <w:iCs/>
                <w:sz w:val="22"/>
                <w:szCs w:val="22"/>
              </w:rPr>
              <w:t xml:space="preserve"> </w:t>
            </w:r>
            <w:r>
              <w:rPr>
                <w:rFonts w:ascii="Times New Roman" w:hAnsi="Times New Roman" w:cs="Times New Roman"/>
                <w:i/>
                <w:iCs/>
                <w:sz w:val="22"/>
                <w:szCs w:val="22"/>
              </w:rPr>
              <w:t>I</w:t>
            </w:r>
            <w:r w:rsidRPr="004B74BC">
              <w:rPr>
                <w:rFonts w:ascii="Times New Roman" w:hAnsi="Times New Roman" w:cs="Times New Roman"/>
                <w:i/>
                <w:iCs/>
                <w:sz w:val="22"/>
                <w:szCs w:val="22"/>
              </w:rPr>
              <w:t>ncluded</w:t>
            </w:r>
            <w:r>
              <w:rPr>
                <w:rFonts w:ascii="Times New Roman" w:hAnsi="Times New Roman" w:cs="Times New Roman"/>
                <w:i/>
                <w:iCs/>
                <w:sz w:val="22"/>
                <w:szCs w:val="22"/>
              </w:rPr>
              <w:t xml:space="preserve"> S</w:t>
            </w:r>
            <w:r w:rsidRPr="004B74BC">
              <w:rPr>
                <w:rFonts w:ascii="Times New Roman" w:hAnsi="Times New Roman" w:cs="Times New Roman"/>
                <w:i/>
                <w:iCs/>
                <w:sz w:val="22"/>
                <w:szCs w:val="22"/>
              </w:rPr>
              <w:t>ubscales</w:t>
            </w:r>
            <w:r>
              <w:rPr>
                <w:rFonts w:ascii="Times New Roman" w:hAnsi="Times New Roman" w:cs="Times New Roman"/>
                <w:i/>
                <w:iCs/>
                <w:sz w:val="22"/>
                <w:szCs w:val="22"/>
              </w:rPr>
              <w:t xml:space="preserve"> </w:t>
            </w:r>
            <w:r w:rsidR="00F05694">
              <w:rPr>
                <w:rFonts w:ascii="Times New Roman" w:hAnsi="Times New Roman" w:cs="Times New Roman"/>
                <w:i/>
                <w:iCs/>
                <w:sz w:val="22"/>
                <w:szCs w:val="22"/>
              </w:rPr>
              <w:t>(</w:t>
            </w:r>
            <w:r w:rsidR="00C251B2">
              <w:rPr>
                <w:rFonts w:ascii="Times New Roman" w:hAnsi="Times New Roman" w:cs="Times New Roman"/>
                <w:i/>
                <w:iCs/>
                <w:sz w:val="22"/>
                <w:szCs w:val="22"/>
              </w:rPr>
              <w:t>Revelle &amp; Condon</w:t>
            </w:r>
            <w:r w:rsidRPr="004B74BC">
              <w:rPr>
                <w:rFonts w:ascii="Times New Roman" w:hAnsi="Times New Roman" w:cs="Times New Roman"/>
                <w:i/>
                <w:iCs/>
                <w:sz w:val="22"/>
                <w:szCs w:val="22"/>
              </w:rPr>
              <w:t>, 20</w:t>
            </w:r>
            <w:r w:rsidR="00C251B2">
              <w:rPr>
                <w:rFonts w:ascii="Times New Roman" w:hAnsi="Times New Roman" w:cs="Times New Roman"/>
                <w:i/>
                <w:iCs/>
                <w:sz w:val="22"/>
                <w:szCs w:val="22"/>
              </w:rPr>
              <w:t>19</w:t>
            </w:r>
            <w:r w:rsidRPr="004B74BC">
              <w:rPr>
                <w:rFonts w:ascii="Times New Roman" w:hAnsi="Times New Roman" w:cs="Times New Roman"/>
                <w:i/>
                <w:iCs/>
                <w:sz w:val="22"/>
                <w:szCs w:val="22"/>
              </w:rPr>
              <w:t>)</w:t>
            </w:r>
          </w:p>
        </w:tc>
      </w:tr>
      <w:tr w:rsidR="000454CB" w:rsidRPr="00E85BC9" w14:paraId="50E1076E" w14:textId="279CE58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tcBorders>
              <w:bottom w:val="single" w:sz="4" w:space="0" w:color="auto"/>
            </w:tcBorders>
          </w:tcPr>
          <w:p w14:paraId="185A6D92" w14:textId="3CB40B0C" w:rsidR="000454CB" w:rsidRDefault="000454CB" w:rsidP="00FA773B">
            <w:pPr>
              <w:rPr>
                <w:rFonts w:ascii="Times New Roman" w:hAnsi="Times New Roman" w:cs="Times New Roman"/>
                <w:b/>
                <w:bCs/>
                <w:i/>
                <w:iCs/>
                <w:sz w:val="20"/>
                <w:szCs w:val="20"/>
              </w:rPr>
            </w:pPr>
            <w:r>
              <w:rPr>
                <w:rFonts w:ascii="Times New Roman" w:hAnsi="Times New Roman" w:cs="Times New Roman"/>
                <w:b/>
                <w:bCs/>
                <w:i/>
                <w:iCs/>
                <w:sz w:val="20"/>
                <w:szCs w:val="20"/>
              </w:rPr>
              <w:t>Baseline Scales (</w:t>
            </w:r>
            <w:r w:rsidRPr="009F211B">
              <w:rPr>
                <w:rFonts w:ascii="Times New Roman" w:hAnsi="Times New Roman" w:cs="Times New Roman"/>
                <w:b/>
                <w:bCs/>
                <w:i/>
                <w:iCs/>
                <w:sz w:val="20"/>
                <w:szCs w:val="20"/>
              </w:rPr>
              <w:t>k items</w:t>
            </w:r>
            <w:r>
              <w:rPr>
                <w:rFonts w:ascii="Times New Roman" w:hAnsi="Times New Roman" w:cs="Times New Roman"/>
                <w:b/>
                <w:bCs/>
                <w:i/>
                <w:iCs/>
                <w:sz w:val="20"/>
                <w:szCs w:val="20"/>
              </w:rPr>
              <w:t>)</w:t>
            </w:r>
          </w:p>
        </w:tc>
        <w:tc>
          <w:tcPr>
            <w:tcW w:w="1235" w:type="dxa"/>
            <w:tcBorders>
              <w:top w:val="single" w:sz="4" w:space="0" w:color="auto"/>
              <w:bottom w:val="single" w:sz="4" w:space="0" w:color="auto"/>
            </w:tcBorders>
          </w:tcPr>
          <w:p w14:paraId="602A468A" w14:textId="26CF6407" w:rsidR="000454CB" w:rsidRPr="00E85BC9" w:rsidRDefault="000454CB" w:rsidP="00FA773B">
            <w:pPr>
              <w:jc w:val="center"/>
              <w:rPr>
                <w:sz w:val="20"/>
                <w:szCs w:val="20"/>
              </w:rPr>
            </w:pPr>
            <w:r w:rsidRPr="00DE40AD">
              <w:rPr>
                <w:rFonts w:ascii="Cambria Math" w:hAnsi="Cambria Math" w:cs="Cambria Math"/>
                <w:sz w:val="20"/>
                <w:szCs w:val="20"/>
              </w:rPr>
              <w:t>𝜔</w:t>
            </w:r>
            <w:r w:rsidRPr="00116A83">
              <w:rPr>
                <w:rFonts w:ascii="Times New Roman" w:hAnsi="Times New Roman" w:cs="Times New Roman"/>
                <w:i/>
                <w:iCs/>
                <w:sz w:val="20"/>
                <w:szCs w:val="20"/>
                <w:vertAlign w:val="subscript"/>
              </w:rPr>
              <w:t>t</w:t>
            </w:r>
          </w:p>
        </w:tc>
        <w:tc>
          <w:tcPr>
            <w:tcW w:w="1203" w:type="dxa"/>
            <w:gridSpan w:val="2"/>
            <w:tcBorders>
              <w:bottom w:val="single" w:sz="4" w:space="0" w:color="auto"/>
            </w:tcBorders>
          </w:tcPr>
          <w:p w14:paraId="09562E39" w14:textId="7D3D1956" w:rsidR="000454CB" w:rsidRPr="00F05694" w:rsidRDefault="000454CB" w:rsidP="00FA773B">
            <w:pPr>
              <w:jc w:val="center"/>
              <w:rPr>
                <w:rFonts w:ascii="Cambria Math" w:hAnsi="Cambria Math" w:cs="Cambria Math"/>
                <w:i/>
                <w:iCs/>
                <w:sz w:val="20"/>
                <w:szCs w:val="20"/>
              </w:rPr>
            </w:pPr>
            <w:r w:rsidRPr="00F05694">
              <w:rPr>
                <w:rFonts w:ascii="Cambria Math" w:hAnsi="Cambria Math" w:cs="Cambria Math"/>
                <w:i/>
                <w:iCs/>
                <w:sz w:val="20"/>
                <w:szCs w:val="20"/>
              </w:rPr>
              <w:t>α</w:t>
            </w:r>
          </w:p>
        </w:tc>
        <w:tc>
          <w:tcPr>
            <w:tcW w:w="1485" w:type="dxa"/>
            <w:tcBorders>
              <w:bottom w:val="single" w:sz="4" w:space="0" w:color="auto"/>
            </w:tcBorders>
          </w:tcPr>
          <w:p w14:paraId="491F6203" w14:textId="2C01EC4F" w:rsidR="000454CB" w:rsidRPr="00630664" w:rsidRDefault="000454CB" w:rsidP="00FA773B">
            <w:pPr>
              <w:jc w:val="center"/>
              <w:rPr>
                <w:rFonts w:ascii="Times New Roman" w:hAnsi="Times New Roman" w:cs="Times New Roman"/>
                <w:i/>
                <w:iCs/>
                <w:sz w:val="20"/>
                <w:szCs w:val="20"/>
              </w:rPr>
            </w:pPr>
            <w:proofErr w:type="spellStart"/>
            <w:r w:rsidRPr="00630664">
              <w:rPr>
                <w:rFonts w:ascii="Times New Roman" w:hAnsi="Times New Roman" w:cs="Times New Roman"/>
                <w:i/>
                <w:iCs/>
                <w:sz w:val="20"/>
                <w:szCs w:val="20"/>
              </w:rPr>
              <w:t>unidim</w:t>
            </w:r>
            <w:proofErr w:type="spellEnd"/>
          </w:p>
        </w:tc>
      </w:tr>
      <w:tr w:rsidR="000454CB" w:rsidRPr="00FA773B" w14:paraId="5E0F8614" w14:textId="4603260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57EF153" w14:textId="3D68486F" w:rsidR="000454CB" w:rsidRPr="00E85BC9" w:rsidRDefault="000454CB" w:rsidP="00630664">
            <w:pPr>
              <w:rPr>
                <w:rFonts w:ascii="Times New Roman" w:hAnsi="Times New Roman" w:cs="Times New Roman"/>
                <w:sz w:val="20"/>
                <w:szCs w:val="20"/>
              </w:rPr>
            </w:pPr>
            <w:r w:rsidRPr="00D418C0">
              <w:rPr>
                <w:rFonts w:ascii="Times New Roman" w:hAnsi="Times New Roman" w:cs="Times New Roman"/>
                <w:color w:val="000000"/>
                <w:sz w:val="20"/>
                <w:szCs w:val="20"/>
              </w:rPr>
              <w:t>Affective Lability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(3)</w:t>
            </w:r>
          </w:p>
        </w:tc>
        <w:tc>
          <w:tcPr>
            <w:tcW w:w="1235" w:type="dxa"/>
          </w:tcPr>
          <w:p w14:paraId="01FCE5FB" w14:textId="3FF4A39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0.80</w:t>
            </w:r>
          </w:p>
        </w:tc>
        <w:tc>
          <w:tcPr>
            <w:tcW w:w="1203" w:type="dxa"/>
            <w:gridSpan w:val="2"/>
          </w:tcPr>
          <w:p w14:paraId="2E1989CD" w14:textId="168685D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485" w:type="dxa"/>
          </w:tcPr>
          <w:p w14:paraId="01D68EA0" w14:textId="2C35186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0.96</w:t>
            </w:r>
          </w:p>
        </w:tc>
      </w:tr>
      <w:tr w:rsidR="000454CB" w:rsidRPr="00FA773B" w14:paraId="5A1AC029" w14:textId="23540C59"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4979A71" w14:textId="10A60CC2" w:rsidR="000454CB" w:rsidRPr="00E85BC9" w:rsidRDefault="000454CB" w:rsidP="00630664">
            <w:pPr>
              <w:rPr>
                <w:rFonts w:ascii="Times New Roman" w:hAnsi="Times New Roman" w:cs="Times New Roman"/>
                <w:sz w:val="20"/>
                <w:szCs w:val="20"/>
              </w:rPr>
            </w:pPr>
            <w:r w:rsidRPr="00D418C0">
              <w:rPr>
                <w:rFonts w:ascii="Times New Roman" w:hAnsi="Times New Roman" w:cs="Times New Roman"/>
                <w:color w:val="000000"/>
                <w:sz w:val="20"/>
                <w:szCs w:val="20"/>
              </w:rPr>
              <w:t>Agoraphobia</w:t>
            </w:r>
            <w:r>
              <w:rPr>
                <w:rFonts w:ascii="Times New Roman" w:hAnsi="Times New Roman" w:cs="Times New Roman"/>
                <w:color w:val="000000"/>
                <w:sz w:val="20"/>
                <w:szCs w:val="20"/>
              </w:rPr>
              <w:t xml:space="preserve"> </w:t>
            </w:r>
            <w:r w:rsidRPr="0041085B">
              <w:rPr>
                <w:rFonts w:ascii="Times New Roman" w:hAnsi="Times New Roman" w:cs="Times New Roman"/>
                <w:i/>
                <w:iCs/>
                <w:color w:val="000000"/>
                <w:sz w:val="20"/>
                <w:szCs w:val="20"/>
              </w:rPr>
              <w:t>(5)</w:t>
            </w:r>
          </w:p>
        </w:tc>
        <w:tc>
          <w:tcPr>
            <w:tcW w:w="1235" w:type="dxa"/>
          </w:tcPr>
          <w:p w14:paraId="170C9E1F" w14:textId="46003C0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0.91</w:t>
            </w:r>
          </w:p>
        </w:tc>
        <w:tc>
          <w:tcPr>
            <w:tcW w:w="1203" w:type="dxa"/>
            <w:gridSpan w:val="2"/>
          </w:tcPr>
          <w:p w14:paraId="324C4672" w14:textId="2E182FE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485" w:type="dxa"/>
          </w:tcPr>
          <w:p w14:paraId="6A6A8726" w14:textId="7676C9D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0.96</w:t>
            </w:r>
          </w:p>
        </w:tc>
      </w:tr>
      <w:tr w:rsidR="000454CB" w:rsidRPr="00FA773B" w14:paraId="4E279125" w14:textId="77BC624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F4AC7E0" w14:textId="5EA4EC59" w:rsidR="000454CB" w:rsidRPr="00E85BC9" w:rsidRDefault="000454CB" w:rsidP="00630664">
            <w:pPr>
              <w:rPr>
                <w:rFonts w:ascii="Times New Roman" w:hAnsi="Times New Roman" w:cs="Times New Roman"/>
                <w:sz w:val="20"/>
                <w:szCs w:val="20"/>
              </w:rPr>
            </w:pPr>
            <w:r w:rsidRPr="00D418C0">
              <w:rPr>
                <w:rFonts w:ascii="Times New Roman" w:hAnsi="Times New Roman" w:cs="Times New Roman"/>
                <w:color w:val="000000"/>
                <w:sz w:val="20"/>
                <w:szCs w:val="20"/>
              </w:rPr>
              <w:t>Angry Hostility</w:t>
            </w:r>
            <w:r>
              <w:rPr>
                <w:rFonts w:ascii="Times New Roman" w:hAnsi="Times New Roman" w:cs="Times New Roman"/>
                <w:color w:val="000000"/>
                <w:sz w:val="20"/>
                <w:szCs w:val="20"/>
              </w:rPr>
              <w:t xml:space="preserve"> </w:t>
            </w:r>
            <w:r w:rsidRPr="005877EF">
              <w:rPr>
                <w:rFonts w:ascii="Times New Roman" w:hAnsi="Times New Roman" w:cs="Times New Roman"/>
                <w:i/>
                <w:iCs/>
                <w:color w:val="000000"/>
                <w:sz w:val="20"/>
                <w:szCs w:val="20"/>
              </w:rPr>
              <w:t>(4)</w:t>
            </w:r>
          </w:p>
        </w:tc>
        <w:tc>
          <w:tcPr>
            <w:tcW w:w="1235" w:type="dxa"/>
          </w:tcPr>
          <w:p w14:paraId="02E2B432" w14:textId="0809F3B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6D0FE325" w14:textId="3F4FB8B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1114418D" w14:textId="5F9FA0C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0D96F3F0" w14:textId="300BB6C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EF80E03" w14:textId="36FFEF6E" w:rsidR="000454CB" w:rsidRPr="00E85BC9" w:rsidRDefault="000454CB" w:rsidP="00630664">
            <w:pPr>
              <w:rPr>
                <w:rFonts w:ascii="Times New Roman" w:hAnsi="Times New Roman" w:cs="Times New Roman"/>
                <w:sz w:val="20"/>
                <w:szCs w:val="20"/>
              </w:rPr>
            </w:pPr>
            <w:r w:rsidRPr="00D418C0">
              <w:rPr>
                <w:rFonts w:ascii="Times New Roman" w:hAnsi="Times New Roman" w:cs="Times New Roman"/>
                <w:color w:val="000000"/>
                <w:sz w:val="20"/>
                <w:szCs w:val="20"/>
              </w:rPr>
              <w:t>Anhedonia</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(3)</w:t>
            </w:r>
          </w:p>
        </w:tc>
        <w:tc>
          <w:tcPr>
            <w:tcW w:w="1235" w:type="dxa"/>
          </w:tcPr>
          <w:p w14:paraId="6D3E6433" w14:textId="382A242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203" w:type="dxa"/>
            <w:gridSpan w:val="2"/>
          </w:tcPr>
          <w:p w14:paraId="6AA584E9" w14:textId="2191BD6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485" w:type="dxa"/>
          </w:tcPr>
          <w:p w14:paraId="4C70EF2D" w14:textId="2BA5DEC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6DC58C2A" w14:textId="0EA1EE7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318F7F4" w14:textId="4BFD7466" w:rsidR="000454CB" w:rsidRPr="00E85BC9" w:rsidRDefault="000454CB" w:rsidP="00630664">
            <w:pPr>
              <w:rPr>
                <w:rFonts w:ascii="Times New Roman" w:hAnsi="Times New Roman" w:cs="Times New Roman"/>
                <w:sz w:val="20"/>
                <w:szCs w:val="20"/>
              </w:rPr>
            </w:pPr>
            <w:r w:rsidRPr="00D418C0">
              <w:rPr>
                <w:rFonts w:ascii="Times New Roman" w:hAnsi="Times New Roman" w:cs="Times New Roman"/>
                <w:color w:val="000000"/>
                <w:sz w:val="20"/>
                <w:szCs w:val="20"/>
              </w:rPr>
              <w:t>Animal-Insect Phobia</w:t>
            </w:r>
            <w:r>
              <w:rPr>
                <w:rFonts w:ascii="Times New Roman" w:hAnsi="Times New Roman" w:cs="Times New Roman"/>
                <w:color w:val="000000"/>
                <w:sz w:val="20"/>
                <w:szCs w:val="20"/>
              </w:rPr>
              <w:t xml:space="preserve"> </w:t>
            </w:r>
            <w:r w:rsidRPr="0041085B">
              <w:rPr>
                <w:rFonts w:ascii="Times New Roman" w:hAnsi="Times New Roman" w:cs="Times New Roman"/>
                <w:i/>
                <w:iCs/>
                <w:color w:val="000000"/>
                <w:sz w:val="20"/>
                <w:szCs w:val="20"/>
              </w:rPr>
              <w:t>(5)</w:t>
            </w:r>
          </w:p>
        </w:tc>
        <w:tc>
          <w:tcPr>
            <w:tcW w:w="1235" w:type="dxa"/>
          </w:tcPr>
          <w:p w14:paraId="1FED4D92" w14:textId="22FB43D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7FFF7BED" w14:textId="3871AC8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485" w:type="dxa"/>
          </w:tcPr>
          <w:p w14:paraId="7546A9B1" w14:textId="2F197F9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0.95</w:t>
            </w:r>
          </w:p>
        </w:tc>
      </w:tr>
      <w:tr w:rsidR="000454CB" w:rsidRPr="00FA773B" w14:paraId="6A067B87" w14:textId="6C5ADFF0"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07"/>
        </w:trPr>
        <w:tc>
          <w:tcPr>
            <w:tcW w:w="3097" w:type="dxa"/>
            <w:vAlign w:val="center"/>
          </w:tcPr>
          <w:p w14:paraId="4E9F14F4" w14:textId="12793C66" w:rsidR="000454CB" w:rsidRPr="00E85BC9" w:rsidRDefault="000454CB" w:rsidP="00630664">
            <w:pPr>
              <w:rPr>
                <w:rFonts w:ascii="Times New Roman" w:hAnsi="Times New Roman" w:cs="Times New Roman"/>
                <w:sz w:val="20"/>
                <w:szCs w:val="20"/>
              </w:rPr>
            </w:pPr>
            <w:r w:rsidRPr="00D418C0">
              <w:rPr>
                <w:rFonts w:ascii="Times New Roman" w:hAnsi="Times New Roman" w:cs="Times New Roman"/>
                <w:color w:val="000000"/>
                <w:sz w:val="20"/>
                <w:szCs w:val="20"/>
              </w:rPr>
              <w:t>Antisocial Behavior</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8</w:t>
            </w:r>
            <w:r w:rsidRPr="009F211B">
              <w:rPr>
                <w:rFonts w:ascii="Times New Roman" w:hAnsi="Times New Roman" w:cs="Times New Roman"/>
                <w:i/>
                <w:iCs/>
                <w:color w:val="000000"/>
                <w:sz w:val="20"/>
                <w:szCs w:val="20"/>
              </w:rPr>
              <w:t>)</w:t>
            </w:r>
          </w:p>
        </w:tc>
        <w:tc>
          <w:tcPr>
            <w:tcW w:w="1235" w:type="dxa"/>
          </w:tcPr>
          <w:p w14:paraId="47F3AB7B" w14:textId="44DAA05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1240DC84" w14:textId="3D0270B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c>
          <w:tcPr>
            <w:tcW w:w="1485" w:type="dxa"/>
          </w:tcPr>
          <w:p w14:paraId="754DFA16" w14:textId="2C67F6E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0.88</w:t>
            </w:r>
          </w:p>
        </w:tc>
      </w:tr>
      <w:tr w:rsidR="000454CB" w:rsidRPr="00FA773B" w14:paraId="7537975A" w14:textId="71137FE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5BDCED3" w14:textId="556B77A8" w:rsidR="000454CB" w:rsidRPr="00E85BC9" w:rsidRDefault="000454CB" w:rsidP="00630664">
            <w:pPr>
              <w:rPr>
                <w:rFonts w:ascii="Times New Roman" w:hAnsi="Times New Roman" w:cs="Times New Roman"/>
                <w:sz w:val="20"/>
                <w:szCs w:val="20"/>
              </w:rPr>
            </w:pPr>
            <w:r w:rsidRPr="00D418C0">
              <w:rPr>
                <w:rFonts w:ascii="Times New Roman" w:hAnsi="Times New Roman" w:cs="Times New Roman"/>
                <w:color w:val="000000"/>
                <w:sz w:val="20"/>
                <w:szCs w:val="20"/>
              </w:rPr>
              <w:t>Anxious Worry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(3)</w:t>
            </w:r>
          </w:p>
        </w:tc>
        <w:tc>
          <w:tcPr>
            <w:tcW w:w="1235" w:type="dxa"/>
          </w:tcPr>
          <w:p w14:paraId="2DB433E5" w14:textId="27CBCD3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2398D7BB" w14:textId="38B6D0A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485" w:type="dxa"/>
          </w:tcPr>
          <w:p w14:paraId="141E5261" w14:textId="6B7BC27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29D26DA6" w14:textId="5FC067F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0B65C9E" w14:textId="075CA320"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Appetite Loss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(3)</w:t>
            </w:r>
          </w:p>
        </w:tc>
        <w:tc>
          <w:tcPr>
            <w:tcW w:w="1235" w:type="dxa"/>
          </w:tcPr>
          <w:p w14:paraId="1F0BFC15" w14:textId="7099D78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0.77</w:t>
            </w:r>
          </w:p>
        </w:tc>
        <w:tc>
          <w:tcPr>
            <w:tcW w:w="1203" w:type="dxa"/>
            <w:gridSpan w:val="2"/>
          </w:tcPr>
          <w:p w14:paraId="3875622B" w14:textId="640F781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0.75</w:t>
            </w:r>
          </w:p>
        </w:tc>
        <w:tc>
          <w:tcPr>
            <w:tcW w:w="1485" w:type="dxa"/>
          </w:tcPr>
          <w:p w14:paraId="7360DAF2" w14:textId="2FA8C212" w:rsidR="000454CB" w:rsidRPr="00FA773B" w:rsidRDefault="000454CB" w:rsidP="00AC5FF3">
            <w:pPr>
              <w:tabs>
                <w:tab w:val="left" w:pos="401"/>
              </w:tabs>
              <w:jc w:val="center"/>
              <w:rPr>
                <w:rFonts w:ascii="Times New Roman" w:hAnsi="Times New Roman" w:cs="Times New Roman"/>
                <w:sz w:val="20"/>
                <w:szCs w:val="20"/>
              </w:rPr>
            </w:pPr>
            <w:r w:rsidRPr="00FA773B">
              <w:rPr>
                <w:rFonts w:ascii="Times New Roman" w:hAnsi="Times New Roman" w:cs="Times New Roman"/>
                <w:sz w:val="20"/>
                <w:szCs w:val="20"/>
              </w:rPr>
              <w:t>0.93</w:t>
            </w:r>
          </w:p>
        </w:tc>
      </w:tr>
      <w:tr w:rsidR="000454CB" w:rsidRPr="00FA773B" w14:paraId="1783043F" w14:textId="336D955D"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8C53FBE" w14:textId="16C99657"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Binge Eating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(3)</w:t>
            </w:r>
          </w:p>
        </w:tc>
        <w:tc>
          <w:tcPr>
            <w:tcW w:w="1235" w:type="dxa"/>
          </w:tcPr>
          <w:p w14:paraId="122B059D" w14:textId="20133E1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69B8522F" w14:textId="245988E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0E07E289" w14:textId="4C7F8E3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0DC9697E" w14:textId="4770A175"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8469ECF" w14:textId="063589CC"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Blood-Injection Phobia</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(3)</w:t>
            </w:r>
          </w:p>
        </w:tc>
        <w:tc>
          <w:tcPr>
            <w:tcW w:w="1235" w:type="dxa"/>
          </w:tcPr>
          <w:p w14:paraId="68472E55" w14:textId="3A03064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0.67</w:t>
            </w:r>
          </w:p>
        </w:tc>
        <w:tc>
          <w:tcPr>
            <w:tcW w:w="1203" w:type="dxa"/>
            <w:gridSpan w:val="2"/>
          </w:tcPr>
          <w:p w14:paraId="2C8955E4" w14:textId="3753FEA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0.66</w:t>
            </w:r>
          </w:p>
        </w:tc>
        <w:tc>
          <w:tcPr>
            <w:tcW w:w="1485" w:type="dxa"/>
          </w:tcPr>
          <w:p w14:paraId="46EED9CC" w14:textId="12611DF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2D2BC90F" w14:textId="7A9C8789"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2E0CEDC" w14:textId="048CDD07" w:rsidR="000454CB" w:rsidRPr="00E16006"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Bodily Distress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7</w:t>
            </w:r>
            <w:r w:rsidRPr="009F211B">
              <w:rPr>
                <w:rFonts w:ascii="Times New Roman" w:hAnsi="Times New Roman" w:cs="Times New Roman"/>
                <w:i/>
                <w:iCs/>
                <w:color w:val="000000"/>
                <w:sz w:val="20"/>
                <w:szCs w:val="20"/>
              </w:rPr>
              <w:t>)</w:t>
            </w:r>
          </w:p>
        </w:tc>
        <w:tc>
          <w:tcPr>
            <w:tcW w:w="1235" w:type="dxa"/>
          </w:tcPr>
          <w:p w14:paraId="056C775C" w14:textId="345B8C48" w:rsidR="000454CB" w:rsidRPr="00FA773B" w:rsidRDefault="000454CB" w:rsidP="00AC5FF3">
            <w:pPr>
              <w:tabs>
                <w:tab w:val="left" w:pos="397"/>
              </w:tabs>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3CEEBCB7" w14:textId="5B88FD5A" w:rsidR="000454CB" w:rsidRPr="00FA773B" w:rsidRDefault="000454CB" w:rsidP="00AC5FF3">
            <w:pPr>
              <w:tabs>
                <w:tab w:val="left" w:pos="397"/>
              </w:tabs>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62089358" w14:textId="468906D8" w:rsidR="000454CB" w:rsidRPr="00FA773B" w:rsidRDefault="000454CB" w:rsidP="00AC5FF3">
            <w:pPr>
              <w:tabs>
                <w:tab w:val="left" w:pos="397"/>
              </w:tabs>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65154D5D" w14:textId="44E2A8BA"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3CD1D9D" w14:textId="594A32DF" w:rsidR="000454CB" w:rsidRPr="00DF7427"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Body Dissatisfaction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6EF5C1B6" w14:textId="07AAFF2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0.89</w:t>
            </w:r>
          </w:p>
        </w:tc>
        <w:tc>
          <w:tcPr>
            <w:tcW w:w="1203" w:type="dxa"/>
            <w:gridSpan w:val="2"/>
          </w:tcPr>
          <w:p w14:paraId="4F030978" w14:textId="5A703F1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0.88</w:t>
            </w:r>
          </w:p>
        </w:tc>
        <w:tc>
          <w:tcPr>
            <w:tcW w:w="1485" w:type="dxa"/>
          </w:tcPr>
          <w:p w14:paraId="466FD2A5" w14:textId="7287984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736E70CA" w14:textId="6442D24A"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D45D85A" w14:textId="2077E569" w:rsidR="000454CB" w:rsidRPr="00C05398"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Body Focus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7B89E04A" w14:textId="5ED0640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203" w:type="dxa"/>
            <w:gridSpan w:val="2"/>
          </w:tcPr>
          <w:p w14:paraId="08CA70EB" w14:textId="6CC8723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485" w:type="dxa"/>
          </w:tcPr>
          <w:p w14:paraId="728A4150" w14:textId="2297051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0.94</w:t>
            </w:r>
          </w:p>
        </w:tc>
      </w:tr>
      <w:tr w:rsidR="000454CB" w:rsidRPr="00FA773B" w14:paraId="6CBFB7D5" w14:textId="43BC22D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EE9E39A" w14:textId="6A5EFE6B"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Callousness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1DCD6C48" w14:textId="0028063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06B388D3" w14:textId="2EA3759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c>
          <w:tcPr>
            <w:tcW w:w="1485" w:type="dxa"/>
          </w:tcPr>
          <w:p w14:paraId="23919442" w14:textId="3145641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0.91</w:t>
            </w:r>
          </w:p>
        </w:tc>
      </w:tr>
      <w:tr w:rsidR="000454CB" w:rsidRPr="00FA773B" w14:paraId="0850E6E7" w14:textId="3B09719C"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1FC50A1" w14:textId="2BC24B90"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Checking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17ADF9B2" w14:textId="10E7279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52CF8B84" w14:textId="69D59C5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74585465" w14:textId="5CBB755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1097C55D" w14:textId="5A524091"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2B6D91A" w14:textId="0B5618B8"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Cognitive Problems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5BB3823A" w14:textId="00C0F3E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0.90</w:t>
            </w:r>
          </w:p>
        </w:tc>
        <w:tc>
          <w:tcPr>
            <w:tcW w:w="1203" w:type="dxa"/>
            <w:gridSpan w:val="2"/>
          </w:tcPr>
          <w:p w14:paraId="4250B3FA" w14:textId="05C7007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485" w:type="dxa"/>
          </w:tcPr>
          <w:p w14:paraId="2083EAD8" w14:textId="7B5FF5C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06CEFD5F" w14:textId="76483EF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97B2F8B" w14:textId="0824CAC5"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Conversion Symptoms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7</w:t>
            </w:r>
            <w:r w:rsidRPr="009F211B">
              <w:rPr>
                <w:rFonts w:ascii="Times New Roman" w:hAnsi="Times New Roman" w:cs="Times New Roman"/>
                <w:i/>
                <w:iCs/>
                <w:color w:val="000000"/>
                <w:sz w:val="20"/>
                <w:szCs w:val="20"/>
              </w:rPr>
              <w:t>)</w:t>
            </w:r>
          </w:p>
        </w:tc>
        <w:tc>
          <w:tcPr>
            <w:tcW w:w="1235" w:type="dxa"/>
          </w:tcPr>
          <w:p w14:paraId="75DBA828" w14:textId="7156FBC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0.78</w:t>
            </w:r>
          </w:p>
        </w:tc>
        <w:tc>
          <w:tcPr>
            <w:tcW w:w="1203" w:type="dxa"/>
            <w:gridSpan w:val="2"/>
          </w:tcPr>
          <w:p w14:paraId="27AB363D" w14:textId="5B39E12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0.74</w:t>
            </w:r>
          </w:p>
        </w:tc>
        <w:tc>
          <w:tcPr>
            <w:tcW w:w="1485" w:type="dxa"/>
          </w:tcPr>
          <w:p w14:paraId="4CA4181E" w14:textId="041F7A0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r>
      <w:tr w:rsidR="000454CB" w:rsidRPr="00FA773B" w14:paraId="762C13EC" w14:textId="1EAE503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DDADC22" w14:textId="4A95180A"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Counting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603BEE26" w14:textId="6586438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0B06C951" w14:textId="2554FA6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485" w:type="dxa"/>
          </w:tcPr>
          <w:p w14:paraId="20489A89" w14:textId="281B19A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r>
      <w:tr w:rsidR="000454CB" w:rsidRPr="00FA773B" w14:paraId="420D9D4C" w14:textId="12045212"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4054910" w14:textId="6C7EFA7F"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Craving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29D095C0" w14:textId="62D8A25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42B8155A" w14:textId="428CF73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4ACD425F" w14:textId="4CD30E0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1DF5670C" w14:textId="19BE1A03"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F584F71" w14:textId="4CE4202D" w:rsidR="000454CB" w:rsidRPr="00B431B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Cynicism</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19EC6BEF" w14:textId="70F0045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50E4DB6D" w14:textId="3BD5B90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2CF8B723" w14:textId="15964AC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3AEAFE3E" w14:textId="16A6375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A7F0C2D" w14:textId="04CDC173"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Deceitfulness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27030BDE" w14:textId="51787C7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26DA2E54" w14:textId="3DA45D2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01A5AC06" w14:textId="739756B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7686D27C" w14:textId="77DE0EA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4286C02" w14:textId="0336BEF8" w:rsidR="000454CB" w:rsidRPr="00B431B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Delusions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7DC4809C" w14:textId="235BC20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0.71</w:t>
            </w:r>
          </w:p>
        </w:tc>
        <w:tc>
          <w:tcPr>
            <w:tcW w:w="1203" w:type="dxa"/>
            <w:gridSpan w:val="2"/>
          </w:tcPr>
          <w:p w14:paraId="1EE09DE4" w14:textId="53C26CE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0.65</w:t>
            </w:r>
          </w:p>
        </w:tc>
        <w:tc>
          <w:tcPr>
            <w:tcW w:w="1485" w:type="dxa"/>
          </w:tcPr>
          <w:p w14:paraId="1CE54BA1" w14:textId="7965EAE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0.77</w:t>
            </w:r>
          </w:p>
        </w:tc>
      </w:tr>
      <w:tr w:rsidR="000454CB" w:rsidRPr="00FA773B" w14:paraId="542BC2CE" w14:textId="5F16240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D45DBF4" w14:textId="3CBCE6B3" w:rsidR="000454CB" w:rsidRPr="008042BD"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Depressed Mood</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6C13F1AF" w14:textId="47E23D8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0.93</w:t>
            </w:r>
          </w:p>
        </w:tc>
        <w:tc>
          <w:tcPr>
            <w:tcW w:w="1203" w:type="dxa"/>
            <w:gridSpan w:val="2"/>
          </w:tcPr>
          <w:p w14:paraId="287C48CC" w14:textId="43868613" w:rsidR="000454CB" w:rsidRPr="00FA773B" w:rsidRDefault="000454CB" w:rsidP="00AC5FF3">
            <w:pPr>
              <w:tabs>
                <w:tab w:val="left" w:pos="514"/>
              </w:tabs>
              <w:jc w:val="center"/>
              <w:rPr>
                <w:rFonts w:ascii="Times New Roman" w:hAnsi="Times New Roman" w:cs="Times New Roman"/>
                <w:sz w:val="20"/>
                <w:szCs w:val="20"/>
              </w:rPr>
            </w:pPr>
            <w:r w:rsidRPr="00FA773B">
              <w:rPr>
                <w:rFonts w:ascii="Times New Roman" w:hAnsi="Times New Roman" w:cs="Times New Roman"/>
                <w:sz w:val="20"/>
                <w:szCs w:val="20"/>
              </w:rPr>
              <w:t>0.92</w:t>
            </w:r>
          </w:p>
        </w:tc>
        <w:tc>
          <w:tcPr>
            <w:tcW w:w="1485" w:type="dxa"/>
          </w:tcPr>
          <w:p w14:paraId="6F708F9B" w14:textId="0361AA8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298BFABE" w14:textId="3B3B41F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DDD38D2" w14:textId="596AE37B"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Dietary Restraint</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1AD99DEB" w14:textId="7D66E45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0.88</w:t>
            </w:r>
          </w:p>
        </w:tc>
        <w:tc>
          <w:tcPr>
            <w:tcW w:w="1203" w:type="dxa"/>
            <w:gridSpan w:val="2"/>
          </w:tcPr>
          <w:p w14:paraId="2E1168E6" w14:textId="7DFC26B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6B5F7713" w14:textId="197F7DE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0.93</w:t>
            </w:r>
          </w:p>
        </w:tc>
      </w:tr>
      <w:tr w:rsidR="000454CB" w:rsidRPr="00FA773B" w14:paraId="53B25991" w14:textId="733E981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A1F119A" w14:textId="7998ACB7"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Difficulties Reaching Orgasm</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14F34532" w14:textId="31484D17" w:rsidR="000454CB" w:rsidRPr="00FA773B" w:rsidRDefault="000454CB" w:rsidP="00AC5FF3">
            <w:pPr>
              <w:tabs>
                <w:tab w:val="left" w:pos="505"/>
              </w:tabs>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1E5D8E05" w14:textId="418D97C5" w:rsidR="000454CB" w:rsidRPr="00FA773B" w:rsidRDefault="000454CB" w:rsidP="00AC5FF3">
            <w:pPr>
              <w:tabs>
                <w:tab w:val="left" w:pos="505"/>
              </w:tabs>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435DD56B" w14:textId="6DD77E33" w:rsidR="000454CB" w:rsidRPr="00FA773B" w:rsidRDefault="000454CB" w:rsidP="00AC5FF3">
            <w:pPr>
              <w:tabs>
                <w:tab w:val="left" w:pos="505"/>
              </w:tabs>
              <w:jc w:val="center"/>
              <w:rPr>
                <w:rFonts w:ascii="Times New Roman" w:hAnsi="Times New Roman" w:cs="Times New Roman"/>
                <w:sz w:val="20"/>
                <w:szCs w:val="20"/>
              </w:rPr>
            </w:pPr>
            <w:r w:rsidRPr="00FA773B">
              <w:rPr>
                <w:rFonts w:ascii="Times New Roman" w:hAnsi="Times New Roman" w:cs="Times New Roman"/>
                <w:sz w:val="20"/>
                <w:szCs w:val="20"/>
              </w:rPr>
              <w:t>0.95</w:t>
            </w:r>
          </w:p>
        </w:tc>
      </w:tr>
      <w:tr w:rsidR="000454CB" w:rsidRPr="00FA773B" w14:paraId="4B1C86ED" w14:textId="50A08682"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C22F7AC" w14:textId="39013D73"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Disease Conviction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6484862E" w14:textId="73F0D17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4E425B46" w14:textId="50018DE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395517E5" w14:textId="0F9E70B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1FAEC9BB" w14:textId="4E9DF82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0710160" w14:textId="14480D53" w:rsidR="000454CB" w:rsidRPr="008042BD"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Disorganization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7</w:t>
            </w:r>
            <w:r w:rsidRPr="009F211B">
              <w:rPr>
                <w:rFonts w:ascii="Times New Roman" w:hAnsi="Times New Roman" w:cs="Times New Roman"/>
                <w:i/>
                <w:iCs/>
                <w:color w:val="000000"/>
                <w:sz w:val="20"/>
                <w:szCs w:val="20"/>
              </w:rPr>
              <w:t>)</w:t>
            </w:r>
          </w:p>
        </w:tc>
        <w:tc>
          <w:tcPr>
            <w:tcW w:w="1235" w:type="dxa"/>
          </w:tcPr>
          <w:p w14:paraId="2A4E7A19" w14:textId="7CC6D62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3D683AE1" w14:textId="639D807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1D455785" w14:textId="0B3D2C7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0.93</w:t>
            </w:r>
          </w:p>
        </w:tc>
      </w:tr>
      <w:tr w:rsidR="000454CB" w:rsidRPr="00FA773B" w14:paraId="17956863" w14:textId="02CCB13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F7DCAB3" w14:textId="59A1D6DA"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Dissociation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67D5FE9B" w14:textId="1BCE4E1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50EE1C75" w14:textId="22034F3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01B7CA47" w14:textId="7E298F6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027B34DF" w14:textId="63C551F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9D25CE7" w14:textId="68A08A60"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Domineering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7642F9EF" w14:textId="76053B2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3496F1E1" w14:textId="7B5C890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23E5FA2C" w14:textId="0852922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6359D9CE" w14:textId="495C43C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2171C36" w14:textId="31DA3E29" w:rsidR="000454CB" w:rsidRPr="00EB58B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Eccentricity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0BA21059" w14:textId="6B83B95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6BD63E86" w14:textId="63CDA8E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73A1B0E3" w14:textId="13DB3B4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32B534A5" w14:textId="749D233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905ABE0" w14:textId="4EF66B82" w:rsidR="000454CB" w:rsidRPr="00EB58B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Entitlement</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399F6367" w14:textId="36FA3AF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0.72</w:t>
            </w:r>
          </w:p>
        </w:tc>
        <w:tc>
          <w:tcPr>
            <w:tcW w:w="1203" w:type="dxa"/>
            <w:gridSpan w:val="2"/>
          </w:tcPr>
          <w:p w14:paraId="772AAD3A" w14:textId="13D3A88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0.66</w:t>
            </w:r>
          </w:p>
        </w:tc>
        <w:tc>
          <w:tcPr>
            <w:tcW w:w="1485" w:type="dxa"/>
          </w:tcPr>
          <w:p w14:paraId="4B5E1F19" w14:textId="28A7C72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r>
      <w:tr w:rsidR="000454CB" w:rsidRPr="00FA773B" w14:paraId="7D1C7D75" w14:textId="15779CA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CB169B1" w14:textId="26B74C64" w:rsidR="000454CB" w:rsidRPr="00EB58B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Excessive Exercise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6D309DA4" w14:textId="687390B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4D4EAA10" w14:textId="1CBD143C" w:rsidR="000454CB" w:rsidRPr="00FA773B" w:rsidRDefault="000454CB" w:rsidP="00AC5FF3">
            <w:pPr>
              <w:tabs>
                <w:tab w:val="left" w:pos="566"/>
              </w:tabs>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28C1A503" w14:textId="06EB581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46BEE083" w14:textId="79EC69E2"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905EC76" w14:textId="0D3FCFD1" w:rsidR="000454CB" w:rsidRPr="00EB58B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Excoriation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034D478F" w14:textId="71DA2DF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4DB427D5" w14:textId="33B5E137" w:rsidR="000454CB" w:rsidRPr="00FA773B" w:rsidRDefault="000454CB" w:rsidP="00AC5FF3">
            <w:pPr>
              <w:tabs>
                <w:tab w:val="left" w:pos="453"/>
              </w:tabs>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7DA70639" w14:textId="1257C11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5180A9C9" w14:textId="5F4D7F1D"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3B7D7D6" w14:textId="310722CA" w:rsidR="000454CB" w:rsidRPr="00E6703C"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Exhibitionism</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5EDFF9D8" w14:textId="1E682A53" w:rsidR="000454CB" w:rsidRPr="00FA773B" w:rsidRDefault="000454CB" w:rsidP="00AC5FF3">
            <w:pPr>
              <w:tabs>
                <w:tab w:val="left" w:pos="448"/>
              </w:tabs>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203" w:type="dxa"/>
            <w:gridSpan w:val="2"/>
          </w:tcPr>
          <w:p w14:paraId="3DD6EEDE" w14:textId="1A9A82D0" w:rsidR="000454CB" w:rsidRPr="00FA773B" w:rsidRDefault="000454CB" w:rsidP="00AC5FF3">
            <w:pPr>
              <w:tabs>
                <w:tab w:val="left" w:pos="448"/>
              </w:tabs>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3B127512" w14:textId="031B7454" w:rsidR="000454CB" w:rsidRPr="00FA773B" w:rsidRDefault="000454CB" w:rsidP="00AC5FF3">
            <w:pPr>
              <w:tabs>
                <w:tab w:val="left" w:pos="448"/>
              </w:tabs>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66309C9C" w14:textId="3C11E1A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FFE6773" w14:textId="4588A5CF" w:rsidR="000454CB" w:rsidRPr="00E6703C"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Fantasy Proneness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6DD3820A" w14:textId="2A175D6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203" w:type="dxa"/>
            <w:gridSpan w:val="2"/>
          </w:tcPr>
          <w:p w14:paraId="1F69C0FE" w14:textId="5BBC68F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0.73</w:t>
            </w:r>
          </w:p>
        </w:tc>
        <w:tc>
          <w:tcPr>
            <w:tcW w:w="1485" w:type="dxa"/>
          </w:tcPr>
          <w:p w14:paraId="150A80D0" w14:textId="1F83E11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0.95</w:t>
            </w:r>
          </w:p>
        </w:tc>
      </w:tr>
      <w:tr w:rsidR="000454CB" w:rsidRPr="00FA773B" w14:paraId="01B64799" w14:textId="74118311"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1F50AEC" w14:textId="0A25E22A" w:rsidR="000454CB" w:rsidRPr="00E241E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Food Selectivity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60B10268" w14:textId="762A1EDA" w:rsidR="000454CB" w:rsidRPr="00FA773B" w:rsidRDefault="000454CB" w:rsidP="00AC5FF3">
            <w:pPr>
              <w:tabs>
                <w:tab w:val="left" w:pos="515"/>
              </w:tabs>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037F20FA" w14:textId="02470CEA" w:rsidR="000454CB" w:rsidRPr="00FA773B" w:rsidRDefault="000454CB" w:rsidP="00AC5FF3">
            <w:pPr>
              <w:tabs>
                <w:tab w:val="left" w:pos="515"/>
              </w:tabs>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5EDE21CE" w14:textId="06840D24" w:rsidR="000454CB" w:rsidRPr="00FA773B" w:rsidRDefault="000454CB" w:rsidP="00AC5FF3">
            <w:pPr>
              <w:tabs>
                <w:tab w:val="left" w:pos="515"/>
              </w:tabs>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3630DCC4" w14:textId="1B7A788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369A1FF9" w14:textId="511B77BE" w:rsidR="000454CB" w:rsidRPr="00E241E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Gambling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51C964E7" w14:textId="488DDBC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0.92</w:t>
            </w:r>
          </w:p>
        </w:tc>
        <w:tc>
          <w:tcPr>
            <w:tcW w:w="1203" w:type="dxa"/>
            <w:gridSpan w:val="2"/>
          </w:tcPr>
          <w:p w14:paraId="66EF6370" w14:textId="07CCC49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0.90</w:t>
            </w:r>
          </w:p>
        </w:tc>
        <w:tc>
          <w:tcPr>
            <w:tcW w:w="1485" w:type="dxa"/>
          </w:tcPr>
          <w:p w14:paraId="446E5FB5" w14:textId="53C278D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79E1E46A" w14:textId="784FF497"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B9225CC" w14:textId="593C7D31"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Gaming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00C0A761" w14:textId="0AFB1A8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0.80</w:t>
            </w:r>
          </w:p>
        </w:tc>
        <w:tc>
          <w:tcPr>
            <w:tcW w:w="1203" w:type="dxa"/>
            <w:gridSpan w:val="2"/>
          </w:tcPr>
          <w:p w14:paraId="467B1C06" w14:textId="79FA1F5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485" w:type="dxa"/>
          </w:tcPr>
          <w:p w14:paraId="2E674A01" w14:textId="631FBA6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350F9D56" w14:textId="187B720C"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A04AED7" w14:textId="1BFABBCC"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Grandiosity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50B46EE8" w14:textId="4A68BAF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0.80</w:t>
            </w:r>
          </w:p>
        </w:tc>
        <w:tc>
          <w:tcPr>
            <w:tcW w:w="1203" w:type="dxa"/>
            <w:gridSpan w:val="2"/>
          </w:tcPr>
          <w:p w14:paraId="19627C29" w14:textId="0DE9C28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485" w:type="dxa"/>
          </w:tcPr>
          <w:p w14:paraId="52D303C2" w14:textId="77F2617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2A6AE126" w14:textId="6A59A5E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3313CB07" w14:textId="2A3BE24B" w:rsidR="000454CB" w:rsidRPr="00E241EB"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Hallucinations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19609CC5" w14:textId="5C8E5B5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0.69</w:t>
            </w:r>
          </w:p>
        </w:tc>
        <w:tc>
          <w:tcPr>
            <w:tcW w:w="1203" w:type="dxa"/>
            <w:gridSpan w:val="2"/>
          </w:tcPr>
          <w:p w14:paraId="684CBADE" w14:textId="58A5CDD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0.69</w:t>
            </w:r>
          </w:p>
        </w:tc>
        <w:tc>
          <w:tcPr>
            <w:tcW w:w="1485" w:type="dxa"/>
          </w:tcPr>
          <w:p w14:paraId="0C3E4E89" w14:textId="257C1A8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4DC50245" w14:textId="7791954D"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14C2F64" w14:textId="7E8CB154"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Hazardous Use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42C2FF32" w14:textId="546D235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0.75</w:t>
            </w:r>
          </w:p>
        </w:tc>
        <w:tc>
          <w:tcPr>
            <w:tcW w:w="1203" w:type="dxa"/>
            <w:gridSpan w:val="2"/>
          </w:tcPr>
          <w:p w14:paraId="24CD2719" w14:textId="1A37C38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0.70</w:t>
            </w:r>
          </w:p>
        </w:tc>
        <w:tc>
          <w:tcPr>
            <w:tcW w:w="1485" w:type="dxa"/>
          </w:tcPr>
          <w:p w14:paraId="2719B4B1" w14:textId="522CF4D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0.89</w:t>
            </w:r>
          </w:p>
        </w:tc>
      </w:tr>
      <w:tr w:rsidR="000454CB" w:rsidRPr="00FA773B" w14:paraId="6CDC4E49" w14:textId="0F03120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9F4FA7E" w14:textId="6136F276"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Health Anxiety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663A7D0D" w14:textId="1C662F6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59139883" w14:textId="6EA018A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03D77615" w14:textId="3AA68A5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26622A54" w14:textId="0915D8D1"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AB43C4E" w14:textId="2AC629EB"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Hoarding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4F7A6ADB" w14:textId="4DE8EA4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c>
          <w:tcPr>
            <w:tcW w:w="1203" w:type="dxa"/>
            <w:gridSpan w:val="2"/>
          </w:tcPr>
          <w:p w14:paraId="17EE92D3" w14:textId="6C6CD17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0.75</w:t>
            </w:r>
          </w:p>
        </w:tc>
        <w:tc>
          <w:tcPr>
            <w:tcW w:w="1485" w:type="dxa"/>
          </w:tcPr>
          <w:p w14:paraId="262B826C" w14:textId="12077EA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r>
      <w:tr w:rsidR="000454CB" w:rsidRPr="00FA773B" w14:paraId="7568F647" w14:textId="66033BD2"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EFE9908" w14:textId="66CBC461" w:rsidR="000454CB" w:rsidRPr="00E85BC9" w:rsidRDefault="000454CB" w:rsidP="00CC4D3D">
            <w:pPr>
              <w:rPr>
                <w:rFonts w:ascii="Times New Roman" w:hAnsi="Times New Roman" w:cs="Times New Roman"/>
                <w:sz w:val="20"/>
                <w:szCs w:val="20"/>
              </w:rPr>
            </w:pPr>
            <w:proofErr w:type="spellStart"/>
            <w:r w:rsidRPr="00D418C0">
              <w:rPr>
                <w:rFonts w:ascii="Times New Roman" w:hAnsi="Times New Roman" w:cs="Times New Roman"/>
                <w:color w:val="000000"/>
                <w:sz w:val="20"/>
                <w:szCs w:val="20"/>
              </w:rPr>
              <w:t>Hyperdeliberation</w:t>
            </w:r>
            <w:proofErr w:type="spellEnd"/>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28418A72" w14:textId="489FF3A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0.89</w:t>
            </w:r>
          </w:p>
        </w:tc>
        <w:tc>
          <w:tcPr>
            <w:tcW w:w="1203" w:type="dxa"/>
            <w:gridSpan w:val="2"/>
          </w:tcPr>
          <w:p w14:paraId="6B3B0F96" w14:textId="0C658C9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251ACA7F" w14:textId="1B35916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0.96</w:t>
            </w:r>
          </w:p>
        </w:tc>
      </w:tr>
      <w:tr w:rsidR="000454CB" w:rsidRPr="00FA773B" w14:paraId="57F790DF" w14:textId="2F581137"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6BCEAD7" w14:textId="00633661"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Hypervigilance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288A2D46" w14:textId="2F3B912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203" w:type="dxa"/>
            <w:gridSpan w:val="2"/>
          </w:tcPr>
          <w:p w14:paraId="33D8829B" w14:textId="5A0BB77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c>
          <w:tcPr>
            <w:tcW w:w="1485" w:type="dxa"/>
          </w:tcPr>
          <w:p w14:paraId="60994A23" w14:textId="5E5CCE0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2EB14FFD" w14:textId="204D54F9"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F7DAEED" w14:textId="5B7117E6"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Impaired Control</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23AC93DD" w14:textId="6721335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0.78</w:t>
            </w:r>
          </w:p>
        </w:tc>
        <w:tc>
          <w:tcPr>
            <w:tcW w:w="1203" w:type="dxa"/>
            <w:gridSpan w:val="2"/>
          </w:tcPr>
          <w:p w14:paraId="5D65B63E" w14:textId="2F28CAA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0.72</w:t>
            </w:r>
          </w:p>
        </w:tc>
        <w:tc>
          <w:tcPr>
            <w:tcW w:w="1485" w:type="dxa"/>
          </w:tcPr>
          <w:p w14:paraId="51C18A68" w14:textId="575DD21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0.91</w:t>
            </w:r>
          </w:p>
        </w:tc>
      </w:tr>
      <w:tr w:rsidR="000454CB" w:rsidRPr="00FA773B" w14:paraId="1F1DCE45" w14:textId="267A4845"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3567A6B" w14:textId="6D499EE6"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Insomnia</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07A34F17" w14:textId="6D26C65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73754769" w14:textId="09CA6A0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3C333970" w14:textId="580AE82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25AFB32C" w14:textId="6357064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57EE749" w14:textId="7E790262"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Irritability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007BBA88" w14:textId="1B290DA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0.89</w:t>
            </w:r>
          </w:p>
        </w:tc>
        <w:tc>
          <w:tcPr>
            <w:tcW w:w="1203" w:type="dxa"/>
            <w:gridSpan w:val="2"/>
          </w:tcPr>
          <w:p w14:paraId="6A23BED8" w14:textId="35AE5D6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0.89</w:t>
            </w:r>
          </w:p>
        </w:tc>
        <w:tc>
          <w:tcPr>
            <w:tcW w:w="1485" w:type="dxa"/>
          </w:tcPr>
          <w:p w14:paraId="1C98F36A" w14:textId="7CD4C59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0FDEAB75" w14:textId="268F824C"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0796890" w14:textId="54B7C669"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Lassitude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2CAD4FE4" w14:textId="0925F66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2E821379" w14:textId="56641C7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6A866A09" w14:textId="6F9F75D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715E58E3" w14:textId="456EEB1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C6461DF" w14:textId="3F0FDDCA"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Low Sexual Arousal</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620B94F5" w14:textId="37332966" w:rsidR="000454CB" w:rsidRPr="00FA773B" w:rsidRDefault="000454CB" w:rsidP="00AC5FF3">
            <w:pPr>
              <w:tabs>
                <w:tab w:val="left" w:pos="486"/>
              </w:tabs>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203" w:type="dxa"/>
            <w:gridSpan w:val="2"/>
          </w:tcPr>
          <w:p w14:paraId="45CB5552" w14:textId="082E785C" w:rsidR="000454CB" w:rsidRPr="00FA773B" w:rsidRDefault="000454CB" w:rsidP="00AC5FF3">
            <w:pPr>
              <w:tabs>
                <w:tab w:val="left" w:pos="486"/>
              </w:tabs>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4B3EF0D5" w14:textId="7911B409" w:rsidR="000454CB" w:rsidRPr="00FA773B" w:rsidRDefault="000454CB" w:rsidP="00AC5FF3">
            <w:pPr>
              <w:tabs>
                <w:tab w:val="left" w:pos="486"/>
              </w:tabs>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7F6E8EC4" w14:textId="3394BD9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B84ED28" w14:textId="1681102E"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Low Sexual Interest</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458AF890" w14:textId="03FC93E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013904AF" w14:textId="2294007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6C3A4004" w14:textId="02C7EFB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0D94398E" w14:textId="28A77575"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F67E8F7" w14:textId="6D28C938"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lastRenderedPageBreak/>
              <w:t>Manic Energy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7</w:t>
            </w:r>
            <w:r w:rsidRPr="009F211B">
              <w:rPr>
                <w:rFonts w:ascii="Times New Roman" w:hAnsi="Times New Roman" w:cs="Times New Roman"/>
                <w:i/>
                <w:iCs/>
                <w:color w:val="000000"/>
                <w:sz w:val="20"/>
                <w:szCs w:val="20"/>
              </w:rPr>
              <w:t>)</w:t>
            </w:r>
          </w:p>
        </w:tc>
        <w:tc>
          <w:tcPr>
            <w:tcW w:w="1235" w:type="dxa"/>
          </w:tcPr>
          <w:p w14:paraId="60613DFF" w14:textId="5ABD38D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4B0D2AE5" w14:textId="6309E25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3B51E43E" w14:textId="579BED0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0.95</w:t>
            </w:r>
          </w:p>
        </w:tc>
      </w:tr>
      <w:tr w:rsidR="000454CB" w:rsidRPr="00FA773B" w14:paraId="01D3FB31" w14:textId="512C37D0"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A70AEDE" w14:textId="2AB8F101"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Manipulativeness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1FF1298E" w14:textId="2E4F9A2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0.80</w:t>
            </w:r>
          </w:p>
        </w:tc>
        <w:tc>
          <w:tcPr>
            <w:tcW w:w="1203" w:type="dxa"/>
            <w:gridSpan w:val="2"/>
          </w:tcPr>
          <w:p w14:paraId="74990852" w14:textId="4E4FE8A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0.77</w:t>
            </w:r>
          </w:p>
        </w:tc>
        <w:tc>
          <w:tcPr>
            <w:tcW w:w="1485" w:type="dxa"/>
          </w:tcPr>
          <w:p w14:paraId="28660A38" w14:textId="02309B4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0.90</w:t>
            </w:r>
          </w:p>
        </w:tc>
      </w:tr>
      <w:tr w:rsidR="000454CB" w:rsidRPr="00FA773B" w14:paraId="7D769C50" w14:textId="159CA17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3C5828AB" w14:textId="530438F6"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Muscle Building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1D1D05DC" w14:textId="7EAAFAD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203" w:type="dxa"/>
            <w:gridSpan w:val="2"/>
          </w:tcPr>
          <w:p w14:paraId="2F091FE8" w14:textId="381B2EB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485" w:type="dxa"/>
          </w:tcPr>
          <w:p w14:paraId="34EA9D42" w14:textId="02D0DE0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r>
      <w:tr w:rsidR="000454CB" w:rsidRPr="00FA773B" w14:paraId="27BCCFF9" w14:textId="20EB275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A57AFA2" w14:textId="5C2517AF" w:rsidR="000454CB" w:rsidRPr="00E85BC9"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Nightmares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20F9BC62" w14:textId="4350D83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5693A2CE" w14:textId="0CB35AE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7850C683" w14:textId="2BA789B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6AFDD001" w14:textId="6C6D49F2"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1834B2B" w14:textId="48286211" w:rsidR="000454CB" w:rsidRPr="00DA331E"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Non-Persistence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74E75D93" w14:textId="2179594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4FD3D1E3" w14:textId="75EF065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37BAA7B3" w14:textId="69CFA6F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3FC32EC4" w14:textId="06D74860"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6219D18" w14:textId="753FFD9F" w:rsidR="000454CB" w:rsidRPr="00DA331E"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Non-</w:t>
            </w:r>
            <w:proofErr w:type="spellStart"/>
            <w:r w:rsidRPr="00D418C0">
              <w:rPr>
                <w:rFonts w:ascii="Times New Roman" w:hAnsi="Times New Roman" w:cs="Times New Roman"/>
                <w:color w:val="000000"/>
                <w:sz w:val="20"/>
                <w:szCs w:val="20"/>
              </w:rPr>
              <w:t>Planfulness</w:t>
            </w:r>
            <w:proofErr w:type="spellEnd"/>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72945664" w14:textId="4F9D4901" w:rsidR="000454CB" w:rsidRPr="00FA773B" w:rsidRDefault="000454CB" w:rsidP="00AC5FF3">
            <w:pPr>
              <w:tabs>
                <w:tab w:val="left" w:pos="458"/>
              </w:tabs>
              <w:jc w:val="center"/>
              <w:rPr>
                <w:rFonts w:ascii="Times New Roman" w:hAnsi="Times New Roman" w:cs="Times New Roman"/>
                <w:sz w:val="20"/>
                <w:szCs w:val="20"/>
              </w:rPr>
            </w:pPr>
            <w:r w:rsidRPr="00FA773B">
              <w:rPr>
                <w:rFonts w:ascii="Times New Roman" w:hAnsi="Times New Roman" w:cs="Times New Roman"/>
                <w:sz w:val="20"/>
                <w:szCs w:val="20"/>
              </w:rPr>
              <w:t>0.90</w:t>
            </w:r>
          </w:p>
        </w:tc>
        <w:tc>
          <w:tcPr>
            <w:tcW w:w="1203" w:type="dxa"/>
            <w:gridSpan w:val="2"/>
          </w:tcPr>
          <w:p w14:paraId="6EC8F455" w14:textId="09EEC89E" w:rsidR="000454CB" w:rsidRPr="00FA773B" w:rsidRDefault="000454CB" w:rsidP="00AC5FF3">
            <w:pPr>
              <w:tabs>
                <w:tab w:val="left" w:pos="458"/>
              </w:tabs>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485" w:type="dxa"/>
          </w:tcPr>
          <w:p w14:paraId="0C003A29" w14:textId="25A7B77F" w:rsidR="000454CB" w:rsidRPr="00FA773B" w:rsidRDefault="000454CB" w:rsidP="00AC5FF3">
            <w:pPr>
              <w:tabs>
                <w:tab w:val="left" w:pos="458"/>
              </w:tabs>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3302706C" w14:textId="3F32F63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3DE5F962" w14:textId="5ADBB7EF" w:rsidR="000454CB" w:rsidRPr="00DA331E" w:rsidRDefault="000454CB" w:rsidP="00CC4D3D">
            <w:pPr>
              <w:rPr>
                <w:rFonts w:ascii="Times New Roman" w:hAnsi="Times New Roman" w:cs="Times New Roman"/>
                <w:sz w:val="20"/>
                <w:szCs w:val="20"/>
              </w:rPr>
            </w:pPr>
            <w:r w:rsidRPr="00D418C0">
              <w:rPr>
                <w:rFonts w:ascii="Times New Roman" w:hAnsi="Times New Roman" w:cs="Times New Roman"/>
                <w:color w:val="000000"/>
                <w:sz w:val="20"/>
                <w:szCs w:val="20"/>
              </w:rPr>
              <w:t>NSSI</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3A9CF8D2" w14:textId="4DE944B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2649D812" w14:textId="4ED6DC5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211DA7E7" w14:textId="228169A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r>
      <w:tr w:rsidR="000454CB" w:rsidRPr="00FA773B" w14:paraId="5260675A" w14:textId="20D45E45"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F9FBACB" w14:textId="549DE0F2"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Oppositionality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r w:rsidRPr="009F211B">
              <w:rPr>
                <w:rFonts w:ascii="Times New Roman" w:hAnsi="Times New Roman" w:cs="Times New Roman"/>
                <w:i/>
                <w:iCs/>
                <w:color w:val="000000"/>
                <w:sz w:val="20"/>
                <w:szCs w:val="20"/>
              </w:rPr>
              <w:t>)</w:t>
            </w:r>
          </w:p>
        </w:tc>
        <w:tc>
          <w:tcPr>
            <w:tcW w:w="1235" w:type="dxa"/>
          </w:tcPr>
          <w:p w14:paraId="2DCDFC9A" w14:textId="40265B0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79F07AEF" w14:textId="5747F90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0.80</w:t>
            </w:r>
          </w:p>
        </w:tc>
        <w:tc>
          <w:tcPr>
            <w:tcW w:w="1485" w:type="dxa"/>
          </w:tcPr>
          <w:p w14:paraId="0E313A10" w14:textId="5E2A12C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0.91</w:t>
            </w:r>
          </w:p>
        </w:tc>
      </w:tr>
      <w:tr w:rsidR="000454CB" w:rsidRPr="00FA773B" w14:paraId="728A92A5" w14:textId="549F43E8"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769C581" w14:textId="1502FA76"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Panic</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0FCACF97" w14:textId="6205E6C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203" w:type="dxa"/>
            <w:gridSpan w:val="2"/>
          </w:tcPr>
          <w:p w14:paraId="0894D696" w14:textId="5966E73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c>
          <w:tcPr>
            <w:tcW w:w="1485" w:type="dxa"/>
          </w:tcPr>
          <w:p w14:paraId="7CFCECA6" w14:textId="3165315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45B176C0" w14:textId="2B6CAF63"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928A606" w14:textId="043742D8"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Paraphilias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3776052E" w14:textId="5A1CBA9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0.70</w:t>
            </w:r>
          </w:p>
        </w:tc>
        <w:tc>
          <w:tcPr>
            <w:tcW w:w="1203" w:type="dxa"/>
            <w:gridSpan w:val="2"/>
          </w:tcPr>
          <w:p w14:paraId="79E8AA99" w14:textId="6F9DF39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0.60</w:t>
            </w:r>
          </w:p>
        </w:tc>
        <w:tc>
          <w:tcPr>
            <w:tcW w:w="1485" w:type="dxa"/>
          </w:tcPr>
          <w:p w14:paraId="03912091" w14:textId="5F56471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0.74</w:t>
            </w:r>
          </w:p>
        </w:tc>
      </w:tr>
      <w:tr w:rsidR="000454CB" w:rsidRPr="00FA773B" w14:paraId="14567E3E" w14:textId="7FB03DF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42570B4" w14:textId="4F5A133B"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Perfectionism</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6B6171C5" w14:textId="09F11BE7" w:rsidR="000454CB" w:rsidRPr="00FA773B" w:rsidRDefault="000454CB" w:rsidP="00AC5FF3">
            <w:pPr>
              <w:tabs>
                <w:tab w:val="left" w:pos="439"/>
              </w:tabs>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203" w:type="dxa"/>
            <w:gridSpan w:val="2"/>
          </w:tcPr>
          <w:p w14:paraId="1D0EC0CB" w14:textId="377A3801" w:rsidR="000454CB" w:rsidRPr="00FA773B" w:rsidRDefault="000454CB" w:rsidP="00AC5FF3">
            <w:pPr>
              <w:tabs>
                <w:tab w:val="left" w:pos="439"/>
              </w:tabs>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27475786" w14:textId="1B82D7DF" w:rsidR="000454CB" w:rsidRPr="00FA773B" w:rsidRDefault="000454CB" w:rsidP="00AC5FF3">
            <w:pPr>
              <w:tabs>
                <w:tab w:val="left" w:pos="439"/>
              </w:tabs>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797F93C7" w14:textId="00746BF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535C4BF" w14:textId="6753A617"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Premature Orgasm</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2</w:t>
            </w:r>
            <w:r w:rsidRPr="009F211B">
              <w:rPr>
                <w:rFonts w:ascii="Times New Roman" w:hAnsi="Times New Roman" w:cs="Times New Roman"/>
                <w:i/>
                <w:iCs/>
                <w:color w:val="000000"/>
                <w:sz w:val="20"/>
                <w:szCs w:val="20"/>
              </w:rPr>
              <w:t>)</w:t>
            </w:r>
          </w:p>
        </w:tc>
        <w:tc>
          <w:tcPr>
            <w:tcW w:w="1235" w:type="dxa"/>
          </w:tcPr>
          <w:p w14:paraId="0AC9C462" w14:textId="765249C4" w:rsidR="000454CB" w:rsidRPr="00FA773B" w:rsidRDefault="000454CB" w:rsidP="00AC5FF3">
            <w:pPr>
              <w:tabs>
                <w:tab w:val="left" w:pos="477"/>
              </w:tabs>
              <w:jc w:val="center"/>
              <w:rPr>
                <w:rFonts w:ascii="Times New Roman" w:hAnsi="Times New Roman" w:cs="Times New Roman"/>
                <w:sz w:val="20"/>
                <w:szCs w:val="20"/>
              </w:rPr>
            </w:pPr>
            <w:r w:rsidRPr="00FA773B">
              <w:rPr>
                <w:rFonts w:ascii="Times New Roman" w:hAnsi="Times New Roman" w:cs="Times New Roman"/>
                <w:sz w:val="20"/>
                <w:szCs w:val="20"/>
              </w:rPr>
              <w:t>0.59</w:t>
            </w:r>
          </w:p>
        </w:tc>
        <w:tc>
          <w:tcPr>
            <w:tcW w:w="1203" w:type="dxa"/>
            <w:gridSpan w:val="2"/>
          </w:tcPr>
          <w:p w14:paraId="559A14C6" w14:textId="5BFC2DE9" w:rsidR="000454CB" w:rsidRPr="00FA773B" w:rsidRDefault="000454CB" w:rsidP="00AC5FF3">
            <w:pPr>
              <w:tabs>
                <w:tab w:val="left" w:pos="477"/>
              </w:tabs>
              <w:jc w:val="center"/>
              <w:rPr>
                <w:rFonts w:ascii="Times New Roman" w:hAnsi="Times New Roman" w:cs="Times New Roman"/>
                <w:sz w:val="20"/>
                <w:szCs w:val="20"/>
              </w:rPr>
            </w:pPr>
            <w:r w:rsidRPr="00FA773B">
              <w:rPr>
                <w:rFonts w:ascii="Times New Roman" w:hAnsi="Times New Roman" w:cs="Times New Roman"/>
                <w:sz w:val="20"/>
                <w:szCs w:val="20"/>
              </w:rPr>
              <w:t>0.58</w:t>
            </w:r>
          </w:p>
        </w:tc>
        <w:tc>
          <w:tcPr>
            <w:tcW w:w="1485" w:type="dxa"/>
          </w:tcPr>
          <w:p w14:paraId="0D5E6296" w14:textId="0E96AE74" w:rsidR="000454CB" w:rsidRPr="00FA773B" w:rsidRDefault="000454CB" w:rsidP="00AC5FF3">
            <w:pPr>
              <w:tabs>
                <w:tab w:val="left" w:pos="477"/>
              </w:tabs>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48110612" w14:textId="0CC9B211"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E5531A1" w14:textId="30EA5B46"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Problematic Shopping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r w:rsidRPr="009F211B">
              <w:rPr>
                <w:rFonts w:ascii="Times New Roman" w:hAnsi="Times New Roman" w:cs="Times New Roman"/>
                <w:i/>
                <w:iCs/>
                <w:color w:val="000000"/>
                <w:sz w:val="20"/>
                <w:szCs w:val="20"/>
              </w:rPr>
              <w:t>)</w:t>
            </w:r>
          </w:p>
        </w:tc>
        <w:tc>
          <w:tcPr>
            <w:tcW w:w="1235" w:type="dxa"/>
          </w:tcPr>
          <w:p w14:paraId="155DBC64" w14:textId="0CEFD7D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2D20D057" w14:textId="5D07069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30C0F019" w14:textId="0DEFB5D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79DC0266" w14:textId="07B05FF7"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022ADCA" w14:textId="3A309349"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Purging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r w:rsidRPr="009F211B">
              <w:rPr>
                <w:rFonts w:ascii="Times New Roman" w:hAnsi="Times New Roman" w:cs="Times New Roman"/>
                <w:i/>
                <w:iCs/>
                <w:color w:val="000000"/>
                <w:sz w:val="20"/>
                <w:szCs w:val="20"/>
              </w:rPr>
              <w:t>)</w:t>
            </w:r>
          </w:p>
        </w:tc>
        <w:tc>
          <w:tcPr>
            <w:tcW w:w="1235" w:type="dxa"/>
          </w:tcPr>
          <w:p w14:paraId="5D7202A3" w14:textId="0AA3653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0.60</w:t>
            </w:r>
          </w:p>
        </w:tc>
        <w:tc>
          <w:tcPr>
            <w:tcW w:w="1203" w:type="dxa"/>
            <w:gridSpan w:val="2"/>
          </w:tcPr>
          <w:p w14:paraId="2425E71B" w14:textId="0DC4A17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0.59</w:t>
            </w:r>
          </w:p>
        </w:tc>
        <w:tc>
          <w:tcPr>
            <w:tcW w:w="1485" w:type="dxa"/>
          </w:tcPr>
          <w:p w14:paraId="145E4C58" w14:textId="61FC5CE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0.96</w:t>
            </w:r>
          </w:p>
        </w:tc>
      </w:tr>
      <w:tr w:rsidR="000454CB" w:rsidRPr="00FA773B" w14:paraId="5A33D486" w14:textId="537F360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0855056F" w14:textId="4666E370"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Restlessness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r w:rsidRPr="009F211B">
              <w:rPr>
                <w:rFonts w:ascii="Times New Roman" w:hAnsi="Times New Roman" w:cs="Times New Roman"/>
                <w:i/>
                <w:iCs/>
                <w:color w:val="000000"/>
                <w:sz w:val="20"/>
                <w:szCs w:val="20"/>
              </w:rPr>
              <w:t>)</w:t>
            </w:r>
          </w:p>
        </w:tc>
        <w:tc>
          <w:tcPr>
            <w:tcW w:w="1235" w:type="dxa"/>
          </w:tcPr>
          <w:p w14:paraId="40BE28E6" w14:textId="662C73CB" w:rsidR="000454CB" w:rsidRPr="00FA773B" w:rsidRDefault="000454CB" w:rsidP="00AC5FF3">
            <w:pPr>
              <w:tabs>
                <w:tab w:val="left" w:pos="429"/>
              </w:tabs>
              <w:jc w:val="center"/>
              <w:rPr>
                <w:rFonts w:ascii="Times New Roman" w:hAnsi="Times New Roman" w:cs="Times New Roman"/>
                <w:sz w:val="20"/>
                <w:szCs w:val="20"/>
              </w:rPr>
            </w:pPr>
            <w:r w:rsidRPr="00FA773B">
              <w:rPr>
                <w:rFonts w:ascii="Times New Roman" w:hAnsi="Times New Roman" w:cs="Times New Roman"/>
                <w:sz w:val="20"/>
                <w:szCs w:val="20"/>
              </w:rPr>
              <w:t>0.89</w:t>
            </w:r>
          </w:p>
        </w:tc>
        <w:tc>
          <w:tcPr>
            <w:tcW w:w="1203" w:type="dxa"/>
            <w:gridSpan w:val="2"/>
          </w:tcPr>
          <w:p w14:paraId="23E877C7" w14:textId="725632F2" w:rsidR="000454CB" w:rsidRPr="00FA773B" w:rsidRDefault="000454CB" w:rsidP="00AC5FF3">
            <w:pPr>
              <w:tabs>
                <w:tab w:val="left" w:pos="429"/>
              </w:tabs>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485" w:type="dxa"/>
          </w:tcPr>
          <w:p w14:paraId="5249B351" w14:textId="28CFCF87" w:rsidR="000454CB" w:rsidRPr="00FA773B" w:rsidRDefault="000454CB" w:rsidP="00AC5FF3">
            <w:pPr>
              <w:tabs>
                <w:tab w:val="left" w:pos="429"/>
              </w:tabs>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2EE60565" w14:textId="061D6E9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16CF1C6" w14:textId="55A8E402"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Restricted Affectivity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1B83EB49" w14:textId="131321E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679DAA7D" w14:textId="57CF354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485" w:type="dxa"/>
          </w:tcPr>
          <w:p w14:paraId="322948DD" w14:textId="7D4E7AE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0.96</w:t>
            </w:r>
          </w:p>
        </w:tc>
      </w:tr>
      <w:tr w:rsidR="000454CB" w:rsidRPr="00FA773B" w14:paraId="48B98912" w14:textId="49F4632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969BE2B" w14:textId="3786E862"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Restricted Eating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78B16696" w14:textId="3A40067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41B14D9B" w14:textId="4E3C583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485" w:type="dxa"/>
          </w:tcPr>
          <w:p w14:paraId="3F8C8890" w14:textId="6B56E74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47CB8817" w14:textId="09F730C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10CC45B1" w14:textId="46A8D672"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Rigidity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079A5C17" w14:textId="453B828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0.79</w:t>
            </w:r>
          </w:p>
        </w:tc>
        <w:tc>
          <w:tcPr>
            <w:tcW w:w="1203" w:type="dxa"/>
            <w:gridSpan w:val="2"/>
          </w:tcPr>
          <w:p w14:paraId="3E768503" w14:textId="2706ACAD"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0.73</w:t>
            </w:r>
          </w:p>
        </w:tc>
        <w:tc>
          <w:tcPr>
            <w:tcW w:w="1485" w:type="dxa"/>
          </w:tcPr>
          <w:p w14:paraId="6B17F6FF" w14:textId="36B4EE1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0.94</w:t>
            </w:r>
          </w:p>
        </w:tc>
      </w:tr>
      <w:tr w:rsidR="000454CB" w:rsidRPr="00FA773B" w14:paraId="48E3C267" w14:textId="041106E1"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630BADC" w14:textId="40B7A09E"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Risk Aversion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p>
        </w:tc>
        <w:tc>
          <w:tcPr>
            <w:tcW w:w="1235" w:type="dxa"/>
          </w:tcPr>
          <w:p w14:paraId="767D8853" w14:textId="6688328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2EFF7FF6" w14:textId="6B3264C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c>
          <w:tcPr>
            <w:tcW w:w="1485" w:type="dxa"/>
          </w:tcPr>
          <w:p w14:paraId="1C419386" w14:textId="4212AC0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1450C1F8" w14:textId="057B1867"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4A5B29F" w14:textId="6FEBF0D1"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Risk Taking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43C2695C" w14:textId="5CF35E2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0.90</w:t>
            </w:r>
          </w:p>
        </w:tc>
        <w:tc>
          <w:tcPr>
            <w:tcW w:w="1203" w:type="dxa"/>
            <w:gridSpan w:val="2"/>
          </w:tcPr>
          <w:p w14:paraId="23E5C95C" w14:textId="4CDB454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485" w:type="dxa"/>
          </w:tcPr>
          <w:p w14:paraId="5E63EAED" w14:textId="4AF019C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76642BF3" w14:textId="192C1C3C"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92E0EDF" w14:textId="018D48E3"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Risky Sex</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76FD81A9" w14:textId="357E3CE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0.73</w:t>
            </w:r>
          </w:p>
        </w:tc>
        <w:tc>
          <w:tcPr>
            <w:tcW w:w="1203" w:type="dxa"/>
            <w:gridSpan w:val="2"/>
          </w:tcPr>
          <w:p w14:paraId="338C6699" w14:textId="2E069AC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0.66</w:t>
            </w:r>
          </w:p>
        </w:tc>
        <w:tc>
          <w:tcPr>
            <w:tcW w:w="1485" w:type="dxa"/>
          </w:tcPr>
          <w:p w14:paraId="4C43D914" w14:textId="23148BA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0.95</w:t>
            </w:r>
          </w:p>
        </w:tc>
      </w:tr>
      <w:tr w:rsidR="000454CB" w:rsidRPr="00FA773B" w14:paraId="480293DA" w14:textId="6B10354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7BF6F758" w14:textId="140F80E9"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Role Interference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p>
        </w:tc>
        <w:tc>
          <w:tcPr>
            <w:tcW w:w="1235" w:type="dxa"/>
          </w:tcPr>
          <w:p w14:paraId="4C7BE4BA" w14:textId="7BFA016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203" w:type="dxa"/>
            <w:gridSpan w:val="2"/>
          </w:tcPr>
          <w:p w14:paraId="01F998DC" w14:textId="0D469F7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67D9E612" w14:textId="5D244CC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51E1F817" w14:textId="212BE77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25EEFBB2" w14:textId="0D906832"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Romantic Disinterest</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5C3AABE9" w14:textId="600EA13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0.91</w:t>
            </w:r>
          </w:p>
        </w:tc>
        <w:tc>
          <w:tcPr>
            <w:tcW w:w="1203" w:type="dxa"/>
            <w:gridSpan w:val="2"/>
          </w:tcPr>
          <w:p w14:paraId="7937B4E7" w14:textId="5FCD110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0.88</w:t>
            </w:r>
          </w:p>
        </w:tc>
        <w:tc>
          <w:tcPr>
            <w:tcW w:w="1485" w:type="dxa"/>
          </w:tcPr>
          <w:p w14:paraId="2C5C9382" w14:textId="2576205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437DB4C8" w14:textId="35D73A1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4F75A27" w14:textId="7CF6FB27"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Sex-Related Substance Use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004A752B" w14:textId="52A807B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0.76</w:t>
            </w:r>
          </w:p>
        </w:tc>
        <w:tc>
          <w:tcPr>
            <w:tcW w:w="1203" w:type="dxa"/>
            <w:gridSpan w:val="2"/>
          </w:tcPr>
          <w:p w14:paraId="24559DBD" w14:textId="19B048D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0.73</w:t>
            </w:r>
          </w:p>
        </w:tc>
        <w:tc>
          <w:tcPr>
            <w:tcW w:w="1485" w:type="dxa"/>
          </w:tcPr>
          <w:p w14:paraId="1CDCFFAB" w14:textId="1FD2F44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6C9550FF" w14:textId="4C8E4799"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488D4568" w14:textId="495B8D8E"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Sexual Distress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6EAC8C75" w14:textId="13C46AB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0.84</w:t>
            </w:r>
          </w:p>
        </w:tc>
        <w:tc>
          <w:tcPr>
            <w:tcW w:w="1203" w:type="dxa"/>
            <w:gridSpan w:val="2"/>
          </w:tcPr>
          <w:p w14:paraId="72937A21" w14:textId="762CA93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095DA395" w14:textId="31960B0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459115AE" w14:textId="7C93965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37514770" w14:textId="061CCA44"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Sexual Pain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p>
        </w:tc>
        <w:tc>
          <w:tcPr>
            <w:tcW w:w="1235" w:type="dxa"/>
          </w:tcPr>
          <w:p w14:paraId="442E76D1" w14:textId="4B44107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75C6CFF7" w14:textId="16706D4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44FCA330" w14:textId="292878E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4A955CAB" w14:textId="5743408D"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69F9814F" w14:textId="319C512F"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Shame/Guilt</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p>
        </w:tc>
        <w:tc>
          <w:tcPr>
            <w:tcW w:w="1235" w:type="dxa"/>
          </w:tcPr>
          <w:p w14:paraId="23E2B062" w14:textId="26CBA4F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0.86</w:t>
            </w:r>
          </w:p>
        </w:tc>
        <w:tc>
          <w:tcPr>
            <w:tcW w:w="1203" w:type="dxa"/>
            <w:gridSpan w:val="2"/>
          </w:tcPr>
          <w:p w14:paraId="15FC0B91" w14:textId="6BEE1D5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485" w:type="dxa"/>
          </w:tcPr>
          <w:p w14:paraId="4A103571" w14:textId="6C4E529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03A394F3" w14:textId="5F6AA3B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097" w:type="dxa"/>
            <w:vAlign w:val="center"/>
          </w:tcPr>
          <w:p w14:paraId="5F10E762" w14:textId="4196BC12"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Situational Phobias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26897D95" w14:textId="605D693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0.72</w:t>
            </w:r>
          </w:p>
        </w:tc>
        <w:tc>
          <w:tcPr>
            <w:tcW w:w="1203" w:type="dxa"/>
            <w:gridSpan w:val="2"/>
          </w:tcPr>
          <w:p w14:paraId="1D8AB2C0" w14:textId="0B2D3BF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0.67</w:t>
            </w:r>
          </w:p>
        </w:tc>
        <w:tc>
          <w:tcPr>
            <w:tcW w:w="1485" w:type="dxa"/>
          </w:tcPr>
          <w:p w14:paraId="19170AD5" w14:textId="6BD9373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0.96</w:t>
            </w:r>
          </w:p>
        </w:tc>
      </w:tr>
      <w:tr w:rsidR="000454CB" w:rsidRPr="00FA773B" w14:paraId="6BAC78F8" w14:textId="3989BBB9"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2"/>
        </w:trPr>
        <w:tc>
          <w:tcPr>
            <w:tcW w:w="3097" w:type="dxa"/>
            <w:vAlign w:val="center"/>
          </w:tcPr>
          <w:p w14:paraId="3595DD42" w14:textId="14AE5F4B"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Social Aggression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6)</w:t>
            </w:r>
          </w:p>
        </w:tc>
        <w:tc>
          <w:tcPr>
            <w:tcW w:w="1235" w:type="dxa"/>
          </w:tcPr>
          <w:p w14:paraId="5156028B" w14:textId="1DD79CF9"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0.67</w:t>
            </w:r>
          </w:p>
        </w:tc>
        <w:tc>
          <w:tcPr>
            <w:tcW w:w="1203" w:type="dxa"/>
            <w:gridSpan w:val="2"/>
          </w:tcPr>
          <w:p w14:paraId="079457ED" w14:textId="1192477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0.63</w:t>
            </w:r>
          </w:p>
        </w:tc>
        <w:tc>
          <w:tcPr>
            <w:tcW w:w="1485" w:type="dxa"/>
          </w:tcPr>
          <w:p w14:paraId="73F37455" w14:textId="1DE07C0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0.76</w:t>
            </w:r>
          </w:p>
        </w:tc>
      </w:tr>
      <w:tr w:rsidR="000454CB" w:rsidRPr="00FA773B" w14:paraId="051E024C" w14:textId="55B08D76"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3097" w:type="dxa"/>
            <w:vAlign w:val="center"/>
          </w:tcPr>
          <w:p w14:paraId="52A9A034" w14:textId="28270A53"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Social Aloofness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5073CA20" w14:textId="089FFE33" w:rsidR="000454CB" w:rsidRPr="00FA773B" w:rsidRDefault="000454CB" w:rsidP="00AC5FF3">
            <w:pPr>
              <w:tabs>
                <w:tab w:val="left" w:pos="391"/>
              </w:tabs>
              <w:jc w:val="center"/>
              <w:rPr>
                <w:rFonts w:ascii="Times New Roman" w:hAnsi="Times New Roman" w:cs="Times New Roman"/>
                <w:sz w:val="20"/>
                <w:szCs w:val="20"/>
              </w:rPr>
            </w:pPr>
            <w:r w:rsidRPr="00FA773B">
              <w:rPr>
                <w:rFonts w:ascii="Times New Roman" w:hAnsi="Times New Roman" w:cs="Times New Roman"/>
                <w:sz w:val="20"/>
                <w:szCs w:val="20"/>
              </w:rPr>
              <w:t>0.91</w:t>
            </w:r>
          </w:p>
        </w:tc>
        <w:tc>
          <w:tcPr>
            <w:tcW w:w="1203" w:type="dxa"/>
            <w:gridSpan w:val="2"/>
          </w:tcPr>
          <w:p w14:paraId="06448EE7" w14:textId="742D1974" w:rsidR="000454CB" w:rsidRPr="00FA773B" w:rsidRDefault="000454CB" w:rsidP="00AC5FF3">
            <w:pPr>
              <w:tabs>
                <w:tab w:val="left" w:pos="391"/>
              </w:tabs>
              <w:jc w:val="center"/>
              <w:rPr>
                <w:rFonts w:ascii="Times New Roman" w:hAnsi="Times New Roman" w:cs="Times New Roman"/>
                <w:sz w:val="20"/>
                <w:szCs w:val="20"/>
              </w:rPr>
            </w:pPr>
            <w:r w:rsidRPr="00FA773B">
              <w:rPr>
                <w:rFonts w:ascii="Times New Roman" w:hAnsi="Times New Roman" w:cs="Times New Roman"/>
                <w:sz w:val="20"/>
                <w:szCs w:val="20"/>
              </w:rPr>
              <w:t>0.88</w:t>
            </w:r>
          </w:p>
        </w:tc>
        <w:tc>
          <w:tcPr>
            <w:tcW w:w="1485" w:type="dxa"/>
          </w:tcPr>
          <w:p w14:paraId="712FC3BA" w14:textId="6C384739" w:rsidR="000454CB" w:rsidRPr="00FA773B" w:rsidRDefault="000454CB" w:rsidP="00AC5FF3">
            <w:pPr>
              <w:tabs>
                <w:tab w:val="left" w:pos="391"/>
              </w:tabs>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3D1BBAEF" w14:textId="367F09B5"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3097" w:type="dxa"/>
            <w:vAlign w:val="center"/>
          </w:tcPr>
          <w:p w14:paraId="6B4ADAD3" w14:textId="3866B4BD"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Social Anxiety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31B9B9DA" w14:textId="25E8D63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0.83</w:t>
            </w:r>
          </w:p>
        </w:tc>
        <w:tc>
          <w:tcPr>
            <w:tcW w:w="1203" w:type="dxa"/>
            <w:gridSpan w:val="2"/>
          </w:tcPr>
          <w:p w14:paraId="7D4F1019" w14:textId="0EAE790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0.81</w:t>
            </w:r>
          </w:p>
        </w:tc>
        <w:tc>
          <w:tcPr>
            <w:tcW w:w="1485" w:type="dxa"/>
          </w:tcPr>
          <w:p w14:paraId="42A4263E" w14:textId="475300F2"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1A0DA849" w14:textId="31F88E63"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3097" w:type="dxa"/>
            <w:vAlign w:val="center"/>
          </w:tcPr>
          <w:p w14:paraId="6BDF3B63" w14:textId="574EEFB5"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Somatic Preoccupation</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6DF639A0" w14:textId="622B33C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0.85</w:t>
            </w:r>
          </w:p>
        </w:tc>
        <w:tc>
          <w:tcPr>
            <w:tcW w:w="1203" w:type="dxa"/>
            <w:gridSpan w:val="2"/>
          </w:tcPr>
          <w:p w14:paraId="2036A094" w14:textId="78F0103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485" w:type="dxa"/>
          </w:tcPr>
          <w:p w14:paraId="277B4030" w14:textId="3617F368"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33E83F13" w14:textId="4F498CB3"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3"/>
        </w:trPr>
        <w:tc>
          <w:tcPr>
            <w:tcW w:w="3097" w:type="dxa"/>
            <w:vAlign w:val="center"/>
          </w:tcPr>
          <w:p w14:paraId="18FDC76C" w14:textId="6A51D51F"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Submissiveness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2)</w:t>
            </w:r>
          </w:p>
        </w:tc>
        <w:tc>
          <w:tcPr>
            <w:tcW w:w="1235" w:type="dxa"/>
          </w:tcPr>
          <w:p w14:paraId="5AD837F9" w14:textId="397C154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0.71</w:t>
            </w:r>
          </w:p>
        </w:tc>
        <w:tc>
          <w:tcPr>
            <w:tcW w:w="1203" w:type="dxa"/>
            <w:gridSpan w:val="2"/>
          </w:tcPr>
          <w:p w14:paraId="23119A5C" w14:textId="03A2911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0.71</w:t>
            </w:r>
          </w:p>
        </w:tc>
        <w:tc>
          <w:tcPr>
            <w:tcW w:w="1485" w:type="dxa"/>
          </w:tcPr>
          <w:p w14:paraId="53A78A70" w14:textId="26E52BF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73091BE9" w14:textId="6741BF0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7"/>
        </w:trPr>
        <w:tc>
          <w:tcPr>
            <w:tcW w:w="3097" w:type="dxa"/>
            <w:vAlign w:val="center"/>
          </w:tcPr>
          <w:p w14:paraId="6FC879CA" w14:textId="1CAD09D1"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Suicidality</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78F53BEE" w14:textId="21135E23"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203" w:type="dxa"/>
            <w:gridSpan w:val="2"/>
          </w:tcPr>
          <w:p w14:paraId="5537DFFC" w14:textId="5B3CCB8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0.74</w:t>
            </w:r>
          </w:p>
        </w:tc>
        <w:tc>
          <w:tcPr>
            <w:tcW w:w="1485" w:type="dxa"/>
          </w:tcPr>
          <w:p w14:paraId="604B7505" w14:textId="67E9F1D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0.90</w:t>
            </w:r>
          </w:p>
        </w:tc>
      </w:tr>
      <w:tr w:rsidR="000454CB" w:rsidRPr="00FA773B" w14:paraId="21C03BC4" w14:textId="772B7AB1"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3097" w:type="dxa"/>
            <w:vAlign w:val="center"/>
          </w:tcPr>
          <w:p w14:paraId="3F809CA0" w14:textId="7974B337"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Suspiciousness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44057E04" w14:textId="0178304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0.82</w:t>
            </w:r>
          </w:p>
        </w:tc>
        <w:tc>
          <w:tcPr>
            <w:tcW w:w="1203" w:type="dxa"/>
            <w:gridSpan w:val="2"/>
          </w:tcPr>
          <w:p w14:paraId="0BF4291F" w14:textId="6353D1A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0.80</w:t>
            </w:r>
          </w:p>
        </w:tc>
        <w:tc>
          <w:tcPr>
            <w:tcW w:w="1485" w:type="dxa"/>
          </w:tcPr>
          <w:p w14:paraId="5A0EC997" w14:textId="646A793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555848C1" w14:textId="7F59B10E"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4"/>
        </w:trPr>
        <w:tc>
          <w:tcPr>
            <w:tcW w:w="3097" w:type="dxa"/>
            <w:vAlign w:val="center"/>
          </w:tcPr>
          <w:p w14:paraId="66C19FA6" w14:textId="3F7B7D1B" w:rsidR="000454CB" w:rsidRPr="005366C1" w:rsidRDefault="000454CB" w:rsidP="00CC4D3D">
            <w:pPr>
              <w:rPr>
                <w:rFonts w:ascii="Times New Roman" w:hAnsi="Times New Roman" w:cs="Times New Roman"/>
                <w:sz w:val="20"/>
                <w:szCs w:val="20"/>
              </w:rPr>
            </w:pPr>
            <w:r w:rsidRPr="005366C1">
              <w:rPr>
                <w:rFonts w:ascii="Times New Roman" w:hAnsi="Times New Roman" w:cs="Times New Roman"/>
                <w:color w:val="000000"/>
                <w:sz w:val="20"/>
                <w:szCs w:val="20"/>
              </w:rPr>
              <w:t>Tolerance</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p>
        </w:tc>
        <w:tc>
          <w:tcPr>
            <w:tcW w:w="1235" w:type="dxa"/>
          </w:tcPr>
          <w:p w14:paraId="2D168E27" w14:textId="37527B9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0.76</w:t>
            </w:r>
          </w:p>
        </w:tc>
        <w:tc>
          <w:tcPr>
            <w:tcW w:w="1203" w:type="dxa"/>
            <w:gridSpan w:val="2"/>
          </w:tcPr>
          <w:p w14:paraId="3D68A563" w14:textId="0E4F07B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0.75</w:t>
            </w:r>
          </w:p>
        </w:tc>
        <w:tc>
          <w:tcPr>
            <w:tcW w:w="1485" w:type="dxa"/>
          </w:tcPr>
          <w:p w14:paraId="2EEA5A87" w14:textId="65E0C7D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0.98</w:t>
            </w:r>
          </w:p>
        </w:tc>
      </w:tr>
      <w:tr w:rsidR="000454CB" w:rsidRPr="00FA773B" w14:paraId="06342F37" w14:textId="5C2FD02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4"/>
        </w:trPr>
        <w:tc>
          <w:tcPr>
            <w:tcW w:w="3097" w:type="dxa"/>
            <w:vAlign w:val="center"/>
          </w:tcPr>
          <w:p w14:paraId="519076C6" w14:textId="40161384" w:rsidR="000454CB" w:rsidRPr="005366C1" w:rsidRDefault="000454CB" w:rsidP="00CC4D3D">
            <w:pPr>
              <w:rPr>
                <w:rFonts w:ascii="Times New Roman" w:hAnsi="Times New Roman" w:cs="Times New Roman"/>
                <w:color w:val="000000"/>
                <w:sz w:val="20"/>
                <w:szCs w:val="20"/>
              </w:rPr>
            </w:pPr>
            <w:r w:rsidRPr="005366C1">
              <w:rPr>
                <w:rFonts w:ascii="Times New Roman" w:hAnsi="Times New Roman" w:cs="Times New Roman"/>
                <w:color w:val="000000"/>
                <w:sz w:val="20"/>
                <w:szCs w:val="20"/>
              </w:rPr>
              <w:t>Trauma Reactions</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2E296C80" w14:textId="3BA30A2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0.90</w:t>
            </w:r>
          </w:p>
        </w:tc>
        <w:tc>
          <w:tcPr>
            <w:tcW w:w="1203" w:type="dxa"/>
            <w:gridSpan w:val="2"/>
          </w:tcPr>
          <w:p w14:paraId="2400D294" w14:textId="7611384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485" w:type="dxa"/>
          </w:tcPr>
          <w:p w14:paraId="3151E73A" w14:textId="1AF30E9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0.97</w:t>
            </w:r>
          </w:p>
        </w:tc>
      </w:tr>
      <w:tr w:rsidR="000454CB" w:rsidRPr="00FA773B" w14:paraId="2D5537BA" w14:textId="27C2F3E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4"/>
        </w:trPr>
        <w:tc>
          <w:tcPr>
            <w:tcW w:w="3097" w:type="dxa"/>
            <w:vAlign w:val="center"/>
          </w:tcPr>
          <w:p w14:paraId="37A0385D" w14:textId="136D8150" w:rsidR="000454CB" w:rsidRPr="005366C1" w:rsidRDefault="000454CB" w:rsidP="00CC4D3D">
            <w:pPr>
              <w:rPr>
                <w:rFonts w:ascii="Times New Roman" w:hAnsi="Times New Roman" w:cs="Times New Roman"/>
                <w:color w:val="000000"/>
                <w:sz w:val="20"/>
                <w:szCs w:val="20"/>
              </w:rPr>
            </w:pPr>
            <w:r w:rsidRPr="005366C1">
              <w:rPr>
                <w:rFonts w:ascii="Times New Roman" w:hAnsi="Times New Roman" w:cs="Times New Roman"/>
                <w:color w:val="000000"/>
                <w:sz w:val="20"/>
                <w:szCs w:val="20"/>
              </w:rPr>
              <w:t>Trichotillomania</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3)</w:t>
            </w:r>
          </w:p>
        </w:tc>
        <w:tc>
          <w:tcPr>
            <w:tcW w:w="1235" w:type="dxa"/>
          </w:tcPr>
          <w:p w14:paraId="189F2B84" w14:textId="66327086"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0.80</w:t>
            </w:r>
          </w:p>
        </w:tc>
        <w:tc>
          <w:tcPr>
            <w:tcW w:w="1203" w:type="dxa"/>
            <w:gridSpan w:val="2"/>
          </w:tcPr>
          <w:p w14:paraId="35E74C61" w14:textId="13ADD59B"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0.78</w:t>
            </w:r>
          </w:p>
        </w:tc>
        <w:tc>
          <w:tcPr>
            <w:tcW w:w="1485" w:type="dxa"/>
          </w:tcPr>
          <w:p w14:paraId="7D14E632" w14:textId="4DFEEF7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0.94</w:t>
            </w:r>
          </w:p>
        </w:tc>
      </w:tr>
      <w:tr w:rsidR="000454CB" w:rsidRPr="00FA773B" w14:paraId="04E10138" w14:textId="0955BCDF"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4"/>
        </w:trPr>
        <w:tc>
          <w:tcPr>
            <w:tcW w:w="3097" w:type="dxa"/>
            <w:vAlign w:val="center"/>
          </w:tcPr>
          <w:p w14:paraId="07786AAB" w14:textId="49CCA6CF" w:rsidR="000454CB" w:rsidRPr="005366C1" w:rsidRDefault="000454CB" w:rsidP="00CC4D3D">
            <w:pPr>
              <w:rPr>
                <w:rFonts w:ascii="Times New Roman" w:hAnsi="Times New Roman" w:cs="Times New Roman"/>
                <w:color w:val="000000"/>
                <w:sz w:val="20"/>
                <w:szCs w:val="20"/>
              </w:rPr>
            </w:pPr>
            <w:r w:rsidRPr="005366C1">
              <w:rPr>
                <w:rFonts w:ascii="Times New Roman" w:hAnsi="Times New Roman" w:cs="Times New Roman"/>
                <w:color w:val="000000"/>
                <w:sz w:val="20"/>
                <w:szCs w:val="20"/>
              </w:rPr>
              <w:t>Well-being</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31A0E795" w14:textId="7D8E6165"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0.91</w:t>
            </w:r>
          </w:p>
        </w:tc>
        <w:tc>
          <w:tcPr>
            <w:tcW w:w="1203" w:type="dxa"/>
            <w:gridSpan w:val="2"/>
          </w:tcPr>
          <w:p w14:paraId="4F00ED36" w14:textId="2F8E9D84"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0.89</w:t>
            </w:r>
          </w:p>
        </w:tc>
        <w:tc>
          <w:tcPr>
            <w:tcW w:w="1485" w:type="dxa"/>
          </w:tcPr>
          <w:p w14:paraId="393B7B6C" w14:textId="283DB95C"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1.00</w:t>
            </w:r>
          </w:p>
        </w:tc>
      </w:tr>
      <w:tr w:rsidR="000454CB" w:rsidRPr="00FA773B" w14:paraId="045CF494" w14:textId="55850F27"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4"/>
        </w:trPr>
        <w:tc>
          <w:tcPr>
            <w:tcW w:w="3097" w:type="dxa"/>
            <w:vAlign w:val="center"/>
          </w:tcPr>
          <w:p w14:paraId="101543D9" w14:textId="698A477C" w:rsidR="000454CB" w:rsidRPr="005366C1" w:rsidRDefault="000454CB" w:rsidP="00CC4D3D">
            <w:pPr>
              <w:rPr>
                <w:rFonts w:ascii="Times New Roman" w:hAnsi="Times New Roman" w:cs="Times New Roman"/>
                <w:color w:val="000000"/>
                <w:sz w:val="20"/>
                <w:szCs w:val="20"/>
              </w:rPr>
            </w:pPr>
            <w:r w:rsidRPr="005366C1">
              <w:rPr>
                <w:rFonts w:ascii="Times New Roman" w:hAnsi="Times New Roman" w:cs="Times New Roman"/>
                <w:color w:val="000000"/>
                <w:sz w:val="20"/>
                <w:szCs w:val="20"/>
              </w:rPr>
              <w:t>Withdrawal</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4)</w:t>
            </w:r>
          </w:p>
        </w:tc>
        <w:tc>
          <w:tcPr>
            <w:tcW w:w="1235" w:type="dxa"/>
          </w:tcPr>
          <w:p w14:paraId="1AD8A5CA" w14:textId="09E648D0"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0.75</w:t>
            </w:r>
          </w:p>
        </w:tc>
        <w:tc>
          <w:tcPr>
            <w:tcW w:w="1203" w:type="dxa"/>
            <w:gridSpan w:val="2"/>
          </w:tcPr>
          <w:p w14:paraId="1983218A" w14:textId="0E9F71CE"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0.73</w:t>
            </w:r>
          </w:p>
        </w:tc>
        <w:tc>
          <w:tcPr>
            <w:tcW w:w="1485" w:type="dxa"/>
          </w:tcPr>
          <w:p w14:paraId="6CA3327E" w14:textId="39F3BF6F"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0.92</w:t>
            </w:r>
          </w:p>
        </w:tc>
      </w:tr>
      <w:tr w:rsidR="000454CB" w:rsidRPr="00FA773B" w14:paraId="2ABF9619" w14:textId="18E25C3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
        </w:trPr>
        <w:tc>
          <w:tcPr>
            <w:tcW w:w="3097" w:type="dxa"/>
            <w:vAlign w:val="center"/>
          </w:tcPr>
          <w:p w14:paraId="4AC5AC26" w14:textId="56509699" w:rsidR="000454CB" w:rsidRPr="005366C1" w:rsidRDefault="000454CB" w:rsidP="00CC4D3D">
            <w:pPr>
              <w:rPr>
                <w:rFonts w:ascii="Times New Roman" w:hAnsi="Times New Roman" w:cs="Times New Roman"/>
                <w:color w:val="000000"/>
                <w:sz w:val="20"/>
                <w:szCs w:val="20"/>
              </w:rPr>
            </w:pPr>
            <w:r w:rsidRPr="005366C1">
              <w:rPr>
                <w:rFonts w:ascii="Times New Roman" w:hAnsi="Times New Roman" w:cs="Times New Roman"/>
                <w:color w:val="000000"/>
                <w:sz w:val="20"/>
                <w:szCs w:val="20"/>
              </w:rPr>
              <w:t>Workaholism</w:t>
            </w:r>
            <w:r>
              <w:rPr>
                <w:rFonts w:ascii="Times New Roman" w:hAnsi="Times New Roman" w:cs="Times New Roman"/>
                <w:color w:val="000000"/>
                <w:sz w:val="20"/>
                <w:szCs w:val="20"/>
              </w:rPr>
              <w:t xml:space="preserve"> </w:t>
            </w:r>
            <w:r w:rsidRPr="009F211B">
              <w:rPr>
                <w:rFonts w:ascii="Times New Roman" w:hAnsi="Times New Roman" w:cs="Times New Roman"/>
                <w:i/>
                <w:iCs/>
                <w:color w:val="000000"/>
                <w:sz w:val="20"/>
                <w:szCs w:val="20"/>
              </w:rPr>
              <w:t>(</w:t>
            </w:r>
            <w:r>
              <w:rPr>
                <w:rFonts w:ascii="Times New Roman" w:hAnsi="Times New Roman" w:cs="Times New Roman"/>
                <w:i/>
                <w:iCs/>
                <w:color w:val="000000"/>
                <w:sz w:val="20"/>
                <w:szCs w:val="20"/>
              </w:rPr>
              <w:t>5)</w:t>
            </w:r>
          </w:p>
        </w:tc>
        <w:tc>
          <w:tcPr>
            <w:tcW w:w="1235" w:type="dxa"/>
          </w:tcPr>
          <w:p w14:paraId="1C6A07F2" w14:textId="4B4B4817"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0.89</w:t>
            </w:r>
          </w:p>
        </w:tc>
        <w:tc>
          <w:tcPr>
            <w:tcW w:w="1203" w:type="dxa"/>
            <w:gridSpan w:val="2"/>
          </w:tcPr>
          <w:p w14:paraId="602D61A7" w14:textId="6F5D987A"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0.87</w:t>
            </w:r>
          </w:p>
        </w:tc>
        <w:tc>
          <w:tcPr>
            <w:tcW w:w="1485" w:type="dxa"/>
          </w:tcPr>
          <w:p w14:paraId="3EF8F3C3" w14:textId="1818D2C1" w:rsidR="000454CB" w:rsidRPr="00FA773B" w:rsidRDefault="000454CB" w:rsidP="00AC5FF3">
            <w:pPr>
              <w:jc w:val="center"/>
              <w:rPr>
                <w:rFonts w:ascii="Times New Roman" w:hAnsi="Times New Roman" w:cs="Times New Roman"/>
                <w:sz w:val="20"/>
                <w:szCs w:val="20"/>
              </w:rPr>
            </w:pPr>
            <w:r w:rsidRPr="00FA773B">
              <w:rPr>
                <w:rFonts w:ascii="Times New Roman" w:hAnsi="Times New Roman" w:cs="Times New Roman"/>
                <w:sz w:val="20"/>
                <w:szCs w:val="20"/>
              </w:rPr>
              <w:t>0.99</w:t>
            </w:r>
          </w:p>
        </w:tc>
      </w:tr>
      <w:tr w:rsidR="000454CB" w:rsidRPr="00FA773B" w14:paraId="2068524A" w14:textId="051170A3"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4"/>
        </w:trPr>
        <w:tc>
          <w:tcPr>
            <w:tcW w:w="3097" w:type="dxa"/>
            <w:tcBorders>
              <w:bottom w:val="single" w:sz="4" w:space="0" w:color="auto"/>
            </w:tcBorders>
            <w:vAlign w:val="center"/>
          </w:tcPr>
          <w:p w14:paraId="2BD5C9D5" w14:textId="77777777" w:rsidR="000454CB" w:rsidRPr="005366C1" w:rsidRDefault="000454CB" w:rsidP="00CC4D3D">
            <w:pPr>
              <w:rPr>
                <w:rFonts w:ascii="Times New Roman" w:hAnsi="Times New Roman" w:cs="Times New Roman"/>
                <w:color w:val="000000"/>
                <w:sz w:val="20"/>
                <w:szCs w:val="20"/>
              </w:rPr>
            </w:pPr>
          </w:p>
        </w:tc>
        <w:tc>
          <w:tcPr>
            <w:tcW w:w="1235" w:type="dxa"/>
            <w:tcBorders>
              <w:bottom w:val="single" w:sz="4" w:space="0" w:color="auto"/>
            </w:tcBorders>
          </w:tcPr>
          <w:p w14:paraId="43ACB9CF" w14:textId="77777777" w:rsidR="000454CB" w:rsidRPr="00FA773B" w:rsidRDefault="000454CB" w:rsidP="00AC5FF3">
            <w:pPr>
              <w:jc w:val="center"/>
              <w:rPr>
                <w:rFonts w:ascii="Times New Roman" w:hAnsi="Times New Roman" w:cs="Times New Roman"/>
                <w:sz w:val="20"/>
                <w:szCs w:val="20"/>
              </w:rPr>
            </w:pPr>
          </w:p>
        </w:tc>
        <w:tc>
          <w:tcPr>
            <w:tcW w:w="1203" w:type="dxa"/>
            <w:gridSpan w:val="2"/>
            <w:tcBorders>
              <w:bottom w:val="single" w:sz="4" w:space="0" w:color="auto"/>
            </w:tcBorders>
          </w:tcPr>
          <w:p w14:paraId="2B5614CA" w14:textId="77777777" w:rsidR="000454CB" w:rsidRPr="00FA773B" w:rsidRDefault="000454CB" w:rsidP="00AC5FF3">
            <w:pPr>
              <w:jc w:val="center"/>
              <w:rPr>
                <w:rFonts w:ascii="Times New Roman" w:hAnsi="Times New Roman" w:cs="Times New Roman"/>
                <w:sz w:val="20"/>
                <w:szCs w:val="20"/>
              </w:rPr>
            </w:pPr>
          </w:p>
        </w:tc>
        <w:tc>
          <w:tcPr>
            <w:tcW w:w="1485" w:type="dxa"/>
            <w:tcBorders>
              <w:bottom w:val="single" w:sz="4" w:space="0" w:color="auto"/>
            </w:tcBorders>
          </w:tcPr>
          <w:p w14:paraId="091ACE26" w14:textId="77777777" w:rsidR="000454CB" w:rsidRPr="00FA773B" w:rsidRDefault="000454CB" w:rsidP="00AC5FF3">
            <w:pPr>
              <w:jc w:val="center"/>
              <w:rPr>
                <w:rFonts w:ascii="Times New Roman" w:hAnsi="Times New Roman" w:cs="Times New Roman"/>
                <w:sz w:val="20"/>
                <w:szCs w:val="20"/>
              </w:rPr>
            </w:pPr>
          </w:p>
        </w:tc>
      </w:tr>
      <w:tr w:rsidR="00CC4D3D" w:rsidRPr="00300F27" w14:paraId="6658C113" w14:textId="2E492AF0"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2"/>
        </w:trPr>
        <w:tc>
          <w:tcPr>
            <w:tcW w:w="3097" w:type="dxa"/>
            <w:tcBorders>
              <w:top w:val="single" w:sz="4" w:space="0" w:color="auto"/>
              <w:bottom w:val="single" w:sz="4" w:space="0" w:color="auto"/>
            </w:tcBorders>
            <w:vAlign w:val="center"/>
          </w:tcPr>
          <w:p w14:paraId="69C74688" w14:textId="26806936" w:rsidR="00CC4D3D" w:rsidRPr="00116A83" w:rsidRDefault="00CC4D3D" w:rsidP="00CC4D3D">
            <w:pPr>
              <w:rPr>
                <w:rFonts w:ascii="Times New Roman" w:hAnsi="Times New Roman" w:cs="Times New Roman"/>
                <w:b/>
                <w:bCs/>
                <w:i/>
                <w:iCs/>
                <w:color w:val="000000"/>
                <w:sz w:val="20"/>
                <w:szCs w:val="20"/>
              </w:rPr>
            </w:pPr>
            <w:r w:rsidRPr="00116A83">
              <w:rPr>
                <w:rFonts w:ascii="Times New Roman" w:hAnsi="Times New Roman" w:cs="Times New Roman"/>
                <w:b/>
                <w:bCs/>
                <w:i/>
                <w:iCs/>
                <w:color w:val="000000"/>
                <w:sz w:val="20"/>
                <w:szCs w:val="20"/>
              </w:rPr>
              <w:t>Momentary Measures</w:t>
            </w:r>
          </w:p>
        </w:tc>
        <w:tc>
          <w:tcPr>
            <w:tcW w:w="1763" w:type="dxa"/>
            <w:gridSpan w:val="2"/>
            <w:tcBorders>
              <w:top w:val="single" w:sz="4" w:space="0" w:color="auto"/>
              <w:bottom w:val="single" w:sz="4" w:space="0" w:color="auto"/>
            </w:tcBorders>
          </w:tcPr>
          <w:p w14:paraId="6A5552DC" w14:textId="057D5943" w:rsidR="00CC4D3D" w:rsidRPr="00A64DFC" w:rsidRDefault="00CC4D3D" w:rsidP="00CC4D3D">
            <w:pPr>
              <w:jc w:val="center"/>
              <w:rPr>
                <w:rFonts w:ascii="Times New Roman" w:hAnsi="Times New Roman" w:cs="Times New Roman"/>
                <w:sz w:val="20"/>
                <w:szCs w:val="20"/>
              </w:rPr>
            </w:pPr>
            <w:r w:rsidRPr="00A64DFC">
              <w:rPr>
                <w:rFonts w:ascii="Cambria Math" w:hAnsi="Cambria Math" w:cs="Cambria Math"/>
                <w:sz w:val="20"/>
                <w:szCs w:val="20"/>
              </w:rPr>
              <w:t>𝜔</w:t>
            </w:r>
            <w:r w:rsidRPr="00A64DFC">
              <w:rPr>
                <w:rFonts w:ascii="Times New Roman" w:hAnsi="Times New Roman" w:cs="Times New Roman"/>
                <w:i/>
                <w:iCs/>
                <w:sz w:val="20"/>
                <w:szCs w:val="20"/>
                <w:vertAlign w:val="subscript"/>
              </w:rPr>
              <w:t>within</w:t>
            </w:r>
          </w:p>
        </w:tc>
        <w:tc>
          <w:tcPr>
            <w:tcW w:w="2160" w:type="dxa"/>
            <w:gridSpan w:val="2"/>
            <w:tcBorders>
              <w:top w:val="single" w:sz="4" w:space="0" w:color="auto"/>
              <w:bottom w:val="single" w:sz="4" w:space="0" w:color="auto"/>
            </w:tcBorders>
          </w:tcPr>
          <w:p w14:paraId="4801143A" w14:textId="3F9A5F3D" w:rsidR="00CC4D3D" w:rsidRPr="00A64DFC" w:rsidRDefault="00CC4D3D" w:rsidP="00CC4D3D">
            <w:pPr>
              <w:jc w:val="center"/>
              <w:rPr>
                <w:rFonts w:ascii="Times New Roman" w:hAnsi="Times New Roman" w:cs="Times New Roman"/>
                <w:sz w:val="20"/>
                <w:szCs w:val="20"/>
              </w:rPr>
            </w:pPr>
            <w:r w:rsidRPr="00A64DFC">
              <w:rPr>
                <w:rFonts w:ascii="Cambria Math" w:hAnsi="Cambria Math" w:cs="Cambria Math"/>
                <w:sz w:val="20"/>
                <w:szCs w:val="20"/>
              </w:rPr>
              <w:t>𝜔</w:t>
            </w:r>
            <w:r w:rsidRPr="00A64DFC">
              <w:rPr>
                <w:rFonts w:ascii="Times New Roman" w:hAnsi="Times New Roman" w:cs="Times New Roman"/>
                <w:i/>
                <w:iCs/>
                <w:sz w:val="20"/>
                <w:szCs w:val="20"/>
                <w:vertAlign w:val="subscript"/>
              </w:rPr>
              <w:t>between</w:t>
            </w:r>
          </w:p>
        </w:tc>
      </w:tr>
      <w:tr w:rsidR="00CC4D3D" w:rsidRPr="00300F27" w14:paraId="75BFBDC2" w14:textId="584F4ED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3097" w:type="dxa"/>
            <w:tcBorders>
              <w:top w:val="single" w:sz="4" w:space="0" w:color="auto"/>
            </w:tcBorders>
            <w:vAlign w:val="center"/>
          </w:tcPr>
          <w:p w14:paraId="708F19FE" w14:textId="3936A69D" w:rsidR="00CC4D3D" w:rsidRPr="00A64DFC" w:rsidRDefault="00CC4D3D" w:rsidP="00CC4D3D">
            <w:pPr>
              <w:rPr>
                <w:rFonts w:ascii="Times New Roman" w:hAnsi="Times New Roman" w:cs="Times New Roman"/>
                <w:color w:val="000000"/>
                <w:sz w:val="20"/>
                <w:szCs w:val="20"/>
              </w:rPr>
            </w:pPr>
            <w:r w:rsidRPr="00A64DFC">
              <w:rPr>
                <w:rFonts w:ascii="Times New Roman" w:hAnsi="Times New Roman" w:cs="Times New Roman"/>
                <w:color w:val="000000"/>
                <w:sz w:val="20"/>
                <w:szCs w:val="20"/>
              </w:rPr>
              <w:t>Impulsivity</w:t>
            </w:r>
          </w:p>
        </w:tc>
        <w:tc>
          <w:tcPr>
            <w:tcW w:w="1763" w:type="dxa"/>
            <w:gridSpan w:val="2"/>
            <w:tcBorders>
              <w:top w:val="single" w:sz="4" w:space="0" w:color="auto"/>
            </w:tcBorders>
          </w:tcPr>
          <w:p w14:paraId="3CE51238" w14:textId="5002A57A" w:rsidR="00CC4D3D" w:rsidRDefault="00CC4D3D" w:rsidP="00CC4D3D">
            <w:pPr>
              <w:jc w:val="center"/>
              <w:rPr>
                <w:rFonts w:ascii="Times New Roman" w:hAnsi="Times New Roman" w:cs="Times New Roman"/>
                <w:sz w:val="20"/>
                <w:szCs w:val="20"/>
              </w:rPr>
            </w:pPr>
            <w:r w:rsidRPr="00A64DFC">
              <w:rPr>
                <w:rFonts w:ascii="Times New Roman" w:hAnsi="Times New Roman" w:cs="Times New Roman"/>
                <w:sz w:val="20"/>
                <w:szCs w:val="20"/>
              </w:rPr>
              <w:t>0.66</w:t>
            </w:r>
          </w:p>
        </w:tc>
        <w:tc>
          <w:tcPr>
            <w:tcW w:w="2160" w:type="dxa"/>
            <w:gridSpan w:val="2"/>
            <w:tcBorders>
              <w:top w:val="single" w:sz="4" w:space="0" w:color="auto"/>
            </w:tcBorders>
          </w:tcPr>
          <w:p w14:paraId="7590FABA" w14:textId="204479CF" w:rsidR="00CC4D3D" w:rsidRDefault="00CC4D3D" w:rsidP="00CC4D3D">
            <w:pPr>
              <w:jc w:val="center"/>
              <w:rPr>
                <w:rFonts w:ascii="Times New Roman" w:hAnsi="Times New Roman" w:cs="Times New Roman"/>
                <w:sz w:val="20"/>
                <w:szCs w:val="20"/>
              </w:rPr>
            </w:pPr>
            <w:r>
              <w:rPr>
                <w:rFonts w:ascii="Times New Roman" w:hAnsi="Times New Roman" w:cs="Times New Roman"/>
                <w:sz w:val="20"/>
                <w:szCs w:val="20"/>
              </w:rPr>
              <w:t>0</w:t>
            </w:r>
            <w:r w:rsidRPr="00A64DFC">
              <w:rPr>
                <w:rFonts w:ascii="Times New Roman" w:hAnsi="Times New Roman" w:cs="Times New Roman"/>
                <w:sz w:val="20"/>
                <w:szCs w:val="20"/>
              </w:rPr>
              <w:t>.9</w:t>
            </w:r>
            <w:r>
              <w:rPr>
                <w:rFonts w:ascii="Times New Roman" w:hAnsi="Times New Roman" w:cs="Times New Roman"/>
                <w:sz w:val="20"/>
                <w:szCs w:val="20"/>
              </w:rPr>
              <w:t>2</w:t>
            </w:r>
          </w:p>
        </w:tc>
      </w:tr>
      <w:tr w:rsidR="00CC4D3D" w:rsidRPr="00300F27" w14:paraId="22BE0E0D" w14:textId="54482A2B"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9"/>
        </w:trPr>
        <w:tc>
          <w:tcPr>
            <w:tcW w:w="3097" w:type="dxa"/>
            <w:tcBorders>
              <w:bottom w:val="single" w:sz="4" w:space="0" w:color="auto"/>
            </w:tcBorders>
            <w:vAlign w:val="center"/>
          </w:tcPr>
          <w:p w14:paraId="5B7A535A" w14:textId="76A8339E" w:rsidR="00CC4D3D" w:rsidRPr="00A64DFC" w:rsidRDefault="00CC4D3D" w:rsidP="00CC4D3D">
            <w:pPr>
              <w:rPr>
                <w:rFonts w:ascii="Times New Roman" w:hAnsi="Times New Roman" w:cs="Times New Roman"/>
                <w:color w:val="000000"/>
                <w:sz w:val="20"/>
                <w:szCs w:val="20"/>
              </w:rPr>
            </w:pPr>
            <w:r w:rsidRPr="00A64DFC">
              <w:rPr>
                <w:rFonts w:ascii="Times New Roman" w:hAnsi="Times New Roman" w:cs="Times New Roman"/>
                <w:color w:val="000000"/>
                <w:sz w:val="20"/>
                <w:szCs w:val="20"/>
              </w:rPr>
              <w:t>Empathy</w:t>
            </w:r>
          </w:p>
        </w:tc>
        <w:tc>
          <w:tcPr>
            <w:tcW w:w="1763" w:type="dxa"/>
            <w:gridSpan w:val="2"/>
            <w:tcBorders>
              <w:bottom w:val="single" w:sz="4" w:space="0" w:color="auto"/>
            </w:tcBorders>
          </w:tcPr>
          <w:p w14:paraId="7EDC9D60" w14:textId="0A7F2F6D" w:rsidR="00CC4D3D" w:rsidRDefault="00CC4D3D" w:rsidP="00CC4D3D">
            <w:pPr>
              <w:jc w:val="center"/>
              <w:rPr>
                <w:rFonts w:ascii="Times New Roman" w:hAnsi="Times New Roman" w:cs="Times New Roman"/>
                <w:sz w:val="20"/>
                <w:szCs w:val="20"/>
              </w:rPr>
            </w:pPr>
            <w:r>
              <w:rPr>
                <w:rFonts w:ascii="Times New Roman" w:hAnsi="Times New Roman" w:cs="Times New Roman"/>
                <w:sz w:val="20"/>
                <w:szCs w:val="20"/>
              </w:rPr>
              <w:t>0</w:t>
            </w:r>
            <w:r w:rsidRPr="00A64DFC">
              <w:rPr>
                <w:rFonts w:ascii="Times New Roman" w:hAnsi="Times New Roman" w:cs="Times New Roman"/>
                <w:sz w:val="20"/>
                <w:szCs w:val="20"/>
              </w:rPr>
              <w:t>.8</w:t>
            </w:r>
            <w:r>
              <w:rPr>
                <w:rFonts w:ascii="Times New Roman" w:hAnsi="Times New Roman" w:cs="Times New Roman"/>
                <w:sz w:val="20"/>
                <w:szCs w:val="20"/>
              </w:rPr>
              <w:t>6</w:t>
            </w:r>
          </w:p>
        </w:tc>
        <w:tc>
          <w:tcPr>
            <w:tcW w:w="2160" w:type="dxa"/>
            <w:gridSpan w:val="2"/>
            <w:tcBorders>
              <w:bottom w:val="single" w:sz="4" w:space="0" w:color="auto"/>
            </w:tcBorders>
          </w:tcPr>
          <w:p w14:paraId="6F8683CB" w14:textId="7E01BB15" w:rsidR="00CC4D3D" w:rsidRDefault="00CC4D3D" w:rsidP="00CC4D3D">
            <w:pPr>
              <w:jc w:val="center"/>
              <w:rPr>
                <w:rFonts w:ascii="Times New Roman" w:hAnsi="Times New Roman" w:cs="Times New Roman"/>
                <w:sz w:val="20"/>
                <w:szCs w:val="20"/>
              </w:rPr>
            </w:pPr>
            <w:r w:rsidRPr="00A64DFC">
              <w:rPr>
                <w:rFonts w:ascii="Times New Roman" w:hAnsi="Times New Roman" w:cs="Times New Roman"/>
                <w:sz w:val="20"/>
                <w:szCs w:val="20"/>
              </w:rPr>
              <w:t>0.93</w:t>
            </w:r>
          </w:p>
        </w:tc>
      </w:tr>
      <w:tr w:rsidR="00CC4D3D" w:rsidRPr="00300F27" w14:paraId="48BCA8E6" w14:textId="32AF1AE4" w:rsidTr="005F67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46"/>
        </w:trPr>
        <w:tc>
          <w:tcPr>
            <w:tcW w:w="7020" w:type="dxa"/>
            <w:gridSpan w:val="5"/>
            <w:tcBorders>
              <w:top w:val="single" w:sz="4" w:space="0" w:color="auto"/>
            </w:tcBorders>
            <w:vAlign w:val="center"/>
          </w:tcPr>
          <w:p w14:paraId="02A75E3F" w14:textId="6BCFA94B" w:rsidR="00CC4D3D" w:rsidRPr="009F211B" w:rsidRDefault="00CC4D3D" w:rsidP="00CC4D3D">
            <w:pPr>
              <w:rPr>
                <w:rFonts w:ascii="Times New Roman" w:hAnsi="Times New Roman" w:cs="Times New Roman"/>
                <w:sz w:val="20"/>
                <w:szCs w:val="20"/>
              </w:rPr>
            </w:pPr>
            <w:r w:rsidRPr="009F211B">
              <w:rPr>
                <w:rFonts w:ascii="Times New Roman" w:hAnsi="Times New Roman" w:cs="Times New Roman"/>
                <w:i/>
                <w:iCs/>
                <w:sz w:val="20"/>
                <w:szCs w:val="20"/>
              </w:rPr>
              <w:t>Note.</w:t>
            </w:r>
            <w:r>
              <w:rPr>
                <w:rFonts w:ascii="Times New Roman" w:hAnsi="Times New Roman" w:cs="Times New Roman"/>
                <w:sz w:val="20"/>
                <w:szCs w:val="20"/>
              </w:rPr>
              <w:t xml:space="preserve"> Number of items for each scale is reported in parentheses. </w:t>
            </w:r>
            <w:r w:rsidRPr="00DE40AD">
              <w:rPr>
                <w:rFonts w:ascii="Cambria Math" w:hAnsi="Cambria Math" w:cs="Cambria Math"/>
                <w:sz w:val="20"/>
                <w:szCs w:val="20"/>
              </w:rPr>
              <w:t xml:space="preserve"> 𝜔</w:t>
            </w:r>
            <w:r w:rsidRPr="00116A83">
              <w:rPr>
                <w:rFonts w:ascii="Times New Roman" w:hAnsi="Times New Roman" w:cs="Times New Roman"/>
                <w:i/>
                <w:iCs/>
                <w:sz w:val="20"/>
                <w:szCs w:val="20"/>
                <w:vertAlign w:val="subscript"/>
              </w:rPr>
              <w:t>h</w:t>
            </w:r>
            <w:r>
              <w:rPr>
                <w:rFonts w:ascii="Times New Roman" w:hAnsi="Times New Roman" w:cs="Times New Roman"/>
                <w:i/>
                <w:iCs/>
                <w:sz w:val="20"/>
                <w:szCs w:val="20"/>
                <w:vertAlign w:val="subscript"/>
              </w:rPr>
              <w:t xml:space="preserve"> </w:t>
            </w:r>
            <w:r>
              <w:rPr>
                <w:rFonts w:ascii="Times New Roman" w:hAnsi="Times New Roman" w:cs="Times New Roman"/>
                <w:sz w:val="20"/>
                <w:szCs w:val="20"/>
              </w:rPr>
              <w:t>is not defined and therefore is not reported for scales with &lt; 5 items.</w:t>
            </w:r>
          </w:p>
        </w:tc>
      </w:tr>
    </w:tbl>
    <w:p w14:paraId="0AC731ED" w14:textId="77777777" w:rsidR="002F03CB" w:rsidRDefault="002F03CB"/>
    <w:p w14:paraId="261779F8" w14:textId="77777777" w:rsidR="003B6EAA" w:rsidRDefault="003B6EAA"/>
    <w:p w14:paraId="6715F99B" w14:textId="77777777" w:rsidR="003B6EAA" w:rsidRDefault="003B6EAA"/>
    <w:p w14:paraId="03AD6486" w14:textId="77777777" w:rsidR="003B6EAA" w:rsidRDefault="003B6EAA" w:rsidP="003B6EAA">
      <w:pPr>
        <w:spacing w:line="480" w:lineRule="auto"/>
        <w:jc w:val="center"/>
        <w:rPr>
          <w:rFonts w:ascii="Times New Roman" w:hAnsi="Times New Roman" w:cs="Times New Roman"/>
          <w:b/>
          <w:bCs/>
        </w:rPr>
      </w:pPr>
    </w:p>
    <w:p w14:paraId="2DF61377" w14:textId="77777777" w:rsidR="003B6EAA" w:rsidRDefault="003B6EAA" w:rsidP="003B6EAA">
      <w:pPr>
        <w:spacing w:line="480" w:lineRule="auto"/>
        <w:jc w:val="center"/>
        <w:rPr>
          <w:rFonts w:ascii="Times New Roman" w:hAnsi="Times New Roman" w:cs="Times New Roman"/>
          <w:b/>
          <w:bCs/>
        </w:rPr>
      </w:pPr>
    </w:p>
    <w:p w14:paraId="54558B34" w14:textId="77777777" w:rsidR="003B6EAA" w:rsidRDefault="003B6EAA" w:rsidP="003B6EAA">
      <w:pPr>
        <w:spacing w:line="480" w:lineRule="auto"/>
        <w:jc w:val="center"/>
        <w:rPr>
          <w:rFonts w:ascii="Times New Roman" w:hAnsi="Times New Roman" w:cs="Times New Roman"/>
          <w:b/>
          <w:bCs/>
        </w:rPr>
      </w:pPr>
    </w:p>
    <w:p w14:paraId="70CA34F6" w14:textId="77777777" w:rsidR="003B6EAA" w:rsidRDefault="003B6EAA" w:rsidP="003B6EAA">
      <w:pPr>
        <w:spacing w:line="480" w:lineRule="auto"/>
        <w:jc w:val="center"/>
        <w:rPr>
          <w:rFonts w:ascii="Times New Roman" w:hAnsi="Times New Roman" w:cs="Times New Roman"/>
          <w:b/>
          <w:bCs/>
        </w:rPr>
      </w:pPr>
    </w:p>
    <w:p w14:paraId="185EB0DD" w14:textId="77777777" w:rsidR="003B6EAA" w:rsidRDefault="003B6EAA" w:rsidP="003B6EAA">
      <w:pPr>
        <w:spacing w:line="480" w:lineRule="auto"/>
        <w:jc w:val="center"/>
        <w:rPr>
          <w:rFonts w:ascii="Times New Roman" w:hAnsi="Times New Roman" w:cs="Times New Roman"/>
          <w:b/>
          <w:bCs/>
        </w:rPr>
      </w:pPr>
    </w:p>
    <w:p w14:paraId="03B3CC8E" w14:textId="77777777" w:rsidR="003B6EAA" w:rsidRDefault="003B6EAA" w:rsidP="003B6EAA">
      <w:pPr>
        <w:spacing w:line="480" w:lineRule="auto"/>
        <w:jc w:val="center"/>
        <w:rPr>
          <w:rFonts w:ascii="Times New Roman" w:hAnsi="Times New Roman" w:cs="Times New Roman"/>
          <w:b/>
          <w:bCs/>
        </w:rPr>
      </w:pPr>
    </w:p>
    <w:p w14:paraId="23BB14E4" w14:textId="77777777" w:rsidR="003B6EAA" w:rsidRDefault="003B6EAA" w:rsidP="003B6EAA">
      <w:pPr>
        <w:spacing w:line="480" w:lineRule="auto"/>
        <w:jc w:val="center"/>
        <w:rPr>
          <w:rFonts w:ascii="Times New Roman" w:hAnsi="Times New Roman" w:cs="Times New Roman"/>
          <w:b/>
          <w:bCs/>
        </w:rPr>
      </w:pPr>
    </w:p>
    <w:p w14:paraId="5B1D363C" w14:textId="77777777" w:rsidR="003B6EAA" w:rsidRDefault="003B6EAA" w:rsidP="003B6EAA">
      <w:pPr>
        <w:spacing w:line="480" w:lineRule="auto"/>
        <w:jc w:val="center"/>
        <w:rPr>
          <w:rFonts w:ascii="Times New Roman" w:hAnsi="Times New Roman" w:cs="Times New Roman"/>
          <w:b/>
          <w:bCs/>
        </w:rPr>
      </w:pPr>
    </w:p>
    <w:p w14:paraId="0AB6799C" w14:textId="77777777" w:rsidR="003B6EAA" w:rsidRDefault="003B6EAA" w:rsidP="003B6EAA">
      <w:pPr>
        <w:spacing w:line="480" w:lineRule="auto"/>
        <w:jc w:val="center"/>
        <w:rPr>
          <w:rFonts w:ascii="Times New Roman" w:hAnsi="Times New Roman" w:cs="Times New Roman"/>
          <w:b/>
          <w:bCs/>
        </w:rPr>
      </w:pPr>
    </w:p>
    <w:p w14:paraId="15641909" w14:textId="77777777" w:rsidR="003B6EAA" w:rsidRDefault="003B6EAA" w:rsidP="003B6EAA">
      <w:pPr>
        <w:spacing w:line="480" w:lineRule="auto"/>
        <w:jc w:val="center"/>
        <w:rPr>
          <w:rFonts w:ascii="Times New Roman" w:hAnsi="Times New Roman" w:cs="Times New Roman"/>
          <w:b/>
          <w:bCs/>
        </w:rPr>
      </w:pPr>
    </w:p>
    <w:p w14:paraId="3C212D0F" w14:textId="77777777" w:rsidR="003B6EAA" w:rsidRDefault="003B6EAA" w:rsidP="003B6EAA">
      <w:pPr>
        <w:spacing w:line="480" w:lineRule="auto"/>
        <w:jc w:val="center"/>
        <w:rPr>
          <w:rFonts w:ascii="Times New Roman" w:hAnsi="Times New Roman" w:cs="Times New Roman"/>
          <w:b/>
          <w:bCs/>
        </w:rPr>
      </w:pPr>
    </w:p>
    <w:p w14:paraId="5FCA7A87" w14:textId="77777777" w:rsidR="003B6EAA" w:rsidRDefault="003B6EAA" w:rsidP="003B6EAA">
      <w:pPr>
        <w:spacing w:line="480" w:lineRule="auto"/>
        <w:jc w:val="center"/>
        <w:rPr>
          <w:rFonts w:ascii="Times New Roman" w:hAnsi="Times New Roman" w:cs="Times New Roman"/>
          <w:b/>
          <w:bCs/>
        </w:rPr>
      </w:pPr>
    </w:p>
    <w:p w14:paraId="75CB8453" w14:textId="77777777" w:rsidR="003B6EAA" w:rsidRDefault="003B6EAA" w:rsidP="003B6EAA">
      <w:pPr>
        <w:spacing w:line="480" w:lineRule="auto"/>
        <w:jc w:val="center"/>
        <w:rPr>
          <w:rFonts w:ascii="Times New Roman" w:hAnsi="Times New Roman" w:cs="Times New Roman"/>
          <w:b/>
          <w:bCs/>
        </w:rPr>
      </w:pPr>
    </w:p>
    <w:p w14:paraId="4496ED51" w14:textId="77777777" w:rsidR="003B6EAA" w:rsidRDefault="003B6EAA"/>
    <w:p w14:paraId="32F7B9D5" w14:textId="77777777" w:rsidR="00F10FAD" w:rsidRDefault="00F10FAD"/>
    <w:p w14:paraId="210BB8C0" w14:textId="77777777" w:rsidR="00F10FAD" w:rsidRDefault="00F10FAD"/>
    <w:p w14:paraId="0607A321" w14:textId="77777777" w:rsidR="00F10FAD" w:rsidRDefault="00F10FAD"/>
    <w:p w14:paraId="0AF137B1" w14:textId="77777777" w:rsidR="00F10FAD" w:rsidRDefault="00F10FAD"/>
    <w:p w14:paraId="00ABCA4C" w14:textId="77777777" w:rsidR="00F10FAD" w:rsidRDefault="00F10FAD"/>
    <w:p w14:paraId="16CB17D7" w14:textId="77777777" w:rsidR="00F10FAD" w:rsidRDefault="00F10FAD"/>
    <w:p w14:paraId="27220D22" w14:textId="77777777" w:rsidR="00F10FAD" w:rsidRDefault="00F10FAD"/>
    <w:p w14:paraId="2A19B124" w14:textId="77777777" w:rsidR="00F10FAD" w:rsidRDefault="00F10FAD"/>
    <w:p w14:paraId="362EDDF9" w14:textId="77777777" w:rsidR="00F10FAD" w:rsidRDefault="00F10FAD"/>
    <w:p w14:paraId="7442EAA2" w14:textId="77777777" w:rsidR="00F10FAD" w:rsidRDefault="00F10FAD"/>
    <w:p w14:paraId="44EE1594" w14:textId="77777777" w:rsidR="00F10FAD" w:rsidRDefault="00F10FAD"/>
    <w:p w14:paraId="38517FC0" w14:textId="77777777" w:rsidR="00F10FAD" w:rsidRDefault="00F10FAD"/>
    <w:p w14:paraId="4942FC0C" w14:textId="77777777" w:rsidR="00F10FAD" w:rsidRDefault="00F10FAD"/>
    <w:p w14:paraId="18FC6838" w14:textId="77777777" w:rsidR="00F10FAD" w:rsidRDefault="00F10FAD"/>
    <w:p w14:paraId="25EFA207" w14:textId="77777777" w:rsidR="00F10FAD" w:rsidRDefault="00F10FAD"/>
    <w:tbl>
      <w:tblPr>
        <w:tblpPr w:leftFromText="180" w:rightFromText="180" w:vertAnchor="text" w:horzAnchor="page" w:tblpX="3815" w:tblpY="-1172"/>
        <w:tblW w:w="5197" w:type="dxa"/>
        <w:tblCellMar>
          <w:left w:w="0" w:type="dxa"/>
          <w:right w:w="0" w:type="dxa"/>
        </w:tblCellMar>
        <w:tblLook w:val="01E0" w:firstRow="1" w:lastRow="1" w:firstColumn="1" w:lastColumn="1" w:noHBand="0" w:noVBand="0"/>
      </w:tblPr>
      <w:tblGrid>
        <w:gridCol w:w="2968"/>
        <w:gridCol w:w="1209"/>
        <w:gridCol w:w="1020"/>
      </w:tblGrid>
      <w:tr w:rsidR="002F03CB" w:rsidRPr="003D6913" w14:paraId="244729B8" w14:textId="77777777" w:rsidTr="00266375">
        <w:trPr>
          <w:trHeight w:val="627"/>
        </w:trPr>
        <w:tc>
          <w:tcPr>
            <w:tcW w:w="5197" w:type="dxa"/>
            <w:gridSpan w:val="3"/>
            <w:tcBorders>
              <w:bottom w:val="single" w:sz="4" w:space="0" w:color="auto"/>
            </w:tcBorders>
          </w:tcPr>
          <w:p w14:paraId="66B1DD5D" w14:textId="77777777" w:rsidR="004B74BC" w:rsidRPr="004B74BC" w:rsidRDefault="002F03CB" w:rsidP="001C61B8">
            <w:pPr>
              <w:pStyle w:val="TableParagraph"/>
              <w:jc w:val="left"/>
              <w:rPr>
                <w:b/>
                <w:bCs/>
                <w:color w:val="000000" w:themeColor="text1"/>
              </w:rPr>
            </w:pPr>
            <w:r w:rsidRPr="004B74BC">
              <w:rPr>
                <w:b/>
                <w:bCs/>
                <w:color w:val="000000" w:themeColor="text1"/>
              </w:rPr>
              <w:lastRenderedPageBreak/>
              <w:t>Table S3</w:t>
            </w:r>
          </w:p>
          <w:p w14:paraId="4866A14F" w14:textId="1FCBEEF5" w:rsidR="002F03CB" w:rsidRPr="003D6913" w:rsidRDefault="002F03CB" w:rsidP="001C61B8">
            <w:pPr>
              <w:pStyle w:val="TableParagraph"/>
              <w:jc w:val="left"/>
            </w:pPr>
            <w:r w:rsidRPr="003D6913">
              <w:rPr>
                <w:i/>
                <w:iCs/>
                <w:color w:val="000000" w:themeColor="text1"/>
              </w:rPr>
              <w:t xml:space="preserve">Sample Demographic </w:t>
            </w:r>
            <w:r w:rsidRPr="003A1775">
              <w:rPr>
                <w:i/>
                <w:iCs/>
                <w:color w:val="000000" w:themeColor="text1"/>
              </w:rPr>
              <w:t>Information (N=6</w:t>
            </w:r>
            <w:r>
              <w:rPr>
                <w:i/>
                <w:iCs/>
                <w:color w:val="000000" w:themeColor="text1"/>
              </w:rPr>
              <w:t>37</w:t>
            </w:r>
            <w:r w:rsidRPr="003A1775">
              <w:rPr>
                <w:i/>
                <w:iCs/>
                <w:color w:val="000000" w:themeColor="text1"/>
              </w:rPr>
              <w:t>)</w:t>
            </w:r>
          </w:p>
        </w:tc>
      </w:tr>
      <w:tr w:rsidR="002F03CB" w:rsidRPr="003D6913" w14:paraId="75F81A8A" w14:textId="77777777" w:rsidTr="00DD6E77">
        <w:trPr>
          <w:trHeight w:val="241"/>
        </w:trPr>
        <w:tc>
          <w:tcPr>
            <w:tcW w:w="2968" w:type="dxa"/>
            <w:tcBorders>
              <w:top w:val="single" w:sz="4" w:space="0" w:color="auto"/>
              <w:bottom w:val="single" w:sz="8" w:space="0" w:color="000000"/>
            </w:tcBorders>
          </w:tcPr>
          <w:p w14:paraId="59183F66" w14:textId="77777777" w:rsidR="002F03CB" w:rsidRPr="003D6913" w:rsidRDefault="002F03CB" w:rsidP="001C61B8">
            <w:pPr>
              <w:pStyle w:val="TableParagraph"/>
              <w:ind w:left="122"/>
              <w:jc w:val="left"/>
            </w:pPr>
            <w:r w:rsidRPr="003D6913">
              <w:rPr>
                <w:spacing w:val="-2"/>
              </w:rPr>
              <w:t>Variable</w:t>
            </w:r>
          </w:p>
        </w:tc>
        <w:tc>
          <w:tcPr>
            <w:tcW w:w="1209" w:type="dxa"/>
            <w:tcBorders>
              <w:top w:val="single" w:sz="8" w:space="0" w:color="000000"/>
              <w:bottom w:val="single" w:sz="8" w:space="0" w:color="000000"/>
            </w:tcBorders>
          </w:tcPr>
          <w:p w14:paraId="124517CE" w14:textId="77777777" w:rsidR="002F03CB" w:rsidRPr="003D6913" w:rsidRDefault="002F03CB" w:rsidP="001C61B8">
            <w:pPr>
              <w:pStyle w:val="TableParagraph"/>
              <w:ind w:right="24"/>
              <w:rPr>
                <w:i/>
              </w:rPr>
            </w:pPr>
            <w:r w:rsidRPr="003D6913">
              <w:rPr>
                <w:i/>
              </w:rPr>
              <w:t>n</w:t>
            </w:r>
          </w:p>
        </w:tc>
        <w:tc>
          <w:tcPr>
            <w:tcW w:w="1020" w:type="dxa"/>
            <w:tcBorders>
              <w:top w:val="single" w:sz="8" w:space="0" w:color="000000"/>
              <w:bottom w:val="single" w:sz="8" w:space="0" w:color="000000"/>
            </w:tcBorders>
          </w:tcPr>
          <w:p w14:paraId="7FAEF4F3" w14:textId="77777777" w:rsidR="002F03CB" w:rsidRPr="003D6913" w:rsidRDefault="002F03CB" w:rsidP="001C61B8">
            <w:pPr>
              <w:pStyle w:val="TableParagraph"/>
              <w:ind w:right="375"/>
              <w:jc w:val="right"/>
              <w:rPr>
                <w:i/>
              </w:rPr>
            </w:pPr>
            <w:r w:rsidRPr="003D6913">
              <w:rPr>
                <w:i/>
              </w:rPr>
              <w:t>%</w:t>
            </w:r>
          </w:p>
        </w:tc>
      </w:tr>
      <w:tr w:rsidR="002F03CB" w:rsidRPr="003D6913" w14:paraId="5CDA1504" w14:textId="77777777" w:rsidTr="00DD6E77">
        <w:trPr>
          <w:trHeight w:val="529"/>
        </w:trPr>
        <w:tc>
          <w:tcPr>
            <w:tcW w:w="2968" w:type="dxa"/>
            <w:tcBorders>
              <w:top w:val="single" w:sz="8" w:space="0" w:color="000000"/>
            </w:tcBorders>
          </w:tcPr>
          <w:p w14:paraId="4A1F2189" w14:textId="77777777" w:rsidR="002F03CB" w:rsidRPr="003D6913" w:rsidRDefault="002F03CB" w:rsidP="001C61B8">
            <w:pPr>
              <w:pStyle w:val="TableParagraph"/>
              <w:ind w:left="122"/>
              <w:jc w:val="left"/>
              <w:rPr>
                <w:b/>
                <w:spacing w:val="-2"/>
              </w:rPr>
            </w:pPr>
          </w:p>
          <w:p w14:paraId="275652EC" w14:textId="77777777" w:rsidR="002F03CB" w:rsidRPr="003D6913" w:rsidRDefault="002F03CB" w:rsidP="001C61B8">
            <w:pPr>
              <w:pStyle w:val="TableParagraph"/>
              <w:ind w:left="122"/>
              <w:jc w:val="left"/>
              <w:rPr>
                <w:b/>
              </w:rPr>
            </w:pPr>
            <w:r w:rsidRPr="003D6913">
              <w:rPr>
                <w:b/>
                <w:spacing w:val="-2"/>
              </w:rPr>
              <w:t>Gender</w:t>
            </w:r>
          </w:p>
        </w:tc>
        <w:tc>
          <w:tcPr>
            <w:tcW w:w="1209" w:type="dxa"/>
            <w:tcBorders>
              <w:top w:val="single" w:sz="8" w:space="0" w:color="000000"/>
            </w:tcBorders>
          </w:tcPr>
          <w:p w14:paraId="35B7EC85" w14:textId="77777777" w:rsidR="002F03CB" w:rsidRPr="003D6913" w:rsidRDefault="002F03CB" w:rsidP="001C61B8">
            <w:pPr>
              <w:pStyle w:val="TableParagraph"/>
            </w:pPr>
          </w:p>
        </w:tc>
        <w:tc>
          <w:tcPr>
            <w:tcW w:w="1020" w:type="dxa"/>
            <w:tcBorders>
              <w:top w:val="single" w:sz="8" w:space="0" w:color="000000"/>
            </w:tcBorders>
          </w:tcPr>
          <w:p w14:paraId="6BF97A6A" w14:textId="77777777" w:rsidR="002F03CB" w:rsidRPr="003D6913" w:rsidRDefault="002F03CB" w:rsidP="001C61B8">
            <w:pPr>
              <w:pStyle w:val="TableParagraph"/>
            </w:pPr>
          </w:p>
        </w:tc>
      </w:tr>
      <w:tr w:rsidR="002F03CB" w:rsidRPr="003D6913" w14:paraId="47AAB433" w14:textId="77777777" w:rsidTr="00DD6E77">
        <w:trPr>
          <w:trHeight w:val="360"/>
        </w:trPr>
        <w:tc>
          <w:tcPr>
            <w:tcW w:w="2968" w:type="dxa"/>
          </w:tcPr>
          <w:p w14:paraId="3565127F" w14:textId="77777777" w:rsidR="002F03CB" w:rsidRPr="003D6913" w:rsidRDefault="002F03CB" w:rsidP="001C61B8">
            <w:pPr>
              <w:pStyle w:val="TableParagraph"/>
              <w:ind w:right="106"/>
              <w:jc w:val="left"/>
            </w:pPr>
            <w:r w:rsidRPr="003D6913">
              <w:rPr>
                <w:spacing w:val="-4"/>
              </w:rPr>
              <w:t>Male</w:t>
            </w:r>
          </w:p>
        </w:tc>
        <w:tc>
          <w:tcPr>
            <w:tcW w:w="1209" w:type="dxa"/>
          </w:tcPr>
          <w:p w14:paraId="01835607" w14:textId="1839BF64" w:rsidR="002F03CB" w:rsidRPr="003D6913" w:rsidRDefault="002F03CB" w:rsidP="001C61B8">
            <w:pPr>
              <w:pStyle w:val="TableParagraph"/>
              <w:ind w:left="242" w:right="266"/>
            </w:pPr>
            <w:r w:rsidRPr="00961241">
              <w:t>101</w:t>
            </w:r>
          </w:p>
        </w:tc>
        <w:tc>
          <w:tcPr>
            <w:tcW w:w="1020" w:type="dxa"/>
          </w:tcPr>
          <w:p w14:paraId="2687ED63" w14:textId="7A7018F2" w:rsidR="002F03CB" w:rsidRPr="003D6913" w:rsidRDefault="002F03CB" w:rsidP="001C61B8">
            <w:pPr>
              <w:pStyle w:val="TableParagraph"/>
            </w:pPr>
            <w:r w:rsidRPr="003D6913">
              <w:t>15.</w:t>
            </w:r>
            <w:r>
              <w:t>86</w:t>
            </w:r>
          </w:p>
        </w:tc>
      </w:tr>
      <w:tr w:rsidR="002F03CB" w:rsidRPr="003D6913" w14:paraId="7CEB1278" w14:textId="77777777" w:rsidTr="00DD6E77">
        <w:trPr>
          <w:trHeight w:val="351"/>
        </w:trPr>
        <w:tc>
          <w:tcPr>
            <w:tcW w:w="2968" w:type="dxa"/>
          </w:tcPr>
          <w:p w14:paraId="7ACFE792" w14:textId="77777777" w:rsidR="002F03CB" w:rsidRPr="003D6913" w:rsidRDefault="002F03CB" w:rsidP="001C61B8">
            <w:pPr>
              <w:pStyle w:val="TableParagraph"/>
              <w:ind w:right="106"/>
              <w:jc w:val="left"/>
            </w:pPr>
            <w:r w:rsidRPr="003D6913">
              <w:rPr>
                <w:spacing w:val="-2"/>
              </w:rPr>
              <w:t>Female</w:t>
            </w:r>
          </w:p>
        </w:tc>
        <w:tc>
          <w:tcPr>
            <w:tcW w:w="1209" w:type="dxa"/>
          </w:tcPr>
          <w:p w14:paraId="14F3C8DF" w14:textId="3979EFE7" w:rsidR="002F03CB" w:rsidRPr="003D6913" w:rsidRDefault="002F03CB" w:rsidP="001C61B8">
            <w:pPr>
              <w:pStyle w:val="TableParagraph"/>
              <w:ind w:left="242" w:right="266"/>
            </w:pPr>
            <w:r w:rsidRPr="00961241">
              <w:t>480</w:t>
            </w:r>
          </w:p>
        </w:tc>
        <w:tc>
          <w:tcPr>
            <w:tcW w:w="1020" w:type="dxa"/>
          </w:tcPr>
          <w:p w14:paraId="676DDE03" w14:textId="15F551A7" w:rsidR="002F03CB" w:rsidRPr="003D6913" w:rsidRDefault="002F03CB" w:rsidP="001C61B8">
            <w:pPr>
              <w:pStyle w:val="TableParagraph"/>
            </w:pPr>
            <w:r w:rsidRPr="003D6913">
              <w:t>75</w:t>
            </w:r>
            <w:r>
              <w:t>.35</w:t>
            </w:r>
          </w:p>
        </w:tc>
      </w:tr>
      <w:tr w:rsidR="002F03CB" w:rsidRPr="003D6913" w14:paraId="1D6AFD3E" w14:textId="77777777" w:rsidTr="00DD6E77">
        <w:trPr>
          <w:trHeight w:val="239"/>
        </w:trPr>
        <w:tc>
          <w:tcPr>
            <w:tcW w:w="2968" w:type="dxa"/>
          </w:tcPr>
          <w:p w14:paraId="61308FAF" w14:textId="77777777" w:rsidR="002F03CB" w:rsidRPr="003D6913" w:rsidRDefault="002F03CB" w:rsidP="001C61B8">
            <w:pPr>
              <w:pStyle w:val="TableParagraph"/>
              <w:ind w:right="102"/>
              <w:jc w:val="left"/>
            </w:pPr>
            <w:r w:rsidRPr="003D6913">
              <w:rPr>
                <w:spacing w:val="-2"/>
              </w:rPr>
              <w:t>Non-Binary/Third</w:t>
            </w:r>
            <w:r w:rsidRPr="003D6913">
              <w:rPr>
                <w:spacing w:val="17"/>
              </w:rPr>
              <w:t xml:space="preserve"> </w:t>
            </w:r>
            <w:r w:rsidRPr="003D6913">
              <w:rPr>
                <w:spacing w:val="-2"/>
              </w:rPr>
              <w:t>Gender</w:t>
            </w:r>
          </w:p>
        </w:tc>
        <w:tc>
          <w:tcPr>
            <w:tcW w:w="1209" w:type="dxa"/>
          </w:tcPr>
          <w:p w14:paraId="1F0523CA" w14:textId="7F4A3A3F" w:rsidR="002F03CB" w:rsidRPr="003D6913" w:rsidRDefault="002F03CB" w:rsidP="001C61B8">
            <w:pPr>
              <w:pStyle w:val="TableParagraph"/>
              <w:ind w:right="25"/>
            </w:pPr>
            <w:r>
              <w:t>56</w:t>
            </w:r>
          </w:p>
        </w:tc>
        <w:tc>
          <w:tcPr>
            <w:tcW w:w="1020" w:type="dxa"/>
          </w:tcPr>
          <w:p w14:paraId="233AAF7C" w14:textId="5DA98722" w:rsidR="002F03CB" w:rsidRPr="003D6913" w:rsidRDefault="002F03CB" w:rsidP="001C61B8">
            <w:pPr>
              <w:pStyle w:val="TableParagraph"/>
              <w:ind w:left="1"/>
            </w:pPr>
            <w:r>
              <w:t>8.79</w:t>
            </w:r>
          </w:p>
        </w:tc>
      </w:tr>
      <w:tr w:rsidR="002F03CB" w:rsidRPr="003D6913" w14:paraId="115533F6" w14:textId="77777777" w:rsidTr="00DD6E77">
        <w:trPr>
          <w:trHeight w:val="504"/>
        </w:trPr>
        <w:tc>
          <w:tcPr>
            <w:tcW w:w="2968" w:type="dxa"/>
          </w:tcPr>
          <w:p w14:paraId="2C81FB28" w14:textId="77777777" w:rsidR="002F03CB" w:rsidRPr="003D6913" w:rsidRDefault="002F03CB" w:rsidP="001C61B8">
            <w:pPr>
              <w:pStyle w:val="TableParagraph"/>
              <w:ind w:left="122"/>
              <w:jc w:val="left"/>
              <w:rPr>
                <w:b/>
                <w:spacing w:val="-2"/>
              </w:rPr>
            </w:pPr>
          </w:p>
          <w:p w14:paraId="118CF9E3" w14:textId="77777777" w:rsidR="002F03CB" w:rsidRPr="003D6913" w:rsidRDefault="002F03CB" w:rsidP="001C61B8">
            <w:pPr>
              <w:pStyle w:val="TableParagraph"/>
              <w:ind w:left="122"/>
              <w:jc w:val="left"/>
              <w:rPr>
                <w:b/>
              </w:rPr>
            </w:pPr>
            <w:r w:rsidRPr="003D6913">
              <w:rPr>
                <w:b/>
                <w:spacing w:val="-2"/>
              </w:rPr>
              <w:t>Race</w:t>
            </w:r>
          </w:p>
        </w:tc>
        <w:tc>
          <w:tcPr>
            <w:tcW w:w="1209" w:type="dxa"/>
          </w:tcPr>
          <w:p w14:paraId="685B3076" w14:textId="77777777" w:rsidR="002F03CB" w:rsidRPr="003D6913" w:rsidRDefault="002F03CB" w:rsidP="001C61B8">
            <w:pPr>
              <w:pStyle w:val="TableParagraph"/>
              <w:rPr>
                <w:highlight w:val="yellow"/>
              </w:rPr>
            </w:pPr>
          </w:p>
        </w:tc>
        <w:tc>
          <w:tcPr>
            <w:tcW w:w="1020" w:type="dxa"/>
          </w:tcPr>
          <w:p w14:paraId="0D5F0526" w14:textId="77777777" w:rsidR="002F03CB" w:rsidRPr="003D6913" w:rsidRDefault="002F03CB" w:rsidP="001C61B8">
            <w:pPr>
              <w:pStyle w:val="TableParagraph"/>
              <w:rPr>
                <w:highlight w:val="yellow"/>
              </w:rPr>
            </w:pPr>
          </w:p>
        </w:tc>
      </w:tr>
      <w:tr w:rsidR="002F03CB" w:rsidRPr="003D6913" w14:paraId="6F42830A" w14:textId="77777777" w:rsidTr="00DD6E77">
        <w:trPr>
          <w:trHeight w:val="342"/>
        </w:trPr>
        <w:tc>
          <w:tcPr>
            <w:tcW w:w="2968" w:type="dxa"/>
          </w:tcPr>
          <w:p w14:paraId="0CB71DD7" w14:textId="77777777" w:rsidR="002F03CB" w:rsidRPr="003D6913" w:rsidRDefault="002F03CB" w:rsidP="001C61B8">
            <w:pPr>
              <w:pStyle w:val="TableParagraph"/>
              <w:ind w:right="106"/>
              <w:jc w:val="left"/>
            </w:pPr>
            <w:r w:rsidRPr="003D6913">
              <w:rPr>
                <w:spacing w:val="-2"/>
              </w:rPr>
              <w:t>White</w:t>
            </w:r>
          </w:p>
        </w:tc>
        <w:tc>
          <w:tcPr>
            <w:tcW w:w="1209" w:type="dxa"/>
          </w:tcPr>
          <w:p w14:paraId="680080CB" w14:textId="4BB2141E" w:rsidR="002F03CB" w:rsidRPr="003D6913" w:rsidRDefault="002F03CB" w:rsidP="001C61B8">
            <w:pPr>
              <w:pStyle w:val="TableParagraph"/>
              <w:ind w:left="242" w:right="266"/>
            </w:pPr>
            <w:r w:rsidRPr="00AC79E8">
              <w:rPr>
                <w:spacing w:val="-5"/>
              </w:rPr>
              <w:t>513</w:t>
            </w:r>
          </w:p>
        </w:tc>
        <w:tc>
          <w:tcPr>
            <w:tcW w:w="1020" w:type="dxa"/>
          </w:tcPr>
          <w:p w14:paraId="7659D4B8" w14:textId="09BAAAE7" w:rsidR="002F03CB" w:rsidRPr="003D6913" w:rsidRDefault="002F03CB" w:rsidP="001C61B8">
            <w:pPr>
              <w:pStyle w:val="TableParagraph"/>
            </w:pPr>
            <w:r w:rsidRPr="003D6913">
              <w:rPr>
                <w:spacing w:val="-4"/>
              </w:rPr>
              <w:t>8</w:t>
            </w:r>
            <w:r>
              <w:rPr>
                <w:spacing w:val="-4"/>
              </w:rPr>
              <w:t>0.53</w:t>
            </w:r>
          </w:p>
        </w:tc>
      </w:tr>
      <w:tr w:rsidR="002F03CB" w:rsidRPr="003D6913" w14:paraId="4C7D3DDD" w14:textId="77777777" w:rsidTr="00DD6E77">
        <w:trPr>
          <w:trHeight w:val="365"/>
        </w:trPr>
        <w:tc>
          <w:tcPr>
            <w:tcW w:w="2968" w:type="dxa"/>
          </w:tcPr>
          <w:p w14:paraId="65A9FB8F" w14:textId="77777777" w:rsidR="002F03CB" w:rsidRPr="003D6913" w:rsidRDefault="002F03CB" w:rsidP="001C61B8">
            <w:pPr>
              <w:pStyle w:val="TableParagraph"/>
              <w:ind w:right="103"/>
              <w:jc w:val="left"/>
            </w:pPr>
            <w:r w:rsidRPr="003D6913">
              <w:t>Black</w:t>
            </w:r>
            <w:r w:rsidRPr="003D6913">
              <w:rPr>
                <w:spacing w:val="-4"/>
              </w:rPr>
              <w:t xml:space="preserve"> </w:t>
            </w:r>
            <w:r w:rsidRPr="003D6913">
              <w:t>or</w:t>
            </w:r>
            <w:r w:rsidRPr="003D6913">
              <w:rPr>
                <w:spacing w:val="-6"/>
              </w:rPr>
              <w:t xml:space="preserve"> </w:t>
            </w:r>
            <w:r w:rsidRPr="003D6913">
              <w:t>African</w:t>
            </w:r>
            <w:r w:rsidRPr="003D6913">
              <w:rPr>
                <w:spacing w:val="-4"/>
              </w:rPr>
              <w:t xml:space="preserve"> </w:t>
            </w:r>
            <w:r w:rsidRPr="003D6913">
              <w:rPr>
                <w:spacing w:val="-2"/>
              </w:rPr>
              <w:t>American</w:t>
            </w:r>
          </w:p>
        </w:tc>
        <w:tc>
          <w:tcPr>
            <w:tcW w:w="1209" w:type="dxa"/>
          </w:tcPr>
          <w:p w14:paraId="45249090" w14:textId="593B17E3" w:rsidR="002F03CB" w:rsidRPr="003D6913" w:rsidRDefault="002F03CB" w:rsidP="001C61B8">
            <w:pPr>
              <w:pStyle w:val="TableParagraph"/>
              <w:ind w:left="242" w:right="266"/>
            </w:pPr>
            <w:r w:rsidRPr="00AC79E8">
              <w:t>39</w:t>
            </w:r>
          </w:p>
        </w:tc>
        <w:tc>
          <w:tcPr>
            <w:tcW w:w="1020" w:type="dxa"/>
          </w:tcPr>
          <w:p w14:paraId="26CAC892" w14:textId="4B10539A" w:rsidR="002F03CB" w:rsidRPr="003D6913" w:rsidRDefault="002F03CB" w:rsidP="001C61B8">
            <w:pPr>
              <w:pStyle w:val="TableParagraph"/>
            </w:pPr>
            <w:r>
              <w:rPr>
                <w:spacing w:val="-4"/>
              </w:rPr>
              <w:t>6.12</w:t>
            </w:r>
          </w:p>
        </w:tc>
      </w:tr>
      <w:tr w:rsidR="002F03CB" w:rsidRPr="003D6913" w14:paraId="1FBDD6FA" w14:textId="77777777" w:rsidTr="00DD6E77">
        <w:trPr>
          <w:trHeight w:val="360"/>
        </w:trPr>
        <w:tc>
          <w:tcPr>
            <w:tcW w:w="2968" w:type="dxa"/>
          </w:tcPr>
          <w:p w14:paraId="7BBB234B" w14:textId="77777777" w:rsidR="002F03CB" w:rsidRPr="003D6913" w:rsidRDefault="002F03CB" w:rsidP="001C61B8">
            <w:pPr>
              <w:pStyle w:val="TableParagraph"/>
              <w:ind w:right="103"/>
              <w:jc w:val="left"/>
            </w:pPr>
            <w:r w:rsidRPr="003D6913">
              <w:rPr>
                <w:spacing w:val="-2"/>
              </w:rPr>
              <w:t>East Asian</w:t>
            </w:r>
          </w:p>
        </w:tc>
        <w:tc>
          <w:tcPr>
            <w:tcW w:w="1209" w:type="dxa"/>
          </w:tcPr>
          <w:p w14:paraId="5545F68C" w14:textId="4C64299D" w:rsidR="002F03CB" w:rsidRPr="003D6913" w:rsidRDefault="002F03CB" w:rsidP="001C61B8">
            <w:pPr>
              <w:pStyle w:val="TableParagraph"/>
              <w:ind w:left="242" w:right="266"/>
            </w:pPr>
            <w:r w:rsidRPr="00AC79E8">
              <w:rPr>
                <w:spacing w:val="-5"/>
              </w:rPr>
              <w:t>23</w:t>
            </w:r>
          </w:p>
        </w:tc>
        <w:tc>
          <w:tcPr>
            <w:tcW w:w="1020" w:type="dxa"/>
          </w:tcPr>
          <w:p w14:paraId="78102DE6" w14:textId="399D50BD" w:rsidR="002F03CB" w:rsidRPr="003D6913" w:rsidRDefault="002F03CB" w:rsidP="001C61B8">
            <w:pPr>
              <w:pStyle w:val="TableParagraph"/>
            </w:pPr>
            <w:r w:rsidRPr="003D6913">
              <w:t>3.</w:t>
            </w:r>
            <w:r>
              <w:t>61</w:t>
            </w:r>
          </w:p>
        </w:tc>
      </w:tr>
      <w:tr w:rsidR="002F03CB" w:rsidRPr="003D6913" w14:paraId="38AF9EB5" w14:textId="77777777" w:rsidTr="00DD6E77">
        <w:trPr>
          <w:trHeight w:val="360"/>
        </w:trPr>
        <w:tc>
          <w:tcPr>
            <w:tcW w:w="2968" w:type="dxa"/>
          </w:tcPr>
          <w:p w14:paraId="50ED096A" w14:textId="77777777" w:rsidR="002F03CB" w:rsidRPr="003D6913" w:rsidRDefault="002F03CB" w:rsidP="001C61B8">
            <w:pPr>
              <w:pStyle w:val="TableParagraph"/>
              <w:ind w:right="103"/>
              <w:jc w:val="left"/>
              <w:rPr>
                <w:spacing w:val="-2"/>
              </w:rPr>
            </w:pPr>
            <w:r w:rsidRPr="003D6913">
              <w:rPr>
                <w:spacing w:val="-2"/>
              </w:rPr>
              <w:t>South Asian</w:t>
            </w:r>
          </w:p>
        </w:tc>
        <w:tc>
          <w:tcPr>
            <w:tcW w:w="1209" w:type="dxa"/>
          </w:tcPr>
          <w:p w14:paraId="308F041F" w14:textId="632F414B" w:rsidR="002F03CB" w:rsidRPr="003D6913" w:rsidRDefault="002F03CB" w:rsidP="001C61B8">
            <w:pPr>
              <w:pStyle w:val="TableParagraph"/>
              <w:ind w:left="242" w:right="266"/>
              <w:rPr>
                <w:spacing w:val="-5"/>
              </w:rPr>
            </w:pPr>
            <w:r w:rsidRPr="00AC79E8">
              <w:rPr>
                <w:spacing w:val="-5"/>
              </w:rPr>
              <w:t>19</w:t>
            </w:r>
          </w:p>
        </w:tc>
        <w:tc>
          <w:tcPr>
            <w:tcW w:w="1020" w:type="dxa"/>
          </w:tcPr>
          <w:p w14:paraId="799DE037" w14:textId="26E8C3E6" w:rsidR="002F03CB" w:rsidRPr="003D6913" w:rsidRDefault="002F03CB" w:rsidP="001C61B8">
            <w:pPr>
              <w:pStyle w:val="TableParagraph"/>
              <w:ind w:right="277"/>
              <w:rPr>
                <w:spacing w:val="-4"/>
              </w:rPr>
            </w:pPr>
            <w:r w:rsidRPr="003D6913">
              <w:rPr>
                <w:spacing w:val="-4"/>
              </w:rPr>
              <w:t xml:space="preserve">     2.</w:t>
            </w:r>
            <w:r>
              <w:rPr>
                <w:spacing w:val="-4"/>
              </w:rPr>
              <w:t>98</w:t>
            </w:r>
          </w:p>
        </w:tc>
      </w:tr>
      <w:tr w:rsidR="002F03CB" w:rsidRPr="003D6913" w14:paraId="041F3FBB" w14:textId="77777777" w:rsidTr="00DD6E77">
        <w:trPr>
          <w:trHeight w:val="356"/>
        </w:trPr>
        <w:tc>
          <w:tcPr>
            <w:tcW w:w="2968" w:type="dxa"/>
          </w:tcPr>
          <w:p w14:paraId="446861D7" w14:textId="77777777" w:rsidR="002F03CB" w:rsidRPr="003D6913" w:rsidRDefault="002F03CB" w:rsidP="001C61B8">
            <w:pPr>
              <w:pStyle w:val="TableParagraph"/>
              <w:ind w:right="102"/>
              <w:jc w:val="left"/>
            </w:pPr>
            <w:r w:rsidRPr="003D6913">
              <w:t>American</w:t>
            </w:r>
            <w:r w:rsidRPr="003D6913">
              <w:rPr>
                <w:spacing w:val="-5"/>
              </w:rPr>
              <w:t xml:space="preserve"> </w:t>
            </w:r>
            <w:r w:rsidRPr="003D6913">
              <w:t>Indian</w:t>
            </w:r>
            <w:r w:rsidRPr="003D6913">
              <w:rPr>
                <w:spacing w:val="-4"/>
              </w:rPr>
              <w:t xml:space="preserve"> </w:t>
            </w:r>
            <w:r w:rsidRPr="003D6913">
              <w:t>or</w:t>
            </w:r>
            <w:r w:rsidRPr="003D6913">
              <w:rPr>
                <w:spacing w:val="-7"/>
              </w:rPr>
              <w:t xml:space="preserve"> </w:t>
            </w:r>
            <w:r w:rsidRPr="003D6913">
              <w:t>Alaskan</w:t>
            </w:r>
            <w:r w:rsidRPr="003D6913">
              <w:rPr>
                <w:spacing w:val="-7"/>
              </w:rPr>
              <w:t xml:space="preserve"> </w:t>
            </w:r>
            <w:r w:rsidRPr="003D6913">
              <w:rPr>
                <w:spacing w:val="-2"/>
              </w:rPr>
              <w:t>Native</w:t>
            </w:r>
          </w:p>
        </w:tc>
        <w:tc>
          <w:tcPr>
            <w:tcW w:w="1209" w:type="dxa"/>
          </w:tcPr>
          <w:p w14:paraId="737E5802" w14:textId="77777777" w:rsidR="002F03CB" w:rsidRPr="003D6913" w:rsidRDefault="002F03CB" w:rsidP="001C61B8">
            <w:pPr>
              <w:pStyle w:val="TableParagraph"/>
              <w:ind w:right="24"/>
            </w:pPr>
            <w:r w:rsidRPr="003D6913">
              <w:t>1</w:t>
            </w:r>
          </w:p>
        </w:tc>
        <w:tc>
          <w:tcPr>
            <w:tcW w:w="1020" w:type="dxa"/>
          </w:tcPr>
          <w:p w14:paraId="51033BF0" w14:textId="4AB00660" w:rsidR="002F03CB" w:rsidRPr="003D6913" w:rsidRDefault="002F03CB" w:rsidP="001C61B8">
            <w:pPr>
              <w:pStyle w:val="TableParagraph"/>
              <w:ind w:right="330"/>
              <w:jc w:val="right"/>
            </w:pPr>
            <w:r w:rsidRPr="003D6913">
              <w:t>0.1</w:t>
            </w:r>
            <w:r>
              <w:t>6</w:t>
            </w:r>
          </w:p>
        </w:tc>
      </w:tr>
      <w:tr w:rsidR="002F03CB" w:rsidRPr="003D6913" w14:paraId="227707F0" w14:textId="77777777" w:rsidTr="00DD6E77">
        <w:trPr>
          <w:trHeight w:val="257"/>
        </w:trPr>
        <w:tc>
          <w:tcPr>
            <w:tcW w:w="2968" w:type="dxa"/>
          </w:tcPr>
          <w:p w14:paraId="3DDC9EBC" w14:textId="77777777" w:rsidR="002F03CB" w:rsidRPr="003D6913" w:rsidRDefault="002F03CB" w:rsidP="001C61B8">
            <w:pPr>
              <w:pStyle w:val="TableParagraph"/>
              <w:jc w:val="left"/>
            </w:pPr>
            <w:r w:rsidRPr="003D6913">
              <w:t>Native</w:t>
            </w:r>
            <w:r w:rsidRPr="003D6913">
              <w:rPr>
                <w:spacing w:val="-8"/>
              </w:rPr>
              <w:t xml:space="preserve"> </w:t>
            </w:r>
            <w:r w:rsidRPr="003D6913">
              <w:t>Hawaiian</w:t>
            </w:r>
            <w:r w:rsidRPr="003D6913">
              <w:rPr>
                <w:spacing w:val="-4"/>
              </w:rPr>
              <w:t xml:space="preserve"> </w:t>
            </w:r>
            <w:r w:rsidRPr="003D6913">
              <w:t>or</w:t>
            </w:r>
            <w:r w:rsidRPr="003D6913">
              <w:rPr>
                <w:spacing w:val="-8"/>
              </w:rPr>
              <w:t xml:space="preserve"> </w:t>
            </w:r>
            <w:r w:rsidRPr="003D6913">
              <w:t>Other</w:t>
            </w:r>
            <w:r w:rsidRPr="003D6913">
              <w:rPr>
                <w:spacing w:val="-5"/>
              </w:rPr>
              <w:t xml:space="preserve"> </w:t>
            </w:r>
            <w:r w:rsidRPr="003D6913">
              <w:t>Pacific</w:t>
            </w:r>
            <w:r w:rsidRPr="003D6913">
              <w:rPr>
                <w:spacing w:val="-4"/>
              </w:rPr>
              <w:t xml:space="preserve"> </w:t>
            </w:r>
            <w:r w:rsidRPr="003D6913">
              <w:rPr>
                <w:spacing w:val="-2"/>
              </w:rPr>
              <w:t>Islander</w:t>
            </w:r>
          </w:p>
        </w:tc>
        <w:tc>
          <w:tcPr>
            <w:tcW w:w="1209" w:type="dxa"/>
          </w:tcPr>
          <w:p w14:paraId="53C255CE" w14:textId="77777777" w:rsidR="002F03CB" w:rsidRPr="003D6913" w:rsidRDefault="002F03CB" w:rsidP="001C61B8">
            <w:pPr>
              <w:pStyle w:val="TableParagraph"/>
              <w:ind w:right="24"/>
            </w:pPr>
            <w:r w:rsidRPr="003D6913">
              <w:t>0</w:t>
            </w:r>
          </w:p>
        </w:tc>
        <w:tc>
          <w:tcPr>
            <w:tcW w:w="1020" w:type="dxa"/>
          </w:tcPr>
          <w:p w14:paraId="6162B2ED" w14:textId="77777777" w:rsidR="002F03CB" w:rsidRPr="003D6913" w:rsidRDefault="002F03CB" w:rsidP="001C61B8">
            <w:pPr>
              <w:pStyle w:val="TableParagraph"/>
              <w:ind w:right="330"/>
            </w:pPr>
            <w:r w:rsidRPr="003D6913">
              <w:t xml:space="preserve">        0</w:t>
            </w:r>
          </w:p>
        </w:tc>
      </w:tr>
      <w:tr w:rsidR="002F03CB" w:rsidRPr="003D6913" w14:paraId="1DB359A3" w14:textId="77777777" w:rsidTr="00DD6E77">
        <w:trPr>
          <w:trHeight w:val="333"/>
        </w:trPr>
        <w:tc>
          <w:tcPr>
            <w:tcW w:w="2968" w:type="dxa"/>
          </w:tcPr>
          <w:p w14:paraId="4B7853DC" w14:textId="77777777" w:rsidR="002F03CB" w:rsidRPr="003D6913" w:rsidRDefault="002F03CB" w:rsidP="001C61B8">
            <w:pPr>
              <w:pStyle w:val="TableParagraph"/>
              <w:ind w:right="102"/>
              <w:jc w:val="left"/>
            </w:pPr>
            <w:r w:rsidRPr="003D6913">
              <w:rPr>
                <w:spacing w:val="-2"/>
              </w:rPr>
              <w:t>Other</w:t>
            </w:r>
          </w:p>
        </w:tc>
        <w:tc>
          <w:tcPr>
            <w:tcW w:w="1209" w:type="dxa"/>
          </w:tcPr>
          <w:p w14:paraId="6235F84F" w14:textId="5DF17713" w:rsidR="002F03CB" w:rsidRPr="003D6913" w:rsidRDefault="002F03CB" w:rsidP="001C61B8">
            <w:pPr>
              <w:pStyle w:val="TableParagraph"/>
              <w:ind w:right="25"/>
            </w:pPr>
            <w:r w:rsidRPr="00410347">
              <w:t>11</w:t>
            </w:r>
          </w:p>
        </w:tc>
        <w:tc>
          <w:tcPr>
            <w:tcW w:w="1020" w:type="dxa"/>
          </w:tcPr>
          <w:p w14:paraId="4B83E34A" w14:textId="13720AD1" w:rsidR="002F03CB" w:rsidRPr="003D6913" w:rsidRDefault="002F03CB" w:rsidP="001C61B8">
            <w:pPr>
              <w:pStyle w:val="TableParagraph"/>
              <w:ind w:left="1"/>
            </w:pPr>
            <w:r w:rsidRPr="003D6913">
              <w:t>1.</w:t>
            </w:r>
            <w:r>
              <w:t>73</w:t>
            </w:r>
          </w:p>
        </w:tc>
      </w:tr>
      <w:tr w:rsidR="002F03CB" w:rsidRPr="003D6913" w14:paraId="5C09425C" w14:textId="77777777" w:rsidTr="00DD6E77">
        <w:trPr>
          <w:trHeight w:val="369"/>
        </w:trPr>
        <w:tc>
          <w:tcPr>
            <w:tcW w:w="2968" w:type="dxa"/>
          </w:tcPr>
          <w:p w14:paraId="04828E32" w14:textId="77777777" w:rsidR="002F03CB" w:rsidRPr="003D6913" w:rsidRDefault="002F03CB" w:rsidP="001C61B8">
            <w:pPr>
              <w:pStyle w:val="TableParagraph"/>
              <w:ind w:right="106"/>
              <w:jc w:val="left"/>
            </w:pPr>
            <w:r w:rsidRPr="003D6913">
              <w:rPr>
                <w:spacing w:val="-2"/>
              </w:rPr>
              <w:t>Multiracial</w:t>
            </w:r>
          </w:p>
        </w:tc>
        <w:tc>
          <w:tcPr>
            <w:tcW w:w="1209" w:type="dxa"/>
          </w:tcPr>
          <w:p w14:paraId="1F95CEAF" w14:textId="1915B185" w:rsidR="002F03CB" w:rsidRPr="003D6913" w:rsidRDefault="002F03CB" w:rsidP="001C61B8">
            <w:pPr>
              <w:pStyle w:val="TableParagraph"/>
              <w:ind w:left="242" w:right="266"/>
            </w:pPr>
            <w:r>
              <w:t>31</w:t>
            </w:r>
          </w:p>
        </w:tc>
        <w:tc>
          <w:tcPr>
            <w:tcW w:w="1020" w:type="dxa"/>
          </w:tcPr>
          <w:p w14:paraId="5126E418" w14:textId="7047FAA1" w:rsidR="002F03CB" w:rsidRPr="003D6913" w:rsidRDefault="002F03CB" w:rsidP="001C61B8">
            <w:pPr>
              <w:pStyle w:val="TableParagraph"/>
              <w:ind w:right="277"/>
            </w:pPr>
            <w:r w:rsidRPr="003D6913">
              <w:rPr>
                <w:spacing w:val="-4"/>
              </w:rPr>
              <w:t xml:space="preserve">     </w:t>
            </w:r>
            <w:r>
              <w:rPr>
                <w:spacing w:val="-4"/>
              </w:rPr>
              <w:t>4.87</w:t>
            </w:r>
            <w:r w:rsidRPr="003D6913">
              <w:rPr>
                <w:spacing w:val="-4"/>
              </w:rPr>
              <w:t xml:space="preserve"> </w:t>
            </w:r>
          </w:p>
        </w:tc>
      </w:tr>
      <w:tr w:rsidR="002F03CB" w:rsidRPr="003D6913" w14:paraId="4F96A8A1" w14:textId="77777777" w:rsidTr="00DD6E77">
        <w:trPr>
          <w:trHeight w:val="513"/>
        </w:trPr>
        <w:tc>
          <w:tcPr>
            <w:tcW w:w="2968" w:type="dxa"/>
          </w:tcPr>
          <w:p w14:paraId="6A43B4DC" w14:textId="77777777" w:rsidR="002F03CB" w:rsidRPr="003D6913" w:rsidRDefault="002F03CB" w:rsidP="001C61B8">
            <w:pPr>
              <w:pStyle w:val="TableParagraph"/>
              <w:ind w:left="122"/>
              <w:jc w:val="left"/>
              <w:rPr>
                <w:b/>
                <w:spacing w:val="-2"/>
              </w:rPr>
            </w:pPr>
          </w:p>
          <w:p w14:paraId="427E5C46" w14:textId="77777777" w:rsidR="002F03CB" w:rsidRPr="003D6913" w:rsidRDefault="002F03CB" w:rsidP="001C61B8">
            <w:pPr>
              <w:pStyle w:val="TableParagraph"/>
              <w:ind w:left="122"/>
              <w:jc w:val="left"/>
              <w:rPr>
                <w:b/>
              </w:rPr>
            </w:pPr>
            <w:r w:rsidRPr="003D6913">
              <w:rPr>
                <w:b/>
                <w:spacing w:val="-2"/>
              </w:rPr>
              <w:t>Ethnicity</w:t>
            </w:r>
          </w:p>
        </w:tc>
        <w:tc>
          <w:tcPr>
            <w:tcW w:w="1209" w:type="dxa"/>
          </w:tcPr>
          <w:p w14:paraId="04A6C90B" w14:textId="77777777" w:rsidR="002F03CB" w:rsidRPr="003D6913" w:rsidRDefault="002F03CB" w:rsidP="001C61B8">
            <w:pPr>
              <w:pStyle w:val="TableParagraph"/>
              <w:rPr>
                <w:highlight w:val="yellow"/>
              </w:rPr>
            </w:pPr>
          </w:p>
        </w:tc>
        <w:tc>
          <w:tcPr>
            <w:tcW w:w="1020" w:type="dxa"/>
          </w:tcPr>
          <w:p w14:paraId="0D7B55C9" w14:textId="77777777" w:rsidR="002F03CB" w:rsidRPr="003D6913" w:rsidRDefault="002F03CB" w:rsidP="001C61B8">
            <w:pPr>
              <w:pStyle w:val="TableParagraph"/>
              <w:jc w:val="right"/>
              <w:rPr>
                <w:highlight w:val="yellow"/>
              </w:rPr>
            </w:pPr>
          </w:p>
        </w:tc>
      </w:tr>
      <w:tr w:rsidR="002F03CB" w:rsidRPr="003D6913" w14:paraId="12DAF5E1" w14:textId="77777777" w:rsidTr="00DD6E77">
        <w:trPr>
          <w:trHeight w:val="401"/>
        </w:trPr>
        <w:tc>
          <w:tcPr>
            <w:tcW w:w="2968" w:type="dxa"/>
          </w:tcPr>
          <w:p w14:paraId="61D0138F" w14:textId="77777777" w:rsidR="002F03CB" w:rsidRPr="003D6913" w:rsidRDefault="002F03CB" w:rsidP="001C61B8">
            <w:pPr>
              <w:pStyle w:val="TableParagraph"/>
              <w:ind w:right="102"/>
              <w:jc w:val="left"/>
            </w:pPr>
            <w:r w:rsidRPr="003D6913">
              <w:t>Hispanic</w:t>
            </w:r>
            <w:r w:rsidRPr="003D6913">
              <w:rPr>
                <w:spacing w:val="-3"/>
              </w:rPr>
              <w:t xml:space="preserve"> </w:t>
            </w:r>
            <w:r w:rsidRPr="003D6913">
              <w:t>or</w:t>
            </w:r>
            <w:r w:rsidRPr="003D6913">
              <w:rPr>
                <w:spacing w:val="-5"/>
              </w:rPr>
              <w:t xml:space="preserve"> </w:t>
            </w:r>
            <w:r w:rsidRPr="003D6913">
              <w:rPr>
                <w:spacing w:val="-2"/>
              </w:rPr>
              <w:t>Latino</w:t>
            </w:r>
          </w:p>
        </w:tc>
        <w:tc>
          <w:tcPr>
            <w:tcW w:w="1209" w:type="dxa"/>
          </w:tcPr>
          <w:p w14:paraId="068B4472" w14:textId="1466DEFD" w:rsidR="002F03CB" w:rsidRPr="003D6913" w:rsidRDefault="002F03CB" w:rsidP="001C61B8">
            <w:pPr>
              <w:pStyle w:val="TableParagraph"/>
              <w:ind w:left="242" w:right="266"/>
              <w:rPr>
                <w:highlight w:val="yellow"/>
              </w:rPr>
            </w:pPr>
            <w:r w:rsidRPr="006563C6">
              <w:rPr>
                <w:spacing w:val="-5"/>
              </w:rPr>
              <w:t>40</w:t>
            </w:r>
          </w:p>
        </w:tc>
        <w:tc>
          <w:tcPr>
            <w:tcW w:w="1020" w:type="dxa"/>
          </w:tcPr>
          <w:p w14:paraId="27CD87AE" w14:textId="498543FC" w:rsidR="002F03CB" w:rsidRPr="003D6913" w:rsidRDefault="002F03CB" w:rsidP="001C61B8">
            <w:pPr>
              <w:pStyle w:val="TableParagraph"/>
              <w:ind w:right="360"/>
              <w:jc w:val="right"/>
              <w:rPr>
                <w:highlight w:val="yellow"/>
              </w:rPr>
            </w:pPr>
            <w:r>
              <w:t>6.</w:t>
            </w:r>
            <w:r w:rsidR="00C66ED2">
              <w:t>28</w:t>
            </w:r>
          </w:p>
        </w:tc>
      </w:tr>
      <w:tr w:rsidR="002F03CB" w:rsidRPr="003D6913" w14:paraId="1ECDA69D" w14:textId="77777777" w:rsidTr="00DD6E77">
        <w:trPr>
          <w:trHeight w:val="315"/>
        </w:trPr>
        <w:tc>
          <w:tcPr>
            <w:tcW w:w="2968" w:type="dxa"/>
            <w:tcBorders>
              <w:bottom w:val="single" w:sz="4" w:space="0" w:color="auto"/>
            </w:tcBorders>
          </w:tcPr>
          <w:p w14:paraId="75178024" w14:textId="77777777" w:rsidR="002F03CB" w:rsidRPr="003D6913" w:rsidRDefault="002F03CB" w:rsidP="001C61B8">
            <w:pPr>
              <w:pStyle w:val="TableParagraph"/>
              <w:ind w:right="102"/>
              <w:jc w:val="left"/>
            </w:pPr>
            <w:r w:rsidRPr="003D6913">
              <w:t>Not</w:t>
            </w:r>
            <w:r w:rsidRPr="003D6913">
              <w:rPr>
                <w:spacing w:val="-5"/>
              </w:rPr>
              <w:t xml:space="preserve"> </w:t>
            </w:r>
            <w:r w:rsidRPr="003D6913">
              <w:t>Hispanic</w:t>
            </w:r>
            <w:r w:rsidRPr="003D6913">
              <w:rPr>
                <w:spacing w:val="-1"/>
              </w:rPr>
              <w:t xml:space="preserve"> </w:t>
            </w:r>
            <w:r w:rsidRPr="003D6913">
              <w:t>or</w:t>
            </w:r>
            <w:r w:rsidRPr="003D6913">
              <w:rPr>
                <w:spacing w:val="-4"/>
              </w:rPr>
              <w:t xml:space="preserve"> </w:t>
            </w:r>
            <w:r w:rsidRPr="003D6913">
              <w:rPr>
                <w:spacing w:val="-2"/>
              </w:rPr>
              <w:t>Latino</w:t>
            </w:r>
          </w:p>
        </w:tc>
        <w:tc>
          <w:tcPr>
            <w:tcW w:w="1209" w:type="dxa"/>
            <w:tcBorders>
              <w:bottom w:val="single" w:sz="4" w:space="0" w:color="auto"/>
            </w:tcBorders>
          </w:tcPr>
          <w:p w14:paraId="219BE941" w14:textId="188DFD9B" w:rsidR="002F03CB" w:rsidRPr="003D6913" w:rsidRDefault="002F03CB" w:rsidP="001C61B8">
            <w:pPr>
              <w:pStyle w:val="TableParagraph"/>
              <w:ind w:left="242" w:right="266"/>
            </w:pPr>
            <w:r w:rsidRPr="006563C6">
              <w:rPr>
                <w:spacing w:val="-5"/>
              </w:rPr>
              <w:t>597</w:t>
            </w:r>
          </w:p>
        </w:tc>
        <w:tc>
          <w:tcPr>
            <w:tcW w:w="1020" w:type="dxa"/>
            <w:tcBorders>
              <w:bottom w:val="single" w:sz="4" w:space="0" w:color="auto"/>
            </w:tcBorders>
          </w:tcPr>
          <w:p w14:paraId="755025F9" w14:textId="1A46DBBB" w:rsidR="002F03CB" w:rsidRPr="003D6913" w:rsidRDefault="002F03CB" w:rsidP="001C61B8">
            <w:pPr>
              <w:pStyle w:val="TableParagraph"/>
              <w:tabs>
                <w:tab w:val="left" w:pos="182"/>
                <w:tab w:val="left" w:pos="272"/>
                <w:tab w:val="left" w:pos="362"/>
              </w:tabs>
              <w:ind w:right="-93"/>
            </w:pPr>
            <w:r w:rsidRPr="003D6913">
              <w:rPr>
                <w:spacing w:val="-5"/>
              </w:rPr>
              <w:t>9</w:t>
            </w:r>
            <w:r>
              <w:rPr>
                <w:spacing w:val="-5"/>
              </w:rPr>
              <w:t>3.72</w:t>
            </w:r>
          </w:p>
        </w:tc>
      </w:tr>
      <w:tr w:rsidR="002F03CB" w:rsidRPr="003D6913" w14:paraId="180AB477" w14:textId="77777777" w:rsidTr="00DD6E77">
        <w:trPr>
          <w:trHeight w:val="247"/>
        </w:trPr>
        <w:tc>
          <w:tcPr>
            <w:tcW w:w="2968" w:type="dxa"/>
            <w:tcBorders>
              <w:top w:val="single" w:sz="4" w:space="0" w:color="auto"/>
              <w:bottom w:val="single" w:sz="8" w:space="0" w:color="000000"/>
            </w:tcBorders>
          </w:tcPr>
          <w:p w14:paraId="527D90C1" w14:textId="77777777" w:rsidR="002F03CB" w:rsidRPr="003D6913" w:rsidRDefault="002F03CB" w:rsidP="001C61B8">
            <w:pPr>
              <w:pStyle w:val="TableParagraph"/>
              <w:jc w:val="left"/>
            </w:pPr>
          </w:p>
        </w:tc>
        <w:tc>
          <w:tcPr>
            <w:tcW w:w="1209" w:type="dxa"/>
            <w:tcBorders>
              <w:top w:val="single" w:sz="4" w:space="0" w:color="auto"/>
              <w:bottom w:val="single" w:sz="8" w:space="0" w:color="000000"/>
            </w:tcBorders>
          </w:tcPr>
          <w:p w14:paraId="36270D09" w14:textId="77777777" w:rsidR="002F03CB" w:rsidRPr="003D6913" w:rsidRDefault="002F03CB" w:rsidP="001C61B8">
            <w:pPr>
              <w:pStyle w:val="TableParagraph"/>
              <w:ind w:right="25"/>
              <w:rPr>
                <w:i/>
              </w:rPr>
            </w:pPr>
            <w:r w:rsidRPr="003D6913">
              <w:rPr>
                <w:i/>
              </w:rPr>
              <w:t>M</w:t>
            </w:r>
          </w:p>
        </w:tc>
        <w:tc>
          <w:tcPr>
            <w:tcW w:w="1020" w:type="dxa"/>
            <w:tcBorders>
              <w:top w:val="single" w:sz="4" w:space="0" w:color="auto"/>
              <w:bottom w:val="single" w:sz="8" w:space="0" w:color="000000"/>
            </w:tcBorders>
          </w:tcPr>
          <w:p w14:paraId="132BF2B5" w14:textId="77777777" w:rsidR="002F03CB" w:rsidRPr="003D6913" w:rsidRDefault="002F03CB" w:rsidP="001C61B8">
            <w:pPr>
              <w:pStyle w:val="TableParagraph"/>
              <w:ind w:right="333"/>
              <w:rPr>
                <w:i/>
              </w:rPr>
            </w:pPr>
            <w:r>
              <w:rPr>
                <w:i/>
                <w:spacing w:val="-5"/>
              </w:rPr>
              <w:t xml:space="preserve">     </w:t>
            </w:r>
            <w:r w:rsidRPr="003D6913">
              <w:rPr>
                <w:i/>
                <w:spacing w:val="-5"/>
              </w:rPr>
              <w:t>SD</w:t>
            </w:r>
          </w:p>
        </w:tc>
      </w:tr>
      <w:tr w:rsidR="002F03CB" w:rsidRPr="003D6913" w14:paraId="58991AB1" w14:textId="77777777" w:rsidTr="00F44CF6">
        <w:trPr>
          <w:trHeight w:val="345"/>
        </w:trPr>
        <w:tc>
          <w:tcPr>
            <w:tcW w:w="2968" w:type="dxa"/>
            <w:tcBorders>
              <w:top w:val="single" w:sz="8" w:space="0" w:color="000000"/>
              <w:bottom w:val="single" w:sz="8" w:space="0" w:color="000000"/>
            </w:tcBorders>
          </w:tcPr>
          <w:p w14:paraId="6DBA013C" w14:textId="77777777" w:rsidR="002F03CB" w:rsidRPr="003D6913" w:rsidRDefault="002F03CB" w:rsidP="001C61B8">
            <w:pPr>
              <w:pStyle w:val="TableParagraph"/>
              <w:ind w:left="122"/>
              <w:jc w:val="left"/>
              <w:rPr>
                <w:b/>
              </w:rPr>
            </w:pPr>
            <w:r w:rsidRPr="003D6913">
              <w:rPr>
                <w:b/>
                <w:spacing w:val="-5"/>
              </w:rPr>
              <w:t>Age</w:t>
            </w:r>
          </w:p>
        </w:tc>
        <w:tc>
          <w:tcPr>
            <w:tcW w:w="1209" w:type="dxa"/>
            <w:tcBorders>
              <w:top w:val="single" w:sz="8" w:space="0" w:color="000000"/>
              <w:bottom w:val="single" w:sz="8" w:space="0" w:color="000000"/>
            </w:tcBorders>
          </w:tcPr>
          <w:p w14:paraId="13CE49FE" w14:textId="2B686628" w:rsidR="002F03CB" w:rsidRPr="003D6913" w:rsidRDefault="002F03CB" w:rsidP="001C61B8">
            <w:pPr>
              <w:pStyle w:val="TableParagraph"/>
              <w:ind w:left="242" w:right="266"/>
            </w:pPr>
            <w:r w:rsidRPr="003D6913">
              <w:rPr>
                <w:spacing w:val="-2"/>
              </w:rPr>
              <w:t>30.</w:t>
            </w:r>
            <w:r>
              <w:rPr>
                <w:spacing w:val="-2"/>
              </w:rPr>
              <w:t>67</w:t>
            </w:r>
          </w:p>
        </w:tc>
        <w:tc>
          <w:tcPr>
            <w:tcW w:w="1020" w:type="dxa"/>
            <w:tcBorders>
              <w:top w:val="single" w:sz="8" w:space="0" w:color="000000"/>
              <w:bottom w:val="single" w:sz="8" w:space="0" w:color="000000"/>
            </w:tcBorders>
          </w:tcPr>
          <w:p w14:paraId="6BF95E07" w14:textId="5F23E279" w:rsidR="002F03CB" w:rsidRPr="003D6913" w:rsidRDefault="002F03CB" w:rsidP="001C61B8">
            <w:pPr>
              <w:pStyle w:val="TableParagraph"/>
              <w:ind w:right="277"/>
            </w:pPr>
            <w:r>
              <w:rPr>
                <w:spacing w:val="-4"/>
              </w:rPr>
              <w:t xml:space="preserve">   </w:t>
            </w:r>
            <w:r w:rsidRPr="003D6913">
              <w:rPr>
                <w:spacing w:val="-4"/>
              </w:rPr>
              <w:t>8.</w:t>
            </w:r>
            <w:r>
              <w:rPr>
                <w:spacing w:val="-4"/>
              </w:rPr>
              <w:t>92</w:t>
            </w:r>
          </w:p>
        </w:tc>
      </w:tr>
    </w:tbl>
    <w:p w14:paraId="0CA127A2" w14:textId="77777777" w:rsidR="00F10FAD" w:rsidRDefault="00F10FAD"/>
    <w:p w14:paraId="72E84E52" w14:textId="77777777" w:rsidR="00F10FAD" w:rsidRDefault="00F10FAD"/>
    <w:p w14:paraId="1FFFE75A" w14:textId="77777777" w:rsidR="00F10FAD" w:rsidRDefault="00F10FAD"/>
    <w:p w14:paraId="6BE4AD17" w14:textId="77777777" w:rsidR="002F03CB" w:rsidRDefault="002F03CB" w:rsidP="00F10FAD">
      <w:pPr>
        <w:spacing w:line="480" w:lineRule="auto"/>
        <w:jc w:val="center"/>
        <w:rPr>
          <w:rFonts w:ascii="Times New Roman" w:hAnsi="Times New Roman" w:cs="Times New Roman"/>
          <w:b/>
          <w:bCs/>
        </w:rPr>
      </w:pPr>
    </w:p>
    <w:p w14:paraId="67D3E26D" w14:textId="77777777" w:rsidR="002F03CB" w:rsidRDefault="002F03CB" w:rsidP="00F10FAD">
      <w:pPr>
        <w:spacing w:line="480" w:lineRule="auto"/>
        <w:jc w:val="center"/>
        <w:rPr>
          <w:rFonts w:ascii="Times New Roman" w:hAnsi="Times New Roman" w:cs="Times New Roman"/>
          <w:b/>
          <w:bCs/>
        </w:rPr>
      </w:pPr>
    </w:p>
    <w:p w14:paraId="5D7781DF" w14:textId="77777777" w:rsidR="002F03CB" w:rsidRDefault="002F03CB" w:rsidP="00F10FAD">
      <w:pPr>
        <w:spacing w:line="480" w:lineRule="auto"/>
        <w:jc w:val="center"/>
        <w:rPr>
          <w:rFonts w:ascii="Times New Roman" w:hAnsi="Times New Roman" w:cs="Times New Roman"/>
          <w:b/>
          <w:bCs/>
        </w:rPr>
      </w:pPr>
    </w:p>
    <w:p w14:paraId="37FF9905" w14:textId="77777777" w:rsidR="002F03CB" w:rsidRDefault="002F03CB" w:rsidP="00F10FAD">
      <w:pPr>
        <w:spacing w:line="480" w:lineRule="auto"/>
        <w:jc w:val="center"/>
        <w:rPr>
          <w:rFonts w:ascii="Times New Roman" w:hAnsi="Times New Roman" w:cs="Times New Roman"/>
          <w:b/>
          <w:bCs/>
        </w:rPr>
      </w:pPr>
    </w:p>
    <w:p w14:paraId="3BDFC610" w14:textId="77777777" w:rsidR="002F03CB" w:rsidRDefault="002F03CB" w:rsidP="00F10FAD">
      <w:pPr>
        <w:spacing w:line="480" w:lineRule="auto"/>
        <w:jc w:val="center"/>
        <w:rPr>
          <w:rFonts w:ascii="Times New Roman" w:hAnsi="Times New Roman" w:cs="Times New Roman"/>
          <w:b/>
          <w:bCs/>
        </w:rPr>
      </w:pPr>
    </w:p>
    <w:p w14:paraId="2288CCC2" w14:textId="77777777" w:rsidR="002F03CB" w:rsidRDefault="002F03CB" w:rsidP="00F10FAD">
      <w:pPr>
        <w:spacing w:line="480" w:lineRule="auto"/>
        <w:jc w:val="center"/>
        <w:rPr>
          <w:rFonts w:ascii="Times New Roman" w:hAnsi="Times New Roman" w:cs="Times New Roman"/>
          <w:b/>
          <w:bCs/>
        </w:rPr>
      </w:pPr>
    </w:p>
    <w:p w14:paraId="2C95207F" w14:textId="77777777" w:rsidR="002F03CB" w:rsidRDefault="002F03CB" w:rsidP="00F10FAD">
      <w:pPr>
        <w:spacing w:line="480" w:lineRule="auto"/>
        <w:jc w:val="center"/>
        <w:rPr>
          <w:rFonts w:ascii="Times New Roman" w:hAnsi="Times New Roman" w:cs="Times New Roman"/>
          <w:b/>
          <w:bCs/>
        </w:rPr>
      </w:pPr>
    </w:p>
    <w:p w14:paraId="2725F08F" w14:textId="77777777" w:rsidR="002F03CB" w:rsidRDefault="002F03CB" w:rsidP="00F10FAD">
      <w:pPr>
        <w:spacing w:line="480" w:lineRule="auto"/>
        <w:jc w:val="center"/>
        <w:rPr>
          <w:rFonts w:ascii="Times New Roman" w:hAnsi="Times New Roman" w:cs="Times New Roman"/>
          <w:b/>
          <w:bCs/>
        </w:rPr>
      </w:pPr>
    </w:p>
    <w:p w14:paraId="643D43E6" w14:textId="77777777" w:rsidR="002F03CB" w:rsidRDefault="002F03CB" w:rsidP="00F10FAD">
      <w:pPr>
        <w:spacing w:line="480" w:lineRule="auto"/>
        <w:jc w:val="center"/>
        <w:rPr>
          <w:rFonts w:ascii="Times New Roman" w:hAnsi="Times New Roman" w:cs="Times New Roman"/>
          <w:b/>
          <w:bCs/>
        </w:rPr>
      </w:pPr>
    </w:p>
    <w:p w14:paraId="6F66DF64" w14:textId="77777777" w:rsidR="002F03CB" w:rsidRDefault="002F03CB" w:rsidP="00F10FAD">
      <w:pPr>
        <w:spacing w:line="480" w:lineRule="auto"/>
        <w:jc w:val="center"/>
        <w:rPr>
          <w:rFonts w:ascii="Times New Roman" w:hAnsi="Times New Roman" w:cs="Times New Roman"/>
          <w:b/>
          <w:bCs/>
        </w:rPr>
      </w:pPr>
    </w:p>
    <w:p w14:paraId="46E220F5" w14:textId="77777777" w:rsidR="002F03CB" w:rsidRDefault="002F03CB" w:rsidP="00F10FAD">
      <w:pPr>
        <w:spacing w:line="480" w:lineRule="auto"/>
        <w:jc w:val="center"/>
        <w:rPr>
          <w:rFonts w:ascii="Times New Roman" w:hAnsi="Times New Roman" w:cs="Times New Roman"/>
          <w:b/>
          <w:bCs/>
        </w:rPr>
      </w:pPr>
    </w:p>
    <w:p w14:paraId="2A8627E3" w14:textId="77777777" w:rsidR="00F44CF6" w:rsidRDefault="00F44CF6" w:rsidP="00F10FAD">
      <w:pPr>
        <w:spacing w:line="480" w:lineRule="auto"/>
        <w:jc w:val="center"/>
        <w:rPr>
          <w:rFonts w:ascii="Times New Roman" w:hAnsi="Times New Roman" w:cs="Times New Roman"/>
          <w:b/>
          <w:bCs/>
        </w:rPr>
      </w:pPr>
    </w:p>
    <w:p w14:paraId="2CC84E43" w14:textId="665D7609" w:rsidR="00F10FAD" w:rsidRDefault="00F10FAD" w:rsidP="00F10FAD">
      <w:pPr>
        <w:spacing w:line="480" w:lineRule="auto"/>
        <w:jc w:val="center"/>
        <w:rPr>
          <w:rFonts w:ascii="Times New Roman" w:hAnsi="Times New Roman" w:cs="Times New Roman"/>
          <w:b/>
          <w:bCs/>
        </w:rPr>
      </w:pPr>
      <w:r w:rsidRPr="00371278">
        <w:rPr>
          <w:rFonts w:ascii="Times New Roman" w:hAnsi="Times New Roman" w:cs="Times New Roman"/>
          <w:b/>
          <w:bCs/>
        </w:rPr>
        <w:t>Factor loadings for EFAs 1-8</w:t>
      </w:r>
      <w:r>
        <w:rPr>
          <w:rFonts w:ascii="Times New Roman" w:hAnsi="Times New Roman" w:cs="Times New Roman"/>
          <w:b/>
          <w:bCs/>
        </w:rPr>
        <w:t>, 10</w:t>
      </w:r>
    </w:p>
    <w:tbl>
      <w:tblPr>
        <w:tblW w:w="0" w:type="auto"/>
        <w:jc w:val="center"/>
        <w:tblLook w:val="04A0" w:firstRow="1" w:lastRow="0" w:firstColumn="1" w:lastColumn="0" w:noHBand="0" w:noVBand="1"/>
      </w:tblPr>
      <w:tblGrid>
        <w:gridCol w:w="2865"/>
        <w:gridCol w:w="1594"/>
      </w:tblGrid>
      <w:tr w:rsidR="00F10FAD" w:rsidRPr="0071512A" w14:paraId="126E8709" w14:textId="77777777" w:rsidTr="00F8287B">
        <w:trPr>
          <w:trHeight w:val="864"/>
          <w:jc w:val="center"/>
        </w:trPr>
        <w:tc>
          <w:tcPr>
            <w:tcW w:w="4459" w:type="dxa"/>
            <w:gridSpan w:val="2"/>
            <w:tcBorders>
              <w:bottom w:val="single" w:sz="4" w:space="0" w:color="auto"/>
            </w:tcBorders>
          </w:tcPr>
          <w:p w14:paraId="48443EFA" w14:textId="52FA4B0A" w:rsidR="00C845F2" w:rsidRPr="00C845F2" w:rsidRDefault="00F10FAD" w:rsidP="001C61B8">
            <w:pPr>
              <w:rPr>
                <w:b/>
                <w:bCs/>
              </w:rPr>
            </w:pPr>
            <w:r w:rsidRPr="00F65D62">
              <w:rPr>
                <w:rFonts w:ascii="Times New Roman" w:hAnsi="Times New Roman" w:cs="Times New Roman"/>
                <w:b/>
                <w:bCs/>
                <w:color w:val="000000" w:themeColor="text1"/>
                <w:sz w:val="22"/>
                <w:szCs w:val="22"/>
              </w:rPr>
              <w:t>Table S4</w:t>
            </w:r>
          </w:p>
          <w:p w14:paraId="1B6F286C" w14:textId="42C57AC0" w:rsidR="00F10FAD" w:rsidRPr="004338FF" w:rsidRDefault="00F10FAD" w:rsidP="001C61B8">
            <w:pPr>
              <w:rPr>
                <w:rFonts w:ascii="Times New Roman" w:hAnsi="Times New Roman" w:cs="Times New Roman"/>
                <w:color w:val="000000"/>
                <w:sz w:val="20"/>
                <w:szCs w:val="20"/>
              </w:rPr>
            </w:pPr>
            <w:r w:rsidRPr="002B725C">
              <w:rPr>
                <w:rFonts w:ascii="Times New Roman" w:hAnsi="Times New Roman" w:cs="Times New Roman"/>
                <w:i/>
                <w:iCs/>
                <w:color w:val="000000" w:themeColor="text1"/>
                <w:sz w:val="22"/>
                <w:szCs w:val="22"/>
              </w:rPr>
              <w:t xml:space="preserve">Factor Loadings </w:t>
            </w:r>
            <w:r>
              <w:rPr>
                <w:rFonts w:ascii="Times New Roman" w:hAnsi="Times New Roman" w:cs="Times New Roman"/>
                <w:i/>
                <w:iCs/>
                <w:color w:val="000000" w:themeColor="text1"/>
                <w:sz w:val="22"/>
                <w:szCs w:val="22"/>
              </w:rPr>
              <w:t>for the</w:t>
            </w:r>
            <w:r w:rsidRPr="002B725C">
              <w:rPr>
                <w:rFonts w:ascii="Times New Roman" w:hAnsi="Times New Roman" w:cs="Times New Roman"/>
                <w:i/>
                <w:iCs/>
                <w:color w:val="000000" w:themeColor="text1"/>
                <w:sz w:val="22"/>
                <w:szCs w:val="22"/>
              </w:rPr>
              <w:t xml:space="preserve"> </w:t>
            </w:r>
            <w:r>
              <w:rPr>
                <w:rFonts w:ascii="Times New Roman" w:hAnsi="Times New Roman" w:cs="Times New Roman"/>
                <w:i/>
                <w:iCs/>
                <w:color w:val="000000" w:themeColor="text1"/>
                <w:sz w:val="22"/>
                <w:szCs w:val="22"/>
              </w:rPr>
              <w:t>1-</w:t>
            </w:r>
            <w:r w:rsidR="00C845F2">
              <w:rPr>
                <w:rFonts w:ascii="Times New Roman" w:hAnsi="Times New Roman" w:cs="Times New Roman"/>
                <w:i/>
                <w:iCs/>
                <w:color w:val="000000" w:themeColor="text1"/>
                <w:sz w:val="22"/>
                <w:szCs w:val="22"/>
              </w:rPr>
              <w:t>F</w:t>
            </w:r>
            <w:r>
              <w:rPr>
                <w:rFonts w:ascii="Times New Roman" w:hAnsi="Times New Roman" w:cs="Times New Roman"/>
                <w:i/>
                <w:iCs/>
                <w:color w:val="000000" w:themeColor="text1"/>
                <w:sz w:val="22"/>
                <w:szCs w:val="22"/>
              </w:rPr>
              <w:t>actor Solution of</w:t>
            </w:r>
            <w:r w:rsidRPr="002B725C">
              <w:rPr>
                <w:rFonts w:ascii="Times New Roman" w:hAnsi="Times New Roman" w:cs="Times New Roman"/>
                <w:i/>
                <w:iCs/>
                <w:color w:val="000000" w:themeColor="text1"/>
                <w:sz w:val="22"/>
                <w:szCs w:val="22"/>
              </w:rPr>
              <w:t xml:space="preserve"> </w:t>
            </w:r>
            <w:proofErr w:type="spellStart"/>
            <w:r w:rsidR="00B14F60">
              <w:rPr>
                <w:rFonts w:ascii="Times New Roman" w:hAnsi="Times New Roman" w:cs="Times New Roman"/>
                <w:i/>
                <w:iCs/>
                <w:color w:val="000000" w:themeColor="text1"/>
                <w:sz w:val="22"/>
                <w:szCs w:val="22"/>
              </w:rPr>
              <w:t>HiTOP</w:t>
            </w:r>
            <w:proofErr w:type="spellEnd"/>
            <w:r w:rsidR="00B14F60">
              <w:rPr>
                <w:rFonts w:ascii="Times New Roman" w:hAnsi="Times New Roman" w:cs="Times New Roman"/>
                <w:i/>
                <w:iCs/>
                <w:color w:val="000000" w:themeColor="text1"/>
                <w:sz w:val="22"/>
                <w:szCs w:val="22"/>
              </w:rPr>
              <w:t>-SR</w:t>
            </w:r>
            <w:r w:rsidRPr="002B725C">
              <w:rPr>
                <w:rFonts w:ascii="Times New Roman" w:hAnsi="Times New Roman" w:cs="Times New Roman"/>
                <w:i/>
                <w:iCs/>
                <w:color w:val="000000" w:themeColor="text1"/>
                <w:sz w:val="22"/>
                <w:szCs w:val="22"/>
              </w:rPr>
              <w:t xml:space="preserve"> Scales</w:t>
            </w:r>
          </w:p>
        </w:tc>
      </w:tr>
      <w:tr w:rsidR="00F10FAD" w:rsidRPr="0071512A" w14:paraId="5063EDCD" w14:textId="77777777" w:rsidTr="00DA46F4">
        <w:trPr>
          <w:trHeight w:val="260"/>
          <w:jc w:val="center"/>
        </w:trPr>
        <w:tc>
          <w:tcPr>
            <w:tcW w:w="2865" w:type="dxa"/>
            <w:tcBorders>
              <w:top w:val="single" w:sz="4" w:space="0" w:color="auto"/>
            </w:tcBorders>
          </w:tcPr>
          <w:p w14:paraId="353F28E8" w14:textId="65347CF0" w:rsidR="00F10FAD" w:rsidRPr="0071512A" w:rsidRDefault="00B14F60" w:rsidP="001C61B8">
            <w:pP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F10FAD">
              <w:rPr>
                <w:rFonts w:ascii="Times New Roman" w:hAnsi="Times New Roman" w:cs="Times New Roman"/>
                <w:sz w:val="20"/>
                <w:szCs w:val="20"/>
              </w:rPr>
              <w:t xml:space="preserve"> Scale</w:t>
            </w:r>
          </w:p>
        </w:tc>
        <w:tc>
          <w:tcPr>
            <w:tcW w:w="1594" w:type="dxa"/>
            <w:tcBorders>
              <w:top w:val="single" w:sz="4" w:space="0" w:color="auto"/>
            </w:tcBorders>
            <w:vAlign w:val="bottom"/>
          </w:tcPr>
          <w:p w14:paraId="53110E71" w14:textId="77777777" w:rsidR="00F10FAD" w:rsidRPr="004338FF" w:rsidRDefault="00F10FAD" w:rsidP="001C61B8">
            <w:pPr>
              <w:jc w:val="center"/>
              <w:rPr>
                <w:rFonts w:ascii="Times New Roman" w:hAnsi="Times New Roman" w:cs="Times New Roman"/>
                <w:color w:val="000000"/>
                <w:sz w:val="20"/>
                <w:szCs w:val="20"/>
              </w:rPr>
            </w:pPr>
            <w:r>
              <w:rPr>
                <w:rFonts w:ascii="Times New Roman" w:hAnsi="Times New Roman" w:cs="Times New Roman"/>
                <w:color w:val="000000"/>
                <w:sz w:val="20"/>
                <w:szCs w:val="20"/>
              </w:rPr>
              <w:t>Factor Loadings</w:t>
            </w:r>
          </w:p>
        </w:tc>
      </w:tr>
      <w:tr w:rsidR="00F10FAD" w:rsidRPr="0071512A" w14:paraId="64810E67" w14:textId="77777777" w:rsidTr="00070F4D">
        <w:trPr>
          <w:trHeight w:val="530"/>
          <w:jc w:val="center"/>
        </w:trPr>
        <w:tc>
          <w:tcPr>
            <w:tcW w:w="2865" w:type="dxa"/>
          </w:tcPr>
          <w:p w14:paraId="24A6A8C4" w14:textId="77777777" w:rsidR="00F10FAD" w:rsidRPr="0071512A" w:rsidRDefault="00F10FAD" w:rsidP="001C61B8">
            <w:pPr>
              <w:rPr>
                <w:rFonts w:ascii="Times New Roman" w:hAnsi="Times New Roman" w:cs="Times New Roman"/>
                <w:sz w:val="20"/>
                <w:szCs w:val="20"/>
              </w:rPr>
            </w:pPr>
          </w:p>
        </w:tc>
        <w:tc>
          <w:tcPr>
            <w:tcW w:w="1594" w:type="dxa"/>
            <w:tcBorders>
              <w:top w:val="single" w:sz="4" w:space="0" w:color="auto"/>
            </w:tcBorders>
            <w:vAlign w:val="bottom"/>
          </w:tcPr>
          <w:p w14:paraId="28A53222" w14:textId="46FBC462" w:rsidR="00F10FAD" w:rsidRPr="00C96762" w:rsidRDefault="00F10FAD" w:rsidP="001C61B8">
            <w:pPr>
              <w:jc w:val="center"/>
              <w:rPr>
                <w:rFonts w:ascii="Times New Roman" w:hAnsi="Times New Roman" w:cs="Times New Roman"/>
                <w:sz w:val="20"/>
                <w:szCs w:val="20"/>
              </w:rPr>
            </w:pPr>
            <w:r>
              <w:rPr>
                <w:rFonts w:ascii="Times New Roman" w:hAnsi="Times New Roman" w:cs="Times New Roman"/>
                <w:sz w:val="20"/>
                <w:szCs w:val="20"/>
              </w:rPr>
              <w:t>General Psychopathology</w:t>
            </w:r>
          </w:p>
        </w:tc>
      </w:tr>
      <w:tr w:rsidR="00F10FAD" w:rsidRPr="0071512A" w14:paraId="54426B3F" w14:textId="77777777" w:rsidTr="00DA46F4">
        <w:trPr>
          <w:jc w:val="center"/>
        </w:trPr>
        <w:tc>
          <w:tcPr>
            <w:tcW w:w="2865" w:type="dxa"/>
          </w:tcPr>
          <w:p w14:paraId="46126D45"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Bodily Distress</w:t>
            </w:r>
          </w:p>
        </w:tc>
        <w:tc>
          <w:tcPr>
            <w:tcW w:w="1594" w:type="dxa"/>
            <w:vAlign w:val="bottom"/>
          </w:tcPr>
          <w:p w14:paraId="4BF6C077"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0.79</w:t>
            </w:r>
          </w:p>
        </w:tc>
      </w:tr>
      <w:tr w:rsidR="00F10FAD" w:rsidRPr="0071512A" w14:paraId="1DE17C9D" w14:textId="77777777" w:rsidTr="00DA46F4">
        <w:trPr>
          <w:jc w:val="center"/>
        </w:trPr>
        <w:tc>
          <w:tcPr>
            <w:tcW w:w="2865" w:type="dxa"/>
          </w:tcPr>
          <w:p w14:paraId="13193DCF"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Cognitive Problems </w:t>
            </w:r>
          </w:p>
        </w:tc>
        <w:tc>
          <w:tcPr>
            <w:tcW w:w="1594" w:type="dxa"/>
            <w:vAlign w:val="bottom"/>
          </w:tcPr>
          <w:p w14:paraId="4A64F395"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0.79</w:t>
            </w:r>
          </w:p>
        </w:tc>
      </w:tr>
      <w:tr w:rsidR="00F10FAD" w:rsidRPr="0071512A" w14:paraId="67C63933" w14:textId="77777777" w:rsidTr="00DA46F4">
        <w:trPr>
          <w:jc w:val="center"/>
        </w:trPr>
        <w:tc>
          <w:tcPr>
            <w:tcW w:w="2865" w:type="dxa"/>
          </w:tcPr>
          <w:p w14:paraId="6E765292"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Depressed Mood</w:t>
            </w:r>
          </w:p>
        </w:tc>
        <w:tc>
          <w:tcPr>
            <w:tcW w:w="1594" w:type="dxa"/>
            <w:vAlign w:val="bottom"/>
          </w:tcPr>
          <w:p w14:paraId="4C4AAC71"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0.77</w:t>
            </w:r>
          </w:p>
        </w:tc>
      </w:tr>
      <w:tr w:rsidR="00F10FAD" w:rsidRPr="0071512A" w14:paraId="3849D46C" w14:textId="77777777" w:rsidTr="00DA46F4">
        <w:trPr>
          <w:jc w:val="center"/>
        </w:trPr>
        <w:tc>
          <w:tcPr>
            <w:tcW w:w="2865" w:type="dxa"/>
          </w:tcPr>
          <w:p w14:paraId="3A8D44AD"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Shame/Guilt </w:t>
            </w:r>
          </w:p>
        </w:tc>
        <w:tc>
          <w:tcPr>
            <w:tcW w:w="1594" w:type="dxa"/>
            <w:vAlign w:val="bottom"/>
          </w:tcPr>
          <w:p w14:paraId="589070F2"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0.77</w:t>
            </w:r>
          </w:p>
        </w:tc>
      </w:tr>
      <w:tr w:rsidR="00F10FAD" w:rsidRPr="0071512A" w14:paraId="5FF7EA6A" w14:textId="77777777" w:rsidTr="00DA46F4">
        <w:trPr>
          <w:jc w:val="center"/>
        </w:trPr>
        <w:tc>
          <w:tcPr>
            <w:tcW w:w="2865" w:type="dxa"/>
          </w:tcPr>
          <w:p w14:paraId="03670B47"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Affective Lability</w:t>
            </w:r>
          </w:p>
        </w:tc>
        <w:tc>
          <w:tcPr>
            <w:tcW w:w="1594" w:type="dxa"/>
            <w:vAlign w:val="bottom"/>
          </w:tcPr>
          <w:p w14:paraId="232866AE"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0.74</w:t>
            </w:r>
          </w:p>
        </w:tc>
      </w:tr>
      <w:tr w:rsidR="00F10FAD" w:rsidRPr="0071512A" w14:paraId="1DB0BDD8" w14:textId="77777777" w:rsidTr="00DA46F4">
        <w:trPr>
          <w:jc w:val="center"/>
        </w:trPr>
        <w:tc>
          <w:tcPr>
            <w:tcW w:w="2865" w:type="dxa"/>
          </w:tcPr>
          <w:p w14:paraId="44E8D01B"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Hypervigilance </w:t>
            </w:r>
          </w:p>
        </w:tc>
        <w:tc>
          <w:tcPr>
            <w:tcW w:w="1594" w:type="dxa"/>
            <w:vAlign w:val="bottom"/>
          </w:tcPr>
          <w:p w14:paraId="32846F5B"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0.74</w:t>
            </w:r>
          </w:p>
        </w:tc>
      </w:tr>
      <w:tr w:rsidR="00F10FAD" w:rsidRPr="0071512A" w14:paraId="14C77A3B" w14:textId="77777777" w:rsidTr="00DA46F4">
        <w:trPr>
          <w:jc w:val="center"/>
        </w:trPr>
        <w:tc>
          <w:tcPr>
            <w:tcW w:w="2865" w:type="dxa"/>
          </w:tcPr>
          <w:p w14:paraId="206FBB65"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Irritability </w:t>
            </w:r>
          </w:p>
        </w:tc>
        <w:tc>
          <w:tcPr>
            <w:tcW w:w="1594" w:type="dxa"/>
            <w:vAlign w:val="bottom"/>
          </w:tcPr>
          <w:p w14:paraId="7974E6CF"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0.74</w:t>
            </w:r>
          </w:p>
        </w:tc>
      </w:tr>
      <w:tr w:rsidR="00F10FAD" w:rsidRPr="0071512A" w14:paraId="153DBA60" w14:textId="77777777" w:rsidTr="00DA46F4">
        <w:trPr>
          <w:jc w:val="center"/>
        </w:trPr>
        <w:tc>
          <w:tcPr>
            <w:tcW w:w="2865" w:type="dxa"/>
          </w:tcPr>
          <w:p w14:paraId="43A8D39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Anxious Worry</w:t>
            </w:r>
          </w:p>
        </w:tc>
        <w:tc>
          <w:tcPr>
            <w:tcW w:w="1594" w:type="dxa"/>
            <w:vAlign w:val="bottom"/>
          </w:tcPr>
          <w:p w14:paraId="3ECB385A"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0.73</w:t>
            </w:r>
          </w:p>
        </w:tc>
      </w:tr>
      <w:tr w:rsidR="00F10FAD" w:rsidRPr="0071512A" w14:paraId="40C12C63" w14:textId="77777777" w:rsidTr="00DA46F4">
        <w:trPr>
          <w:jc w:val="center"/>
        </w:trPr>
        <w:tc>
          <w:tcPr>
            <w:tcW w:w="2865" w:type="dxa"/>
          </w:tcPr>
          <w:p w14:paraId="7C23BB01"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Panic </w:t>
            </w:r>
          </w:p>
        </w:tc>
        <w:tc>
          <w:tcPr>
            <w:tcW w:w="1594" w:type="dxa"/>
            <w:vAlign w:val="bottom"/>
          </w:tcPr>
          <w:p w14:paraId="01CA162B"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0.73</w:t>
            </w:r>
          </w:p>
        </w:tc>
      </w:tr>
      <w:tr w:rsidR="00F10FAD" w:rsidRPr="0071512A" w14:paraId="3362C488" w14:textId="77777777" w:rsidTr="00DA46F4">
        <w:trPr>
          <w:jc w:val="center"/>
        </w:trPr>
        <w:tc>
          <w:tcPr>
            <w:tcW w:w="2865" w:type="dxa"/>
          </w:tcPr>
          <w:p w14:paraId="4DD0B7B8"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Trauma Reactions</w:t>
            </w:r>
          </w:p>
        </w:tc>
        <w:tc>
          <w:tcPr>
            <w:tcW w:w="1594" w:type="dxa"/>
            <w:vAlign w:val="bottom"/>
          </w:tcPr>
          <w:p w14:paraId="5B24F1F2"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0.72</w:t>
            </w:r>
          </w:p>
        </w:tc>
      </w:tr>
      <w:tr w:rsidR="00F10FAD" w:rsidRPr="0071512A" w14:paraId="24201F33" w14:textId="77777777" w:rsidTr="00DA46F4">
        <w:trPr>
          <w:jc w:val="center"/>
        </w:trPr>
        <w:tc>
          <w:tcPr>
            <w:tcW w:w="2865" w:type="dxa"/>
          </w:tcPr>
          <w:p w14:paraId="6F1A534B"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Anhedonia </w:t>
            </w:r>
          </w:p>
        </w:tc>
        <w:tc>
          <w:tcPr>
            <w:tcW w:w="1594" w:type="dxa"/>
            <w:vAlign w:val="bottom"/>
          </w:tcPr>
          <w:p w14:paraId="5FFA65CC"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0.72</w:t>
            </w:r>
          </w:p>
        </w:tc>
      </w:tr>
      <w:tr w:rsidR="00F10FAD" w:rsidRPr="0071512A" w14:paraId="44A60A81" w14:textId="77777777" w:rsidTr="00DA46F4">
        <w:trPr>
          <w:jc w:val="center"/>
        </w:trPr>
        <w:tc>
          <w:tcPr>
            <w:tcW w:w="2865" w:type="dxa"/>
          </w:tcPr>
          <w:p w14:paraId="7F59A411"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Checking </w:t>
            </w:r>
          </w:p>
        </w:tc>
        <w:tc>
          <w:tcPr>
            <w:tcW w:w="1594" w:type="dxa"/>
            <w:vAlign w:val="bottom"/>
          </w:tcPr>
          <w:p w14:paraId="2CF81763"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0.72</w:t>
            </w:r>
          </w:p>
        </w:tc>
      </w:tr>
      <w:tr w:rsidR="00F10FAD" w:rsidRPr="0071512A" w14:paraId="687520CF" w14:textId="77777777" w:rsidTr="00DA46F4">
        <w:trPr>
          <w:jc w:val="center"/>
        </w:trPr>
        <w:tc>
          <w:tcPr>
            <w:tcW w:w="2865" w:type="dxa"/>
          </w:tcPr>
          <w:p w14:paraId="30EDD307"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Lassitude </w:t>
            </w:r>
          </w:p>
        </w:tc>
        <w:tc>
          <w:tcPr>
            <w:tcW w:w="1594" w:type="dxa"/>
            <w:vAlign w:val="bottom"/>
          </w:tcPr>
          <w:p w14:paraId="2EC5770E"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w:t>
            </w:r>
            <w:r>
              <w:rPr>
                <w:rFonts w:ascii="Times New Roman" w:hAnsi="Times New Roman" w:cs="Times New Roman"/>
                <w:b/>
                <w:bCs/>
                <w:color w:val="000000"/>
                <w:sz w:val="20"/>
                <w:szCs w:val="20"/>
              </w:rPr>
              <w:t>0</w:t>
            </w:r>
          </w:p>
        </w:tc>
      </w:tr>
      <w:tr w:rsidR="00F10FAD" w:rsidRPr="0071512A" w14:paraId="218475BF" w14:textId="77777777" w:rsidTr="00DA46F4">
        <w:trPr>
          <w:jc w:val="center"/>
        </w:trPr>
        <w:tc>
          <w:tcPr>
            <w:tcW w:w="2865" w:type="dxa"/>
          </w:tcPr>
          <w:p w14:paraId="7078A566" w14:textId="619BF143"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Non-</w:t>
            </w:r>
            <w:r w:rsidR="00383765">
              <w:rPr>
                <w:rFonts w:ascii="Times New Roman" w:hAnsi="Times New Roman" w:cs="Times New Roman"/>
                <w:sz w:val="20"/>
                <w:szCs w:val="20"/>
              </w:rPr>
              <w:t>P</w:t>
            </w:r>
            <w:r w:rsidRPr="0071512A">
              <w:rPr>
                <w:rFonts w:ascii="Times New Roman" w:hAnsi="Times New Roman" w:cs="Times New Roman"/>
                <w:sz w:val="20"/>
                <w:szCs w:val="20"/>
              </w:rPr>
              <w:t>ersistence</w:t>
            </w:r>
          </w:p>
        </w:tc>
        <w:tc>
          <w:tcPr>
            <w:tcW w:w="1594" w:type="dxa"/>
            <w:vAlign w:val="bottom"/>
          </w:tcPr>
          <w:p w14:paraId="5F6E3217"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0.70</w:t>
            </w:r>
          </w:p>
        </w:tc>
      </w:tr>
      <w:tr w:rsidR="00F10FAD" w:rsidRPr="0071512A" w14:paraId="2986B970" w14:textId="77777777" w:rsidTr="00DA46F4">
        <w:trPr>
          <w:jc w:val="center"/>
        </w:trPr>
        <w:tc>
          <w:tcPr>
            <w:tcW w:w="2865" w:type="dxa"/>
          </w:tcPr>
          <w:p w14:paraId="71A5EE9C"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lastRenderedPageBreak/>
              <w:t>Dissociation </w:t>
            </w:r>
          </w:p>
        </w:tc>
        <w:tc>
          <w:tcPr>
            <w:tcW w:w="1594" w:type="dxa"/>
            <w:vAlign w:val="bottom"/>
          </w:tcPr>
          <w:p w14:paraId="05BFC8CB"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0.69</w:t>
            </w:r>
          </w:p>
        </w:tc>
      </w:tr>
      <w:tr w:rsidR="00F10FAD" w:rsidRPr="0071512A" w14:paraId="72950267" w14:textId="77777777" w:rsidTr="00DA46F4">
        <w:trPr>
          <w:jc w:val="center"/>
        </w:trPr>
        <w:tc>
          <w:tcPr>
            <w:tcW w:w="2865" w:type="dxa"/>
          </w:tcPr>
          <w:p w14:paraId="3084BF2D"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Suspiciousness</w:t>
            </w:r>
          </w:p>
        </w:tc>
        <w:tc>
          <w:tcPr>
            <w:tcW w:w="1594" w:type="dxa"/>
            <w:vAlign w:val="bottom"/>
          </w:tcPr>
          <w:p w14:paraId="6FA6F1BE"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0.68</w:t>
            </w:r>
          </w:p>
        </w:tc>
      </w:tr>
      <w:tr w:rsidR="00F10FAD" w:rsidRPr="0071512A" w14:paraId="31909044" w14:textId="77777777" w:rsidTr="00DA46F4">
        <w:trPr>
          <w:jc w:val="center"/>
        </w:trPr>
        <w:tc>
          <w:tcPr>
            <w:tcW w:w="2865" w:type="dxa"/>
          </w:tcPr>
          <w:p w14:paraId="598A1756"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Cynicism</w:t>
            </w:r>
          </w:p>
        </w:tc>
        <w:tc>
          <w:tcPr>
            <w:tcW w:w="1594" w:type="dxa"/>
            <w:vAlign w:val="bottom"/>
          </w:tcPr>
          <w:p w14:paraId="21AE2A11"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0.67</w:t>
            </w:r>
          </w:p>
        </w:tc>
      </w:tr>
      <w:tr w:rsidR="00F10FAD" w:rsidRPr="0071512A" w14:paraId="67105366" w14:textId="77777777" w:rsidTr="00DA46F4">
        <w:trPr>
          <w:jc w:val="center"/>
        </w:trPr>
        <w:tc>
          <w:tcPr>
            <w:tcW w:w="2865" w:type="dxa"/>
          </w:tcPr>
          <w:p w14:paraId="11FB3C2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Fantasy Proneness</w:t>
            </w:r>
          </w:p>
        </w:tc>
        <w:tc>
          <w:tcPr>
            <w:tcW w:w="1594" w:type="dxa"/>
            <w:vAlign w:val="bottom"/>
          </w:tcPr>
          <w:p w14:paraId="6E3E4CAC"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0.67</w:t>
            </w:r>
          </w:p>
        </w:tc>
      </w:tr>
      <w:tr w:rsidR="00F10FAD" w:rsidRPr="0071512A" w14:paraId="0B1F2991" w14:textId="77777777" w:rsidTr="00DA46F4">
        <w:trPr>
          <w:jc w:val="center"/>
        </w:trPr>
        <w:tc>
          <w:tcPr>
            <w:tcW w:w="2865" w:type="dxa"/>
          </w:tcPr>
          <w:p w14:paraId="785C661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Social Anxiety </w:t>
            </w:r>
          </w:p>
        </w:tc>
        <w:tc>
          <w:tcPr>
            <w:tcW w:w="1594" w:type="dxa"/>
            <w:vAlign w:val="bottom"/>
          </w:tcPr>
          <w:p w14:paraId="0BC4773D"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0.64</w:t>
            </w:r>
          </w:p>
        </w:tc>
      </w:tr>
      <w:tr w:rsidR="00F10FAD" w:rsidRPr="0071512A" w14:paraId="45E8CED5" w14:textId="77777777" w:rsidTr="00DA46F4">
        <w:trPr>
          <w:jc w:val="center"/>
        </w:trPr>
        <w:tc>
          <w:tcPr>
            <w:tcW w:w="2865" w:type="dxa"/>
          </w:tcPr>
          <w:p w14:paraId="458A615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Angry Hostility</w:t>
            </w:r>
          </w:p>
        </w:tc>
        <w:tc>
          <w:tcPr>
            <w:tcW w:w="1594" w:type="dxa"/>
            <w:vAlign w:val="bottom"/>
          </w:tcPr>
          <w:p w14:paraId="68C41865"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0.63</w:t>
            </w:r>
          </w:p>
        </w:tc>
      </w:tr>
      <w:tr w:rsidR="00F10FAD" w:rsidRPr="0071512A" w14:paraId="327CF96E" w14:textId="77777777" w:rsidTr="00DA46F4">
        <w:trPr>
          <w:jc w:val="center"/>
        </w:trPr>
        <w:tc>
          <w:tcPr>
            <w:tcW w:w="2865" w:type="dxa"/>
          </w:tcPr>
          <w:p w14:paraId="0F5389B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Insomnia </w:t>
            </w:r>
          </w:p>
        </w:tc>
        <w:tc>
          <w:tcPr>
            <w:tcW w:w="1594" w:type="dxa"/>
            <w:vAlign w:val="bottom"/>
          </w:tcPr>
          <w:p w14:paraId="12D5E348"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0.62</w:t>
            </w:r>
          </w:p>
        </w:tc>
      </w:tr>
      <w:tr w:rsidR="00F10FAD" w:rsidRPr="0071512A" w14:paraId="7E569FD0" w14:textId="77777777" w:rsidTr="00DA46F4">
        <w:trPr>
          <w:jc w:val="center"/>
        </w:trPr>
        <w:tc>
          <w:tcPr>
            <w:tcW w:w="2865" w:type="dxa"/>
          </w:tcPr>
          <w:p w14:paraId="7F79B43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Disorganization </w:t>
            </w:r>
          </w:p>
        </w:tc>
        <w:tc>
          <w:tcPr>
            <w:tcW w:w="1594" w:type="dxa"/>
            <w:vAlign w:val="bottom"/>
          </w:tcPr>
          <w:p w14:paraId="7B04B311"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0.62</w:t>
            </w:r>
          </w:p>
        </w:tc>
      </w:tr>
      <w:tr w:rsidR="00F10FAD" w:rsidRPr="0071512A" w14:paraId="07BA2FEB" w14:textId="77777777" w:rsidTr="00DA46F4">
        <w:trPr>
          <w:jc w:val="center"/>
        </w:trPr>
        <w:tc>
          <w:tcPr>
            <w:tcW w:w="2865" w:type="dxa"/>
          </w:tcPr>
          <w:p w14:paraId="5C3DEC84"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Rigidity </w:t>
            </w:r>
          </w:p>
        </w:tc>
        <w:tc>
          <w:tcPr>
            <w:tcW w:w="1594" w:type="dxa"/>
            <w:vAlign w:val="bottom"/>
          </w:tcPr>
          <w:p w14:paraId="4EA76AD4"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0.61</w:t>
            </w:r>
          </w:p>
        </w:tc>
      </w:tr>
      <w:tr w:rsidR="00F10FAD" w:rsidRPr="0071512A" w14:paraId="55E6F0A2" w14:textId="77777777" w:rsidTr="00DA46F4">
        <w:trPr>
          <w:jc w:val="center"/>
        </w:trPr>
        <w:tc>
          <w:tcPr>
            <w:tcW w:w="2865" w:type="dxa"/>
          </w:tcPr>
          <w:p w14:paraId="0CCD093D" w14:textId="24DF9EB1"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Non-</w:t>
            </w:r>
            <w:proofErr w:type="spellStart"/>
            <w:r w:rsidR="00194D07">
              <w:rPr>
                <w:rFonts w:ascii="Times New Roman" w:hAnsi="Times New Roman" w:cs="Times New Roman"/>
                <w:sz w:val="20"/>
                <w:szCs w:val="20"/>
              </w:rPr>
              <w:t>P</w:t>
            </w:r>
            <w:r w:rsidRPr="0071512A">
              <w:rPr>
                <w:rFonts w:ascii="Times New Roman" w:hAnsi="Times New Roman" w:cs="Times New Roman"/>
                <w:sz w:val="20"/>
                <w:szCs w:val="20"/>
              </w:rPr>
              <w:t>lanfulness</w:t>
            </w:r>
            <w:proofErr w:type="spellEnd"/>
          </w:p>
        </w:tc>
        <w:tc>
          <w:tcPr>
            <w:tcW w:w="1594" w:type="dxa"/>
            <w:vAlign w:val="bottom"/>
          </w:tcPr>
          <w:p w14:paraId="30E82BD9"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0.61</w:t>
            </w:r>
          </w:p>
        </w:tc>
      </w:tr>
      <w:tr w:rsidR="00F10FAD" w:rsidRPr="0071512A" w14:paraId="60C40CAD" w14:textId="77777777" w:rsidTr="00DA46F4">
        <w:trPr>
          <w:jc w:val="center"/>
        </w:trPr>
        <w:tc>
          <w:tcPr>
            <w:tcW w:w="2865" w:type="dxa"/>
          </w:tcPr>
          <w:p w14:paraId="17AA57A9"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Suicidality </w:t>
            </w:r>
          </w:p>
        </w:tc>
        <w:tc>
          <w:tcPr>
            <w:tcW w:w="1594" w:type="dxa"/>
            <w:vAlign w:val="bottom"/>
          </w:tcPr>
          <w:p w14:paraId="7CF1BBF1" w14:textId="313B2A4B"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w:t>
            </w:r>
            <w:r w:rsidR="003C3BAF">
              <w:rPr>
                <w:rFonts w:ascii="Times New Roman" w:hAnsi="Times New Roman" w:cs="Times New Roman"/>
                <w:b/>
                <w:bCs/>
                <w:color w:val="000000"/>
                <w:sz w:val="20"/>
                <w:szCs w:val="20"/>
              </w:rPr>
              <w:t>0</w:t>
            </w:r>
          </w:p>
        </w:tc>
      </w:tr>
      <w:tr w:rsidR="00F10FAD" w:rsidRPr="0071512A" w14:paraId="6FBEF32A" w14:textId="77777777" w:rsidTr="00DA46F4">
        <w:trPr>
          <w:jc w:val="center"/>
        </w:trPr>
        <w:tc>
          <w:tcPr>
            <w:tcW w:w="2865" w:type="dxa"/>
          </w:tcPr>
          <w:p w14:paraId="5C2739EA"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Health Anxiety</w:t>
            </w:r>
          </w:p>
        </w:tc>
        <w:tc>
          <w:tcPr>
            <w:tcW w:w="1594" w:type="dxa"/>
            <w:vAlign w:val="bottom"/>
          </w:tcPr>
          <w:p w14:paraId="67E5A384"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w:t>
            </w:r>
            <w:r>
              <w:rPr>
                <w:rFonts w:ascii="Times New Roman" w:hAnsi="Times New Roman" w:cs="Times New Roman"/>
                <w:b/>
                <w:bCs/>
                <w:color w:val="000000"/>
                <w:sz w:val="20"/>
                <w:szCs w:val="20"/>
              </w:rPr>
              <w:t>0</w:t>
            </w:r>
          </w:p>
        </w:tc>
      </w:tr>
      <w:tr w:rsidR="00F10FAD" w:rsidRPr="0071512A" w14:paraId="5A8556F0" w14:textId="77777777" w:rsidTr="00DA46F4">
        <w:trPr>
          <w:jc w:val="center"/>
        </w:trPr>
        <w:tc>
          <w:tcPr>
            <w:tcW w:w="2865" w:type="dxa"/>
          </w:tcPr>
          <w:p w14:paraId="0B8387E6"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Hoarding  </w:t>
            </w:r>
          </w:p>
        </w:tc>
        <w:tc>
          <w:tcPr>
            <w:tcW w:w="1594" w:type="dxa"/>
            <w:vAlign w:val="bottom"/>
          </w:tcPr>
          <w:p w14:paraId="50013CC6"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0.6</w:t>
            </w:r>
            <w:r>
              <w:rPr>
                <w:rFonts w:ascii="Times New Roman" w:hAnsi="Times New Roman" w:cs="Times New Roman"/>
                <w:b/>
                <w:bCs/>
                <w:color w:val="000000"/>
                <w:sz w:val="20"/>
                <w:szCs w:val="20"/>
              </w:rPr>
              <w:t>0</w:t>
            </w:r>
          </w:p>
        </w:tc>
      </w:tr>
      <w:tr w:rsidR="00F10FAD" w:rsidRPr="0071512A" w14:paraId="479A5A70" w14:textId="77777777" w:rsidTr="00DA46F4">
        <w:trPr>
          <w:jc w:val="center"/>
        </w:trPr>
        <w:tc>
          <w:tcPr>
            <w:tcW w:w="2865" w:type="dxa"/>
          </w:tcPr>
          <w:p w14:paraId="48651B51"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Social Aloofness</w:t>
            </w:r>
          </w:p>
        </w:tc>
        <w:tc>
          <w:tcPr>
            <w:tcW w:w="1594" w:type="dxa"/>
            <w:vAlign w:val="bottom"/>
          </w:tcPr>
          <w:p w14:paraId="69D5BC01" w14:textId="01900EEB"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w:t>
            </w:r>
            <w:r w:rsidR="003C3BAF">
              <w:rPr>
                <w:rFonts w:ascii="Times New Roman" w:hAnsi="Times New Roman" w:cs="Times New Roman"/>
                <w:b/>
                <w:bCs/>
                <w:color w:val="000000"/>
                <w:sz w:val="20"/>
                <w:szCs w:val="20"/>
              </w:rPr>
              <w:t>60</w:t>
            </w:r>
          </w:p>
        </w:tc>
      </w:tr>
      <w:tr w:rsidR="00F10FAD" w:rsidRPr="0071512A" w14:paraId="7938DF23" w14:textId="77777777" w:rsidTr="00DA46F4">
        <w:trPr>
          <w:jc w:val="center"/>
        </w:trPr>
        <w:tc>
          <w:tcPr>
            <w:tcW w:w="2865" w:type="dxa"/>
          </w:tcPr>
          <w:p w14:paraId="078C5FFF"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Eccentricity </w:t>
            </w:r>
          </w:p>
        </w:tc>
        <w:tc>
          <w:tcPr>
            <w:tcW w:w="1594" w:type="dxa"/>
            <w:vAlign w:val="bottom"/>
          </w:tcPr>
          <w:p w14:paraId="2F4B5CEE"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0.59</w:t>
            </w:r>
          </w:p>
        </w:tc>
      </w:tr>
      <w:tr w:rsidR="00F10FAD" w:rsidRPr="0071512A" w14:paraId="683C368A" w14:textId="77777777" w:rsidTr="00DA46F4">
        <w:trPr>
          <w:jc w:val="center"/>
        </w:trPr>
        <w:tc>
          <w:tcPr>
            <w:tcW w:w="2865" w:type="dxa"/>
          </w:tcPr>
          <w:p w14:paraId="15D54943"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Agoraphobia </w:t>
            </w:r>
          </w:p>
        </w:tc>
        <w:tc>
          <w:tcPr>
            <w:tcW w:w="1594" w:type="dxa"/>
            <w:vAlign w:val="bottom"/>
          </w:tcPr>
          <w:p w14:paraId="32685972"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0.58</w:t>
            </w:r>
          </w:p>
        </w:tc>
      </w:tr>
      <w:tr w:rsidR="00F10FAD" w:rsidRPr="0071512A" w14:paraId="66B303C3" w14:textId="77777777" w:rsidTr="00DA46F4">
        <w:trPr>
          <w:jc w:val="center"/>
        </w:trPr>
        <w:tc>
          <w:tcPr>
            <w:tcW w:w="2865" w:type="dxa"/>
          </w:tcPr>
          <w:p w14:paraId="69053AF3"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Disease Conviction </w:t>
            </w:r>
          </w:p>
        </w:tc>
        <w:tc>
          <w:tcPr>
            <w:tcW w:w="1594" w:type="dxa"/>
            <w:vAlign w:val="bottom"/>
          </w:tcPr>
          <w:p w14:paraId="08B36EEC"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0.58</w:t>
            </w:r>
          </w:p>
        </w:tc>
      </w:tr>
      <w:tr w:rsidR="00F10FAD" w:rsidRPr="0071512A" w14:paraId="171A2668" w14:textId="77777777" w:rsidTr="00DA46F4">
        <w:trPr>
          <w:jc w:val="center"/>
        </w:trPr>
        <w:tc>
          <w:tcPr>
            <w:tcW w:w="2865" w:type="dxa"/>
          </w:tcPr>
          <w:p w14:paraId="7CA43A3C"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Nightmares </w:t>
            </w:r>
          </w:p>
        </w:tc>
        <w:tc>
          <w:tcPr>
            <w:tcW w:w="1594" w:type="dxa"/>
            <w:vAlign w:val="bottom"/>
          </w:tcPr>
          <w:p w14:paraId="435B0D4D"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0.57</w:t>
            </w:r>
          </w:p>
        </w:tc>
      </w:tr>
      <w:tr w:rsidR="00F10FAD" w:rsidRPr="0071512A" w14:paraId="55CA659E" w14:textId="77777777" w:rsidTr="00DA46F4">
        <w:trPr>
          <w:jc w:val="center"/>
        </w:trPr>
        <w:tc>
          <w:tcPr>
            <w:tcW w:w="2865" w:type="dxa"/>
          </w:tcPr>
          <w:p w14:paraId="614018A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Restricted Affectivity</w:t>
            </w:r>
          </w:p>
        </w:tc>
        <w:tc>
          <w:tcPr>
            <w:tcW w:w="1594" w:type="dxa"/>
            <w:vAlign w:val="bottom"/>
          </w:tcPr>
          <w:p w14:paraId="72FFAE30" w14:textId="77777777" w:rsidR="00F10FAD" w:rsidRPr="002214F0" w:rsidRDefault="00F10FAD" w:rsidP="001C61B8">
            <w:pPr>
              <w:rPr>
                <w:rFonts w:ascii="Times New Roman" w:hAnsi="Times New Roman" w:cs="Times New Roman"/>
                <w:b/>
                <w:bCs/>
                <w:sz w:val="20"/>
                <w:szCs w:val="20"/>
              </w:rPr>
            </w:pPr>
            <w:r w:rsidRPr="002214F0">
              <w:rPr>
                <w:rFonts w:ascii="Times New Roman" w:hAnsi="Times New Roman" w:cs="Times New Roman"/>
                <w:b/>
                <w:bCs/>
                <w:color w:val="000000"/>
                <w:sz w:val="20"/>
                <w:szCs w:val="20"/>
              </w:rPr>
              <w:t>0.56</w:t>
            </w:r>
          </w:p>
        </w:tc>
      </w:tr>
      <w:tr w:rsidR="00F10FAD" w:rsidRPr="0071512A" w14:paraId="6738EC54" w14:textId="77777777" w:rsidTr="00DA46F4">
        <w:trPr>
          <w:jc w:val="center"/>
        </w:trPr>
        <w:tc>
          <w:tcPr>
            <w:tcW w:w="2865" w:type="dxa"/>
          </w:tcPr>
          <w:p w14:paraId="50A933B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Appetite Loss </w:t>
            </w:r>
          </w:p>
        </w:tc>
        <w:tc>
          <w:tcPr>
            <w:tcW w:w="1594" w:type="dxa"/>
            <w:vAlign w:val="bottom"/>
          </w:tcPr>
          <w:p w14:paraId="0632D598"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0.54</w:t>
            </w:r>
          </w:p>
        </w:tc>
      </w:tr>
      <w:tr w:rsidR="00F10FAD" w:rsidRPr="0071512A" w14:paraId="0DD02318" w14:textId="77777777" w:rsidTr="00DA46F4">
        <w:trPr>
          <w:jc w:val="center"/>
        </w:trPr>
        <w:tc>
          <w:tcPr>
            <w:tcW w:w="2865" w:type="dxa"/>
          </w:tcPr>
          <w:p w14:paraId="0DCF30A1"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Restlessness</w:t>
            </w:r>
          </w:p>
        </w:tc>
        <w:tc>
          <w:tcPr>
            <w:tcW w:w="1594" w:type="dxa"/>
            <w:vAlign w:val="bottom"/>
          </w:tcPr>
          <w:p w14:paraId="6089495B"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0.54</w:t>
            </w:r>
          </w:p>
        </w:tc>
      </w:tr>
      <w:tr w:rsidR="00F10FAD" w:rsidRPr="0071512A" w14:paraId="2A59BEEB" w14:textId="77777777" w:rsidTr="00DA46F4">
        <w:trPr>
          <w:jc w:val="center"/>
        </w:trPr>
        <w:tc>
          <w:tcPr>
            <w:tcW w:w="2865" w:type="dxa"/>
          </w:tcPr>
          <w:p w14:paraId="04DF0CF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Restricted Eating</w:t>
            </w:r>
          </w:p>
        </w:tc>
        <w:tc>
          <w:tcPr>
            <w:tcW w:w="1594" w:type="dxa"/>
            <w:vAlign w:val="bottom"/>
          </w:tcPr>
          <w:p w14:paraId="7C001605"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0.53</w:t>
            </w:r>
          </w:p>
        </w:tc>
      </w:tr>
      <w:tr w:rsidR="00F10FAD" w:rsidRPr="0071512A" w14:paraId="365B0606" w14:textId="77777777" w:rsidTr="00DA46F4">
        <w:trPr>
          <w:jc w:val="center"/>
        </w:trPr>
        <w:tc>
          <w:tcPr>
            <w:tcW w:w="2865" w:type="dxa"/>
          </w:tcPr>
          <w:p w14:paraId="4FFE1603"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Deceitfulness </w:t>
            </w:r>
          </w:p>
        </w:tc>
        <w:tc>
          <w:tcPr>
            <w:tcW w:w="1594" w:type="dxa"/>
            <w:vAlign w:val="bottom"/>
          </w:tcPr>
          <w:p w14:paraId="619F465B"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0.53</w:t>
            </w:r>
          </w:p>
        </w:tc>
      </w:tr>
      <w:tr w:rsidR="00F10FAD" w:rsidRPr="0071512A" w14:paraId="7AF2EB7E" w14:textId="77777777" w:rsidTr="00DA46F4">
        <w:trPr>
          <w:jc w:val="center"/>
        </w:trPr>
        <w:tc>
          <w:tcPr>
            <w:tcW w:w="2865" w:type="dxa"/>
          </w:tcPr>
          <w:p w14:paraId="5D02DC69"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Callousness </w:t>
            </w:r>
          </w:p>
        </w:tc>
        <w:tc>
          <w:tcPr>
            <w:tcW w:w="1594" w:type="dxa"/>
            <w:vAlign w:val="bottom"/>
          </w:tcPr>
          <w:p w14:paraId="51CE85E1"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0.51</w:t>
            </w:r>
          </w:p>
        </w:tc>
      </w:tr>
      <w:tr w:rsidR="00F10FAD" w:rsidRPr="0071512A" w14:paraId="3667707E" w14:textId="77777777" w:rsidTr="00DA46F4">
        <w:trPr>
          <w:jc w:val="center"/>
        </w:trPr>
        <w:tc>
          <w:tcPr>
            <w:tcW w:w="2865" w:type="dxa"/>
          </w:tcPr>
          <w:p w14:paraId="54412A0C"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Well-being </w:t>
            </w:r>
          </w:p>
        </w:tc>
        <w:tc>
          <w:tcPr>
            <w:tcW w:w="1594" w:type="dxa"/>
            <w:vAlign w:val="bottom"/>
          </w:tcPr>
          <w:p w14:paraId="62F6F024"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-0.5</w:t>
            </w:r>
            <w:r>
              <w:rPr>
                <w:rFonts w:ascii="Times New Roman" w:hAnsi="Times New Roman" w:cs="Times New Roman"/>
                <w:b/>
                <w:bCs/>
                <w:color w:val="000000"/>
                <w:sz w:val="20"/>
                <w:szCs w:val="20"/>
              </w:rPr>
              <w:t>0</w:t>
            </w:r>
          </w:p>
        </w:tc>
      </w:tr>
      <w:tr w:rsidR="00F10FAD" w:rsidRPr="0071512A" w14:paraId="69CD9272" w14:textId="77777777" w:rsidTr="00DA46F4">
        <w:trPr>
          <w:jc w:val="center"/>
        </w:trPr>
        <w:tc>
          <w:tcPr>
            <w:tcW w:w="2865" w:type="dxa"/>
          </w:tcPr>
          <w:p w14:paraId="39535C54"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Oppositionality </w:t>
            </w:r>
          </w:p>
        </w:tc>
        <w:tc>
          <w:tcPr>
            <w:tcW w:w="1594" w:type="dxa"/>
            <w:vAlign w:val="bottom"/>
          </w:tcPr>
          <w:p w14:paraId="4E09D217"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0.49</w:t>
            </w:r>
          </w:p>
        </w:tc>
      </w:tr>
      <w:tr w:rsidR="00F10FAD" w:rsidRPr="0071512A" w14:paraId="02D69071" w14:textId="77777777" w:rsidTr="00DA46F4">
        <w:trPr>
          <w:jc w:val="center"/>
        </w:trPr>
        <w:tc>
          <w:tcPr>
            <w:tcW w:w="2865" w:type="dxa"/>
          </w:tcPr>
          <w:p w14:paraId="0E78144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Body Dissatisfaction</w:t>
            </w:r>
          </w:p>
        </w:tc>
        <w:tc>
          <w:tcPr>
            <w:tcW w:w="1594" w:type="dxa"/>
            <w:vAlign w:val="bottom"/>
          </w:tcPr>
          <w:p w14:paraId="2FAFB59A"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0.49</w:t>
            </w:r>
          </w:p>
        </w:tc>
      </w:tr>
      <w:tr w:rsidR="00F10FAD" w:rsidRPr="0071512A" w14:paraId="60DBE255" w14:textId="77777777" w:rsidTr="00DA46F4">
        <w:trPr>
          <w:jc w:val="center"/>
        </w:trPr>
        <w:tc>
          <w:tcPr>
            <w:tcW w:w="2865" w:type="dxa"/>
          </w:tcPr>
          <w:p w14:paraId="7C6FFB11"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Somatic Preoccupation</w:t>
            </w:r>
          </w:p>
        </w:tc>
        <w:tc>
          <w:tcPr>
            <w:tcW w:w="1594" w:type="dxa"/>
            <w:vAlign w:val="bottom"/>
          </w:tcPr>
          <w:p w14:paraId="6EFFA7F9"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0.49</w:t>
            </w:r>
          </w:p>
        </w:tc>
      </w:tr>
      <w:tr w:rsidR="00F10FAD" w:rsidRPr="0071512A" w14:paraId="02E4B343" w14:textId="77777777" w:rsidTr="00DA46F4">
        <w:trPr>
          <w:jc w:val="center"/>
        </w:trPr>
        <w:tc>
          <w:tcPr>
            <w:tcW w:w="2865" w:type="dxa"/>
          </w:tcPr>
          <w:p w14:paraId="6E86BFDA"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Counting </w:t>
            </w:r>
          </w:p>
        </w:tc>
        <w:tc>
          <w:tcPr>
            <w:tcW w:w="1594" w:type="dxa"/>
            <w:vAlign w:val="bottom"/>
          </w:tcPr>
          <w:p w14:paraId="427AFA64"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0.48</w:t>
            </w:r>
          </w:p>
        </w:tc>
      </w:tr>
      <w:tr w:rsidR="00F10FAD" w:rsidRPr="0071512A" w14:paraId="0F959175" w14:textId="77777777" w:rsidTr="00DA46F4">
        <w:trPr>
          <w:jc w:val="center"/>
        </w:trPr>
        <w:tc>
          <w:tcPr>
            <w:tcW w:w="2865" w:type="dxa"/>
          </w:tcPr>
          <w:p w14:paraId="1ABDB828"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Food Selectivity</w:t>
            </w:r>
          </w:p>
        </w:tc>
        <w:tc>
          <w:tcPr>
            <w:tcW w:w="1594" w:type="dxa"/>
            <w:vAlign w:val="bottom"/>
          </w:tcPr>
          <w:p w14:paraId="7B4E8D74"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0.48</w:t>
            </w:r>
          </w:p>
        </w:tc>
      </w:tr>
      <w:tr w:rsidR="00F10FAD" w:rsidRPr="0071512A" w14:paraId="69EB1371" w14:textId="77777777" w:rsidTr="00DA46F4">
        <w:trPr>
          <w:jc w:val="center"/>
        </w:trPr>
        <w:tc>
          <w:tcPr>
            <w:tcW w:w="2865" w:type="dxa"/>
          </w:tcPr>
          <w:p w14:paraId="77F9E1C9"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NSSI    </w:t>
            </w:r>
          </w:p>
        </w:tc>
        <w:tc>
          <w:tcPr>
            <w:tcW w:w="1594" w:type="dxa"/>
            <w:vAlign w:val="bottom"/>
          </w:tcPr>
          <w:p w14:paraId="4857C345"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0.47</w:t>
            </w:r>
          </w:p>
        </w:tc>
      </w:tr>
      <w:tr w:rsidR="00F10FAD" w:rsidRPr="0071512A" w14:paraId="6611E26E" w14:textId="77777777" w:rsidTr="00DA46F4">
        <w:trPr>
          <w:jc w:val="center"/>
        </w:trPr>
        <w:tc>
          <w:tcPr>
            <w:tcW w:w="2865" w:type="dxa"/>
          </w:tcPr>
          <w:p w14:paraId="7A55CD09"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Submissiveness  </w:t>
            </w:r>
          </w:p>
        </w:tc>
        <w:tc>
          <w:tcPr>
            <w:tcW w:w="1594" w:type="dxa"/>
            <w:vAlign w:val="bottom"/>
          </w:tcPr>
          <w:p w14:paraId="48A7BD31"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0.47</w:t>
            </w:r>
          </w:p>
        </w:tc>
      </w:tr>
      <w:tr w:rsidR="00F10FAD" w:rsidRPr="0071512A" w14:paraId="038335E5" w14:textId="77777777" w:rsidTr="00DA46F4">
        <w:trPr>
          <w:jc w:val="center"/>
        </w:trPr>
        <w:tc>
          <w:tcPr>
            <w:tcW w:w="2865" w:type="dxa"/>
          </w:tcPr>
          <w:p w14:paraId="572889CD"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Entitlement </w:t>
            </w:r>
          </w:p>
        </w:tc>
        <w:tc>
          <w:tcPr>
            <w:tcW w:w="1594" w:type="dxa"/>
            <w:vAlign w:val="bottom"/>
          </w:tcPr>
          <w:p w14:paraId="493B5045"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0.47</w:t>
            </w:r>
          </w:p>
        </w:tc>
      </w:tr>
      <w:tr w:rsidR="00F10FAD" w:rsidRPr="0071512A" w14:paraId="6CD8B253" w14:textId="77777777" w:rsidTr="00DA46F4">
        <w:trPr>
          <w:jc w:val="center"/>
        </w:trPr>
        <w:tc>
          <w:tcPr>
            <w:tcW w:w="2865" w:type="dxa"/>
          </w:tcPr>
          <w:p w14:paraId="5BB748F6"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Problematic Shopping</w:t>
            </w:r>
          </w:p>
        </w:tc>
        <w:tc>
          <w:tcPr>
            <w:tcW w:w="1594" w:type="dxa"/>
            <w:vAlign w:val="bottom"/>
          </w:tcPr>
          <w:p w14:paraId="2176FD1B"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0.45</w:t>
            </w:r>
          </w:p>
        </w:tc>
      </w:tr>
      <w:tr w:rsidR="00F10FAD" w:rsidRPr="0071512A" w14:paraId="13FE8833" w14:textId="77777777" w:rsidTr="00DA46F4">
        <w:trPr>
          <w:jc w:val="center"/>
        </w:trPr>
        <w:tc>
          <w:tcPr>
            <w:tcW w:w="2865" w:type="dxa"/>
          </w:tcPr>
          <w:p w14:paraId="503DF8DC"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Social Aggression </w:t>
            </w:r>
          </w:p>
        </w:tc>
        <w:tc>
          <w:tcPr>
            <w:tcW w:w="1594" w:type="dxa"/>
            <w:vAlign w:val="bottom"/>
          </w:tcPr>
          <w:p w14:paraId="74810089"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0.45</w:t>
            </w:r>
          </w:p>
        </w:tc>
      </w:tr>
      <w:tr w:rsidR="00F10FAD" w:rsidRPr="0071512A" w14:paraId="5C805C12" w14:textId="77777777" w:rsidTr="00DA46F4">
        <w:trPr>
          <w:jc w:val="center"/>
        </w:trPr>
        <w:tc>
          <w:tcPr>
            <w:tcW w:w="2865" w:type="dxa"/>
          </w:tcPr>
          <w:p w14:paraId="26BBCCB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Situational Phobias</w:t>
            </w:r>
          </w:p>
        </w:tc>
        <w:tc>
          <w:tcPr>
            <w:tcW w:w="1594" w:type="dxa"/>
            <w:vAlign w:val="bottom"/>
          </w:tcPr>
          <w:p w14:paraId="0DAA620E"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0.43</w:t>
            </w:r>
          </w:p>
        </w:tc>
      </w:tr>
      <w:tr w:rsidR="00F10FAD" w:rsidRPr="0071512A" w14:paraId="6FC3E006" w14:textId="77777777" w:rsidTr="00DA46F4">
        <w:trPr>
          <w:jc w:val="center"/>
        </w:trPr>
        <w:tc>
          <w:tcPr>
            <w:tcW w:w="2865" w:type="dxa"/>
          </w:tcPr>
          <w:p w14:paraId="43590617"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Conversion Symptoms  </w:t>
            </w:r>
          </w:p>
        </w:tc>
        <w:tc>
          <w:tcPr>
            <w:tcW w:w="1594" w:type="dxa"/>
            <w:vAlign w:val="bottom"/>
          </w:tcPr>
          <w:p w14:paraId="494B7B3E"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0.43</w:t>
            </w:r>
          </w:p>
        </w:tc>
      </w:tr>
      <w:tr w:rsidR="00F10FAD" w:rsidRPr="0071512A" w14:paraId="412BD68E" w14:textId="77777777" w:rsidTr="00DA46F4">
        <w:trPr>
          <w:jc w:val="center"/>
        </w:trPr>
        <w:tc>
          <w:tcPr>
            <w:tcW w:w="2865" w:type="dxa"/>
          </w:tcPr>
          <w:p w14:paraId="4876329A"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Sexual Distress </w:t>
            </w:r>
          </w:p>
        </w:tc>
        <w:tc>
          <w:tcPr>
            <w:tcW w:w="1594" w:type="dxa"/>
            <w:vAlign w:val="bottom"/>
          </w:tcPr>
          <w:p w14:paraId="7980117D"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0.40</w:t>
            </w:r>
          </w:p>
        </w:tc>
      </w:tr>
      <w:tr w:rsidR="00F10FAD" w:rsidRPr="0071512A" w14:paraId="6452EDCC" w14:textId="77777777" w:rsidTr="00DA46F4">
        <w:trPr>
          <w:jc w:val="center"/>
        </w:trPr>
        <w:tc>
          <w:tcPr>
            <w:tcW w:w="2865" w:type="dxa"/>
          </w:tcPr>
          <w:p w14:paraId="49D2DFE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Perfectionism </w:t>
            </w:r>
          </w:p>
        </w:tc>
        <w:tc>
          <w:tcPr>
            <w:tcW w:w="1594" w:type="dxa"/>
            <w:vAlign w:val="bottom"/>
          </w:tcPr>
          <w:p w14:paraId="39E3697F"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0.4</w:t>
            </w:r>
            <w:r>
              <w:rPr>
                <w:rFonts w:ascii="Times New Roman" w:hAnsi="Times New Roman" w:cs="Times New Roman"/>
                <w:b/>
                <w:bCs/>
                <w:color w:val="000000"/>
                <w:sz w:val="20"/>
                <w:szCs w:val="20"/>
              </w:rPr>
              <w:t>0</w:t>
            </w:r>
          </w:p>
        </w:tc>
      </w:tr>
      <w:tr w:rsidR="00F10FAD" w:rsidRPr="0071512A" w14:paraId="4D246A5A" w14:textId="77777777" w:rsidTr="00DA46F4">
        <w:trPr>
          <w:jc w:val="center"/>
        </w:trPr>
        <w:tc>
          <w:tcPr>
            <w:tcW w:w="2865" w:type="dxa"/>
          </w:tcPr>
          <w:p w14:paraId="5C79A1F2"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Binge Eating</w:t>
            </w:r>
          </w:p>
        </w:tc>
        <w:tc>
          <w:tcPr>
            <w:tcW w:w="1594" w:type="dxa"/>
            <w:vAlign w:val="bottom"/>
          </w:tcPr>
          <w:p w14:paraId="41469DE6"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0.39</w:t>
            </w:r>
          </w:p>
        </w:tc>
      </w:tr>
      <w:tr w:rsidR="00F10FAD" w:rsidRPr="0071512A" w14:paraId="3A3FA2C3" w14:textId="77777777" w:rsidTr="00DA46F4">
        <w:trPr>
          <w:jc w:val="center"/>
        </w:trPr>
        <w:tc>
          <w:tcPr>
            <w:tcW w:w="2865" w:type="dxa"/>
          </w:tcPr>
          <w:p w14:paraId="0910EAD2"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Manipulativeness </w:t>
            </w:r>
          </w:p>
        </w:tc>
        <w:tc>
          <w:tcPr>
            <w:tcW w:w="1594" w:type="dxa"/>
            <w:vAlign w:val="bottom"/>
          </w:tcPr>
          <w:p w14:paraId="690D31E2"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0.39</w:t>
            </w:r>
          </w:p>
        </w:tc>
      </w:tr>
      <w:tr w:rsidR="00F10FAD" w:rsidRPr="0071512A" w14:paraId="188ECD03" w14:textId="77777777" w:rsidTr="00DA46F4">
        <w:trPr>
          <w:jc w:val="center"/>
        </w:trPr>
        <w:tc>
          <w:tcPr>
            <w:tcW w:w="2865" w:type="dxa"/>
          </w:tcPr>
          <w:p w14:paraId="3653EFC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Hallucinations</w:t>
            </w:r>
          </w:p>
        </w:tc>
        <w:tc>
          <w:tcPr>
            <w:tcW w:w="1594" w:type="dxa"/>
            <w:vAlign w:val="bottom"/>
          </w:tcPr>
          <w:p w14:paraId="4D217B94"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0.38</w:t>
            </w:r>
          </w:p>
        </w:tc>
      </w:tr>
      <w:tr w:rsidR="00F10FAD" w:rsidRPr="0071512A" w14:paraId="6F829141" w14:textId="77777777" w:rsidTr="00DA46F4">
        <w:trPr>
          <w:jc w:val="center"/>
        </w:trPr>
        <w:tc>
          <w:tcPr>
            <w:tcW w:w="2865" w:type="dxa"/>
          </w:tcPr>
          <w:p w14:paraId="395BA35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Manic Energy</w:t>
            </w:r>
          </w:p>
        </w:tc>
        <w:tc>
          <w:tcPr>
            <w:tcW w:w="1594" w:type="dxa"/>
            <w:vAlign w:val="bottom"/>
          </w:tcPr>
          <w:p w14:paraId="0B9508E3"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0.38</w:t>
            </w:r>
          </w:p>
        </w:tc>
      </w:tr>
      <w:tr w:rsidR="00F10FAD" w:rsidRPr="0071512A" w14:paraId="29E43BA4" w14:textId="77777777" w:rsidTr="00DA46F4">
        <w:trPr>
          <w:jc w:val="center"/>
        </w:trPr>
        <w:tc>
          <w:tcPr>
            <w:tcW w:w="2865" w:type="dxa"/>
          </w:tcPr>
          <w:p w14:paraId="7F0B4B91"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Low Sexual Interest</w:t>
            </w:r>
          </w:p>
        </w:tc>
        <w:tc>
          <w:tcPr>
            <w:tcW w:w="1594" w:type="dxa"/>
            <w:vAlign w:val="bottom"/>
          </w:tcPr>
          <w:p w14:paraId="6F5EFB86"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0.38</w:t>
            </w:r>
          </w:p>
        </w:tc>
      </w:tr>
      <w:tr w:rsidR="00F10FAD" w:rsidRPr="0071512A" w14:paraId="0B6D129B" w14:textId="77777777" w:rsidTr="00DA46F4">
        <w:trPr>
          <w:jc w:val="center"/>
        </w:trPr>
        <w:tc>
          <w:tcPr>
            <w:tcW w:w="2865" w:type="dxa"/>
          </w:tcPr>
          <w:p w14:paraId="33D0D513"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Animal-Insect Phobia</w:t>
            </w:r>
          </w:p>
        </w:tc>
        <w:tc>
          <w:tcPr>
            <w:tcW w:w="1594" w:type="dxa"/>
            <w:vAlign w:val="bottom"/>
          </w:tcPr>
          <w:p w14:paraId="6D8B1337"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0.37</w:t>
            </w:r>
          </w:p>
        </w:tc>
      </w:tr>
      <w:tr w:rsidR="00F10FAD" w:rsidRPr="0071512A" w14:paraId="6A71651F" w14:textId="77777777" w:rsidTr="00DA46F4">
        <w:trPr>
          <w:jc w:val="center"/>
        </w:trPr>
        <w:tc>
          <w:tcPr>
            <w:tcW w:w="2865" w:type="dxa"/>
          </w:tcPr>
          <w:p w14:paraId="726F6DE4"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Low Sexual Arousal</w:t>
            </w:r>
          </w:p>
        </w:tc>
        <w:tc>
          <w:tcPr>
            <w:tcW w:w="1594" w:type="dxa"/>
            <w:vAlign w:val="bottom"/>
          </w:tcPr>
          <w:p w14:paraId="37D7BCC3"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0.37</w:t>
            </w:r>
          </w:p>
        </w:tc>
      </w:tr>
      <w:tr w:rsidR="00F10FAD" w:rsidRPr="0071512A" w14:paraId="4968F670" w14:textId="77777777" w:rsidTr="00DA46F4">
        <w:trPr>
          <w:jc w:val="center"/>
        </w:trPr>
        <w:tc>
          <w:tcPr>
            <w:tcW w:w="2865" w:type="dxa"/>
          </w:tcPr>
          <w:p w14:paraId="1B413FC3"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Sexual Pain</w:t>
            </w:r>
          </w:p>
        </w:tc>
        <w:tc>
          <w:tcPr>
            <w:tcW w:w="1594" w:type="dxa"/>
            <w:vAlign w:val="bottom"/>
          </w:tcPr>
          <w:p w14:paraId="3137EC17" w14:textId="77777777" w:rsidR="00F10FAD" w:rsidRPr="002214F0" w:rsidRDefault="00F10FAD" w:rsidP="001C61B8">
            <w:pPr>
              <w:rPr>
                <w:rFonts w:ascii="Times New Roman" w:hAnsi="Times New Roman" w:cs="Times New Roman"/>
                <w:b/>
                <w:bCs/>
                <w:color w:val="000000"/>
                <w:sz w:val="20"/>
                <w:szCs w:val="20"/>
              </w:rPr>
            </w:pPr>
            <w:r w:rsidRPr="002214F0">
              <w:rPr>
                <w:rFonts w:ascii="Times New Roman" w:hAnsi="Times New Roman" w:cs="Times New Roman"/>
                <w:b/>
                <w:bCs/>
                <w:color w:val="000000"/>
                <w:sz w:val="20"/>
                <w:szCs w:val="20"/>
              </w:rPr>
              <w:t>0.37</w:t>
            </w:r>
          </w:p>
        </w:tc>
      </w:tr>
      <w:tr w:rsidR="00F10FAD" w:rsidRPr="0071512A" w14:paraId="5F313485" w14:textId="77777777" w:rsidTr="00DA46F4">
        <w:trPr>
          <w:jc w:val="center"/>
        </w:trPr>
        <w:tc>
          <w:tcPr>
            <w:tcW w:w="2865" w:type="dxa"/>
          </w:tcPr>
          <w:p w14:paraId="5AC2F67C"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Romantic Disinterest </w:t>
            </w:r>
          </w:p>
        </w:tc>
        <w:tc>
          <w:tcPr>
            <w:tcW w:w="1594" w:type="dxa"/>
            <w:vAlign w:val="bottom"/>
          </w:tcPr>
          <w:p w14:paraId="0476DE0C" w14:textId="449DBA51" w:rsidR="00F10FAD" w:rsidRPr="002214F0" w:rsidRDefault="00F10FAD" w:rsidP="001C61B8">
            <w:pPr>
              <w:rPr>
                <w:rFonts w:ascii="Times New Roman" w:hAnsi="Times New Roman" w:cs="Times New Roman"/>
                <w:b/>
                <w:bCs/>
                <w:sz w:val="20"/>
                <w:szCs w:val="20"/>
              </w:rPr>
            </w:pPr>
            <w:r w:rsidRPr="002214F0">
              <w:rPr>
                <w:rFonts w:ascii="Times New Roman" w:hAnsi="Times New Roman" w:cs="Times New Roman"/>
                <w:b/>
                <w:bCs/>
                <w:color w:val="000000"/>
                <w:sz w:val="20"/>
                <w:szCs w:val="20"/>
              </w:rPr>
              <w:t>0.3</w:t>
            </w:r>
            <w:r w:rsidR="003C3BAF">
              <w:rPr>
                <w:rFonts w:ascii="Times New Roman" w:hAnsi="Times New Roman" w:cs="Times New Roman"/>
                <w:b/>
                <w:bCs/>
                <w:color w:val="000000"/>
                <w:sz w:val="20"/>
                <w:szCs w:val="20"/>
              </w:rPr>
              <w:t>6</w:t>
            </w:r>
          </w:p>
        </w:tc>
      </w:tr>
      <w:tr w:rsidR="00F10FAD" w:rsidRPr="0071512A" w14:paraId="55819099" w14:textId="77777777" w:rsidTr="00DA46F4">
        <w:trPr>
          <w:jc w:val="center"/>
        </w:trPr>
        <w:tc>
          <w:tcPr>
            <w:tcW w:w="2865" w:type="dxa"/>
          </w:tcPr>
          <w:p w14:paraId="7DB8BB10"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Risk Aversion </w:t>
            </w:r>
          </w:p>
        </w:tc>
        <w:tc>
          <w:tcPr>
            <w:tcW w:w="1594" w:type="dxa"/>
            <w:vAlign w:val="bottom"/>
          </w:tcPr>
          <w:p w14:paraId="32ED5278" w14:textId="77777777" w:rsidR="00F10FAD" w:rsidRPr="002214F0" w:rsidRDefault="00F10FAD" w:rsidP="001C61B8">
            <w:pPr>
              <w:rPr>
                <w:rFonts w:ascii="Times New Roman" w:hAnsi="Times New Roman" w:cs="Times New Roman"/>
                <w:b/>
                <w:bCs/>
                <w:sz w:val="20"/>
                <w:szCs w:val="20"/>
              </w:rPr>
            </w:pPr>
            <w:r w:rsidRPr="002214F0">
              <w:rPr>
                <w:rFonts w:ascii="Times New Roman" w:hAnsi="Times New Roman" w:cs="Times New Roman"/>
                <w:b/>
                <w:bCs/>
                <w:color w:val="000000"/>
                <w:sz w:val="20"/>
                <w:szCs w:val="20"/>
              </w:rPr>
              <w:t>0.33</w:t>
            </w:r>
          </w:p>
        </w:tc>
      </w:tr>
      <w:tr w:rsidR="00F10FAD" w:rsidRPr="0071512A" w14:paraId="55BB089F" w14:textId="77777777" w:rsidTr="00DA46F4">
        <w:trPr>
          <w:jc w:val="center"/>
        </w:trPr>
        <w:tc>
          <w:tcPr>
            <w:tcW w:w="2865" w:type="dxa"/>
          </w:tcPr>
          <w:p w14:paraId="6695109A"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Body Focus </w:t>
            </w:r>
          </w:p>
        </w:tc>
        <w:tc>
          <w:tcPr>
            <w:tcW w:w="1594" w:type="dxa"/>
            <w:vAlign w:val="bottom"/>
          </w:tcPr>
          <w:p w14:paraId="7FAAC7AC" w14:textId="77777777" w:rsidR="00F10FAD" w:rsidRPr="002214F0" w:rsidRDefault="00F10FAD" w:rsidP="001C61B8">
            <w:pPr>
              <w:rPr>
                <w:rFonts w:ascii="Times New Roman" w:hAnsi="Times New Roman" w:cs="Times New Roman"/>
                <w:b/>
                <w:bCs/>
                <w:sz w:val="20"/>
                <w:szCs w:val="20"/>
              </w:rPr>
            </w:pPr>
            <w:r w:rsidRPr="002214F0">
              <w:rPr>
                <w:rFonts w:ascii="Times New Roman" w:hAnsi="Times New Roman" w:cs="Times New Roman"/>
                <w:b/>
                <w:bCs/>
                <w:color w:val="000000"/>
                <w:sz w:val="20"/>
                <w:szCs w:val="20"/>
              </w:rPr>
              <w:t>0.31</w:t>
            </w:r>
          </w:p>
        </w:tc>
      </w:tr>
      <w:tr w:rsidR="00F10FAD" w:rsidRPr="0071512A" w14:paraId="6DA42B81" w14:textId="77777777" w:rsidTr="00DA46F4">
        <w:trPr>
          <w:jc w:val="center"/>
        </w:trPr>
        <w:tc>
          <w:tcPr>
            <w:tcW w:w="2865" w:type="dxa"/>
          </w:tcPr>
          <w:p w14:paraId="03468E43"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Excoriation </w:t>
            </w:r>
          </w:p>
        </w:tc>
        <w:tc>
          <w:tcPr>
            <w:tcW w:w="1594" w:type="dxa"/>
            <w:vAlign w:val="bottom"/>
          </w:tcPr>
          <w:p w14:paraId="44CC534B" w14:textId="77777777" w:rsidR="00F10FAD" w:rsidRPr="002214F0" w:rsidRDefault="00F10FAD" w:rsidP="001C61B8">
            <w:pPr>
              <w:rPr>
                <w:rFonts w:ascii="Times New Roman" w:hAnsi="Times New Roman" w:cs="Times New Roman"/>
                <w:b/>
                <w:bCs/>
                <w:sz w:val="20"/>
                <w:szCs w:val="20"/>
              </w:rPr>
            </w:pPr>
            <w:r w:rsidRPr="002214F0">
              <w:rPr>
                <w:rFonts w:ascii="Times New Roman" w:hAnsi="Times New Roman" w:cs="Times New Roman"/>
                <w:b/>
                <w:bCs/>
                <w:color w:val="000000"/>
                <w:sz w:val="20"/>
                <w:szCs w:val="20"/>
              </w:rPr>
              <w:t>0.31</w:t>
            </w:r>
          </w:p>
        </w:tc>
      </w:tr>
      <w:tr w:rsidR="00F10FAD" w:rsidRPr="0071512A" w14:paraId="0B8BCC0D" w14:textId="77777777" w:rsidTr="00DA46F4">
        <w:trPr>
          <w:jc w:val="center"/>
        </w:trPr>
        <w:tc>
          <w:tcPr>
            <w:tcW w:w="2865" w:type="dxa"/>
          </w:tcPr>
          <w:p w14:paraId="4E25DABD"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Difficulties Reaching Orgasm   </w:t>
            </w:r>
          </w:p>
        </w:tc>
        <w:tc>
          <w:tcPr>
            <w:tcW w:w="1594" w:type="dxa"/>
            <w:vAlign w:val="bottom"/>
          </w:tcPr>
          <w:p w14:paraId="1D456DA3" w14:textId="77777777" w:rsidR="00F10FAD" w:rsidRPr="00C96762" w:rsidRDefault="00F10FAD" w:rsidP="001C61B8">
            <w:pPr>
              <w:rPr>
                <w:rFonts w:ascii="Times New Roman" w:hAnsi="Times New Roman" w:cs="Times New Roman"/>
                <w:color w:val="000000"/>
                <w:sz w:val="20"/>
                <w:szCs w:val="20"/>
              </w:rPr>
            </w:pPr>
            <w:r w:rsidRPr="002214F0">
              <w:rPr>
                <w:rFonts w:ascii="Times New Roman" w:hAnsi="Times New Roman" w:cs="Times New Roman"/>
                <w:b/>
                <w:bCs/>
                <w:color w:val="000000"/>
                <w:sz w:val="20"/>
                <w:szCs w:val="20"/>
              </w:rPr>
              <w:t>0.31</w:t>
            </w:r>
          </w:p>
        </w:tc>
      </w:tr>
      <w:tr w:rsidR="00F10FAD" w:rsidRPr="0071512A" w14:paraId="39E5E5BC" w14:textId="77777777" w:rsidTr="00DA46F4">
        <w:trPr>
          <w:jc w:val="center"/>
        </w:trPr>
        <w:tc>
          <w:tcPr>
            <w:tcW w:w="2865" w:type="dxa"/>
          </w:tcPr>
          <w:p w14:paraId="0D1FCD4B"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Delusions</w:t>
            </w:r>
          </w:p>
        </w:tc>
        <w:tc>
          <w:tcPr>
            <w:tcW w:w="1594" w:type="dxa"/>
            <w:vAlign w:val="bottom"/>
          </w:tcPr>
          <w:p w14:paraId="18135D10" w14:textId="77777777" w:rsidR="00F10FAD" w:rsidRPr="00C96762" w:rsidRDefault="00F10FAD" w:rsidP="001C61B8">
            <w:pPr>
              <w:rPr>
                <w:rFonts w:ascii="Times New Roman" w:hAnsi="Times New Roman" w:cs="Times New Roman"/>
                <w:color w:val="000000"/>
                <w:sz w:val="20"/>
                <w:szCs w:val="20"/>
              </w:rPr>
            </w:pPr>
            <w:r w:rsidRPr="002214F0">
              <w:rPr>
                <w:rFonts w:ascii="Times New Roman" w:hAnsi="Times New Roman" w:cs="Times New Roman"/>
                <w:b/>
                <w:bCs/>
                <w:color w:val="000000"/>
                <w:sz w:val="20"/>
                <w:szCs w:val="20"/>
              </w:rPr>
              <w:t>0.31</w:t>
            </w:r>
          </w:p>
        </w:tc>
      </w:tr>
      <w:tr w:rsidR="00F10FAD" w:rsidRPr="0071512A" w14:paraId="2328E060" w14:textId="77777777" w:rsidTr="00DA46F4">
        <w:trPr>
          <w:jc w:val="center"/>
        </w:trPr>
        <w:tc>
          <w:tcPr>
            <w:tcW w:w="2865" w:type="dxa"/>
          </w:tcPr>
          <w:p w14:paraId="43AB3C9B"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Sex-Related Substance Use</w:t>
            </w:r>
          </w:p>
        </w:tc>
        <w:tc>
          <w:tcPr>
            <w:tcW w:w="1594" w:type="dxa"/>
            <w:vAlign w:val="bottom"/>
          </w:tcPr>
          <w:p w14:paraId="1B40E1F3" w14:textId="77777777" w:rsidR="00F10FAD" w:rsidRPr="00C96762" w:rsidRDefault="00F10FAD" w:rsidP="001C61B8">
            <w:pPr>
              <w:rPr>
                <w:rFonts w:ascii="Times New Roman" w:hAnsi="Times New Roman" w:cs="Times New Roman"/>
                <w:color w:val="000000"/>
                <w:sz w:val="20"/>
                <w:szCs w:val="20"/>
              </w:rPr>
            </w:pPr>
            <w:r w:rsidRPr="002214F0">
              <w:rPr>
                <w:rFonts w:ascii="Times New Roman" w:hAnsi="Times New Roman" w:cs="Times New Roman"/>
                <w:b/>
                <w:bCs/>
                <w:color w:val="000000"/>
                <w:sz w:val="20"/>
                <w:szCs w:val="20"/>
              </w:rPr>
              <w:t>0.30</w:t>
            </w:r>
          </w:p>
        </w:tc>
      </w:tr>
      <w:tr w:rsidR="00F10FAD" w:rsidRPr="0071512A" w14:paraId="414EC894" w14:textId="77777777" w:rsidTr="00DA46F4">
        <w:trPr>
          <w:jc w:val="center"/>
        </w:trPr>
        <w:tc>
          <w:tcPr>
            <w:tcW w:w="2865" w:type="dxa"/>
          </w:tcPr>
          <w:p w14:paraId="72348615"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Grandiosity </w:t>
            </w:r>
          </w:p>
        </w:tc>
        <w:tc>
          <w:tcPr>
            <w:tcW w:w="1594" w:type="dxa"/>
            <w:vAlign w:val="bottom"/>
          </w:tcPr>
          <w:p w14:paraId="6408D135" w14:textId="77777777" w:rsidR="00F10FAD" w:rsidRPr="00C96762" w:rsidRDefault="00F10FAD" w:rsidP="001C61B8">
            <w:pPr>
              <w:rPr>
                <w:rFonts w:ascii="Times New Roman" w:hAnsi="Times New Roman" w:cs="Times New Roman"/>
                <w:color w:val="000000"/>
                <w:sz w:val="20"/>
                <w:szCs w:val="20"/>
              </w:rPr>
            </w:pPr>
            <w:r w:rsidRPr="00C96762">
              <w:rPr>
                <w:rFonts w:ascii="Times New Roman" w:hAnsi="Times New Roman" w:cs="Times New Roman"/>
                <w:color w:val="000000"/>
                <w:sz w:val="20"/>
                <w:szCs w:val="20"/>
              </w:rPr>
              <w:t>-0.29</w:t>
            </w:r>
          </w:p>
        </w:tc>
      </w:tr>
      <w:tr w:rsidR="00F10FAD" w:rsidRPr="0071512A" w14:paraId="4DE680AD" w14:textId="77777777" w:rsidTr="00DA46F4">
        <w:trPr>
          <w:jc w:val="center"/>
        </w:trPr>
        <w:tc>
          <w:tcPr>
            <w:tcW w:w="2865" w:type="dxa"/>
          </w:tcPr>
          <w:p w14:paraId="0671A5F1"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Risky Sex </w:t>
            </w:r>
          </w:p>
        </w:tc>
        <w:tc>
          <w:tcPr>
            <w:tcW w:w="1594" w:type="dxa"/>
            <w:vAlign w:val="bottom"/>
          </w:tcPr>
          <w:p w14:paraId="50F7CFAA" w14:textId="77777777" w:rsidR="00F10FAD" w:rsidRPr="00C96762" w:rsidRDefault="00F10FAD" w:rsidP="001C61B8">
            <w:pPr>
              <w:rPr>
                <w:rFonts w:ascii="Times New Roman" w:hAnsi="Times New Roman" w:cs="Times New Roman"/>
                <w:color w:val="000000"/>
                <w:sz w:val="20"/>
                <w:szCs w:val="20"/>
              </w:rPr>
            </w:pPr>
            <w:r w:rsidRPr="00C96762">
              <w:rPr>
                <w:rFonts w:ascii="Times New Roman" w:hAnsi="Times New Roman" w:cs="Times New Roman"/>
                <w:color w:val="000000"/>
                <w:sz w:val="20"/>
                <w:szCs w:val="20"/>
              </w:rPr>
              <w:t>0.28</w:t>
            </w:r>
          </w:p>
        </w:tc>
      </w:tr>
      <w:tr w:rsidR="00F10FAD" w:rsidRPr="0071512A" w14:paraId="0C63A493" w14:textId="77777777" w:rsidTr="00DA46F4">
        <w:trPr>
          <w:jc w:val="center"/>
        </w:trPr>
        <w:tc>
          <w:tcPr>
            <w:tcW w:w="2865" w:type="dxa"/>
          </w:tcPr>
          <w:p w14:paraId="1EE35779"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lastRenderedPageBreak/>
              <w:t>Trichotillomania </w:t>
            </w:r>
          </w:p>
        </w:tc>
        <w:tc>
          <w:tcPr>
            <w:tcW w:w="1594" w:type="dxa"/>
            <w:vAlign w:val="bottom"/>
          </w:tcPr>
          <w:p w14:paraId="129F82A5" w14:textId="77777777" w:rsidR="00F10FAD" w:rsidRPr="00C96762" w:rsidRDefault="00F10FAD" w:rsidP="001C61B8">
            <w:pPr>
              <w:rPr>
                <w:rFonts w:ascii="Times New Roman" w:hAnsi="Times New Roman" w:cs="Times New Roman"/>
                <w:sz w:val="20"/>
                <w:szCs w:val="20"/>
              </w:rPr>
            </w:pPr>
            <w:r w:rsidRPr="00C96762">
              <w:rPr>
                <w:rFonts w:ascii="Times New Roman" w:hAnsi="Times New Roman" w:cs="Times New Roman"/>
                <w:color w:val="000000"/>
                <w:sz w:val="20"/>
                <w:szCs w:val="20"/>
              </w:rPr>
              <w:t>0.28</w:t>
            </w:r>
          </w:p>
        </w:tc>
      </w:tr>
      <w:tr w:rsidR="00F10FAD" w:rsidRPr="0071512A" w14:paraId="72C830FB" w14:textId="77777777" w:rsidTr="00DA46F4">
        <w:trPr>
          <w:jc w:val="center"/>
        </w:trPr>
        <w:tc>
          <w:tcPr>
            <w:tcW w:w="2865" w:type="dxa"/>
          </w:tcPr>
          <w:p w14:paraId="65AD4A75"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Blood-Injection Phobia</w:t>
            </w:r>
          </w:p>
        </w:tc>
        <w:tc>
          <w:tcPr>
            <w:tcW w:w="1594" w:type="dxa"/>
            <w:vAlign w:val="bottom"/>
          </w:tcPr>
          <w:p w14:paraId="440E470A" w14:textId="77777777" w:rsidR="00F10FAD" w:rsidRPr="002214F0" w:rsidRDefault="00F10FAD" w:rsidP="001C61B8">
            <w:pPr>
              <w:rPr>
                <w:rFonts w:ascii="Times New Roman" w:hAnsi="Times New Roman" w:cs="Times New Roman"/>
                <w:b/>
                <w:bCs/>
                <w:sz w:val="20"/>
                <w:szCs w:val="20"/>
              </w:rPr>
            </w:pPr>
            <w:r w:rsidRPr="00C96762">
              <w:rPr>
                <w:rFonts w:ascii="Times New Roman" w:hAnsi="Times New Roman" w:cs="Times New Roman"/>
                <w:color w:val="000000"/>
                <w:sz w:val="20"/>
                <w:szCs w:val="20"/>
              </w:rPr>
              <w:t>0.27</w:t>
            </w:r>
          </w:p>
        </w:tc>
      </w:tr>
      <w:tr w:rsidR="00F10FAD" w:rsidRPr="0071512A" w14:paraId="531AABB2" w14:textId="77777777" w:rsidTr="00DA46F4">
        <w:trPr>
          <w:jc w:val="center"/>
        </w:trPr>
        <w:tc>
          <w:tcPr>
            <w:tcW w:w="2865" w:type="dxa"/>
          </w:tcPr>
          <w:p w14:paraId="050C1209"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Antisocial Behavior </w:t>
            </w:r>
          </w:p>
        </w:tc>
        <w:tc>
          <w:tcPr>
            <w:tcW w:w="1594" w:type="dxa"/>
            <w:vAlign w:val="bottom"/>
          </w:tcPr>
          <w:p w14:paraId="3B1C98B2" w14:textId="77777777" w:rsidR="00F10FAD" w:rsidRPr="002214F0" w:rsidRDefault="00F10FAD" w:rsidP="001C61B8">
            <w:pPr>
              <w:rPr>
                <w:rFonts w:ascii="Times New Roman" w:hAnsi="Times New Roman" w:cs="Times New Roman"/>
                <w:b/>
                <w:bCs/>
                <w:sz w:val="20"/>
                <w:szCs w:val="20"/>
              </w:rPr>
            </w:pPr>
            <w:r w:rsidRPr="00C96762">
              <w:rPr>
                <w:rFonts w:ascii="Times New Roman" w:hAnsi="Times New Roman" w:cs="Times New Roman"/>
                <w:color w:val="000000"/>
                <w:sz w:val="20"/>
                <w:szCs w:val="20"/>
              </w:rPr>
              <w:t>0.26</w:t>
            </w:r>
          </w:p>
        </w:tc>
      </w:tr>
      <w:tr w:rsidR="00F10FAD" w:rsidRPr="0071512A" w14:paraId="2F08193A" w14:textId="77777777" w:rsidTr="00DA46F4">
        <w:trPr>
          <w:jc w:val="center"/>
        </w:trPr>
        <w:tc>
          <w:tcPr>
            <w:tcW w:w="2865" w:type="dxa"/>
          </w:tcPr>
          <w:p w14:paraId="4139ACFF"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Purging </w:t>
            </w:r>
          </w:p>
        </w:tc>
        <w:tc>
          <w:tcPr>
            <w:tcW w:w="1594" w:type="dxa"/>
            <w:vAlign w:val="bottom"/>
          </w:tcPr>
          <w:p w14:paraId="5CAE8A9A" w14:textId="77777777" w:rsidR="00F10FAD" w:rsidRPr="00C96762" w:rsidRDefault="00F10FAD" w:rsidP="001C61B8">
            <w:pPr>
              <w:rPr>
                <w:rFonts w:ascii="Times New Roman" w:hAnsi="Times New Roman" w:cs="Times New Roman"/>
                <w:sz w:val="20"/>
                <w:szCs w:val="20"/>
              </w:rPr>
            </w:pPr>
            <w:r w:rsidRPr="00C96762">
              <w:rPr>
                <w:rFonts w:ascii="Times New Roman" w:hAnsi="Times New Roman" w:cs="Times New Roman"/>
                <w:color w:val="000000"/>
                <w:sz w:val="20"/>
                <w:szCs w:val="20"/>
              </w:rPr>
              <w:t>0.26</w:t>
            </w:r>
          </w:p>
        </w:tc>
      </w:tr>
      <w:tr w:rsidR="00F10FAD" w:rsidRPr="0071512A" w14:paraId="1BE50C14" w14:textId="77777777" w:rsidTr="00DA46F4">
        <w:trPr>
          <w:jc w:val="center"/>
        </w:trPr>
        <w:tc>
          <w:tcPr>
            <w:tcW w:w="2865" w:type="dxa"/>
          </w:tcPr>
          <w:p w14:paraId="64BC9365"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Gaming </w:t>
            </w:r>
          </w:p>
        </w:tc>
        <w:tc>
          <w:tcPr>
            <w:tcW w:w="1594" w:type="dxa"/>
            <w:vAlign w:val="bottom"/>
          </w:tcPr>
          <w:p w14:paraId="316F74EA" w14:textId="77777777" w:rsidR="00F10FAD" w:rsidRPr="002214F0" w:rsidRDefault="00F10FAD" w:rsidP="001C61B8">
            <w:pPr>
              <w:rPr>
                <w:rFonts w:ascii="Times New Roman" w:hAnsi="Times New Roman" w:cs="Times New Roman"/>
                <w:b/>
                <w:bCs/>
                <w:sz w:val="20"/>
                <w:szCs w:val="20"/>
              </w:rPr>
            </w:pPr>
            <w:r w:rsidRPr="00C96762">
              <w:rPr>
                <w:rFonts w:ascii="Times New Roman" w:hAnsi="Times New Roman" w:cs="Times New Roman"/>
                <w:color w:val="000000"/>
                <w:sz w:val="20"/>
                <w:szCs w:val="20"/>
              </w:rPr>
              <w:t>0.22</w:t>
            </w:r>
          </w:p>
        </w:tc>
      </w:tr>
      <w:tr w:rsidR="00F10FAD" w:rsidRPr="0071512A" w14:paraId="44137656" w14:textId="77777777" w:rsidTr="00DA46F4">
        <w:trPr>
          <w:jc w:val="center"/>
        </w:trPr>
        <w:tc>
          <w:tcPr>
            <w:tcW w:w="2865" w:type="dxa"/>
          </w:tcPr>
          <w:p w14:paraId="3D0D114A"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Risk Taking</w:t>
            </w:r>
          </w:p>
        </w:tc>
        <w:tc>
          <w:tcPr>
            <w:tcW w:w="1594" w:type="dxa"/>
            <w:vAlign w:val="bottom"/>
          </w:tcPr>
          <w:p w14:paraId="395D1C4D" w14:textId="77777777" w:rsidR="00F10FAD" w:rsidRPr="002214F0" w:rsidRDefault="00F10FAD" w:rsidP="001C61B8">
            <w:pPr>
              <w:rPr>
                <w:rFonts w:ascii="Times New Roman" w:hAnsi="Times New Roman" w:cs="Times New Roman"/>
                <w:b/>
                <w:bCs/>
                <w:sz w:val="20"/>
                <w:szCs w:val="20"/>
              </w:rPr>
            </w:pPr>
            <w:r w:rsidRPr="00C96762">
              <w:rPr>
                <w:rFonts w:ascii="Times New Roman" w:hAnsi="Times New Roman" w:cs="Times New Roman"/>
                <w:color w:val="000000"/>
                <w:sz w:val="20"/>
                <w:szCs w:val="20"/>
              </w:rPr>
              <w:t>0.22</w:t>
            </w:r>
          </w:p>
        </w:tc>
      </w:tr>
      <w:tr w:rsidR="00F10FAD" w:rsidRPr="0071512A" w14:paraId="59FF05B9" w14:textId="77777777" w:rsidTr="00DA46F4">
        <w:trPr>
          <w:jc w:val="center"/>
        </w:trPr>
        <w:tc>
          <w:tcPr>
            <w:tcW w:w="2865" w:type="dxa"/>
          </w:tcPr>
          <w:p w14:paraId="39AF9C35"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Domineering</w:t>
            </w:r>
          </w:p>
        </w:tc>
        <w:tc>
          <w:tcPr>
            <w:tcW w:w="1594" w:type="dxa"/>
            <w:vAlign w:val="bottom"/>
          </w:tcPr>
          <w:p w14:paraId="2108645D" w14:textId="77777777" w:rsidR="00F10FAD" w:rsidRPr="00C96762" w:rsidRDefault="00F10FAD" w:rsidP="001C61B8">
            <w:pPr>
              <w:rPr>
                <w:rFonts w:ascii="Times New Roman" w:hAnsi="Times New Roman" w:cs="Times New Roman"/>
                <w:sz w:val="20"/>
                <w:szCs w:val="20"/>
              </w:rPr>
            </w:pPr>
            <w:r w:rsidRPr="00C96762">
              <w:rPr>
                <w:rFonts w:ascii="Times New Roman" w:hAnsi="Times New Roman" w:cs="Times New Roman"/>
                <w:color w:val="000000"/>
                <w:sz w:val="20"/>
                <w:szCs w:val="20"/>
              </w:rPr>
              <w:t>0.22</w:t>
            </w:r>
          </w:p>
        </w:tc>
      </w:tr>
      <w:tr w:rsidR="00F10FAD" w:rsidRPr="0071512A" w14:paraId="3615DF0B" w14:textId="77777777" w:rsidTr="00DA46F4">
        <w:trPr>
          <w:jc w:val="center"/>
        </w:trPr>
        <w:tc>
          <w:tcPr>
            <w:tcW w:w="2865" w:type="dxa"/>
          </w:tcPr>
          <w:p w14:paraId="278B5E0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Exhibitionism   </w:t>
            </w:r>
          </w:p>
        </w:tc>
        <w:tc>
          <w:tcPr>
            <w:tcW w:w="1594" w:type="dxa"/>
            <w:vAlign w:val="bottom"/>
          </w:tcPr>
          <w:p w14:paraId="28A3FC61" w14:textId="77777777" w:rsidR="00F10FAD" w:rsidRPr="00C96762" w:rsidRDefault="00F10FAD" w:rsidP="001C61B8">
            <w:pPr>
              <w:rPr>
                <w:rFonts w:ascii="Times New Roman" w:hAnsi="Times New Roman" w:cs="Times New Roman"/>
                <w:sz w:val="20"/>
                <w:szCs w:val="20"/>
              </w:rPr>
            </w:pPr>
            <w:r w:rsidRPr="00C96762">
              <w:rPr>
                <w:rFonts w:ascii="Times New Roman" w:hAnsi="Times New Roman" w:cs="Times New Roman"/>
                <w:color w:val="000000"/>
                <w:sz w:val="20"/>
                <w:szCs w:val="20"/>
              </w:rPr>
              <w:t>0.22</w:t>
            </w:r>
          </w:p>
        </w:tc>
      </w:tr>
      <w:tr w:rsidR="00F10FAD" w:rsidRPr="0071512A" w14:paraId="43137B9A" w14:textId="77777777" w:rsidTr="00DA46F4">
        <w:trPr>
          <w:jc w:val="center"/>
        </w:trPr>
        <w:tc>
          <w:tcPr>
            <w:tcW w:w="2865" w:type="dxa"/>
          </w:tcPr>
          <w:p w14:paraId="001A7F9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Premature Orgasm</w:t>
            </w:r>
          </w:p>
        </w:tc>
        <w:tc>
          <w:tcPr>
            <w:tcW w:w="1594" w:type="dxa"/>
            <w:vAlign w:val="bottom"/>
          </w:tcPr>
          <w:p w14:paraId="139E82FA" w14:textId="77777777" w:rsidR="00F10FAD" w:rsidRPr="00C96762" w:rsidRDefault="00F10FAD" w:rsidP="001C61B8">
            <w:pPr>
              <w:rPr>
                <w:rFonts w:ascii="Times New Roman" w:hAnsi="Times New Roman" w:cs="Times New Roman"/>
                <w:color w:val="000000"/>
                <w:sz w:val="20"/>
                <w:szCs w:val="20"/>
              </w:rPr>
            </w:pPr>
            <w:r w:rsidRPr="00C96762">
              <w:rPr>
                <w:rFonts w:ascii="Times New Roman" w:hAnsi="Times New Roman" w:cs="Times New Roman"/>
                <w:color w:val="000000"/>
                <w:sz w:val="20"/>
                <w:szCs w:val="20"/>
              </w:rPr>
              <w:t>0.21</w:t>
            </w:r>
          </w:p>
        </w:tc>
      </w:tr>
      <w:tr w:rsidR="00F10FAD" w:rsidRPr="0071512A" w14:paraId="218188A6" w14:textId="77777777" w:rsidTr="00DA46F4">
        <w:trPr>
          <w:jc w:val="center"/>
        </w:trPr>
        <w:tc>
          <w:tcPr>
            <w:tcW w:w="2865" w:type="dxa"/>
          </w:tcPr>
          <w:p w14:paraId="5D798F6D"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Paraphilias </w:t>
            </w:r>
          </w:p>
        </w:tc>
        <w:tc>
          <w:tcPr>
            <w:tcW w:w="1594" w:type="dxa"/>
            <w:vAlign w:val="bottom"/>
          </w:tcPr>
          <w:p w14:paraId="1B803BC4" w14:textId="77777777" w:rsidR="00F10FAD" w:rsidRPr="00C96762" w:rsidRDefault="00F10FAD" w:rsidP="001C61B8">
            <w:pPr>
              <w:rPr>
                <w:rFonts w:ascii="Times New Roman" w:hAnsi="Times New Roman" w:cs="Times New Roman"/>
                <w:color w:val="000000"/>
                <w:sz w:val="20"/>
                <w:szCs w:val="20"/>
              </w:rPr>
            </w:pPr>
            <w:r w:rsidRPr="00C96762">
              <w:rPr>
                <w:rFonts w:ascii="Times New Roman" w:hAnsi="Times New Roman" w:cs="Times New Roman"/>
                <w:color w:val="000000"/>
                <w:sz w:val="20"/>
                <w:szCs w:val="20"/>
              </w:rPr>
              <w:t>0.2</w:t>
            </w:r>
            <w:r>
              <w:rPr>
                <w:rFonts w:ascii="Times New Roman" w:hAnsi="Times New Roman" w:cs="Times New Roman"/>
                <w:color w:val="000000"/>
                <w:sz w:val="20"/>
                <w:szCs w:val="20"/>
              </w:rPr>
              <w:t>0</w:t>
            </w:r>
          </w:p>
        </w:tc>
      </w:tr>
      <w:tr w:rsidR="00F10FAD" w:rsidRPr="0071512A" w14:paraId="6827D6DB" w14:textId="77777777" w:rsidTr="00DA46F4">
        <w:trPr>
          <w:jc w:val="center"/>
        </w:trPr>
        <w:tc>
          <w:tcPr>
            <w:tcW w:w="2865" w:type="dxa"/>
          </w:tcPr>
          <w:p w14:paraId="016415DC"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Excessive Exercise </w:t>
            </w:r>
          </w:p>
        </w:tc>
        <w:tc>
          <w:tcPr>
            <w:tcW w:w="1594" w:type="dxa"/>
            <w:vAlign w:val="bottom"/>
          </w:tcPr>
          <w:p w14:paraId="77A74C52" w14:textId="77777777" w:rsidR="00F10FAD" w:rsidRPr="00C96762" w:rsidRDefault="00F10FAD" w:rsidP="001C61B8">
            <w:pPr>
              <w:rPr>
                <w:rFonts w:ascii="Times New Roman" w:hAnsi="Times New Roman" w:cs="Times New Roman"/>
                <w:color w:val="000000"/>
                <w:sz w:val="20"/>
                <w:szCs w:val="20"/>
              </w:rPr>
            </w:pPr>
            <w:r w:rsidRPr="00C96762">
              <w:rPr>
                <w:rFonts w:ascii="Times New Roman" w:hAnsi="Times New Roman" w:cs="Times New Roman"/>
                <w:color w:val="000000"/>
                <w:sz w:val="20"/>
                <w:szCs w:val="20"/>
              </w:rPr>
              <w:t>0.19</w:t>
            </w:r>
          </w:p>
        </w:tc>
      </w:tr>
      <w:tr w:rsidR="00F10FAD" w:rsidRPr="0071512A" w14:paraId="50DB29DF" w14:textId="77777777" w:rsidTr="00DA46F4">
        <w:trPr>
          <w:jc w:val="center"/>
        </w:trPr>
        <w:tc>
          <w:tcPr>
            <w:tcW w:w="2865" w:type="dxa"/>
          </w:tcPr>
          <w:p w14:paraId="5B6A7888"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Workaholism    </w:t>
            </w:r>
          </w:p>
        </w:tc>
        <w:tc>
          <w:tcPr>
            <w:tcW w:w="1594" w:type="dxa"/>
            <w:vAlign w:val="bottom"/>
          </w:tcPr>
          <w:p w14:paraId="1E9EE59B" w14:textId="77777777" w:rsidR="00F10FAD" w:rsidRPr="002214F0" w:rsidRDefault="00F10FAD" w:rsidP="001C61B8">
            <w:pPr>
              <w:rPr>
                <w:rFonts w:ascii="Times New Roman" w:hAnsi="Times New Roman" w:cs="Times New Roman"/>
                <w:b/>
                <w:bCs/>
                <w:sz w:val="20"/>
                <w:szCs w:val="20"/>
              </w:rPr>
            </w:pPr>
            <w:r w:rsidRPr="00C96762">
              <w:rPr>
                <w:rFonts w:ascii="Times New Roman" w:hAnsi="Times New Roman" w:cs="Times New Roman"/>
                <w:color w:val="000000"/>
                <w:sz w:val="20"/>
                <w:szCs w:val="20"/>
              </w:rPr>
              <w:t>0.16</w:t>
            </w:r>
          </w:p>
        </w:tc>
      </w:tr>
      <w:tr w:rsidR="00F10FAD" w:rsidRPr="0071512A" w14:paraId="4E4B3B8A" w14:textId="77777777" w:rsidTr="00DA46F4">
        <w:trPr>
          <w:jc w:val="center"/>
        </w:trPr>
        <w:tc>
          <w:tcPr>
            <w:tcW w:w="2865" w:type="dxa"/>
          </w:tcPr>
          <w:p w14:paraId="02E2438E"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Dietary Restraint</w:t>
            </w:r>
          </w:p>
        </w:tc>
        <w:tc>
          <w:tcPr>
            <w:tcW w:w="1594" w:type="dxa"/>
            <w:vAlign w:val="bottom"/>
          </w:tcPr>
          <w:p w14:paraId="3D465582" w14:textId="77777777" w:rsidR="00F10FAD" w:rsidRPr="00C96762" w:rsidRDefault="00F10FAD" w:rsidP="001C61B8">
            <w:pPr>
              <w:rPr>
                <w:rFonts w:ascii="Times New Roman" w:hAnsi="Times New Roman" w:cs="Times New Roman"/>
                <w:sz w:val="20"/>
                <w:szCs w:val="20"/>
              </w:rPr>
            </w:pPr>
            <w:r w:rsidRPr="00C96762">
              <w:rPr>
                <w:rFonts w:ascii="Times New Roman" w:hAnsi="Times New Roman" w:cs="Times New Roman"/>
                <w:color w:val="000000"/>
                <w:sz w:val="20"/>
                <w:szCs w:val="20"/>
              </w:rPr>
              <w:t>0.12</w:t>
            </w:r>
          </w:p>
        </w:tc>
      </w:tr>
      <w:tr w:rsidR="00F10FAD" w:rsidRPr="0071512A" w14:paraId="2B196D2B" w14:textId="77777777" w:rsidTr="00DA46F4">
        <w:trPr>
          <w:jc w:val="center"/>
        </w:trPr>
        <w:tc>
          <w:tcPr>
            <w:tcW w:w="2865" w:type="dxa"/>
          </w:tcPr>
          <w:p w14:paraId="3737E969"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Gambling </w:t>
            </w:r>
          </w:p>
        </w:tc>
        <w:tc>
          <w:tcPr>
            <w:tcW w:w="1594" w:type="dxa"/>
            <w:vAlign w:val="bottom"/>
          </w:tcPr>
          <w:p w14:paraId="77023789" w14:textId="77777777" w:rsidR="00F10FAD" w:rsidRPr="00C96762" w:rsidRDefault="00F10FAD" w:rsidP="001C61B8">
            <w:pPr>
              <w:rPr>
                <w:rFonts w:ascii="Times New Roman" w:hAnsi="Times New Roman" w:cs="Times New Roman"/>
                <w:sz w:val="20"/>
                <w:szCs w:val="20"/>
              </w:rPr>
            </w:pPr>
            <w:r w:rsidRPr="00C96762">
              <w:rPr>
                <w:rFonts w:ascii="Times New Roman" w:hAnsi="Times New Roman" w:cs="Times New Roman"/>
                <w:color w:val="000000"/>
                <w:sz w:val="20"/>
                <w:szCs w:val="20"/>
              </w:rPr>
              <w:t>0.11</w:t>
            </w:r>
          </w:p>
        </w:tc>
      </w:tr>
      <w:tr w:rsidR="00F10FAD" w:rsidRPr="0071512A" w14:paraId="7B7B2775" w14:textId="77777777" w:rsidTr="00DA46F4">
        <w:trPr>
          <w:jc w:val="center"/>
        </w:trPr>
        <w:tc>
          <w:tcPr>
            <w:tcW w:w="2865" w:type="dxa"/>
          </w:tcPr>
          <w:p w14:paraId="097DE1C4" w14:textId="77777777" w:rsidR="00F10FAD" w:rsidRPr="0071512A" w:rsidRDefault="00F10FAD" w:rsidP="001C61B8">
            <w:pPr>
              <w:rPr>
                <w:rFonts w:ascii="Times New Roman" w:hAnsi="Times New Roman" w:cs="Times New Roman"/>
                <w:sz w:val="20"/>
                <w:szCs w:val="20"/>
              </w:rPr>
            </w:pPr>
            <w:proofErr w:type="spellStart"/>
            <w:r w:rsidRPr="0071512A">
              <w:rPr>
                <w:rFonts w:ascii="Times New Roman" w:hAnsi="Times New Roman" w:cs="Times New Roman"/>
                <w:sz w:val="20"/>
                <w:szCs w:val="20"/>
              </w:rPr>
              <w:t>Hyperdeliberation</w:t>
            </w:r>
            <w:proofErr w:type="spellEnd"/>
          </w:p>
        </w:tc>
        <w:tc>
          <w:tcPr>
            <w:tcW w:w="1594" w:type="dxa"/>
            <w:vAlign w:val="bottom"/>
          </w:tcPr>
          <w:p w14:paraId="3D4AD932" w14:textId="3683826A" w:rsidR="00F10FAD" w:rsidRPr="002214F0" w:rsidRDefault="00F10FAD" w:rsidP="001C61B8">
            <w:pPr>
              <w:rPr>
                <w:rFonts w:ascii="Times New Roman" w:hAnsi="Times New Roman" w:cs="Times New Roman"/>
                <w:b/>
                <w:bCs/>
                <w:sz w:val="20"/>
                <w:szCs w:val="20"/>
              </w:rPr>
            </w:pPr>
            <w:r w:rsidRPr="00C96762">
              <w:rPr>
                <w:rFonts w:ascii="Times New Roman" w:hAnsi="Times New Roman" w:cs="Times New Roman"/>
                <w:color w:val="000000"/>
                <w:sz w:val="20"/>
                <w:szCs w:val="20"/>
              </w:rPr>
              <w:t>0.1</w:t>
            </w:r>
            <w:r w:rsidR="00383765">
              <w:rPr>
                <w:rFonts w:ascii="Times New Roman" w:hAnsi="Times New Roman" w:cs="Times New Roman"/>
                <w:color w:val="000000"/>
                <w:sz w:val="20"/>
                <w:szCs w:val="20"/>
              </w:rPr>
              <w:t>0</w:t>
            </w:r>
          </w:p>
        </w:tc>
      </w:tr>
      <w:tr w:rsidR="00F10FAD" w:rsidRPr="0071512A" w14:paraId="68F0B1E9" w14:textId="77777777" w:rsidTr="00DA46F4">
        <w:trPr>
          <w:jc w:val="center"/>
        </w:trPr>
        <w:tc>
          <w:tcPr>
            <w:tcW w:w="2865" w:type="dxa"/>
          </w:tcPr>
          <w:p w14:paraId="4D213235" w14:textId="07857F50" w:rsidR="00F10FAD" w:rsidRPr="0071512A" w:rsidRDefault="00F65D62" w:rsidP="001C61B8">
            <w:pPr>
              <w:rPr>
                <w:rFonts w:ascii="Times New Roman" w:hAnsi="Times New Roman" w:cs="Times New Roman"/>
                <w:sz w:val="20"/>
                <w:szCs w:val="20"/>
              </w:rPr>
            </w:pPr>
            <w:r>
              <w:rPr>
                <w:rFonts w:ascii="Times New Roman" w:hAnsi="Times New Roman" w:cs="Times New Roman"/>
                <w:sz w:val="20"/>
                <w:szCs w:val="20"/>
              </w:rPr>
              <w:t>Harmful Alcohol Use</w:t>
            </w:r>
          </w:p>
        </w:tc>
        <w:tc>
          <w:tcPr>
            <w:tcW w:w="1594" w:type="dxa"/>
            <w:vAlign w:val="bottom"/>
          </w:tcPr>
          <w:p w14:paraId="0D9003DB" w14:textId="77777777" w:rsidR="00F10FAD" w:rsidRPr="00C96762" w:rsidRDefault="00F10FAD" w:rsidP="001C61B8">
            <w:pPr>
              <w:rPr>
                <w:rFonts w:ascii="Times New Roman" w:hAnsi="Times New Roman" w:cs="Times New Roman"/>
                <w:color w:val="000000"/>
                <w:sz w:val="20"/>
                <w:szCs w:val="20"/>
              </w:rPr>
            </w:pPr>
            <w:r w:rsidRPr="00C96762">
              <w:rPr>
                <w:rFonts w:ascii="Times New Roman" w:hAnsi="Times New Roman" w:cs="Times New Roman"/>
                <w:color w:val="000000"/>
                <w:sz w:val="20"/>
                <w:szCs w:val="20"/>
              </w:rPr>
              <w:t>-0.02</w:t>
            </w:r>
          </w:p>
        </w:tc>
      </w:tr>
      <w:tr w:rsidR="00F10FAD" w:rsidRPr="0071512A" w14:paraId="273DCB0F" w14:textId="77777777" w:rsidTr="00DA46F4">
        <w:trPr>
          <w:jc w:val="center"/>
        </w:trPr>
        <w:tc>
          <w:tcPr>
            <w:tcW w:w="2865" w:type="dxa"/>
            <w:tcBorders>
              <w:bottom w:val="single" w:sz="4" w:space="0" w:color="auto"/>
            </w:tcBorders>
          </w:tcPr>
          <w:p w14:paraId="74E6312D" w14:textId="77777777" w:rsidR="00F10FAD" w:rsidRPr="0071512A" w:rsidRDefault="00F10FAD" w:rsidP="001C61B8">
            <w:pPr>
              <w:rPr>
                <w:rFonts w:ascii="Times New Roman" w:hAnsi="Times New Roman" w:cs="Times New Roman"/>
                <w:sz w:val="20"/>
                <w:szCs w:val="20"/>
              </w:rPr>
            </w:pPr>
            <w:r w:rsidRPr="0071512A">
              <w:rPr>
                <w:rFonts w:ascii="Times New Roman" w:hAnsi="Times New Roman" w:cs="Times New Roman"/>
                <w:sz w:val="20"/>
                <w:szCs w:val="20"/>
              </w:rPr>
              <w:t>Muscle Building </w:t>
            </w:r>
          </w:p>
        </w:tc>
        <w:tc>
          <w:tcPr>
            <w:tcW w:w="1594" w:type="dxa"/>
            <w:tcBorders>
              <w:bottom w:val="single" w:sz="4" w:space="0" w:color="auto"/>
            </w:tcBorders>
            <w:vAlign w:val="bottom"/>
          </w:tcPr>
          <w:p w14:paraId="3DF97D04" w14:textId="77777777" w:rsidR="00F10FAD" w:rsidRPr="00C96762" w:rsidRDefault="00F10FAD" w:rsidP="001C61B8">
            <w:pPr>
              <w:rPr>
                <w:rFonts w:ascii="Times New Roman" w:hAnsi="Times New Roman" w:cs="Times New Roman"/>
                <w:sz w:val="20"/>
                <w:szCs w:val="20"/>
              </w:rPr>
            </w:pPr>
            <w:r w:rsidRPr="00C96762">
              <w:rPr>
                <w:rFonts w:ascii="Times New Roman" w:hAnsi="Times New Roman" w:cs="Times New Roman"/>
                <w:color w:val="000000"/>
                <w:sz w:val="20"/>
                <w:szCs w:val="20"/>
              </w:rPr>
              <w:t>0.01</w:t>
            </w:r>
          </w:p>
        </w:tc>
      </w:tr>
      <w:tr w:rsidR="00DA46F4" w:rsidRPr="0071512A" w14:paraId="29775769" w14:textId="77777777" w:rsidTr="00C83A4E">
        <w:trPr>
          <w:trHeight w:val="278"/>
          <w:jc w:val="center"/>
        </w:trPr>
        <w:tc>
          <w:tcPr>
            <w:tcW w:w="4459" w:type="dxa"/>
            <w:gridSpan w:val="2"/>
            <w:tcBorders>
              <w:top w:val="single" w:sz="4" w:space="0" w:color="auto"/>
            </w:tcBorders>
          </w:tcPr>
          <w:p w14:paraId="35697341" w14:textId="0DB9B688" w:rsidR="00DA46F4" w:rsidRPr="00C96762" w:rsidRDefault="00C83A4E" w:rsidP="001C61B8">
            <w:pPr>
              <w:rPr>
                <w:rFonts w:ascii="Times New Roman" w:hAnsi="Times New Roman" w:cs="Times New Roman"/>
                <w:color w:val="000000"/>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22423184" w14:textId="77777777" w:rsidR="00761E6D" w:rsidRDefault="00761E6D"/>
    <w:p w14:paraId="1E25D50C" w14:textId="77777777" w:rsidR="00761E6D" w:rsidRDefault="00761E6D"/>
    <w:tbl>
      <w:tblPr>
        <w:tblW w:w="0" w:type="auto"/>
        <w:jc w:val="center"/>
        <w:tblLook w:val="04A0" w:firstRow="1" w:lastRow="0" w:firstColumn="1" w:lastColumn="0" w:noHBand="0" w:noVBand="1"/>
      </w:tblPr>
      <w:tblGrid>
        <w:gridCol w:w="2824"/>
        <w:gridCol w:w="1772"/>
        <w:gridCol w:w="1890"/>
      </w:tblGrid>
      <w:tr w:rsidR="00761E6D" w:rsidRPr="0071512A" w14:paraId="6581DF49" w14:textId="77777777" w:rsidTr="00343C24">
        <w:trPr>
          <w:trHeight w:val="630"/>
          <w:jc w:val="center"/>
        </w:trPr>
        <w:tc>
          <w:tcPr>
            <w:tcW w:w="6486" w:type="dxa"/>
            <w:gridSpan w:val="3"/>
            <w:tcBorders>
              <w:bottom w:val="single" w:sz="4" w:space="0" w:color="auto"/>
            </w:tcBorders>
          </w:tcPr>
          <w:p w14:paraId="23EFDC7F" w14:textId="77777777" w:rsidR="00C845F2" w:rsidRPr="00C845F2" w:rsidRDefault="00761E6D" w:rsidP="001C61B8">
            <w:pPr>
              <w:rPr>
                <w:rFonts w:ascii="Times New Roman" w:hAnsi="Times New Roman" w:cs="Times New Roman"/>
                <w:b/>
                <w:bCs/>
                <w:color w:val="000000" w:themeColor="text1"/>
                <w:sz w:val="22"/>
                <w:szCs w:val="22"/>
              </w:rPr>
            </w:pPr>
            <w:r w:rsidRPr="004C4FD8">
              <w:rPr>
                <w:rFonts w:ascii="Times New Roman" w:hAnsi="Times New Roman" w:cs="Times New Roman"/>
                <w:b/>
                <w:bCs/>
                <w:color w:val="000000" w:themeColor="text1"/>
                <w:sz w:val="22"/>
                <w:szCs w:val="22"/>
              </w:rPr>
              <w:t>Table S5</w:t>
            </w:r>
          </w:p>
          <w:p w14:paraId="6FD55099" w14:textId="79652F9A" w:rsidR="00761E6D" w:rsidRPr="00343DE7" w:rsidRDefault="00761E6D" w:rsidP="001C61B8">
            <w:pPr>
              <w:rPr>
                <w:rFonts w:ascii="Times New Roman" w:hAnsi="Times New Roman" w:cs="Times New Roman"/>
                <w:color w:val="000000"/>
                <w:sz w:val="20"/>
                <w:szCs w:val="20"/>
              </w:rPr>
            </w:pPr>
            <w:r w:rsidRPr="002B725C">
              <w:rPr>
                <w:rFonts w:ascii="Times New Roman" w:hAnsi="Times New Roman" w:cs="Times New Roman"/>
                <w:i/>
                <w:iCs/>
                <w:color w:val="000000" w:themeColor="text1"/>
                <w:sz w:val="22"/>
                <w:szCs w:val="22"/>
              </w:rPr>
              <w:t xml:space="preserve">Factor Loadings </w:t>
            </w:r>
            <w:r>
              <w:rPr>
                <w:rFonts w:ascii="Times New Roman" w:hAnsi="Times New Roman" w:cs="Times New Roman"/>
                <w:i/>
                <w:iCs/>
                <w:color w:val="000000" w:themeColor="text1"/>
                <w:sz w:val="22"/>
                <w:szCs w:val="22"/>
              </w:rPr>
              <w:t>for the</w:t>
            </w:r>
            <w:r w:rsidRPr="002B725C">
              <w:rPr>
                <w:rFonts w:ascii="Times New Roman" w:hAnsi="Times New Roman" w:cs="Times New Roman"/>
                <w:i/>
                <w:iCs/>
                <w:color w:val="000000" w:themeColor="text1"/>
                <w:sz w:val="22"/>
                <w:szCs w:val="22"/>
              </w:rPr>
              <w:t xml:space="preserve"> </w:t>
            </w:r>
            <w:r>
              <w:rPr>
                <w:rFonts w:ascii="Times New Roman" w:hAnsi="Times New Roman" w:cs="Times New Roman"/>
                <w:i/>
                <w:iCs/>
                <w:color w:val="000000" w:themeColor="text1"/>
                <w:sz w:val="22"/>
                <w:szCs w:val="22"/>
              </w:rPr>
              <w:t>2-</w:t>
            </w:r>
            <w:r w:rsidR="00C845F2">
              <w:rPr>
                <w:rFonts w:ascii="Times New Roman" w:hAnsi="Times New Roman" w:cs="Times New Roman"/>
                <w:i/>
                <w:iCs/>
                <w:color w:val="000000" w:themeColor="text1"/>
                <w:sz w:val="22"/>
                <w:szCs w:val="22"/>
              </w:rPr>
              <w:t>F</w:t>
            </w:r>
            <w:r>
              <w:rPr>
                <w:rFonts w:ascii="Times New Roman" w:hAnsi="Times New Roman" w:cs="Times New Roman"/>
                <w:i/>
                <w:iCs/>
                <w:color w:val="000000" w:themeColor="text1"/>
                <w:sz w:val="22"/>
                <w:szCs w:val="22"/>
              </w:rPr>
              <w:t>actor Solution of</w:t>
            </w:r>
            <w:r w:rsidRPr="002B725C">
              <w:rPr>
                <w:rFonts w:ascii="Times New Roman" w:hAnsi="Times New Roman" w:cs="Times New Roman"/>
                <w:i/>
                <w:iCs/>
                <w:color w:val="000000" w:themeColor="text1"/>
                <w:sz w:val="22"/>
                <w:szCs w:val="22"/>
              </w:rPr>
              <w:t xml:space="preserve"> </w:t>
            </w:r>
            <w:proofErr w:type="spellStart"/>
            <w:r w:rsidR="00B14F60">
              <w:rPr>
                <w:rFonts w:ascii="Times New Roman" w:hAnsi="Times New Roman" w:cs="Times New Roman"/>
                <w:i/>
                <w:iCs/>
                <w:color w:val="000000" w:themeColor="text1"/>
                <w:sz w:val="22"/>
                <w:szCs w:val="22"/>
              </w:rPr>
              <w:t>HiTOP</w:t>
            </w:r>
            <w:proofErr w:type="spellEnd"/>
            <w:r w:rsidR="00B14F60">
              <w:rPr>
                <w:rFonts w:ascii="Times New Roman" w:hAnsi="Times New Roman" w:cs="Times New Roman"/>
                <w:i/>
                <w:iCs/>
                <w:color w:val="000000" w:themeColor="text1"/>
                <w:sz w:val="22"/>
                <w:szCs w:val="22"/>
              </w:rPr>
              <w:t>-SR</w:t>
            </w:r>
            <w:r w:rsidRPr="002B725C">
              <w:rPr>
                <w:rFonts w:ascii="Times New Roman" w:hAnsi="Times New Roman" w:cs="Times New Roman"/>
                <w:i/>
                <w:iCs/>
                <w:color w:val="000000" w:themeColor="text1"/>
                <w:sz w:val="22"/>
                <w:szCs w:val="22"/>
              </w:rPr>
              <w:t xml:space="preserve"> Scales</w:t>
            </w:r>
          </w:p>
        </w:tc>
      </w:tr>
      <w:tr w:rsidR="00761E6D" w:rsidRPr="0071512A" w14:paraId="3A53B600" w14:textId="77777777" w:rsidTr="00343C24">
        <w:trPr>
          <w:jc w:val="center"/>
        </w:trPr>
        <w:tc>
          <w:tcPr>
            <w:tcW w:w="2824" w:type="dxa"/>
            <w:tcBorders>
              <w:top w:val="single" w:sz="4" w:space="0" w:color="auto"/>
            </w:tcBorders>
          </w:tcPr>
          <w:p w14:paraId="425FEE54" w14:textId="661FBC00" w:rsidR="00761E6D" w:rsidRPr="0071512A" w:rsidRDefault="00B14F60" w:rsidP="001C61B8">
            <w:pP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761E6D" w:rsidRPr="000A26ED">
              <w:rPr>
                <w:rFonts w:ascii="Times New Roman" w:hAnsi="Times New Roman" w:cs="Times New Roman"/>
                <w:sz w:val="20"/>
                <w:szCs w:val="20"/>
              </w:rPr>
              <w:t xml:space="preserve"> Scale</w:t>
            </w:r>
          </w:p>
        </w:tc>
        <w:tc>
          <w:tcPr>
            <w:tcW w:w="3662" w:type="dxa"/>
            <w:gridSpan w:val="2"/>
            <w:tcBorders>
              <w:top w:val="single" w:sz="4" w:space="0" w:color="auto"/>
              <w:bottom w:val="single" w:sz="4" w:space="0" w:color="auto"/>
            </w:tcBorders>
          </w:tcPr>
          <w:p w14:paraId="7546DB30" w14:textId="77777777" w:rsidR="00761E6D" w:rsidRPr="00343DE7" w:rsidRDefault="00761E6D" w:rsidP="001C61B8">
            <w:pPr>
              <w:jc w:val="center"/>
              <w:rPr>
                <w:rFonts w:ascii="Times New Roman" w:hAnsi="Times New Roman" w:cs="Times New Roman"/>
                <w:color w:val="000000"/>
                <w:sz w:val="20"/>
                <w:szCs w:val="20"/>
              </w:rPr>
            </w:pPr>
            <w:r>
              <w:rPr>
                <w:rFonts w:ascii="Times New Roman" w:hAnsi="Times New Roman" w:cs="Times New Roman"/>
                <w:sz w:val="20"/>
                <w:szCs w:val="20"/>
              </w:rPr>
              <w:t>Factor Loadings</w:t>
            </w:r>
          </w:p>
        </w:tc>
      </w:tr>
      <w:tr w:rsidR="00761E6D" w:rsidRPr="0071512A" w14:paraId="4FBD777D" w14:textId="77777777" w:rsidTr="00343C24">
        <w:trPr>
          <w:jc w:val="center"/>
        </w:trPr>
        <w:tc>
          <w:tcPr>
            <w:tcW w:w="2824" w:type="dxa"/>
          </w:tcPr>
          <w:p w14:paraId="3879F7B1" w14:textId="77777777" w:rsidR="00761E6D" w:rsidRPr="00316371" w:rsidRDefault="00761E6D" w:rsidP="00194D07">
            <w:pPr>
              <w:rPr>
                <w:rFonts w:ascii="Times New Roman" w:hAnsi="Times New Roman" w:cs="Times New Roman"/>
                <w:sz w:val="20"/>
                <w:szCs w:val="20"/>
              </w:rPr>
            </w:pPr>
          </w:p>
        </w:tc>
        <w:tc>
          <w:tcPr>
            <w:tcW w:w="1772" w:type="dxa"/>
            <w:tcBorders>
              <w:top w:val="single" w:sz="4" w:space="0" w:color="auto"/>
            </w:tcBorders>
          </w:tcPr>
          <w:p w14:paraId="3A200509" w14:textId="47275865" w:rsidR="00761E6D" w:rsidRPr="00316371" w:rsidRDefault="00761E6D" w:rsidP="00194D07">
            <w:pPr>
              <w:jc w:val="center"/>
              <w:rPr>
                <w:rFonts w:ascii="Times New Roman" w:hAnsi="Times New Roman" w:cs="Times New Roman"/>
                <w:sz w:val="20"/>
                <w:szCs w:val="20"/>
              </w:rPr>
            </w:pPr>
            <w:r w:rsidRPr="00316371">
              <w:rPr>
                <w:rFonts w:ascii="Times New Roman" w:hAnsi="Times New Roman" w:cs="Times New Roman"/>
                <w:sz w:val="20"/>
                <w:szCs w:val="20"/>
              </w:rPr>
              <w:t>Internalizing</w:t>
            </w:r>
          </w:p>
        </w:tc>
        <w:tc>
          <w:tcPr>
            <w:tcW w:w="1890" w:type="dxa"/>
            <w:tcBorders>
              <w:top w:val="single" w:sz="4" w:space="0" w:color="auto"/>
            </w:tcBorders>
          </w:tcPr>
          <w:p w14:paraId="796E0BE6" w14:textId="77777777" w:rsidR="00761E6D" w:rsidRPr="00316371" w:rsidRDefault="00761E6D" w:rsidP="00194D07">
            <w:pPr>
              <w:jc w:val="center"/>
              <w:rPr>
                <w:rFonts w:ascii="Times New Roman" w:hAnsi="Times New Roman" w:cs="Times New Roman"/>
                <w:sz w:val="20"/>
                <w:szCs w:val="20"/>
              </w:rPr>
            </w:pPr>
            <w:r w:rsidRPr="00316371">
              <w:rPr>
                <w:rFonts w:ascii="Times New Roman" w:hAnsi="Times New Roman" w:cs="Times New Roman"/>
                <w:sz w:val="20"/>
                <w:szCs w:val="20"/>
              </w:rPr>
              <w:t>Externalizing/</w:t>
            </w:r>
          </w:p>
          <w:p w14:paraId="0DCB6A66" w14:textId="77777777" w:rsidR="00761E6D" w:rsidRPr="00316371" w:rsidRDefault="00761E6D" w:rsidP="00194D07">
            <w:pPr>
              <w:jc w:val="center"/>
              <w:rPr>
                <w:rFonts w:ascii="Times New Roman" w:hAnsi="Times New Roman" w:cs="Times New Roman"/>
                <w:sz w:val="20"/>
                <w:szCs w:val="20"/>
              </w:rPr>
            </w:pPr>
            <w:r w:rsidRPr="00316371">
              <w:rPr>
                <w:rFonts w:ascii="Times New Roman" w:hAnsi="Times New Roman" w:cs="Times New Roman"/>
                <w:sz w:val="20"/>
                <w:szCs w:val="20"/>
              </w:rPr>
              <w:t>Rarity</w:t>
            </w:r>
          </w:p>
        </w:tc>
      </w:tr>
      <w:tr w:rsidR="006D3485" w:rsidRPr="0071512A" w14:paraId="426E611B" w14:textId="77777777" w:rsidTr="00343C24">
        <w:trPr>
          <w:jc w:val="center"/>
        </w:trPr>
        <w:tc>
          <w:tcPr>
            <w:tcW w:w="2824" w:type="dxa"/>
          </w:tcPr>
          <w:p w14:paraId="78363757" w14:textId="555847A6"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Anhedonia </w:t>
            </w:r>
          </w:p>
        </w:tc>
        <w:tc>
          <w:tcPr>
            <w:tcW w:w="1772" w:type="dxa"/>
          </w:tcPr>
          <w:p w14:paraId="52F5EFAD" w14:textId="1077A176"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0.83</w:t>
            </w:r>
          </w:p>
        </w:tc>
        <w:tc>
          <w:tcPr>
            <w:tcW w:w="1890" w:type="dxa"/>
            <w:tcBorders>
              <w:top w:val="nil"/>
              <w:left w:val="nil"/>
              <w:bottom w:val="nil"/>
              <w:right w:val="nil"/>
            </w:tcBorders>
            <w:vAlign w:val="bottom"/>
          </w:tcPr>
          <w:p w14:paraId="3FF8AF6B" w14:textId="1DD851EE"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0.01</w:t>
            </w:r>
          </w:p>
        </w:tc>
      </w:tr>
      <w:tr w:rsidR="006D3485" w:rsidRPr="0071512A" w14:paraId="3877043F" w14:textId="77777777" w:rsidTr="00343C24">
        <w:trPr>
          <w:jc w:val="center"/>
        </w:trPr>
        <w:tc>
          <w:tcPr>
            <w:tcW w:w="2824" w:type="dxa"/>
          </w:tcPr>
          <w:p w14:paraId="30C304B7" w14:textId="25D59FD1"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Depressed Mood</w:t>
            </w:r>
          </w:p>
        </w:tc>
        <w:tc>
          <w:tcPr>
            <w:tcW w:w="1772" w:type="dxa"/>
          </w:tcPr>
          <w:p w14:paraId="4498A258" w14:textId="4F3F8C20"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0.83</w:t>
            </w:r>
          </w:p>
        </w:tc>
        <w:tc>
          <w:tcPr>
            <w:tcW w:w="1890" w:type="dxa"/>
            <w:tcBorders>
              <w:top w:val="nil"/>
              <w:left w:val="nil"/>
              <w:bottom w:val="nil"/>
              <w:right w:val="nil"/>
            </w:tcBorders>
            <w:vAlign w:val="bottom"/>
          </w:tcPr>
          <w:p w14:paraId="2E98D6D9" w14:textId="0ECBEAEF"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0.07</w:t>
            </w:r>
          </w:p>
        </w:tc>
      </w:tr>
      <w:tr w:rsidR="006D3485" w:rsidRPr="0071512A" w14:paraId="3A2FDE32" w14:textId="77777777" w:rsidTr="00343C24">
        <w:trPr>
          <w:jc w:val="center"/>
        </w:trPr>
        <w:tc>
          <w:tcPr>
            <w:tcW w:w="2824" w:type="dxa"/>
          </w:tcPr>
          <w:p w14:paraId="6D19EFD0" w14:textId="56BF63F2"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Well-being </w:t>
            </w:r>
          </w:p>
        </w:tc>
        <w:tc>
          <w:tcPr>
            <w:tcW w:w="1772" w:type="dxa"/>
          </w:tcPr>
          <w:p w14:paraId="1711F57A" w14:textId="4F94D614"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-0.81</w:t>
            </w:r>
          </w:p>
        </w:tc>
        <w:tc>
          <w:tcPr>
            <w:tcW w:w="1890" w:type="dxa"/>
            <w:tcBorders>
              <w:top w:val="nil"/>
              <w:left w:val="nil"/>
              <w:bottom w:val="nil"/>
              <w:right w:val="nil"/>
            </w:tcBorders>
            <w:vAlign w:val="bottom"/>
          </w:tcPr>
          <w:p w14:paraId="270306FD" w14:textId="15C6F18E"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0.26</w:t>
            </w:r>
          </w:p>
        </w:tc>
      </w:tr>
      <w:tr w:rsidR="006D3485" w:rsidRPr="0071512A" w14:paraId="3A99ECCD" w14:textId="77777777" w:rsidTr="00343C24">
        <w:trPr>
          <w:jc w:val="center"/>
        </w:trPr>
        <w:tc>
          <w:tcPr>
            <w:tcW w:w="2824" w:type="dxa"/>
          </w:tcPr>
          <w:p w14:paraId="124A37CC" w14:textId="0AA12193"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Lassitude </w:t>
            </w:r>
          </w:p>
        </w:tc>
        <w:tc>
          <w:tcPr>
            <w:tcW w:w="1772" w:type="dxa"/>
          </w:tcPr>
          <w:p w14:paraId="444B550A" w14:textId="59529289"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0.79</w:t>
            </w:r>
          </w:p>
        </w:tc>
        <w:tc>
          <w:tcPr>
            <w:tcW w:w="1890" w:type="dxa"/>
            <w:tcBorders>
              <w:top w:val="nil"/>
              <w:left w:val="nil"/>
              <w:bottom w:val="nil"/>
              <w:right w:val="nil"/>
            </w:tcBorders>
            <w:vAlign w:val="bottom"/>
          </w:tcPr>
          <w:p w14:paraId="190A48DC" w14:textId="400093A3"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0.02</w:t>
            </w:r>
          </w:p>
        </w:tc>
      </w:tr>
      <w:tr w:rsidR="006D3485" w:rsidRPr="0071512A" w14:paraId="0F8CFBB5" w14:textId="77777777" w:rsidTr="00343C24">
        <w:trPr>
          <w:jc w:val="center"/>
        </w:trPr>
        <w:tc>
          <w:tcPr>
            <w:tcW w:w="2824" w:type="dxa"/>
          </w:tcPr>
          <w:p w14:paraId="52B5210F" w14:textId="519C7733"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Shame/Guilt </w:t>
            </w:r>
          </w:p>
        </w:tc>
        <w:tc>
          <w:tcPr>
            <w:tcW w:w="1772" w:type="dxa"/>
          </w:tcPr>
          <w:p w14:paraId="09C22BB9" w14:textId="29964101"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0.74</w:t>
            </w:r>
          </w:p>
        </w:tc>
        <w:tc>
          <w:tcPr>
            <w:tcW w:w="1890" w:type="dxa"/>
            <w:tcBorders>
              <w:top w:val="nil"/>
              <w:left w:val="nil"/>
              <w:bottom w:val="nil"/>
              <w:right w:val="nil"/>
            </w:tcBorders>
            <w:vAlign w:val="bottom"/>
          </w:tcPr>
          <w:p w14:paraId="79140190" w14:textId="712CB29F"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0.16</w:t>
            </w:r>
          </w:p>
        </w:tc>
      </w:tr>
      <w:tr w:rsidR="006D3485" w:rsidRPr="0071512A" w14:paraId="47143561" w14:textId="77777777" w:rsidTr="00343C24">
        <w:trPr>
          <w:jc w:val="center"/>
        </w:trPr>
        <w:tc>
          <w:tcPr>
            <w:tcW w:w="2824" w:type="dxa"/>
          </w:tcPr>
          <w:p w14:paraId="62280592" w14:textId="2DD5CEF1"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Grandiosity </w:t>
            </w:r>
          </w:p>
        </w:tc>
        <w:tc>
          <w:tcPr>
            <w:tcW w:w="1772" w:type="dxa"/>
          </w:tcPr>
          <w:p w14:paraId="346A8EBA" w14:textId="71B461C8"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-0.74</w:t>
            </w:r>
          </w:p>
        </w:tc>
        <w:tc>
          <w:tcPr>
            <w:tcW w:w="1890" w:type="dxa"/>
            <w:tcBorders>
              <w:top w:val="nil"/>
              <w:left w:val="nil"/>
              <w:bottom w:val="nil"/>
              <w:right w:val="nil"/>
            </w:tcBorders>
            <w:vAlign w:val="bottom"/>
          </w:tcPr>
          <w:p w14:paraId="76F2437E" w14:textId="7CCB9370" w:rsidR="006D3485" w:rsidRPr="00DF3814" w:rsidRDefault="006D3485" w:rsidP="006D3485">
            <w:pPr>
              <w:jc w:val="center"/>
              <w:rPr>
                <w:rFonts w:ascii="Times New Roman" w:hAnsi="Times New Roman" w:cs="Times New Roman"/>
                <w:b/>
                <w:bCs/>
                <w:sz w:val="20"/>
                <w:szCs w:val="20"/>
              </w:rPr>
            </w:pPr>
            <w:r w:rsidRPr="00DF3814">
              <w:rPr>
                <w:rFonts w:ascii="Times New Roman" w:hAnsi="Times New Roman" w:cs="Times New Roman"/>
                <w:b/>
                <w:bCs/>
                <w:sz w:val="20"/>
                <w:szCs w:val="20"/>
              </w:rPr>
              <w:t>0.43</w:t>
            </w:r>
          </w:p>
        </w:tc>
      </w:tr>
      <w:tr w:rsidR="006D3485" w:rsidRPr="0071512A" w14:paraId="63BCA735" w14:textId="77777777" w:rsidTr="00343C24">
        <w:trPr>
          <w:jc w:val="center"/>
        </w:trPr>
        <w:tc>
          <w:tcPr>
            <w:tcW w:w="2824" w:type="dxa"/>
          </w:tcPr>
          <w:p w14:paraId="62D051EC" w14:textId="6D9D6FBE"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Social Aloofness</w:t>
            </w:r>
          </w:p>
        </w:tc>
        <w:tc>
          <w:tcPr>
            <w:tcW w:w="1772" w:type="dxa"/>
          </w:tcPr>
          <w:p w14:paraId="6CE3BEB9" w14:textId="64D5FD7C"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0.71</w:t>
            </w:r>
          </w:p>
        </w:tc>
        <w:tc>
          <w:tcPr>
            <w:tcW w:w="1890" w:type="dxa"/>
            <w:tcBorders>
              <w:top w:val="nil"/>
              <w:left w:val="nil"/>
              <w:bottom w:val="nil"/>
              <w:right w:val="nil"/>
            </w:tcBorders>
            <w:vAlign w:val="bottom"/>
          </w:tcPr>
          <w:p w14:paraId="78189FF0" w14:textId="5ACD78DE"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-0.03</w:t>
            </w:r>
          </w:p>
        </w:tc>
      </w:tr>
      <w:tr w:rsidR="006D3485" w:rsidRPr="0071512A" w14:paraId="67582773" w14:textId="77777777" w:rsidTr="00343C24">
        <w:trPr>
          <w:jc w:val="center"/>
        </w:trPr>
        <w:tc>
          <w:tcPr>
            <w:tcW w:w="2824" w:type="dxa"/>
          </w:tcPr>
          <w:p w14:paraId="3D5BA814" w14:textId="3286E47D"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Anxious Worry</w:t>
            </w:r>
          </w:p>
        </w:tc>
        <w:tc>
          <w:tcPr>
            <w:tcW w:w="1772" w:type="dxa"/>
          </w:tcPr>
          <w:p w14:paraId="004BE2E8" w14:textId="22A3E2EB"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0.67</w:t>
            </w:r>
          </w:p>
        </w:tc>
        <w:tc>
          <w:tcPr>
            <w:tcW w:w="1890" w:type="dxa"/>
            <w:tcBorders>
              <w:top w:val="nil"/>
              <w:left w:val="nil"/>
              <w:bottom w:val="nil"/>
              <w:right w:val="nil"/>
            </w:tcBorders>
            <w:vAlign w:val="bottom"/>
          </w:tcPr>
          <w:p w14:paraId="7A4C9760" w14:textId="17A2C746"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0.18</w:t>
            </w:r>
          </w:p>
        </w:tc>
      </w:tr>
      <w:tr w:rsidR="006D3485" w:rsidRPr="0071512A" w14:paraId="1552CFC6" w14:textId="77777777" w:rsidTr="00343C24">
        <w:trPr>
          <w:jc w:val="center"/>
        </w:trPr>
        <w:tc>
          <w:tcPr>
            <w:tcW w:w="2824" w:type="dxa"/>
          </w:tcPr>
          <w:p w14:paraId="510ACE51" w14:textId="4613FE85"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Irritability </w:t>
            </w:r>
          </w:p>
        </w:tc>
        <w:tc>
          <w:tcPr>
            <w:tcW w:w="1772" w:type="dxa"/>
          </w:tcPr>
          <w:p w14:paraId="2699DF41" w14:textId="7CF82423"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0.63</w:t>
            </w:r>
          </w:p>
        </w:tc>
        <w:tc>
          <w:tcPr>
            <w:tcW w:w="1890" w:type="dxa"/>
            <w:tcBorders>
              <w:top w:val="nil"/>
              <w:left w:val="nil"/>
              <w:bottom w:val="nil"/>
              <w:right w:val="nil"/>
            </w:tcBorders>
            <w:vAlign w:val="bottom"/>
          </w:tcPr>
          <w:p w14:paraId="781694AE" w14:textId="5AC38E1D"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0.24</w:t>
            </w:r>
          </w:p>
        </w:tc>
      </w:tr>
      <w:tr w:rsidR="006D3485" w:rsidRPr="0071512A" w14:paraId="6C0B6919" w14:textId="77777777" w:rsidTr="00343C24">
        <w:trPr>
          <w:jc w:val="center"/>
        </w:trPr>
        <w:tc>
          <w:tcPr>
            <w:tcW w:w="2824" w:type="dxa"/>
          </w:tcPr>
          <w:p w14:paraId="4F1852CD" w14:textId="07F5D9A7"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Bodily Distress</w:t>
            </w:r>
          </w:p>
        </w:tc>
        <w:tc>
          <w:tcPr>
            <w:tcW w:w="1772" w:type="dxa"/>
          </w:tcPr>
          <w:p w14:paraId="732D690C" w14:textId="0FDD48E0"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0.62</w:t>
            </w:r>
          </w:p>
        </w:tc>
        <w:tc>
          <w:tcPr>
            <w:tcW w:w="1890" w:type="dxa"/>
            <w:tcBorders>
              <w:top w:val="nil"/>
              <w:left w:val="nil"/>
              <w:bottom w:val="nil"/>
              <w:right w:val="nil"/>
            </w:tcBorders>
            <w:vAlign w:val="bottom"/>
          </w:tcPr>
          <w:p w14:paraId="3023E4C0" w14:textId="1B2FC588"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0.31</w:t>
            </w:r>
          </w:p>
        </w:tc>
      </w:tr>
      <w:tr w:rsidR="006D3485" w:rsidRPr="0071512A" w14:paraId="158EF9D5" w14:textId="77777777" w:rsidTr="00343C24">
        <w:trPr>
          <w:jc w:val="center"/>
        </w:trPr>
        <w:tc>
          <w:tcPr>
            <w:tcW w:w="2824" w:type="dxa"/>
          </w:tcPr>
          <w:p w14:paraId="3799A651" w14:textId="5040F2D0"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Social Anxiety </w:t>
            </w:r>
          </w:p>
        </w:tc>
        <w:tc>
          <w:tcPr>
            <w:tcW w:w="1772" w:type="dxa"/>
          </w:tcPr>
          <w:p w14:paraId="1C8E505D" w14:textId="2A6E021B"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0.60</w:t>
            </w:r>
          </w:p>
        </w:tc>
        <w:tc>
          <w:tcPr>
            <w:tcW w:w="1890" w:type="dxa"/>
            <w:tcBorders>
              <w:top w:val="nil"/>
              <w:left w:val="nil"/>
              <w:bottom w:val="nil"/>
              <w:right w:val="nil"/>
            </w:tcBorders>
            <w:vAlign w:val="bottom"/>
          </w:tcPr>
          <w:p w14:paraId="1AADB895" w14:textId="12B9A177"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0.13</w:t>
            </w:r>
          </w:p>
        </w:tc>
      </w:tr>
      <w:tr w:rsidR="006D3485" w:rsidRPr="0071512A" w14:paraId="63DE2F18" w14:textId="77777777" w:rsidTr="00343C24">
        <w:trPr>
          <w:jc w:val="center"/>
        </w:trPr>
        <w:tc>
          <w:tcPr>
            <w:tcW w:w="2824" w:type="dxa"/>
          </w:tcPr>
          <w:p w14:paraId="0EB6AC65" w14:textId="061B357B"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Non-</w:t>
            </w:r>
            <w:r w:rsidR="004C4FD8">
              <w:rPr>
                <w:rFonts w:ascii="Times New Roman" w:hAnsi="Times New Roman" w:cs="Times New Roman"/>
                <w:sz w:val="20"/>
                <w:szCs w:val="20"/>
              </w:rPr>
              <w:t>P</w:t>
            </w:r>
            <w:r w:rsidRPr="00316371">
              <w:rPr>
                <w:rFonts w:ascii="Times New Roman" w:hAnsi="Times New Roman" w:cs="Times New Roman"/>
                <w:sz w:val="20"/>
                <w:szCs w:val="20"/>
              </w:rPr>
              <w:t>ersistence</w:t>
            </w:r>
          </w:p>
        </w:tc>
        <w:tc>
          <w:tcPr>
            <w:tcW w:w="1772" w:type="dxa"/>
          </w:tcPr>
          <w:p w14:paraId="110044D5" w14:textId="5311A1AE"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0.60</w:t>
            </w:r>
          </w:p>
        </w:tc>
        <w:tc>
          <w:tcPr>
            <w:tcW w:w="1890" w:type="dxa"/>
            <w:tcBorders>
              <w:top w:val="nil"/>
              <w:left w:val="nil"/>
              <w:bottom w:val="nil"/>
              <w:right w:val="nil"/>
            </w:tcBorders>
            <w:vAlign w:val="bottom"/>
          </w:tcPr>
          <w:p w14:paraId="525D6450" w14:textId="76740867"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0.23</w:t>
            </w:r>
          </w:p>
        </w:tc>
      </w:tr>
      <w:tr w:rsidR="006D3485" w:rsidRPr="0071512A" w14:paraId="7854CF0C" w14:textId="77777777" w:rsidTr="00343C24">
        <w:trPr>
          <w:jc w:val="center"/>
        </w:trPr>
        <w:tc>
          <w:tcPr>
            <w:tcW w:w="2824" w:type="dxa"/>
          </w:tcPr>
          <w:p w14:paraId="778762F3" w14:textId="75AD4893"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Cognitive Problems </w:t>
            </w:r>
          </w:p>
        </w:tc>
        <w:tc>
          <w:tcPr>
            <w:tcW w:w="1772" w:type="dxa"/>
          </w:tcPr>
          <w:p w14:paraId="1FEBF3A0" w14:textId="60613EA6"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0.59</w:t>
            </w:r>
          </w:p>
        </w:tc>
        <w:tc>
          <w:tcPr>
            <w:tcW w:w="1890" w:type="dxa"/>
            <w:tcBorders>
              <w:top w:val="nil"/>
              <w:left w:val="nil"/>
              <w:bottom w:val="nil"/>
              <w:right w:val="nil"/>
            </w:tcBorders>
            <w:vAlign w:val="bottom"/>
          </w:tcPr>
          <w:p w14:paraId="39EDF174" w14:textId="5C733DC5"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0.34</w:t>
            </w:r>
          </w:p>
        </w:tc>
      </w:tr>
      <w:tr w:rsidR="006D3485" w:rsidRPr="0071512A" w14:paraId="1BC618AD" w14:textId="77777777" w:rsidTr="00343C24">
        <w:trPr>
          <w:jc w:val="center"/>
        </w:trPr>
        <w:tc>
          <w:tcPr>
            <w:tcW w:w="2824" w:type="dxa"/>
          </w:tcPr>
          <w:p w14:paraId="2673EF66" w14:textId="2EBD4333"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Low Sexual Interest</w:t>
            </w:r>
          </w:p>
        </w:tc>
        <w:tc>
          <w:tcPr>
            <w:tcW w:w="1772" w:type="dxa"/>
          </w:tcPr>
          <w:p w14:paraId="48B3D500" w14:textId="71CE8083"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0.55</w:t>
            </w:r>
          </w:p>
        </w:tc>
        <w:tc>
          <w:tcPr>
            <w:tcW w:w="1890" w:type="dxa"/>
            <w:tcBorders>
              <w:top w:val="nil"/>
              <w:left w:val="nil"/>
              <w:bottom w:val="nil"/>
              <w:right w:val="nil"/>
            </w:tcBorders>
            <w:vAlign w:val="bottom"/>
          </w:tcPr>
          <w:p w14:paraId="35FF3CA3" w14:textId="4C158D0D"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-0.13</w:t>
            </w:r>
          </w:p>
        </w:tc>
      </w:tr>
      <w:tr w:rsidR="006D3485" w:rsidRPr="0071512A" w14:paraId="03A8B8CB" w14:textId="77777777" w:rsidTr="00343C24">
        <w:trPr>
          <w:jc w:val="center"/>
        </w:trPr>
        <w:tc>
          <w:tcPr>
            <w:tcW w:w="2824" w:type="dxa"/>
          </w:tcPr>
          <w:p w14:paraId="289397CE" w14:textId="1D5E5604"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Submissiveness  </w:t>
            </w:r>
          </w:p>
        </w:tc>
        <w:tc>
          <w:tcPr>
            <w:tcW w:w="1772" w:type="dxa"/>
          </w:tcPr>
          <w:p w14:paraId="41337AF3" w14:textId="0738BEDD"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0.49</w:t>
            </w:r>
          </w:p>
        </w:tc>
        <w:tc>
          <w:tcPr>
            <w:tcW w:w="1890" w:type="dxa"/>
            <w:tcBorders>
              <w:top w:val="nil"/>
              <w:left w:val="nil"/>
              <w:bottom w:val="nil"/>
              <w:right w:val="nil"/>
            </w:tcBorders>
            <w:vAlign w:val="bottom"/>
          </w:tcPr>
          <w:p w14:paraId="6F009032" w14:textId="71D1076F"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0.05</w:t>
            </w:r>
          </w:p>
        </w:tc>
      </w:tr>
      <w:tr w:rsidR="006D3485" w:rsidRPr="0071512A" w14:paraId="06A21FB6" w14:textId="77777777" w:rsidTr="00343C24">
        <w:trPr>
          <w:jc w:val="center"/>
        </w:trPr>
        <w:tc>
          <w:tcPr>
            <w:tcW w:w="2824" w:type="dxa"/>
          </w:tcPr>
          <w:p w14:paraId="6146A15F" w14:textId="5476B338"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Insomnia </w:t>
            </w:r>
          </w:p>
        </w:tc>
        <w:tc>
          <w:tcPr>
            <w:tcW w:w="1772" w:type="dxa"/>
          </w:tcPr>
          <w:p w14:paraId="6DA99C57" w14:textId="3E6C9831"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0.48</w:t>
            </w:r>
          </w:p>
        </w:tc>
        <w:tc>
          <w:tcPr>
            <w:tcW w:w="1890" w:type="dxa"/>
            <w:tcBorders>
              <w:top w:val="nil"/>
              <w:left w:val="nil"/>
              <w:bottom w:val="nil"/>
              <w:right w:val="nil"/>
            </w:tcBorders>
            <w:vAlign w:val="bottom"/>
          </w:tcPr>
          <w:p w14:paraId="1EDFB150" w14:textId="7B1713BF"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0.25</w:t>
            </w:r>
          </w:p>
        </w:tc>
      </w:tr>
      <w:tr w:rsidR="006D3485" w:rsidRPr="0071512A" w14:paraId="756394A9" w14:textId="77777777" w:rsidTr="00343C24">
        <w:trPr>
          <w:jc w:val="center"/>
        </w:trPr>
        <w:tc>
          <w:tcPr>
            <w:tcW w:w="2824" w:type="dxa"/>
          </w:tcPr>
          <w:p w14:paraId="6C56729F" w14:textId="5E1B4428"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Body Dissatisfaction</w:t>
            </w:r>
          </w:p>
        </w:tc>
        <w:tc>
          <w:tcPr>
            <w:tcW w:w="1772" w:type="dxa"/>
          </w:tcPr>
          <w:p w14:paraId="4B783319" w14:textId="3DA5CF22"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0.47</w:t>
            </w:r>
          </w:p>
        </w:tc>
        <w:tc>
          <w:tcPr>
            <w:tcW w:w="1890" w:type="dxa"/>
            <w:tcBorders>
              <w:top w:val="nil"/>
              <w:left w:val="nil"/>
              <w:bottom w:val="nil"/>
              <w:right w:val="nil"/>
            </w:tcBorders>
            <w:vAlign w:val="bottom"/>
          </w:tcPr>
          <w:p w14:paraId="5D4D3127" w14:textId="3F5D9247"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0.10</w:t>
            </w:r>
          </w:p>
        </w:tc>
      </w:tr>
      <w:tr w:rsidR="006D3485" w:rsidRPr="0071512A" w14:paraId="1261F835" w14:textId="77777777" w:rsidTr="00343C24">
        <w:trPr>
          <w:jc w:val="center"/>
        </w:trPr>
        <w:tc>
          <w:tcPr>
            <w:tcW w:w="2824" w:type="dxa"/>
          </w:tcPr>
          <w:p w14:paraId="36A9F07D" w14:textId="0D43FE51"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Hypervigilance </w:t>
            </w:r>
          </w:p>
        </w:tc>
        <w:tc>
          <w:tcPr>
            <w:tcW w:w="1772" w:type="dxa"/>
          </w:tcPr>
          <w:p w14:paraId="307BC567" w14:textId="37F8596B"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0.46</w:t>
            </w:r>
          </w:p>
        </w:tc>
        <w:tc>
          <w:tcPr>
            <w:tcW w:w="1890" w:type="dxa"/>
            <w:tcBorders>
              <w:top w:val="nil"/>
              <w:left w:val="nil"/>
              <w:bottom w:val="nil"/>
              <w:right w:val="nil"/>
            </w:tcBorders>
            <w:vAlign w:val="bottom"/>
          </w:tcPr>
          <w:p w14:paraId="1750D0AB" w14:textId="03C18C6E"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0.41</w:t>
            </w:r>
          </w:p>
        </w:tc>
      </w:tr>
      <w:tr w:rsidR="006D3485" w:rsidRPr="0071512A" w14:paraId="008AD1D0" w14:textId="77777777" w:rsidTr="00343C24">
        <w:trPr>
          <w:jc w:val="center"/>
        </w:trPr>
        <w:tc>
          <w:tcPr>
            <w:tcW w:w="2824" w:type="dxa"/>
          </w:tcPr>
          <w:p w14:paraId="3B390815" w14:textId="46897804"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Panic </w:t>
            </w:r>
          </w:p>
        </w:tc>
        <w:tc>
          <w:tcPr>
            <w:tcW w:w="1772" w:type="dxa"/>
          </w:tcPr>
          <w:p w14:paraId="15F7E4EC" w14:textId="0692170D"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0.44</w:t>
            </w:r>
          </w:p>
        </w:tc>
        <w:tc>
          <w:tcPr>
            <w:tcW w:w="1890" w:type="dxa"/>
            <w:tcBorders>
              <w:top w:val="nil"/>
              <w:left w:val="nil"/>
              <w:bottom w:val="nil"/>
              <w:right w:val="nil"/>
            </w:tcBorders>
            <w:vAlign w:val="bottom"/>
          </w:tcPr>
          <w:p w14:paraId="6215FCA9" w14:textId="33351B3F"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0.42</w:t>
            </w:r>
          </w:p>
        </w:tc>
      </w:tr>
      <w:tr w:rsidR="006D3485" w:rsidRPr="0071512A" w14:paraId="10B12991" w14:textId="77777777" w:rsidTr="00343C24">
        <w:trPr>
          <w:jc w:val="center"/>
        </w:trPr>
        <w:tc>
          <w:tcPr>
            <w:tcW w:w="2824" w:type="dxa"/>
          </w:tcPr>
          <w:p w14:paraId="476869ED" w14:textId="782F2B86"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Disorganization </w:t>
            </w:r>
          </w:p>
        </w:tc>
        <w:tc>
          <w:tcPr>
            <w:tcW w:w="1772" w:type="dxa"/>
          </w:tcPr>
          <w:p w14:paraId="0BB48424" w14:textId="2621ED57"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0.43</w:t>
            </w:r>
          </w:p>
        </w:tc>
        <w:tc>
          <w:tcPr>
            <w:tcW w:w="1890" w:type="dxa"/>
            <w:tcBorders>
              <w:top w:val="nil"/>
              <w:left w:val="nil"/>
              <w:bottom w:val="nil"/>
              <w:right w:val="nil"/>
            </w:tcBorders>
            <w:vAlign w:val="bottom"/>
          </w:tcPr>
          <w:p w14:paraId="273E00CB" w14:textId="17631E13"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0.31</w:t>
            </w:r>
          </w:p>
        </w:tc>
      </w:tr>
      <w:tr w:rsidR="006D3485" w:rsidRPr="0071512A" w14:paraId="1BB142B6" w14:textId="77777777" w:rsidTr="00343C24">
        <w:trPr>
          <w:jc w:val="center"/>
        </w:trPr>
        <w:tc>
          <w:tcPr>
            <w:tcW w:w="2824" w:type="dxa"/>
          </w:tcPr>
          <w:p w14:paraId="72D5B406" w14:textId="6268B815"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Restricted Affectivity</w:t>
            </w:r>
          </w:p>
        </w:tc>
        <w:tc>
          <w:tcPr>
            <w:tcW w:w="1772" w:type="dxa"/>
          </w:tcPr>
          <w:p w14:paraId="0B6833C2" w14:textId="6BC7A36E"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0.41</w:t>
            </w:r>
          </w:p>
        </w:tc>
        <w:tc>
          <w:tcPr>
            <w:tcW w:w="1890" w:type="dxa"/>
            <w:tcBorders>
              <w:top w:val="nil"/>
              <w:left w:val="nil"/>
              <w:bottom w:val="nil"/>
              <w:right w:val="nil"/>
            </w:tcBorders>
            <w:vAlign w:val="bottom"/>
          </w:tcPr>
          <w:p w14:paraId="37964A68" w14:textId="50857EBE"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0.25</w:t>
            </w:r>
          </w:p>
        </w:tc>
      </w:tr>
      <w:tr w:rsidR="006D3485" w:rsidRPr="0071512A" w14:paraId="44FC84C0" w14:textId="77777777" w:rsidTr="00343C24">
        <w:trPr>
          <w:jc w:val="center"/>
        </w:trPr>
        <w:tc>
          <w:tcPr>
            <w:tcW w:w="2824" w:type="dxa"/>
          </w:tcPr>
          <w:p w14:paraId="58478013" w14:textId="51235BBA"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Low Sexual Arousal</w:t>
            </w:r>
          </w:p>
        </w:tc>
        <w:tc>
          <w:tcPr>
            <w:tcW w:w="1772" w:type="dxa"/>
          </w:tcPr>
          <w:p w14:paraId="4A0946D2" w14:textId="26570466"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0.41</w:t>
            </w:r>
          </w:p>
        </w:tc>
        <w:tc>
          <w:tcPr>
            <w:tcW w:w="1890" w:type="dxa"/>
            <w:tcBorders>
              <w:top w:val="nil"/>
              <w:left w:val="nil"/>
              <w:bottom w:val="nil"/>
              <w:right w:val="nil"/>
            </w:tcBorders>
            <w:vAlign w:val="bottom"/>
          </w:tcPr>
          <w:p w14:paraId="60EED209" w14:textId="2C5C0F93" w:rsidR="006D3485" w:rsidRPr="00316371" w:rsidRDefault="006D3485" w:rsidP="006D3485">
            <w:pPr>
              <w:jc w:val="center"/>
              <w:rPr>
                <w:rFonts w:ascii="Times New Roman" w:hAnsi="Times New Roman" w:cs="Times New Roman"/>
                <w:sz w:val="20"/>
                <w:szCs w:val="20"/>
              </w:rPr>
            </w:pPr>
            <w:r w:rsidRPr="00316371">
              <w:rPr>
                <w:rFonts w:ascii="Times New Roman" w:hAnsi="Times New Roman" w:cs="Times New Roman"/>
                <w:sz w:val="20"/>
                <w:szCs w:val="20"/>
              </w:rPr>
              <w:t>0.01</w:t>
            </w:r>
          </w:p>
        </w:tc>
      </w:tr>
      <w:tr w:rsidR="00C7293A" w:rsidRPr="0071512A" w14:paraId="78C22309" w14:textId="77777777" w:rsidTr="00343C24">
        <w:trPr>
          <w:jc w:val="center"/>
        </w:trPr>
        <w:tc>
          <w:tcPr>
            <w:tcW w:w="2824" w:type="dxa"/>
          </w:tcPr>
          <w:p w14:paraId="7483CA2F" w14:textId="1309467C"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Cynicism</w:t>
            </w:r>
          </w:p>
        </w:tc>
        <w:tc>
          <w:tcPr>
            <w:tcW w:w="1772" w:type="dxa"/>
            <w:vAlign w:val="bottom"/>
          </w:tcPr>
          <w:p w14:paraId="7EF051A0" w14:textId="60DF6A91"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0.40</w:t>
            </w:r>
          </w:p>
        </w:tc>
        <w:tc>
          <w:tcPr>
            <w:tcW w:w="1890" w:type="dxa"/>
            <w:tcBorders>
              <w:top w:val="nil"/>
              <w:left w:val="nil"/>
              <w:bottom w:val="nil"/>
              <w:right w:val="nil"/>
            </w:tcBorders>
            <w:vAlign w:val="bottom"/>
          </w:tcPr>
          <w:p w14:paraId="64785E2F" w14:textId="760821C0"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0.40</w:t>
            </w:r>
          </w:p>
        </w:tc>
      </w:tr>
      <w:tr w:rsidR="006D3485" w:rsidRPr="0071512A" w14:paraId="5F80FADC" w14:textId="77777777" w:rsidTr="00343C24">
        <w:trPr>
          <w:jc w:val="center"/>
        </w:trPr>
        <w:tc>
          <w:tcPr>
            <w:tcW w:w="2824" w:type="dxa"/>
          </w:tcPr>
          <w:p w14:paraId="7E628631" w14:textId="71A0F6B2"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Suicidality </w:t>
            </w:r>
          </w:p>
        </w:tc>
        <w:tc>
          <w:tcPr>
            <w:tcW w:w="1772" w:type="dxa"/>
          </w:tcPr>
          <w:p w14:paraId="24C30063" w14:textId="0E84E681"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0.40</w:t>
            </w:r>
          </w:p>
        </w:tc>
        <w:tc>
          <w:tcPr>
            <w:tcW w:w="1890" w:type="dxa"/>
            <w:tcBorders>
              <w:top w:val="nil"/>
              <w:left w:val="nil"/>
              <w:bottom w:val="nil"/>
              <w:right w:val="nil"/>
            </w:tcBorders>
            <w:vAlign w:val="bottom"/>
          </w:tcPr>
          <w:p w14:paraId="67F28FBC" w14:textId="62CE37FE" w:rsidR="006D3485" w:rsidRPr="00316371" w:rsidRDefault="006D3485" w:rsidP="006D3485">
            <w:pPr>
              <w:jc w:val="center"/>
              <w:rPr>
                <w:rFonts w:ascii="Times New Roman" w:hAnsi="Times New Roman" w:cs="Times New Roman"/>
                <w:b/>
                <w:bCs/>
                <w:sz w:val="20"/>
                <w:szCs w:val="20"/>
              </w:rPr>
            </w:pPr>
            <w:r w:rsidRPr="00316371">
              <w:rPr>
                <w:rFonts w:ascii="Times New Roman" w:hAnsi="Times New Roman" w:cs="Times New Roman"/>
                <w:b/>
                <w:bCs/>
                <w:sz w:val="20"/>
                <w:szCs w:val="20"/>
              </w:rPr>
              <w:t>0.32</w:t>
            </w:r>
          </w:p>
        </w:tc>
      </w:tr>
      <w:tr w:rsidR="002D73BE" w:rsidRPr="0071512A" w14:paraId="4CF1FD27" w14:textId="77777777" w:rsidTr="00343C24">
        <w:trPr>
          <w:jc w:val="center"/>
        </w:trPr>
        <w:tc>
          <w:tcPr>
            <w:tcW w:w="2824" w:type="dxa"/>
            <w:vAlign w:val="bottom"/>
          </w:tcPr>
          <w:p w14:paraId="64DF7A11" w14:textId="6266FAF9" w:rsidR="002D73BE" w:rsidRPr="00316371" w:rsidRDefault="002D73BE" w:rsidP="002D73BE">
            <w:pPr>
              <w:rPr>
                <w:rFonts w:ascii="Times New Roman" w:hAnsi="Times New Roman" w:cs="Times New Roman"/>
                <w:sz w:val="20"/>
                <w:szCs w:val="20"/>
              </w:rPr>
            </w:pPr>
            <w:r w:rsidRPr="002D73BE">
              <w:rPr>
                <w:rFonts w:ascii="Times New Roman" w:hAnsi="Times New Roman" w:cs="Times New Roman"/>
                <w:sz w:val="20"/>
                <w:szCs w:val="20"/>
              </w:rPr>
              <w:t>Angry Hostility</w:t>
            </w:r>
          </w:p>
        </w:tc>
        <w:tc>
          <w:tcPr>
            <w:tcW w:w="1772" w:type="dxa"/>
            <w:tcBorders>
              <w:top w:val="nil"/>
              <w:left w:val="nil"/>
              <w:bottom w:val="nil"/>
              <w:right w:val="nil"/>
            </w:tcBorders>
            <w:vAlign w:val="bottom"/>
          </w:tcPr>
          <w:p w14:paraId="6C5AD6CF" w14:textId="3C5998F3" w:rsidR="002D73BE" w:rsidRPr="002D73BE" w:rsidRDefault="002D73BE" w:rsidP="002D73BE">
            <w:pPr>
              <w:jc w:val="center"/>
              <w:rPr>
                <w:rFonts w:ascii="Times New Roman" w:hAnsi="Times New Roman" w:cs="Times New Roman"/>
                <w:b/>
                <w:bCs/>
                <w:sz w:val="20"/>
                <w:szCs w:val="20"/>
              </w:rPr>
            </w:pPr>
            <w:r w:rsidRPr="002D73BE">
              <w:rPr>
                <w:rFonts w:ascii="Times New Roman" w:hAnsi="Times New Roman" w:cs="Times New Roman"/>
                <w:b/>
                <w:bCs/>
                <w:sz w:val="20"/>
                <w:szCs w:val="20"/>
              </w:rPr>
              <w:t>0.40</w:t>
            </w:r>
          </w:p>
        </w:tc>
        <w:tc>
          <w:tcPr>
            <w:tcW w:w="1890" w:type="dxa"/>
            <w:vAlign w:val="bottom"/>
          </w:tcPr>
          <w:p w14:paraId="73EFADF8" w14:textId="544D8003" w:rsidR="002D73BE" w:rsidRPr="002D73BE" w:rsidRDefault="002D73BE" w:rsidP="002D73BE">
            <w:pPr>
              <w:jc w:val="center"/>
              <w:rPr>
                <w:rFonts w:ascii="Times New Roman" w:hAnsi="Times New Roman" w:cs="Times New Roman"/>
                <w:b/>
                <w:bCs/>
                <w:sz w:val="20"/>
                <w:szCs w:val="20"/>
              </w:rPr>
            </w:pPr>
            <w:r w:rsidRPr="002D73BE">
              <w:rPr>
                <w:rFonts w:ascii="Times New Roman" w:hAnsi="Times New Roman" w:cs="Times New Roman"/>
                <w:b/>
                <w:bCs/>
                <w:sz w:val="20"/>
                <w:szCs w:val="20"/>
              </w:rPr>
              <w:t>0.34</w:t>
            </w:r>
          </w:p>
        </w:tc>
      </w:tr>
      <w:tr w:rsidR="00C7293A" w:rsidRPr="0071512A" w14:paraId="25BFEFF2" w14:textId="77777777" w:rsidTr="00343C24">
        <w:trPr>
          <w:jc w:val="center"/>
        </w:trPr>
        <w:tc>
          <w:tcPr>
            <w:tcW w:w="2824" w:type="dxa"/>
            <w:vAlign w:val="bottom"/>
          </w:tcPr>
          <w:p w14:paraId="133022C4" w14:textId="0FFA964E"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Health Anxiety</w:t>
            </w:r>
          </w:p>
        </w:tc>
        <w:tc>
          <w:tcPr>
            <w:tcW w:w="1772" w:type="dxa"/>
            <w:tcBorders>
              <w:top w:val="nil"/>
              <w:left w:val="nil"/>
              <w:bottom w:val="nil"/>
              <w:right w:val="nil"/>
            </w:tcBorders>
            <w:vAlign w:val="bottom"/>
          </w:tcPr>
          <w:p w14:paraId="38B26842" w14:textId="32441A72"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0.39</w:t>
            </w:r>
          </w:p>
        </w:tc>
        <w:tc>
          <w:tcPr>
            <w:tcW w:w="1890" w:type="dxa"/>
            <w:vAlign w:val="bottom"/>
          </w:tcPr>
          <w:p w14:paraId="2F568884" w14:textId="7706FCF8"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0.31</w:t>
            </w:r>
          </w:p>
        </w:tc>
      </w:tr>
      <w:tr w:rsidR="00C7293A" w:rsidRPr="0071512A" w14:paraId="76197588" w14:textId="77777777" w:rsidTr="00343C24">
        <w:trPr>
          <w:jc w:val="center"/>
        </w:trPr>
        <w:tc>
          <w:tcPr>
            <w:tcW w:w="2824" w:type="dxa"/>
            <w:vAlign w:val="bottom"/>
          </w:tcPr>
          <w:p w14:paraId="6E2ABC1F" w14:textId="1B64FAFD"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Sexual Distress </w:t>
            </w:r>
          </w:p>
        </w:tc>
        <w:tc>
          <w:tcPr>
            <w:tcW w:w="1772" w:type="dxa"/>
            <w:tcBorders>
              <w:top w:val="nil"/>
              <w:left w:val="nil"/>
              <w:bottom w:val="nil"/>
              <w:right w:val="nil"/>
            </w:tcBorders>
            <w:vAlign w:val="bottom"/>
          </w:tcPr>
          <w:p w14:paraId="787FEF37" w14:textId="79B75BA1"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0.39</w:t>
            </w:r>
          </w:p>
        </w:tc>
        <w:tc>
          <w:tcPr>
            <w:tcW w:w="1890" w:type="dxa"/>
            <w:vAlign w:val="bottom"/>
          </w:tcPr>
          <w:p w14:paraId="5F08F7DB" w14:textId="6223A343"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0.08</w:t>
            </w:r>
          </w:p>
        </w:tc>
      </w:tr>
      <w:tr w:rsidR="00C7293A" w:rsidRPr="0071512A" w14:paraId="23FD8051" w14:textId="77777777" w:rsidTr="00343C24">
        <w:trPr>
          <w:jc w:val="center"/>
        </w:trPr>
        <w:tc>
          <w:tcPr>
            <w:tcW w:w="2824" w:type="dxa"/>
            <w:vAlign w:val="bottom"/>
          </w:tcPr>
          <w:p w14:paraId="0DEDE283" w14:textId="0BFD8EC9"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Risk Aversion </w:t>
            </w:r>
          </w:p>
        </w:tc>
        <w:tc>
          <w:tcPr>
            <w:tcW w:w="1772" w:type="dxa"/>
            <w:tcBorders>
              <w:top w:val="nil"/>
              <w:left w:val="nil"/>
              <w:bottom w:val="nil"/>
              <w:right w:val="nil"/>
            </w:tcBorders>
            <w:vAlign w:val="bottom"/>
          </w:tcPr>
          <w:p w14:paraId="7A177488" w14:textId="0A4335FD"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0.39</w:t>
            </w:r>
          </w:p>
        </w:tc>
        <w:tc>
          <w:tcPr>
            <w:tcW w:w="1890" w:type="dxa"/>
            <w:vAlign w:val="bottom"/>
          </w:tcPr>
          <w:p w14:paraId="70DE8767" w14:textId="0C3B3435"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-0.03</w:t>
            </w:r>
          </w:p>
        </w:tc>
      </w:tr>
      <w:tr w:rsidR="00C7293A" w:rsidRPr="0071512A" w14:paraId="10CE63C3" w14:textId="77777777" w:rsidTr="00343C24">
        <w:trPr>
          <w:jc w:val="center"/>
        </w:trPr>
        <w:tc>
          <w:tcPr>
            <w:tcW w:w="2824" w:type="dxa"/>
            <w:vAlign w:val="bottom"/>
          </w:tcPr>
          <w:p w14:paraId="0507A3C2" w14:textId="753EED83"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Disease Conviction </w:t>
            </w:r>
          </w:p>
        </w:tc>
        <w:tc>
          <w:tcPr>
            <w:tcW w:w="1772" w:type="dxa"/>
            <w:tcBorders>
              <w:top w:val="nil"/>
              <w:left w:val="nil"/>
              <w:bottom w:val="nil"/>
              <w:right w:val="nil"/>
            </w:tcBorders>
            <w:vAlign w:val="bottom"/>
          </w:tcPr>
          <w:p w14:paraId="1121F277" w14:textId="6DB6CF82"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0.38</w:t>
            </w:r>
          </w:p>
        </w:tc>
        <w:tc>
          <w:tcPr>
            <w:tcW w:w="1890" w:type="dxa"/>
            <w:vAlign w:val="bottom"/>
          </w:tcPr>
          <w:p w14:paraId="5E5F806B" w14:textId="64E85C47"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0.30</w:t>
            </w:r>
          </w:p>
        </w:tc>
      </w:tr>
      <w:tr w:rsidR="00C7293A" w:rsidRPr="0071512A" w14:paraId="75765A9C" w14:textId="77777777" w:rsidTr="00343C24">
        <w:trPr>
          <w:jc w:val="center"/>
        </w:trPr>
        <w:tc>
          <w:tcPr>
            <w:tcW w:w="2824" w:type="dxa"/>
            <w:vAlign w:val="bottom"/>
          </w:tcPr>
          <w:p w14:paraId="0115E674" w14:textId="0A2ABDCB"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lastRenderedPageBreak/>
              <w:t>Romantic Disinterest </w:t>
            </w:r>
          </w:p>
        </w:tc>
        <w:tc>
          <w:tcPr>
            <w:tcW w:w="1772" w:type="dxa"/>
            <w:tcBorders>
              <w:top w:val="nil"/>
              <w:left w:val="nil"/>
              <w:bottom w:val="nil"/>
              <w:right w:val="nil"/>
            </w:tcBorders>
            <w:vAlign w:val="bottom"/>
          </w:tcPr>
          <w:p w14:paraId="4036A843" w14:textId="1943AAAF"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0.38</w:t>
            </w:r>
          </w:p>
        </w:tc>
        <w:tc>
          <w:tcPr>
            <w:tcW w:w="1890" w:type="dxa"/>
            <w:vAlign w:val="bottom"/>
          </w:tcPr>
          <w:p w14:paraId="0BE1EE0F" w14:textId="41290BCD"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0.03</w:t>
            </w:r>
          </w:p>
        </w:tc>
      </w:tr>
      <w:tr w:rsidR="00C7293A" w:rsidRPr="0071512A" w14:paraId="3A3C2A71" w14:textId="77777777" w:rsidTr="00343C24">
        <w:trPr>
          <w:jc w:val="center"/>
        </w:trPr>
        <w:tc>
          <w:tcPr>
            <w:tcW w:w="2824" w:type="dxa"/>
            <w:vAlign w:val="bottom"/>
          </w:tcPr>
          <w:p w14:paraId="729D0D99" w14:textId="24BFCA52"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Agoraphobia </w:t>
            </w:r>
          </w:p>
        </w:tc>
        <w:tc>
          <w:tcPr>
            <w:tcW w:w="1772" w:type="dxa"/>
            <w:tcBorders>
              <w:top w:val="nil"/>
              <w:left w:val="nil"/>
              <w:bottom w:val="nil"/>
              <w:right w:val="nil"/>
            </w:tcBorders>
            <w:vAlign w:val="bottom"/>
          </w:tcPr>
          <w:p w14:paraId="0E1F897E" w14:textId="53F7CA2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0.37</w:t>
            </w:r>
          </w:p>
        </w:tc>
        <w:tc>
          <w:tcPr>
            <w:tcW w:w="1890" w:type="dxa"/>
            <w:vAlign w:val="bottom"/>
          </w:tcPr>
          <w:p w14:paraId="6AEA5141" w14:textId="5EB6828D"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0.31</w:t>
            </w:r>
          </w:p>
        </w:tc>
      </w:tr>
      <w:tr w:rsidR="00C7293A" w:rsidRPr="0071512A" w14:paraId="1E010B20" w14:textId="77777777" w:rsidTr="00343C24">
        <w:trPr>
          <w:jc w:val="center"/>
        </w:trPr>
        <w:tc>
          <w:tcPr>
            <w:tcW w:w="2824" w:type="dxa"/>
            <w:vAlign w:val="bottom"/>
          </w:tcPr>
          <w:p w14:paraId="1A29257C" w14:textId="6CC180C1"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Rigidity </w:t>
            </w:r>
          </w:p>
        </w:tc>
        <w:tc>
          <w:tcPr>
            <w:tcW w:w="1772" w:type="dxa"/>
            <w:tcBorders>
              <w:top w:val="nil"/>
              <w:left w:val="nil"/>
              <w:bottom w:val="nil"/>
              <w:right w:val="nil"/>
            </w:tcBorders>
            <w:vAlign w:val="bottom"/>
          </w:tcPr>
          <w:p w14:paraId="378FC5F6" w14:textId="6413E894"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0.36</w:t>
            </w:r>
          </w:p>
        </w:tc>
        <w:tc>
          <w:tcPr>
            <w:tcW w:w="1890" w:type="dxa"/>
            <w:vAlign w:val="bottom"/>
          </w:tcPr>
          <w:p w14:paraId="21AA5163" w14:textId="1ABB3537"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0.36</w:t>
            </w:r>
          </w:p>
        </w:tc>
      </w:tr>
      <w:tr w:rsidR="006D3485" w:rsidRPr="0071512A" w14:paraId="5A77B273" w14:textId="77777777" w:rsidTr="00343C24">
        <w:trPr>
          <w:trHeight w:val="261"/>
          <w:jc w:val="center"/>
        </w:trPr>
        <w:tc>
          <w:tcPr>
            <w:tcW w:w="2824" w:type="dxa"/>
          </w:tcPr>
          <w:p w14:paraId="464D29CB" w14:textId="7D386DA4" w:rsidR="006D3485" w:rsidRPr="00316371" w:rsidRDefault="006D3485" w:rsidP="006D3485">
            <w:pPr>
              <w:rPr>
                <w:rFonts w:ascii="Times New Roman" w:hAnsi="Times New Roman" w:cs="Times New Roman"/>
                <w:sz w:val="20"/>
                <w:szCs w:val="20"/>
              </w:rPr>
            </w:pPr>
            <w:r w:rsidRPr="00316371">
              <w:rPr>
                <w:rFonts w:ascii="Times New Roman" w:hAnsi="Times New Roman" w:cs="Times New Roman"/>
                <w:sz w:val="20"/>
                <w:szCs w:val="20"/>
              </w:rPr>
              <w:t>Binge Eating</w:t>
            </w:r>
          </w:p>
        </w:tc>
        <w:tc>
          <w:tcPr>
            <w:tcW w:w="1772" w:type="dxa"/>
          </w:tcPr>
          <w:p w14:paraId="194939CC" w14:textId="33C14867" w:rsidR="006D3485" w:rsidRPr="00316371" w:rsidRDefault="006D3485" w:rsidP="002D73BE">
            <w:pPr>
              <w:jc w:val="center"/>
              <w:rPr>
                <w:rFonts w:ascii="Times New Roman" w:hAnsi="Times New Roman" w:cs="Times New Roman"/>
                <w:b/>
                <w:bCs/>
                <w:sz w:val="20"/>
                <w:szCs w:val="20"/>
              </w:rPr>
            </w:pPr>
            <w:r w:rsidRPr="00316371">
              <w:rPr>
                <w:rFonts w:ascii="Times New Roman" w:hAnsi="Times New Roman" w:cs="Times New Roman"/>
                <w:b/>
                <w:bCs/>
                <w:sz w:val="20"/>
                <w:szCs w:val="20"/>
              </w:rPr>
              <w:t>0.34</w:t>
            </w:r>
          </w:p>
        </w:tc>
        <w:tc>
          <w:tcPr>
            <w:tcW w:w="1890" w:type="dxa"/>
          </w:tcPr>
          <w:p w14:paraId="293B13EA" w14:textId="3D8A7983" w:rsidR="006D3485" w:rsidRPr="00316371" w:rsidRDefault="00C7293A" w:rsidP="006D3485">
            <w:pPr>
              <w:jc w:val="center"/>
              <w:rPr>
                <w:rFonts w:ascii="Times New Roman" w:hAnsi="Times New Roman" w:cs="Times New Roman"/>
                <w:sz w:val="20"/>
                <w:szCs w:val="20"/>
              </w:rPr>
            </w:pPr>
            <w:r w:rsidRPr="00316371">
              <w:rPr>
                <w:rFonts w:ascii="Times New Roman" w:hAnsi="Times New Roman" w:cs="Times New Roman"/>
                <w:sz w:val="20"/>
                <w:szCs w:val="20"/>
              </w:rPr>
              <w:t>0.12</w:t>
            </w:r>
          </w:p>
        </w:tc>
      </w:tr>
      <w:tr w:rsidR="00C7293A" w:rsidRPr="0071512A" w14:paraId="125E546E" w14:textId="77777777" w:rsidTr="00343C24">
        <w:trPr>
          <w:jc w:val="center"/>
        </w:trPr>
        <w:tc>
          <w:tcPr>
            <w:tcW w:w="2824" w:type="dxa"/>
            <w:vAlign w:val="bottom"/>
          </w:tcPr>
          <w:p w14:paraId="57F4703F" w14:textId="2C6B1756"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Eccentricity </w:t>
            </w:r>
          </w:p>
        </w:tc>
        <w:tc>
          <w:tcPr>
            <w:tcW w:w="1772" w:type="dxa"/>
            <w:tcBorders>
              <w:top w:val="nil"/>
              <w:left w:val="nil"/>
              <w:bottom w:val="nil"/>
              <w:right w:val="nil"/>
            </w:tcBorders>
            <w:vAlign w:val="bottom"/>
          </w:tcPr>
          <w:p w14:paraId="57831519" w14:textId="2C2DDE79"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0.09</w:t>
            </w:r>
          </w:p>
        </w:tc>
        <w:tc>
          <w:tcPr>
            <w:tcW w:w="1890" w:type="dxa"/>
            <w:tcBorders>
              <w:top w:val="nil"/>
              <w:left w:val="nil"/>
              <w:bottom w:val="nil"/>
              <w:right w:val="nil"/>
            </w:tcBorders>
            <w:vAlign w:val="bottom"/>
          </w:tcPr>
          <w:p w14:paraId="5ACD55B8" w14:textId="76BC8791"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0.65</w:t>
            </w:r>
          </w:p>
        </w:tc>
      </w:tr>
      <w:tr w:rsidR="00C7293A" w:rsidRPr="0071512A" w14:paraId="37A858D7" w14:textId="77777777" w:rsidTr="00343C24">
        <w:trPr>
          <w:jc w:val="center"/>
        </w:trPr>
        <w:tc>
          <w:tcPr>
            <w:tcW w:w="2824" w:type="dxa"/>
            <w:vAlign w:val="bottom"/>
          </w:tcPr>
          <w:p w14:paraId="5A7EDAC7" w14:textId="236B0773"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Manic Energy</w:t>
            </w:r>
          </w:p>
        </w:tc>
        <w:tc>
          <w:tcPr>
            <w:tcW w:w="1772" w:type="dxa"/>
            <w:tcBorders>
              <w:top w:val="nil"/>
              <w:left w:val="nil"/>
              <w:bottom w:val="nil"/>
              <w:right w:val="nil"/>
            </w:tcBorders>
            <w:vAlign w:val="bottom"/>
          </w:tcPr>
          <w:p w14:paraId="4F9BE998" w14:textId="39A9CE0C"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-0.16</w:t>
            </w:r>
          </w:p>
        </w:tc>
        <w:tc>
          <w:tcPr>
            <w:tcW w:w="1890" w:type="dxa"/>
            <w:tcBorders>
              <w:top w:val="nil"/>
              <w:left w:val="nil"/>
              <w:bottom w:val="nil"/>
              <w:right w:val="nil"/>
            </w:tcBorders>
            <w:vAlign w:val="bottom"/>
          </w:tcPr>
          <w:p w14:paraId="2B5D5C3D" w14:textId="42526C50"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0.65</w:t>
            </w:r>
          </w:p>
        </w:tc>
      </w:tr>
      <w:tr w:rsidR="00C7293A" w:rsidRPr="0071512A" w14:paraId="3E713004" w14:textId="77777777" w:rsidTr="00343C24">
        <w:trPr>
          <w:jc w:val="center"/>
        </w:trPr>
        <w:tc>
          <w:tcPr>
            <w:tcW w:w="2824" w:type="dxa"/>
            <w:vAlign w:val="bottom"/>
          </w:tcPr>
          <w:p w14:paraId="25983133" w14:textId="5C098C02"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Exhibitionism   </w:t>
            </w:r>
          </w:p>
        </w:tc>
        <w:tc>
          <w:tcPr>
            <w:tcW w:w="1772" w:type="dxa"/>
            <w:tcBorders>
              <w:top w:val="nil"/>
              <w:left w:val="nil"/>
              <w:bottom w:val="nil"/>
              <w:right w:val="nil"/>
            </w:tcBorders>
            <w:vAlign w:val="bottom"/>
          </w:tcPr>
          <w:p w14:paraId="5AA43D6E" w14:textId="6F121D9D"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-0.31</w:t>
            </w:r>
          </w:p>
        </w:tc>
        <w:tc>
          <w:tcPr>
            <w:tcW w:w="1890" w:type="dxa"/>
            <w:tcBorders>
              <w:top w:val="nil"/>
              <w:left w:val="nil"/>
              <w:bottom w:val="nil"/>
              <w:right w:val="nil"/>
            </w:tcBorders>
            <w:vAlign w:val="bottom"/>
          </w:tcPr>
          <w:p w14:paraId="69D57EDF" w14:textId="25070719"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0.62</w:t>
            </w:r>
          </w:p>
        </w:tc>
      </w:tr>
      <w:tr w:rsidR="00C7293A" w:rsidRPr="0071512A" w14:paraId="0F34CB0B" w14:textId="77777777" w:rsidTr="00343C24">
        <w:trPr>
          <w:jc w:val="center"/>
        </w:trPr>
        <w:tc>
          <w:tcPr>
            <w:tcW w:w="2824" w:type="dxa"/>
            <w:vAlign w:val="bottom"/>
          </w:tcPr>
          <w:p w14:paraId="25DD27B3" w14:textId="754D22A2"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Manipulativeness </w:t>
            </w:r>
          </w:p>
        </w:tc>
        <w:tc>
          <w:tcPr>
            <w:tcW w:w="1772" w:type="dxa"/>
            <w:tcBorders>
              <w:top w:val="nil"/>
              <w:left w:val="nil"/>
              <w:bottom w:val="nil"/>
              <w:right w:val="nil"/>
            </w:tcBorders>
            <w:vAlign w:val="bottom"/>
          </w:tcPr>
          <w:p w14:paraId="3048BA7F" w14:textId="19A815B0"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-0.08</w:t>
            </w:r>
          </w:p>
        </w:tc>
        <w:tc>
          <w:tcPr>
            <w:tcW w:w="1890" w:type="dxa"/>
            <w:tcBorders>
              <w:top w:val="nil"/>
              <w:left w:val="nil"/>
              <w:bottom w:val="nil"/>
              <w:right w:val="nil"/>
            </w:tcBorders>
            <w:vAlign w:val="bottom"/>
          </w:tcPr>
          <w:p w14:paraId="71276403" w14:textId="6054BEFA"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0.59</w:t>
            </w:r>
          </w:p>
        </w:tc>
      </w:tr>
      <w:tr w:rsidR="00C7293A" w:rsidRPr="0071512A" w14:paraId="32B58212" w14:textId="77777777" w:rsidTr="00343C24">
        <w:trPr>
          <w:jc w:val="center"/>
        </w:trPr>
        <w:tc>
          <w:tcPr>
            <w:tcW w:w="2824" w:type="dxa"/>
            <w:vAlign w:val="bottom"/>
          </w:tcPr>
          <w:p w14:paraId="2C3090A8" w14:textId="2B368EFF"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Risk Taking</w:t>
            </w:r>
          </w:p>
        </w:tc>
        <w:tc>
          <w:tcPr>
            <w:tcW w:w="1772" w:type="dxa"/>
            <w:tcBorders>
              <w:top w:val="nil"/>
              <w:left w:val="nil"/>
              <w:bottom w:val="nil"/>
              <w:right w:val="nil"/>
            </w:tcBorders>
            <w:vAlign w:val="bottom"/>
          </w:tcPr>
          <w:p w14:paraId="5E2A5200" w14:textId="2E2F65F2"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-0.27</w:t>
            </w:r>
          </w:p>
        </w:tc>
        <w:tc>
          <w:tcPr>
            <w:tcW w:w="1890" w:type="dxa"/>
            <w:tcBorders>
              <w:top w:val="nil"/>
              <w:left w:val="nil"/>
              <w:bottom w:val="nil"/>
              <w:right w:val="nil"/>
            </w:tcBorders>
            <w:vAlign w:val="bottom"/>
          </w:tcPr>
          <w:p w14:paraId="1898A318" w14:textId="6B66C8AE"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0.58</w:t>
            </w:r>
          </w:p>
        </w:tc>
      </w:tr>
      <w:tr w:rsidR="00C7293A" w:rsidRPr="0071512A" w14:paraId="3B653CA9" w14:textId="77777777" w:rsidTr="00343C24">
        <w:trPr>
          <w:jc w:val="center"/>
        </w:trPr>
        <w:tc>
          <w:tcPr>
            <w:tcW w:w="2824" w:type="dxa"/>
            <w:vAlign w:val="bottom"/>
          </w:tcPr>
          <w:p w14:paraId="5A20E9FB" w14:textId="6718A6EC"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Dissociation </w:t>
            </w:r>
          </w:p>
        </w:tc>
        <w:tc>
          <w:tcPr>
            <w:tcW w:w="1772" w:type="dxa"/>
            <w:tcBorders>
              <w:top w:val="nil"/>
              <w:left w:val="nil"/>
              <w:bottom w:val="nil"/>
              <w:right w:val="nil"/>
            </w:tcBorders>
            <w:vAlign w:val="bottom"/>
          </w:tcPr>
          <w:p w14:paraId="3BBD36B3" w14:textId="612DBE42"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0.27</w:t>
            </w:r>
          </w:p>
        </w:tc>
        <w:tc>
          <w:tcPr>
            <w:tcW w:w="1890" w:type="dxa"/>
            <w:tcBorders>
              <w:top w:val="nil"/>
              <w:left w:val="nil"/>
              <w:bottom w:val="nil"/>
              <w:right w:val="nil"/>
            </w:tcBorders>
            <w:vAlign w:val="bottom"/>
          </w:tcPr>
          <w:p w14:paraId="64E835CF" w14:textId="32E8DE57"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0.56</w:t>
            </w:r>
          </w:p>
        </w:tc>
      </w:tr>
      <w:tr w:rsidR="00C7293A" w:rsidRPr="0071512A" w14:paraId="0E82ECEE" w14:textId="77777777" w:rsidTr="00343C24">
        <w:trPr>
          <w:jc w:val="center"/>
        </w:trPr>
        <w:tc>
          <w:tcPr>
            <w:tcW w:w="2824" w:type="dxa"/>
            <w:vAlign w:val="bottom"/>
          </w:tcPr>
          <w:p w14:paraId="2808DBD2" w14:textId="744EC859"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Non-</w:t>
            </w:r>
            <w:proofErr w:type="spellStart"/>
            <w:r w:rsidR="004C4FD8">
              <w:rPr>
                <w:rFonts w:ascii="Times New Roman" w:hAnsi="Times New Roman" w:cs="Times New Roman"/>
                <w:sz w:val="20"/>
                <w:szCs w:val="20"/>
              </w:rPr>
              <w:t>P</w:t>
            </w:r>
            <w:r w:rsidRPr="00316371">
              <w:rPr>
                <w:rFonts w:ascii="Times New Roman" w:hAnsi="Times New Roman" w:cs="Times New Roman"/>
                <w:sz w:val="20"/>
                <w:szCs w:val="20"/>
              </w:rPr>
              <w:t>lanfulness</w:t>
            </w:r>
            <w:proofErr w:type="spellEnd"/>
          </w:p>
        </w:tc>
        <w:tc>
          <w:tcPr>
            <w:tcW w:w="1772" w:type="dxa"/>
            <w:tcBorders>
              <w:top w:val="nil"/>
              <w:left w:val="nil"/>
              <w:bottom w:val="nil"/>
              <w:right w:val="nil"/>
            </w:tcBorders>
            <w:vAlign w:val="bottom"/>
          </w:tcPr>
          <w:p w14:paraId="76E5CC85" w14:textId="2AA68CD1"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0.20</w:t>
            </w:r>
          </w:p>
        </w:tc>
        <w:tc>
          <w:tcPr>
            <w:tcW w:w="1890" w:type="dxa"/>
            <w:tcBorders>
              <w:top w:val="nil"/>
              <w:left w:val="nil"/>
              <w:bottom w:val="nil"/>
              <w:right w:val="nil"/>
            </w:tcBorders>
            <w:vAlign w:val="bottom"/>
          </w:tcPr>
          <w:p w14:paraId="68E40439" w14:textId="52750644"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0.55</w:t>
            </w:r>
          </w:p>
        </w:tc>
      </w:tr>
      <w:tr w:rsidR="00C7293A" w:rsidRPr="0071512A" w14:paraId="5E26DFF9" w14:textId="77777777" w:rsidTr="00343C24">
        <w:trPr>
          <w:jc w:val="center"/>
        </w:trPr>
        <w:tc>
          <w:tcPr>
            <w:tcW w:w="2824" w:type="dxa"/>
            <w:vAlign w:val="bottom"/>
          </w:tcPr>
          <w:p w14:paraId="20AC415D" w14:textId="27C3D002"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Oppositionality </w:t>
            </w:r>
          </w:p>
        </w:tc>
        <w:tc>
          <w:tcPr>
            <w:tcW w:w="1772" w:type="dxa"/>
            <w:tcBorders>
              <w:top w:val="nil"/>
              <w:left w:val="nil"/>
              <w:bottom w:val="nil"/>
              <w:right w:val="nil"/>
            </w:tcBorders>
            <w:vAlign w:val="bottom"/>
          </w:tcPr>
          <w:p w14:paraId="0B54552B" w14:textId="6E7E3E75"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0.07</w:t>
            </w:r>
          </w:p>
        </w:tc>
        <w:tc>
          <w:tcPr>
            <w:tcW w:w="1890" w:type="dxa"/>
            <w:tcBorders>
              <w:top w:val="nil"/>
              <w:left w:val="nil"/>
              <w:bottom w:val="nil"/>
              <w:right w:val="nil"/>
            </w:tcBorders>
            <w:vAlign w:val="bottom"/>
          </w:tcPr>
          <w:p w14:paraId="3D5417EE" w14:textId="7C2F13F3"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0.54</w:t>
            </w:r>
          </w:p>
        </w:tc>
      </w:tr>
      <w:tr w:rsidR="00C7293A" w:rsidRPr="0071512A" w14:paraId="3462A64F" w14:textId="77777777" w:rsidTr="00343C24">
        <w:trPr>
          <w:jc w:val="center"/>
        </w:trPr>
        <w:tc>
          <w:tcPr>
            <w:tcW w:w="2824" w:type="dxa"/>
            <w:vAlign w:val="bottom"/>
          </w:tcPr>
          <w:p w14:paraId="25B029F5" w14:textId="1E0FAD34"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Body Focus </w:t>
            </w:r>
          </w:p>
        </w:tc>
        <w:tc>
          <w:tcPr>
            <w:tcW w:w="1772" w:type="dxa"/>
            <w:tcBorders>
              <w:top w:val="nil"/>
              <w:left w:val="nil"/>
              <w:bottom w:val="nil"/>
              <w:right w:val="nil"/>
            </w:tcBorders>
            <w:vAlign w:val="bottom"/>
          </w:tcPr>
          <w:p w14:paraId="72467551" w14:textId="351D3E73"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-0.11</w:t>
            </w:r>
          </w:p>
        </w:tc>
        <w:tc>
          <w:tcPr>
            <w:tcW w:w="1890" w:type="dxa"/>
            <w:tcBorders>
              <w:top w:val="nil"/>
              <w:left w:val="nil"/>
              <w:bottom w:val="nil"/>
              <w:right w:val="nil"/>
            </w:tcBorders>
            <w:vAlign w:val="bottom"/>
          </w:tcPr>
          <w:p w14:paraId="140F920D" w14:textId="3DF18E48"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0.52</w:t>
            </w:r>
          </w:p>
        </w:tc>
      </w:tr>
      <w:tr w:rsidR="00C7293A" w:rsidRPr="0071512A" w14:paraId="2AD334BE" w14:textId="77777777" w:rsidTr="00343C24">
        <w:trPr>
          <w:jc w:val="center"/>
        </w:trPr>
        <w:tc>
          <w:tcPr>
            <w:tcW w:w="2824" w:type="dxa"/>
            <w:vAlign w:val="bottom"/>
          </w:tcPr>
          <w:p w14:paraId="16BBA0A1" w14:textId="5A745A83"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Deceitfulness </w:t>
            </w:r>
          </w:p>
        </w:tc>
        <w:tc>
          <w:tcPr>
            <w:tcW w:w="1772" w:type="dxa"/>
            <w:tcBorders>
              <w:top w:val="nil"/>
              <w:left w:val="nil"/>
              <w:bottom w:val="nil"/>
              <w:right w:val="nil"/>
            </w:tcBorders>
            <w:vAlign w:val="bottom"/>
          </w:tcPr>
          <w:p w14:paraId="370E0892" w14:textId="76EC2516"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0.14</w:t>
            </w:r>
          </w:p>
        </w:tc>
        <w:tc>
          <w:tcPr>
            <w:tcW w:w="1890" w:type="dxa"/>
            <w:tcBorders>
              <w:top w:val="nil"/>
              <w:left w:val="nil"/>
              <w:bottom w:val="nil"/>
              <w:right w:val="nil"/>
            </w:tcBorders>
            <w:vAlign w:val="bottom"/>
          </w:tcPr>
          <w:p w14:paraId="306B98D7" w14:textId="5C57C164"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0.51</w:t>
            </w:r>
          </w:p>
        </w:tc>
      </w:tr>
      <w:tr w:rsidR="00C7293A" w:rsidRPr="0071512A" w14:paraId="550F1339" w14:textId="77777777" w:rsidTr="00343C24">
        <w:trPr>
          <w:jc w:val="center"/>
        </w:trPr>
        <w:tc>
          <w:tcPr>
            <w:tcW w:w="2824" w:type="dxa"/>
            <w:vAlign w:val="bottom"/>
          </w:tcPr>
          <w:p w14:paraId="2D05F5EB" w14:textId="3CC13D64"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Affective Lability</w:t>
            </w:r>
          </w:p>
        </w:tc>
        <w:tc>
          <w:tcPr>
            <w:tcW w:w="1772" w:type="dxa"/>
            <w:tcBorders>
              <w:top w:val="nil"/>
              <w:left w:val="nil"/>
              <w:bottom w:val="nil"/>
              <w:right w:val="nil"/>
            </w:tcBorders>
            <w:vAlign w:val="bottom"/>
          </w:tcPr>
          <w:p w14:paraId="58B80B64" w14:textId="2DA2F1A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0.38</w:t>
            </w:r>
          </w:p>
        </w:tc>
        <w:tc>
          <w:tcPr>
            <w:tcW w:w="1890" w:type="dxa"/>
            <w:tcBorders>
              <w:top w:val="nil"/>
              <w:left w:val="nil"/>
              <w:bottom w:val="nil"/>
              <w:right w:val="nil"/>
            </w:tcBorders>
            <w:vAlign w:val="bottom"/>
          </w:tcPr>
          <w:p w14:paraId="2799DF0F" w14:textId="5F1E0CE1"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0.50</w:t>
            </w:r>
          </w:p>
        </w:tc>
      </w:tr>
      <w:tr w:rsidR="00C7293A" w:rsidRPr="0071512A" w14:paraId="4A1CE447" w14:textId="77777777" w:rsidTr="00343C24">
        <w:trPr>
          <w:jc w:val="center"/>
        </w:trPr>
        <w:tc>
          <w:tcPr>
            <w:tcW w:w="2824" w:type="dxa"/>
            <w:vAlign w:val="bottom"/>
          </w:tcPr>
          <w:p w14:paraId="4CC9CDAE" w14:textId="5C5CEB16"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Fantasy Proneness</w:t>
            </w:r>
          </w:p>
        </w:tc>
        <w:tc>
          <w:tcPr>
            <w:tcW w:w="1772" w:type="dxa"/>
            <w:tcBorders>
              <w:top w:val="nil"/>
              <w:left w:val="nil"/>
              <w:bottom w:val="nil"/>
              <w:right w:val="nil"/>
            </w:tcBorders>
            <w:vAlign w:val="bottom"/>
          </w:tcPr>
          <w:p w14:paraId="74E477BB" w14:textId="1EE0F2D3"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0.32</w:t>
            </w:r>
          </w:p>
        </w:tc>
        <w:tc>
          <w:tcPr>
            <w:tcW w:w="1890" w:type="dxa"/>
            <w:tcBorders>
              <w:top w:val="nil"/>
              <w:left w:val="nil"/>
              <w:bottom w:val="nil"/>
              <w:right w:val="nil"/>
            </w:tcBorders>
            <w:vAlign w:val="bottom"/>
          </w:tcPr>
          <w:p w14:paraId="7BD233DF" w14:textId="36D04F63"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0.50</w:t>
            </w:r>
          </w:p>
        </w:tc>
      </w:tr>
      <w:tr w:rsidR="00C7293A" w:rsidRPr="0071512A" w14:paraId="39402160" w14:textId="77777777" w:rsidTr="00343C24">
        <w:trPr>
          <w:jc w:val="center"/>
        </w:trPr>
        <w:tc>
          <w:tcPr>
            <w:tcW w:w="2824" w:type="dxa"/>
            <w:vAlign w:val="bottom"/>
          </w:tcPr>
          <w:p w14:paraId="043A042C" w14:textId="73B388F3"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Counting </w:t>
            </w:r>
          </w:p>
        </w:tc>
        <w:tc>
          <w:tcPr>
            <w:tcW w:w="1772" w:type="dxa"/>
            <w:tcBorders>
              <w:top w:val="nil"/>
              <w:left w:val="nil"/>
              <w:bottom w:val="nil"/>
              <w:right w:val="nil"/>
            </w:tcBorders>
            <w:vAlign w:val="bottom"/>
          </w:tcPr>
          <w:p w14:paraId="40BED0B2" w14:textId="70824E6C"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0.09</w:t>
            </w:r>
          </w:p>
        </w:tc>
        <w:tc>
          <w:tcPr>
            <w:tcW w:w="1890" w:type="dxa"/>
            <w:tcBorders>
              <w:top w:val="nil"/>
              <w:left w:val="nil"/>
              <w:bottom w:val="nil"/>
              <w:right w:val="nil"/>
            </w:tcBorders>
            <w:vAlign w:val="bottom"/>
          </w:tcPr>
          <w:p w14:paraId="735905CB" w14:textId="52076DAF"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0.50</w:t>
            </w:r>
          </w:p>
        </w:tc>
      </w:tr>
      <w:tr w:rsidR="00C7293A" w:rsidRPr="0071512A" w14:paraId="581056CA" w14:textId="77777777" w:rsidTr="00343C24">
        <w:trPr>
          <w:jc w:val="center"/>
        </w:trPr>
        <w:tc>
          <w:tcPr>
            <w:tcW w:w="2824" w:type="dxa"/>
            <w:vAlign w:val="bottom"/>
          </w:tcPr>
          <w:p w14:paraId="12428E80" w14:textId="4999C9F0"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Social Aggression </w:t>
            </w:r>
          </w:p>
        </w:tc>
        <w:tc>
          <w:tcPr>
            <w:tcW w:w="1772" w:type="dxa"/>
            <w:tcBorders>
              <w:top w:val="nil"/>
              <w:left w:val="nil"/>
              <w:bottom w:val="nil"/>
              <w:right w:val="nil"/>
            </w:tcBorders>
            <w:vAlign w:val="bottom"/>
          </w:tcPr>
          <w:p w14:paraId="1E617FC5" w14:textId="0207B45C"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0.06</w:t>
            </w:r>
          </w:p>
        </w:tc>
        <w:tc>
          <w:tcPr>
            <w:tcW w:w="1890" w:type="dxa"/>
            <w:tcBorders>
              <w:top w:val="nil"/>
              <w:left w:val="nil"/>
              <w:bottom w:val="nil"/>
              <w:right w:val="nil"/>
            </w:tcBorders>
            <w:vAlign w:val="bottom"/>
          </w:tcPr>
          <w:p w14:paraId="1D6F760B" w14:textId="7C9EE278"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0.50</w:t>
            </w:r>
          </w:p>
        </w:tc>
      </w:tr>
      <w:tr w:rsidR="00C7293A" w:rsidRPr="0071512A" w14:paraId="43333767" w14:textId="77777777" w:rsidTr="00343C24">
        <w:trPr>
          <w:jc w:val="center"/>
        </w:trPr>
        <w:tc>
          <w:tcPr>
            <w:tcW w:w="2824" w:type="dxa"/>
            <w:vAlign w:val="bottom"/>
          </w:tcPr>
          <w:p w14:paraId="6222EFB9" w14:textId="2BE4D92D"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Restlessness</w:t>
            </w:r>
          </w:p>
        </w:tc>
        <w:tc>
          <w:tcPr>
            <w:tcW w:w="1772" w:type="dxa"/>
            <w:tcBorders>
              <w:top w:val="nil"/>
              <w:left w:val="nil"/>
              <w:bottom w:val="nil"/>
              <w:right w:val="nil"/>
            </w:tcBorders>
            <w:vAlign w:val="bottom"/>
          </w:tcPr>
          <w:p w14:paraId="71536AEA" w14:textId="76630683"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0.17</w:t>
            </w:r>
          </w:p>
        </w:tc>
        <w:tc>
          <w:tcPr>
            <w:tcW w:w="1890" w:type="dxa"/>
            <w:tcBorders>
              <w:top w:val="nil"/>
              <w:left w:val="nil"/>
              <w:bottom w:val="nil"/>
              <w:right w:val="nil"/>
            </w:tcBorders>
            <w:vAlign w:val="bottom"/>
          </w:tcPr>
          <w:p w14:paraId="28398F17" w14:textId="4FFDB62B"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0.49</w:t>
            </w:r>
          </w:p>
        </w:tc>
      </w:tr>
      <w:tr w:rsidR="00C7293A" w:rsidRPr="0071512A" w14:paraId="4A468A94" w14:textId="77777777" w:rsidTr="00343C24">
        <w:trPr>
          <w:jc w:val="center"/>
        </w:trPr>
        <w:tc>
          <w:tcPr>
            <w:tcW w:w="2824" w:type="dxa"/>
            <w:vAlign w:val="bottom"/>
          </w:tcPr>
          <w:p w14:paraId="19808625" w14:textId="056C56C9"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Entitlement </w:t>
            </w:r>
          </w:p>
        </w:tc>
        <w:tc>
          <w:tcPr>
            <w:tcW w:w="1772" w:type="dxa"/>
            <w:tcBorders>
              <w:top w:val="nil"/>
              <w:left w:val="nil"/>
              <w:bottom w:val="nil"/>
              <w:right w:val="nil"/>
            </w:tcBorders>
            <w:vAlign w:val="bottom"/>
          </w:tcPr>
          <w:p w14:paraId="72A70005" w14:textId="53425CB9"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0.09</w:t>
            </w:r>
          </w:p>
        </w:tc>
        <w:tc>
          <w:tcPr>
            <w:tcW w:w="1890" w:type="dxa"/>
            <w:tcBorders>
              <w:top w:val="nil"/>
              <w:left w:val="nil"/>
              <w:bottom w:val="nil"/>
              <w:right w:val="nil"/>
            </w:tcBorders>
            <w:vAlign w:val="bottom"/>
          </w:tcPr>
          <w:p w14:paraId="0BB8C412" w14:textId="33EBFB87"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0.49</w:t>
            </w:r>
          </w:p>
        </w:tc>
      </w:tr>
      <w:tr w:rsidR="00C7293A" w:rsidRPr="0071512A" w14:paraId="68EE2F55" w14:textId="77777777" w:rsidTr="00343C24">
        <w:trPr>
          <w:jc w:val="center"/>
        </w:trPr>
        <w:tc>
          <w:tcPr>
            <w:tcW w:w="2824" w:type="dxa"/>
            <w:vAlign w:val="bottom"/>
          </w:tcPr>
          <w:p w14:paraId="790259F2" w14:textId="284A22C8"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Restricted Eating</w:t>
            </w:r>
          </w:p>
        </w:tc>
        <w:tc>
          <w:tcPr>
            <w:tcW w:w="1772" w:type="dxa"/>
            <w:tcBorders>
              <w:top w:val="nil"/>
              <w:left w:val="nil"/>
              <w:bottom w:val="nil"/>
              <w:right w:val="nil"/>
            </w:tcBorders>
            <w:vAlign w:val="bottom"/>
          </w:tcPr>
          <w:p w14:paraId="6A41A40E" w14:textId="7F1D271B"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0.17</w:t>
            </w:r>
          </w:p>
        </w:tc>
        <w:tc>
          <w:tcPr>
            <w:tcW w:w="1890" w:type="dxa"/>
            <w:tcBorders>
              <w:top w:val="nil"/>
              <w:left w:val="nil"/>
              <w:bottom w:val="nil"/>
              <w:right w:val="nil"/>
            </w:tcBorders>
            <w:vAlign w:val="bottom"/>
          </w:tcPr>
          <w:p w14:paraId="733F92C3" w14:textId="1C723870"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0.48</w:t>
            </w:r>
          </w:p>
        </w:tc>
      </w:tr>
      <w:tr w:rsidR="00C7293A" w:rsidRPr="0071512A" w14:paraId="27916B89" w14:textId="77777777" w:rsidTr="00343C24">
        <w:trPr>
          <w:jc w:val="center"/>
        </w:trPr>
        <w:tc>
          <w:tcPr>
            <w:tcW w:w="2824" w:type="dxa"/>
            <w:vAlign w:val="bottom"/>
          </w:tcPr>
          <w:p w14:paraId="477535A2" w14:textId="3F250A41"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Domineering</w:t>
            </w:r>
          </w:p>
        </w:tc>
        <w:tc>
          <w:tcPr>
            <w:tcW w:w="1772" w:type="dxa"/>
            <w:tcBorders>
              <w:top w:val="nil"/>
              <w:left w:val="nil"/>
              <w:bottom w:val="nil"/>
              <w:right w:val="nil"/>
            </w:tcBorders>
            <w:vAlign w:val="bottom"/>
          </w:tcPr>
          <w:p w14:paraId="76975DCB" w14:textId="64EBDD4D"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-0.19</w:t>
            </w:r>
          </w:p>
        </w:tc>
        <w:tc>
          <w:tcPr>
            <w:tcW w:w="1890" w:type="dxa"/>
            <w:tcBorders>
              <w:top w:val="nil"/>
              <w:left w:val="nil"/>
              <w:bottom w:val="nil"/>
              <w:right w:val="nil"/>
            </w:tcBorders>
            <w:vAlign w:val="bottom"/>
          </w:tcPr>
          <w:p w14:paraId="27F61BB3" w14:textId="4795D127"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0.48</w:t>
            </w:r>
          </w:p>
        </w:tc>
      </w:tr>
      <w:tr w:rsidR="00C7293A" w:rsidRPr="0071512A" w14:paraId="7E060144" w14:textId="77777777" w:rsidTr="00343C24">
        <w:trPr>
          <w:jc w:val="center"/>
        </w:trPr>
        <w:tc>
          <w:tcPr>
            <w:tcW w:w="2824" w:type="dxa"/>
            <w:vAlign w:val="bottom"/>
          </w:tcPr>
          <w:p w14:paraId="0CB95A81" w14:textId="0B0730EA"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Suspiciousness</w:t>
            </w:r>
          </w:p>
        </w:tc>
        <w:tc>
          <w:tcPr>
            <w:tcW w:w="1772" w:type="dxa"/>
            <w:tcBorders>
              <w:top w:val="nil"/>
              <w:left w:val="nil"/>
              <w:bottom w:val="nil"/>
              <w:right w:val="nil"/>
            </w:tcBorders>
            <w:vAlign w:val="bottom"/>
          </w:tcPr>
          <w:p w14:paraId="3DD1B000" w14:textId="59859A83"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0.34</w:t>
            </w:r>
          </w:p>
        </w:tc>
        <w:tc>
          <w:tcPr>
            <w:tcW w:w="1890" w:type="dxa"/>
            <w:tcBorders>
              <w:top w:val="nil"/>
              <w:left w:val="nil"/>
              <w:bottom w:val="nil"/>
              <w:right w:val="nil"/>
            </w:tcBorders>
            <w:vAlign w:val="bottom"/>
          </w:tcPr>
          <w:p w14:paraId="3059BF20" w14:textId="75856928"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0.47</w:t>
            </w:r>
          </w:p>
        </w:tc>
      </w:tr>
      <w:tr w:rsidR="00C7293A" w:rsidRPr="0071512A" w14:paraId="31AABF8D" w14:textId="77777777" w:rsidTr="00343C24">
        <w:trPr>
          <w:jc w:val="center"/>
        </w:trPr>
        <w:tc>
          <w:tcPr>
            <w:tcW w:w="2824" w:type="dxa"/>
            <w:vAlign w:val="bottom"/>
          </w:tcPr>
          <w:p w14:paraId="66B8556D" w14:textId="2DEC378F"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Checking </w:t>
            </w:r>
          </w:p>
        </w:tc>
        <w:tc>
          <w:tcPr>
            <w:tcW w:w="1772" w:type="dxa"/>
            <w:tcBorders>
              <w:top w:val="nil"/>
              <w:left w:val="nil"/>
              <w:bottom w:val="nil"/>
              <w:right w:val="nil"/>
            </w:tcBorders>
            <w:vAlign w:val="bottom"/>
          </w:tcPr>
          <w:p w14:paraId="48B21827" w14:textId="1A200E02"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0.40</w:t>
            </w:r>
          </w:p>
        </w:tc>
        <w:tc>
          <w:tcPr>
            <w:tcW w:w="1890" w:type="dxa"/>
            <w:tcBorders>
              <w:top w:val="nil"/>
              <w:left w:val="nil"/>
              <w:bottom w:val="nil"/>
              <w:right w:val="nil"/>
            </w:tcBorders>
            <w:vAlign w:val="bottom"/>
          </w:tcPr>
          <w:p w14:paraId="73557D09" w14:textId="5AC61A8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0.46</w:t>
            </w:r>
          </w:p>
        </w:tc>
      </w:tr>
      <w:tr w:rsidR="00C7293A" w:rsidRPr="0071512A" w14:paraId="4D122055" w14:textId="77777777" w:rsidTr="00343C24">
        <w:trPr>
          <w:jc w:val="center"/>
        </w:trPr>
        <w:tc>
          <w:tcPr>
            <w:tcW w:w="2824" w:type="dxa"/>
            <w:vAlign w:val="bottom"/>
          </w:tcPr>
          <w:p w14:paraId="421AF318" w14:textId="5A1C256A"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Trauma Reactions</w:t>
            </w:r>
          </w:p>
        </w:tc>
        <w:tc>
          <w:tcPr>
            <w:tcW w:w="1772" w:type="dxa"/>
            <w:tcBorders>
              <w:top w:val="nil"/>
              <w:left w:val="nil"/>
              <w:bottom w:val="nil"/>
              <w:right w:val="nil"/>
            </w:tcBorders>
            <w:vAlign w:val="bottom"/>
          </w:tcPr>
          <w:p w14:paraId="1EECA9AD" w14:textId="7CF5530F"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0.40</w:t>
            </w:r>
          </w:p>
        </w:tc>
        <w:tc>
          <w:tcPr>
            <w:tcW w:w="1890" w:type="dxa"/>
            <w:tcBorders>
              <w:top w:val="nil"/>
              <w:left w:val="nil"/>
              <w:bottom w:val="nil"/>
              <w:right w:val="nil"/>
            </w:tcBorders>
            <w:vAlign w:val="bottom"/>
          </w:tcPr>
          <w:p w14:paraId="78361009" w14:textId="6A805D5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0.46</w:t>
            </w:r>
          </w:p>
        </w:tc>
      </w:tr>
      <w:tr w:rsidR="00C7293A" w:rsidRPr="0071512A" w14:paraId="58C73F60" w14:textId="77777777" w:rsidTr="00343C24">
        <w:trPr>
          <w:jc w:val="center"/>
        </w:trPr>
        <w:tc>
          <w:tcPr>
            <w:tcW w:w="2824" w:type="dxa"/>
            <w:vAlign w:val="bottom"/>
          </w:tcPr>
          <w:p w14:paraId="791D86AB" w14:textId="04D443C1"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Conversion Symptoms  </w:t>
            </w:r>
          </w:p>
        </w:tc>
        <w:tc>
          <w:tcPr>
            <w:tcW w:w="1772" w:type="dxa"/>
            <w:tcBorders>
              <w:top w:val="nil"/>
              <w:left w:val="nil"/>
              <w:bottom w:val="nil"/>
              <w:right w:val="nil"/>
            </w:tcBorders>
            <w:vAlign w:val="bottom"/>
          </w:tcPr>
          <w:p w14:paraId="7CC441CF" w14:textId="598A7673"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0.07</w:t>
            </w:r>
          </w:p>
        </w:tc>
        <w:tc>
          <w:tcPr>
            <w:tcW w:w="1890" w:type="dxa"/>
            <w:tcBorders>
              <w:top w:val="nil"/>
              <w:left w:val="nil"/>
              <w:bottom w:val="nil"/>
              <w:right w:val="nil"/>
            </w:tcBorders>
            <w:vAlign w:val="bottom"/>
          </w:tcPr>
          <w:p w14:paraId="101D8D6D" w14:textId="2FEF066D"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0.45</w:t>
            </w:r>
          </w:p>
        </w:tc>
      </w:tr>
      <w:tr w:rsidR="00C7293A" w:rsidRPr="0071512A" w14:paraId="2C9BDBF9" w14:textId="77777777" w:rsidTr="00343C24">
        <w:trPr>
          <w:jc w:val="center"/>
        </w:trPr>
        <w:tc>
          <w:tcPr>
            <w:tcW w:w="2824" w:type="dxa"/>
            <w:vAlign w:val="bottom"/>
          </w:tcPr>
          <w:p w14:paraId="6BDB7BCB" w14:textId="5E37FA55"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Hallucinations</w:t>
            </w:r>
          </w:p>
        </w:tc>
        <w:tc>
          <w:tcPr>
            <w:tcW w:w="1772" w:type="dxa"/>
            <w:tcBorders>
              <w:top w:val="nil"/>
              <w:left w:val="nil"/>
              <w:bottom w:val="nil"/>
              <w:right w:val="nil"/>
            </w:tcBorders>
            <w:vAlign w:val="bottom"/>
          </w:tcPr>
          <w:p w14:paraId="5E2915DA" w14:textId="7FD6459B"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0.02</w:t>
            </w:r>
          </w:p>
        </w:tc>
        <w:tc>
          <w:tcPr>
            <w:tcW w:w="1890" w:type="dxa"/>
            <w:tcBorders>
              <w:top w:val="nil"/>
              <w:left w:val="nil"/>
              <w:bottom w:val="nil"/>
              <w:right w:val="nil"/>
            </w:tcBorders>
            <w:vAlign w:val="bottom"/>
          </w:tcPr>
          <w:p w14:paraId="693836D1" w14:textId="5A394C7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0.45</w:t>
            </w:r>
          </w:p>
        </w:tc>
      </w:tr>
      <w:tr w:rsidR="00C7293A" w:rsidRPr="0071512A" w14:paraId="1BDF3AAC" w14:textId="77777777" w:rsidTr="00343C24">
        <w:trPr>
          <w:jc w:val="center"/>
        </w:trPr>
        <w:tc>
          <w:tcPr>
            <w:tcW w:w="2824" w:type="dxa"/>
            <w:vAlign w:val="bottom"/>
          </w:tcPr>
          <w:p w14:paraId="7EDE5260" w14:textId="248B8A10"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Delusions</w:t>
            </w:r>
          </w:p>
        </w:tc>
        <w:tc>
          <w:tcPr>
            <w:tcW w:w="1772" w:type="dxa"/>
            <w:tcBorders>
              <w:top w:val="nil"/>
              <w:left w:val="nil"/>
              <w:bottom w:val="nil"/>
              <w:right w:val="nil"/>
            </w:tcBorders>
            <w:vAlign w:val="bottom"/>
          </w:tcPr>
          <w:p w14:paraId="320B31B9" w14:textId="63381094"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-0.05</w:t>
            </w:r>
          </w:p>
        </w:tc>
        <w:tc>
          <w:tcPr>
            <w:tcW w:w="1890" w:type="dxa"/>
            <w:tcBorders>
              <w:top w:val="nil"/>
              <w:left w:val="nil"/>
              <w:bottom w:val="nil"/>
              <w:right w:val="nil"/>
            </w:tcBorders>
            <w:vAlign w:val="bottom"/>
          </w:tcPr>
          <w:p w14:paraId="727F61FE" w14:textId="78E0EE4E"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0.44</w:t>
            </w:r>
          </w:p>
        </w:tc>
      </w:tr>
      <w:tr w:rsidR="00C7293A" w:rsidRPr="0071512A" w14:paraId="3ACBA2B7" w14:textId="77777777" w:rsidTr="00343C24">
        <w:trPr>
          <w:jc w:val="center"/>
        </w:trPr>
        <w:tc>
          <w:tcPr>
            <w:tcW w:w="2824" w:type="dxa"/>
            <w:vAlign w:val="bottom"/>
          </w:tcPr>
          <w:p w14:paraId="165B7BAF" w14:textId="183C52F8"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Risky Sex </w:t>
            </w:r>
          </w:p>
        </w:tc>
        <w:tc>
          <w:tcPr>
            <w:tcW w:w="1772" w:type="dxa"/>
            <w:tcBorders>
              <w:top w:val="nil"/>
              <w:left w:val="nil"/>
              <w:bottom w:val="nil"/>
              <w:right w:val="nil"/>
            </w:tcBorders>
            <w:vAlign w:val="bottom"/>
          </w:tcPr>
          <w:p w14:paraId="4EA4AD6F" w14:textId="68231FCB"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-0.07</w:t>
            </w:r>
          </w:p>
        </w:tc>
        <w:tc>
          <w:tcPr>
            <w:tcW w:w="1890" w:type="dxa"/>
            <w:tcBorders>
              <w:top w:val="nil"/>
              <w:left w:val="nil"/>
              <w:bottom w:val="nil"/>
              <w:right w:val="nil"/>
            </w:tcBorders>
            <w:vAlign w:val="bottom"/>
          </w:tcPr>
          <w:p w14:paraId="1E9E5265" w14:textId="26879985"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0.44</w:t>
            </w:r>
          </w:p>
        </w:tc>
      </w:tr>
      <w:tr w:rsidR="00C7293A" w:rsidRPr="0071512A" w14:paraId="73A68D51" w14:textId="77777777" w:rsidTr="00343C24">
        <w:trPr>
          <w:jc w:val="center"/>
        </w:trPr>
        <w:tc>
          <w:tcPr>
            <w:tcW w:w="2824" w:type="dxa"/>
          </w:tcPr>
          <w:p w14:paraId="123FF95A" w14:textId="06966C4B"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Excessive Exercise </w:t>
            </w:r>
          </w:p>
        </w:tc>
        <w:tc>
          <w:tcPr>
            <w:tcW w:w="1772" w:type="dxa"/>
            <w:vAlign w:val="bottom"/>
          </w:tcPr>
          <w:p w14:paraId="3B4DB3A2" w14:textId="0F9E8B48"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-0.16</w:t>
            </w:r>
          </w:p>
        </w:tc>
        <w:tc>
          <w:tcPr>
            <w:tcW w:w="1890" w:type="dxa"/>
            <w:vAlign w:val="bottom"/>
          </w:tcPr>
          <w:p w14:paraId="2EF121B3" w14:textId="5051F79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0.42</w:t>
            </w:r>
          </w:p>
        </w:tc>
      </w:tr>
      <w:tr w:rsidR="00C7293A" w:rsidRPr="0071512A" w14:paraId="541985D2" w14:textId="77777777" w:rsidTr="00343C24">
        <w:trPr>
          <w:jc w:val="center"/>
        </w:trPr>
        <w:tc>
          <w:tcPr>
            <w:tcW w:w="2824" w:type="dxa"/>
          </w:tcPr>
          <w:p w14:paraId="2563313F" w14:textId="32F668EB"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Appetite Loss </w:t>
            </w:r>
          </w:p>
        </w:tc>
        <w:tc>
          <w:tcPr>
            <w:tcW w:w="1772" w:type="dxa"/>
            <w:vAlign w:val="bottom"/>
          </w:tcPr>
          <w:p w14:paraId="6964FC60" w14:textId="3680C628"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0.24</w:t>
            </w:r>
          </w:p>
        </w:tc>
        <w:tc>
          <w:tcPr>
            <w:tcW w:w="1890" w:type="dxa"/>
            <w:vAlign w:val="bottom"/>
          </w:tcPr>
          <w:p w14:paraId="6232DB72" w14:textId="053EAABA"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0.41</w:t>
            </w:r>
          </w:p>
        </w:tc>
      </w:tr>
      <w:tr w:rsidR="00C7293A" w:rsidRPr="0071512A" w14:paraId="44ACD0F9" w14:textId="77777777" w:rsidTr="00343C24">
        <w:trPr>
          <w:jc w:val="center"/>
        </w:trPr>
        <w:tc>
          <w:tcPr>
            <w:tcW w:w="2824" w:type="dxa"/>
            <w:vAlign w:val="bottom"/>
          </w:tcPr>
          <w:p w14:paraId="29058109" w14:textId="62E2815B"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Nightmares </w:t>
            </w:r>
          </w:p>
        </w:tc>
        <w:tc>
          <w:tcPr>
            <w:tcW w:w="1772" w:type="dxa"/>
            <w:tcBorders>
              <w:top w:val="nil"/>
              <w:left w:val="nil"/>
              <w:bottom w:val="nil"/>
              <w:right w:val="nil"/>
            </w:tcBorders>
            <w:vAlign w:val="bottom"/>
          </w:tcPr>
          <w:p w14:paraId="5333F8BB" w14:textId="48DD0448"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0.28</w:t>
            </w:r>
          </w:p>
        </w:tc>
        <w:tc>
          <w:tcPr>
            <w:tcW w:w="1890" w:type="dxa"/>
            <w:tcBorders>
              <w:top w:val="nil"/>
              <w:left w:val="nil"/>
              <w:bottom w:val="nil"/>
              <w:right w:val="nil"/>
            </w:tcBorders>
            <w:vAlign w:val="bottom"/>
          </w:tcPr>
          <w:p w14:paraId="0BD9FC32" w14:textId="61FA2149"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0.40</w:t>
            </w:r>
          </w:p>
        </w:tc>
      </w:tr>
      <w:tr w:rsidR="00C7293A" w:rsidRPr="0071512A" w14:paraId="603A2751" w14:textId="77777777" w:rsidTr="00343C24">
        <w:trPr>
          <w:jc w:val="center"/>
        </w:trPr>
        <w:tc>
          <w:tcPr>
            <w:tcW w:w="2824" w:type="dxa"/>
            <w:vAlign w:val="bottom"/>
          </w:tcPr>
          <w:p w14:paraId="64FC1755" w14:textId="2689587A"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NSSI    </w:t>
            </w:r>
          </w:p>
        </w:tc>
        <w:tc>
          <w:tcPr>
            <w:tcW w:w="1772" w:type="dxa"/>
            <w:tcBorders>
              <w:top w:val="nil"/>
              <w:left w:val="nil"/>
              <w:bottom w:val="nil"/>
              <w:right w:val="nil"/>
            </w:tcBorders>
            <w:vAlign w:val="bottom"/>
          </w:tcPr>
          <w:p w14:paraId="3617FEC2" w14:textId="53DBD345"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0.18</w:t>
            </w:r>
          </w:p>
        </w:tc>
        <w:tc>
          <w:tcPr>
            <w:tcW w:w="1890" w:type="dxa"/>
            <w:tcBorders>
              <w:top w:val="nil"/>
              <w:left w:val="nil"/>
              <w:bottom w:val="nil"/>
              <w:right w:val="nil"/>
            </w:tcBorders>
            <w:vAlign w:val="bottom"/>
          </w:tcPr>
          <w:p w14:paraId="51951B03" w14:textId="3344F188"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0.40</w:t>
            </w:r>
          </w:p>
        </w:tc>
      </w:tr>
      <w:tr w:rsidR="00C7293A" w:rsidRPr="0071512A" w14:paraId="53A1963D" w14:textId="77777777" w:rsidTr="00343C24">
        <w:trPr>
          <w:jc w:val="center"/>
        </w:trPr>
        <w:tc>
          <w:tcPr>
            <w:tcW w:w="2824" w:type="dxa"/>
            <w:vAlign w:val="bottom"/>
          </w:tcPr>
          <w:p w14:paraId="4541BE17" w14:textId="7E1400AE"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Paraphilias </w:t>
            </w:r>
          </w:p>
        </w:tc>
        <w:tc>
          <w:tcPr>
            <w:tcW w:w="1772" w:type="dxa"/>
            <w:tcBorders>
              <w:top w:val="nil"/>
              <w:left w:val="nil"/>
              <w:bottom w:val="nil"/>
              <w:right w:val="nil"/>
            </w:tcBorders>
            <w:vAlign w:val="bottom"/>
          </w:tcPr>
          <w:p w14:paraId="06265220" w14:textId="76F2C4B8"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-0.12</w:t>
            </w:r>
          </w:p>
        </w:tc>
        <w:tc>
          <w:tcPr>
            <w:tcW w:w="1890" w:type="dxa"/>
            <w:tcBorders>
              <w:top w:val="nil"/>
              <w:left w:val="nil"/>
              <w:bottom w:val="nil"/>
              <w:right w:val="nil"/>
            </w:tcBorders>
            <w:vAlign w:val="bottom"/>
          </w:tcPr>
          <w:p w14:paraId="072939F8" w14:textId="5A71D0A3"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0.39</w:t>
            </w:r>
          </w:p>
        </w:tc>
      </w:tr>
      <w:tr w:rsidR="00C7293A" w:rsidRPr="0071512A" w14:paraId="1B6F3A90" w14:textId="77777777" w:rsidTr="00343C24">
        <w:trPr>
          <w:jc w:val="center"/>
        </w:trPr>
        <w:tc>
          <w:tcPr>
            <w:tcW w:w="2824" w:type="dxa"/>
            <w:vAlign w:val="bottom"/>
          </w:tcPr>
          <w:p w14:paraId="793EEEF9" w14:textId="606B1489"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Hoarding  </w:t>
            </w:r>
          </w:p>
        </w:tc>
        <w:tc>
          <w:tcPr>
            <w:tcW w:w="1772" w:type="dxa"/>
            <w:tcBorders>
              <w:top w:val="nil"/>
              <w:left w:val="nil"/>
              <w:bottom w:val="nil"/>
              <w:right w:val="nil"/>
            </w:tcBorders>
            <w:vAlign w:val="bottom"/>
          </w:tcPr>
          <w:p w14:paraId="7E62AC95" w14:textId="5B5DD88D"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0.34</w:t>
            </w:r>
          </w:p>
        </w:tc>
        <w:tc>
          <w:tcPr>
            <w:tcW w:w="1890" w:type="dxa"/>
            <w:tcBorders>
              <w:top w:val="nil"/>
              <w:left w:val="nil"/>
              <w:bottom w:val="nil"/>
              <w:right w:val="nil"/>
            </w:tcBorders>
            <w:vAlign w:val="bottom"/>
          </w:tcPr>
          <w:p w14:paraId="2A83C026" w14:textId="3A49832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0.37</w:t>
            </w:r>
          </w:p>
        </w:tc>
      </w:tr>
      <w:tr w:rsidR="00C7293A" w:rsidRPr="0071512A" w14:paraId="4639B45D" w14:textId="77777777" w:rsidTr="00343C24">
        <w:trPr>
          <w:jc w:val="center"/>
        </w:trPr>
        <w:tc>
          <w:tcPr>
            <w:tcW w:w="2824" w:type="dxa"/>
            <w:vAlign w:val="bottom"/>
          </w:tcPr>
          <w:p w14:paraId="2580A347" w14:textId="06FFB93E"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Callousness </w:t>
            </w:r>
          </w:p>
        </w:tc>
        <w:tc>
          <w:tcPr>
            <w:tcW w:w="1772" w:type="dxa"/>
            <w:tcBorders>
              <w:top w:val="nil"/>
              <w:left w:val="nil"/>
              <w:bottom w:val="nil"/>
              <w:right w:val="nil"/>
            </w:tcBorders>
            <w:vAlign w:val="bottom"/>
          </w:tcPr>
          <w:p w14:paraId="5304922A" w14:textId="313A02AE"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0.25</w:t>
            </w:r>
          </w:p>
        </w:tc>
        <w:tc>
          <w:tcPr>
            <w:tcW w:w="1890" w:type="dxa"/>
            <w:tcBorders>
              <w:top w:val="nil"/>
              <w:left w:val="nil"/>
              <w:bottom w:val="nil"/>
              <w:right w:val="nil"/>
            </w:tcBorders>
            <w:vAlign w:val="bottom"/>
          </w:tcPr>
          <w:p w14:paraId="71683803" w14:textId="1985A2EE"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0.37</w:t>
            </w:r>
          </w:p>
        </w:tc>
      </w:tr>
      <w:tr w:rsidR="00C7293A" w:rsidRPr="0071512A" w14:paraId="4ED4C756" w14:textId="77777777" w:rsidTr="00343C24">
        <w:trPr>
          <w:jc w:val="center"/>
        </w:trPr>
        <w:tc>
          <w:tcPr>
            <w:tcW w:w="2824" w:type="dxa"/>
            <w:vAlign w:val="bottom"/>
          </w:tcPr>
          <w:p w14:paraId="6439554B" w14:textId="1B724177"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Sex-Related Substance Use</w:t>
            </w:r>
          </w:p>
        </w:tc>
        <w:tc>
          <w:tcPr>
            <w:tcW w:w="1772" w:type="dxa"/>
            <w:tcBorders>
              <w:top w:val="nil"/>
              <w:left w:val="nil"/>
              <w:bottom w:val="nil"/>
              <w:right w:val="nil"/>
            </w:tcBorders>
            <w:vAlign w:val="bottom"/>
          </w:tcPr>
          <w:p w14:paraId="0689FB63" w14:textId="36C85682"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0.01</w:t>
            </w:r>
          </w:p>
        </w:tc>
        <w:tc>
          <w:tcPr>
            <w:tcW w:w="1890" w:type="dxa"/>
            <w:tcBorders>
              <w:top w:val="nil"/>
              <w:left w:val="nil"/>
              <w:bottom w:val="nil"/>
              <w:right w:val="nil"/>
            </w:tcBorders>
            <w:vAlign w:val="bottom"/>
          </w:tcPr>
          <w:p w14:paraId="767DAFF8" w14:textId="3EAB8F18"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0.37</w:t>
            </w:r>
          </w:p>
        </w:tc>
      </w:tr>
      <w:tr w:rsidR="00C7293A" w:rsidRPr="0071512A" w14:paraId="0F1A4C70" w14:textId="77777777" w:rsidTr="00343C24">
        <w:trPr>
          <w:jc w:val="center"/>
        </w:trPr>
        <w:tc>
          <w:tcPr>
            <w:tcW w:w="2824" w:type="dxa"/>
            <w:vAlign w:val="bottom"/>
          </w:tcPr>
          <w:p w14:paraId="7F297964" w14:textId="46DB33DB"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Food Selectivity</w:t>
            </w:r>
          </w:p>
        </w:tc>
        <w:tc>
          <w:tcPr>
            <w:tcW w:w="1772" w:type="dxa"/>
            <w:vAlign w:val="bottom"/>
          </w:tcPr>
          <w:p w14:paraId="7522E131" w14:textId="2D910BFA"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0.22</w:t>
            </w:r>
          </w:p>
        </w:tc>
        <w:tc>
          <w:tcPr>
            <w:tcW w:w="1890" w:type="dxa"/>
            <w:vAlign w:val="bottom"/>
          </w:tcPr>
          <w:p w14:paraId="56261C58" w14:textId="308547CB"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0.36</w:t>
            </w:r>
          </w:p>
        </w:tc>
      </w:tr>
      <w:tr w:rsidR="00C7293A" w:rsidRPr="0071512A" w14:paraId="4F504E88" w14:textId="77777777" w:rsidTr="00343C24">
        <w:trPr>
          <w:jc w:val="center"/>
        </w:trPr>
        <w:tc>
          <w:tcPr>
            <w:tcW w:w="2824" w:type="dxa"/>
            <w:vAlign w:val="bottom"/>
          </w:tcPr>
          <w:p w14:paraId="5B817700" w14:textId="626121FD"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Perfectionism </w:t>
            </w:r>
          </w:p>
        </w:tc>
        <w:tc>
          <w:tcPr>
            <w:tcW w:w="1772" w:type="dxa"/>
            <w:vAlign w:val="bottom"/>
          </w:tcPr>
          <w:p w14:paraId="10BF2148" w14:textId="042005A6"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0.14</w:t>
            </w:r>
          </w:p>
        </w:tc>
        <w:tc>
          <w:tcPr>
            <w:tcW w:w="1890" w:type="dxa"/>
            <w:vAlign w:val="bottom"/>
          </w:tcPr>
          <w:p w14:paraId="0F6C7850" w14:textId="5B856F0B"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0.35</w:t>
            </w:r>
          </w:p>
        </w:tc>
      </w:tr>
      <w:tr w:rsidR="00C7293A" w:rsidRPr="0071512A" w14:paraId="75CEC092" w14:textId="77777777" w:rsidTr="00343C24">
        <w:trPr>
          <w:jc w:val="center"/>
        </w:trPr>
        <w:tc>
          <w:tcPr>
            <w:tcW w:w="2824" w:type="dxa"/>
            <w:vAlign w:val="bottom"/>
          </w:tcPr>
          <w:p w14:paraId="06925AE3" w14:textId="106DB00B"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Somatic Preoccupation</w:t>
            </w:r>
          </w:p>
        </w:tc>
        <w:tc>
          <w:tcPr>
            <w:tcW w:w="1772" w:type="dxa"/>
            <w:vAlign w:val="bottom"/>
          </w:tcPr>
          <w:p w14:paraId="37B55D47" w14:textId="3780A3CE"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0.24</w:t>
            </w:r>
          </w:p>
        </w:tc>
        <w:tc>
          <w:tcPr>
            <w:tcW w:w="1890" w:type="dxa"/>
            <w:vAlign w:val="bottom"/>
          </w:tcPr>
          <w:p w14:paraId="43C84A14" w14:textId="5D18F24C"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0.34</w:t>
            </w:r>
          </w:p>
        </w:tc>
      </w:tr>
      <w:tr w:rsidR="00C7293A" w:rsidRPr="0071512A" w14:paraId="60016DFD" w14:textId="77777777" w:rsidTr="00343C24">
        <w:trPr>
          <w:jc w:val="center"/>
        </w:trPr>
        <w:tc>
          <w:tcPr>
            <w:tcW w:w="2824" w:type="dxa"/>
            <w:vAlign w:val="bottom"/>
          </w:tcPr>
          <w:p w14:paraId="4666C091" w14:textId="5B074CC4"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Antisocial Behavior </w:t>
            </w:r>
          </w:p>
        </w:tc>
        <w:tc>
          <w:tcPr>
            <w:tcW w:w="1772" w:type="dxa"/>
            <w:vAlign w:val="bottom"/>
          </w:tcPr>
          <w:p w14:paraId="6EF6655F" w14:textId="21142CFF"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-0.01</w:t>
            </w:r>
          </w:p>
        </w:tc>
        <w:tc>
          <w:tcPr>
            <w:tcW w:w="1890" w:type="dxa"/>
            <w:vAlign w:val="bottom"/>
          </w:tcPr>
          <w:p w14:paraId="7D9BE086" w14:textId="1E0EEEE2" w:rsidR="00C7293A" w:rsidRPr="00316371" w:rsidRDefault="00C7293A" w:rsidP="00C7293A">
            <w:pPr>
              <w:jc w:val="center"/>
              <w:rPr>
                <w:rFonts w:ascii="Times New Roman" w:hAnsi="Times New Roman" w:cs="Times New Roman"/>
                <w:b/>
                <w:bCs/>
                <w:sz w:val="20"/>
                <w:szCs w:val="20"/>
              </w:rPr>
            </w:pPr>
            <w:r w:rsidRPr="00316371">
              <w:rPr>
                <w:rFonts w:ascii="Times New Roman" w:hAnsi="Times New Roman" w:cs="Times New Roman"/>
                <w:b/>
                <w:bCs/>
                <w:sz w:val="20"/>
                <w:szCs w:val="20"/>
              </w:rPr>
              <w:t>0.34</w:t>
            </w:r>
          </w:p>
        </w:tc>
      </w:tr>
      <w:tr w:rsidR="00C7293A" w:rsidRPr="0071512A" w14:paraId="5195FD0B" w14:textId="77777777" w:rsidTr="00343C24">
        <w:trPr>
          <w:jc w:val="center"/>
        </w:trPr>
        <w:tc>
          <w:tcPr>
            <w:tcW w:w="2824" w:type="dxa"/>
          </w:tcPr>
          <w:p w14:paraId="764A9375" w14:textId="23F4A324"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Muscle Building </w:t>
            </w:r>
          </w:p>
        </w:tc>
        <w:tc>
          <w:tcPr>
            <w:tcW w:w="1772" w:type="dxa"/>
            <w:vAlign w:val="bottom"/>
          </w:tcPr>
          <w:p w14:paraId="2607EE36" w14:textId="04E399CD"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-0.28</w:t>
            </w:r>
          </w:p>
        </w:tc>
        <w:tc>
          <w:tcPr>
            <w:tcW w:w="1890" w:type="dxa"/>
            <w:vAlign w:val="bottom"/>
          </w:tcPr>
          <w:p w14:paraId="194A4717" w14:textId="2A9002C0" w:rsidR="00C7293A" w:rsidRPr="006B08A1" w:rsidRDefault="00C7293A" w:rsidP="00C7293A">
            <w:pPr>
              <w:jc w:val="center"/>
              <w:rPr>
                <w:rFonts w:ascii="Times New Roman" w:hAnsi="Times New Roman" w:cs="Times New Roman"/>
                <w:b/>
                <w:bCs/>
                <w:sz w:val="20"/>
                <w:szCs w:val="20"/>
              </w:rPr>
            </w:pPr>
            <w:r w:rsidRPr="006B08A1">
              <w:rPr>
                <w:rFonts w:ascii="Times New Roman" w:hAnsi="Times New Roman" w:cs="Times New Roman"/>
                <w:b/>
                <w:bCs/>
                <w:sz w:val="20"/>
                <w:szCs w:val="20"/>
              </w:rPr>
              <w:t>0.32</w:t>
            </w:r>
          </w:p>
        </w:tc>
      </w:tr>
      <w:tr w:rsidR="00C7293A" w:rsidRPr="0071512A" w14:paraId="178DF299" w14:textId="77777777" w:rsidTr="00343C24">
        <w:trPr>
          <w:jc w:val="center"/>
        </w:trPr>
        <w:tc>
          <w:tcPr>
            <w:tcW w:w="2824" w:type="dxa"/>
          </w:tcPr>
          <w:p w14:paraId="452CD7BE" w14:textId="4D87C659" w:rsidR="00C7293A" w:rsidRPr="00316371" w:rsidRDefault="00C7293A" w:rsidP="00C7293A">
            <w:pPr>
              <w:rPr>
                <w:rFonts w:ascii="Times New Roman" w:hAnsi="Times New Roman" w:cs="Times New Roman"/>
                <w:sz w:val="20"/>
                <w:szCs w:val="20"/>
              </w:rPr>
            </w:pPr>
            <w:r w:rsidRPr="00316371">
              <w:rPr>
                <w:rFonts w:ascii="Times New Roman" w:hAnsi="Times New Roman" w:cs="Times New Roman"/>
                <w:sz w:val="20"/>
                <w:szCs w:val="20"/>
              </w:rPr>
              <w:t>Situational Phobias</w:t>
            </w:r>
          </w:p>
        </w:tc>
        <w:tc>
          <w:tcPr>
            <w:tcW w:w="1772" w:type="dxa"/>
            <w:vAlign w:val="bottom"/>
          </w:tcPr>
          <w:p w14:paraId="645D683E" w14:textId="2F185057" w:rsidR="00C7293A" w:rsidRPr="00316371" w:rsidRDefault="00C7293A" w:rsidP="00C7293A">
            <w:pPr>
              <w:jc w:val="center"/>
              <w:rPr>
                <w:rFonts w:ascii="Times New Roman" w:hAnsi="Times New Roman" w:cs="Times New Roman"/>
                <w:sz w:val="20"/>
                <w:szCs w:val="20"/>
              </w:rPr>
            </w:pPr>
            <w:r w:rsidRPr="00316371">
              <w:rPr>
                <w:rFonts w:ascii="Times New Roman" w:hAnsi="Times New Roman" w:cs="Times New Roman"/>
                <w:sz w:val="20"/>
                <w:szCs w:val="20"/>
              </w:rPr>
              <w:t>0.20</w:t>
            </w:r>
          </w:p>
        </w:tc>
        <w:tc>
          <w:tcPr>
            <w:tcW w:w="1890" w:type="dxa"/>
            <w:vAlign w:val="bottom"/>
          </w:tcPr>
          <w:p w14:paraId="6E74F2A7" w14:textId="52CED8EB" w:rsidR="00C7293A" w:rsidRPr="006B08A1" w:rsidRDefault="00C7293A" w:rsidP="00C7293A">
            <w:pPr>
              <w:jc w:val="center"/>
              <w:rPr>
                <w:rFonts w:ascii="Times New Roman" w:hAnsi="Times New Roman" w:cs="Times New Roman"/>
                <w:b/>
                <w:bCs/>
                <w:sz w:val="20"/>
                <w:szCs w:val="20"/>
              </w:rPr>
            </w:pPr>
            <w:r w:rsidRPr="006B08A1">
              <w:rPr>
                <w:rFonts w:ascii="Times New Roman" w:hAnsi="Times New Roman" w:cs="Times New Roman"/>
                <w:b/>
                <w:bCs/>
                <w:sz w:val="20"/>
                <w:szCs w:val="20"/>
              </w:rPr>
              <w:t>0.31</w:t>
            </w:r>
          </w:p>
        </w:tc>
      </w:tr>
      <w:tr w:rsidR="00316371" w:rsidRPr="0071512A" w14:paraId="7AD260EE" w14:textId="77777777" w:rsidTr="00343C24">
        <w:trPr>
          <w:jc w:val="center"/>
        </w:trPr>
        <w:tc>
          <w:tcPr>
            <w:tcW w:w="2824" w:type="dxa"/>
            <w:vAlign w:val="bottom"/>
          </w:tcPr>
          <w:p w14:paraId="02F3073F" w14:textId="6FBBF855"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Animal-Insect Phobia</w:t>
            </w:r>
          </w:p>
        </w:tc>
        <w:tc>
          <w:tcPr>
            <w:tcW w:w="1772" w:type="dxa"/>
            <w:tcBorders>
              <w:top w:val="nil"/>
              <w:left w:val="nil"/>
              <w:bottom w:val="nil"/>
              <w:right w:val="nil"/>
            </w:tcBorders>
            <w:vAlign w:val="bottom"/>
          </w:tcPr>
          <w:p w14:paraId="4069BA4D" w14:textId="426940A0"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0.15</w:t>
            </w:r>
          </w:p>
        </w:tc>
        <w:tc>
          <w:tcPr>
            <w:tcW w:w="1890" w:type="dxa"/>
            <w:tcBorders>
              <w:top w:val="nil"/>
              <w:left w:val="nil"/>
              <w:bottom w:val="nil"/>
              <w:right w:val="nil"/>
            </w:tcBorders>
            <w:vAlign w:val="bottom"/>
          </w:tcPr>
          <w:p w14:paraId="331D0194" w14:textId="5AE11B4E" w:rsidR="00316371" w:rsidRPr="006B08A1" w:rsidRDefault="00316371" w:rsidP="00316371">
            <w:pPr>
              <w:jc w:val="center"/>
              <w:rPr>
                <w:rFonts w:ascii="Times New Roman" w:hAnsi="Times New Roman" w:cs="Times New Roman"/>
                <w:b/>
                <w:bCs/>
                <w:sz w:val="20"/>
                <w:szCs w:val="20"/>
              </w:rPr>
            </w:pPr>
            <w:r w:rsidRPr="006B08A1">
              <w:rPr>
                <w:rFonts w:ascii="Times New Roman" w:hAnsi="Times New Roman" w:cs="Times New Roman"/>
                <w:b/>
                <w:bCs/>
                <w:sz w:val="20"/>
                <w:szCs w:val="20"/>
              </w:rPr>
              <w:t>0.30</w:t>
            </w:r>
          </w:p>
        </w:tc>
      </w:tr>
      <w:tr w:rsidR="00316371" w:rsidRPr="0071512A" w14:paraId="6BC54429" w14:textId="77777777" w:rsidTr="00343C24">
        <w:trPr>
          <w:jc w:val="center"/>
        </w:trPr>
        <w:tc>
          <w:tcPr>
            <w:tcW w:w="2824" w:type="dxa"/>
            <w:vAlign w:val="bottom"/>
          </w:tcPr>
          <w:p w14:paraId="1EF2DEEC" w14:textId="1932CAE5"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Premature Orgasm</w:t>
            </w:r>
          </w:p>
        </w:tc>
        <w:tc>
          <w:tcPr>
            <w:tcW w:w="1772" w:type="dxa"/>
            <w:tcBorders>
              <w:top w:val="nil"/>
              <w:left w:val="nil"/>
              <w:bottom w:val="nil"/>
              <w:right w:val="nil"/>
            </w:tcBorders>
            <w:vAlign w:val="bottom"/>
          </w:tcPr>
          <w:p w14:paraId="665ED82D" w14:textId="08E16FBB"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-0.02</w:t>
            </w:r>
          </w:p>
        </w:tc>
        <w:tc>
          <w:tcPr>
            <w:tcW w:w="1890" w:type="dxa"/>
            <w:tcBorders>
              <w:top w:val="nil"/>
              <w:left w:val="nil"/>
              <w:bottom w:val="nil"/>
              <w:right w:val="nil"/>
            </w:tcBorders>
            <w:vAlign w:val="bottom"/>
          </w:tcPr>
          <w:p w14:paraId="5F982B62" w14:textId="4B881E18"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0.28</w:t>
            </w:r>
          </w:p>
        </w:tc>
      </w:tr>
      <w:tr w:rsidR="00316371" w:rsidRPr="0071512A" w14:paraId="56BF4B39" w14:textId="77777777" w:rsidTr="00343C24">
        <w:trPr>
          <w:jc w:val="center"/>
        </w:trPr>
        <w:tc>
          <w:tcPr>
            <w:tcW w:w="2824" w:type="dxa"/>
            <w:vAlign w:val="bottom"/>
          </w:tcPr>
          <w:p w14:paraId="62A7107A" w14:textId="4C9E69F7"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Problematic Shopping</w:t>
            </w:r>
          </w:p>
        </w:tc>
        <w:tc>
          <w:tcPr>
            <w:tcW w:w="1772" w:type="dxa"/>
            <w:tcBorders>
              <w:top w:val="nil"/>
              <w:left w:val="nil"/>
              <w:bottom w:val="nil"/>
              <w:right w:val="nil"/>
            </w:tcBorders>
            <w:vAlign w:val="bottom"/>
          </w:tcPr>
          <w:p w14:paraId="3E301500" w14:textId="3FF74B4C"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0.26</w:t>
            </w:r>
          </w:p>
        </w:tc>
        <w:tc>
          <w:tcPr>
            <w:tcW w:w="1890" w:type="dxa"/>
            <w:tcBorders>
              <w:top w:val="nil"/>
              <w:left w:val="nil"/>
              <w:bottom w:val="nil"/>
              <w:right w:val="nil"/>
            </w:tcBorders>
            <w:vAlign w:val="bottom"/>
          </w:tcPr>
          <w:p w14:paraId="55A2846E" w14:textId="0D106E84"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0.27</w:t>
            </w:r>
          </w:p>
        </w:tc>
      </w:tr>
      <w:tr w:rsidR="00316371" w:rsidRPr="0071512A" w14:paraId="505DA3F7" w14:textId="77777777" w:rsidTr="00343C24">
        <w:trPr>
          <w:jc w:val="center"/>
        </w:trPr>
        <w:tc>
          <w:tcPr>
            <w:tcW w:w="2824" w:type="dxa"/>
            <w:vAlign w:val="bottom"/>
          </w:tcPr>
          <w:p w14:paraId="3F410626" w14:textId="7453FA1A"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Workaholism    </w:t>
            </w:r>
          </w:p>
        </w:tc>
        <w:tc>
          <w:tcPr>
            <w:tcW w:w="1772" w:type="dxa"/>
            <w:tcBorders>
              <w:top w:val="nil"/>
              <w:left w:val="nil"/>
              <w:bottom w:val="nil"/>
              <w:right w:val="nil"/>
            </w:tcBorders>
            <w:vAlign w:val="bottom"/>
          </w:tcPr>
          <w:p w14:paraId="3C95AAE2" w14:textId="4A6C7181"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-0.06</w:t>
            </w:r>
          </w:p>
        </w:tc>
        <w:tc>
          <w:tcPr>
            <w:tcW w:w="1890" w:type="dxa"/>
            <w:tcBorders>
              <w:top w:val="nil"/>
              <w:left w:val="nil"/>
              <w:bottom w:val="nil"/>
              <w:right w:val="nil"/>
            </w:tcBorders>
            <w:vAlign w:val="bottom"/>
          </w:tcPr>
          <w:p w14:paraId="54C97A17" w14:textId="3D4B3A81"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0.26</w:t>
            </w:r>
          </w:p>
        </w:tc>
      </w:tr>
      <w:tr w:rsidR="00316371" w:rsidRPr="0071512A" w14:paraId="04297877" w14:textId="77777777" w:rsidTr="00343C24">
        <w:trPr>
          <w:jc w:val="center"/>
        </w:trPr>
        <w:tc>
          <w:tcPr>
            <w:tcW w:w="2824" w:type="dxa"/>
          </w:tcPr>
          <w:p w14:paraId="75095AEE" w14:textId="28DF1106"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Purging </w:t>
            </w:r>
          </w:p>
        </w:tc>
        <w:tc>
          <w:tcPr>
            <w:tcW w:w="1772" w:type="dxa"/>
            <w:vAlign w:val="bottom"/>
          </w:tcPr>
          <w:p w14:paraId="02F24118" w14:textId="72E4C745"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0.06</w:t>
            </w:r>
          </w:p>
        </w:tc>
        <w:tc>
          <w:tcPr>
            <w:tcW w:w="1890" w:type="dxa"/>
            <w:vAlign w:val="bottom"/>
          </w:tcPr>
          <w:p w14:paraId="22B7E719" w14:textId="4DBDA856"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0.25</w:t>
            </w:r>
          </w:p>
        </w:tc>
      </w:tr>
      <w:tr w:rsidR="00316371" w:rsidRPr="0071512A" w14:paraId="6ED853D6" w14:textId="77777777" w:rsidTr="00343C24">
        <w:trPr>
          <w:jc w:val="center"/>
        </w:trPr>
        <w:tc>
          <w:tcPr>
            <w:tcW w:w="2824" w:type="dxa"/>
            <w:vAlign w:val="bottom"/>
          </w:tcPr>
          <w:p w14:paraId="4C306D2A" w14:textId="19BFA69D"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Sexual Pain</w:t>
            </w:r>
          </w:p>
        </w:tc>
        <w:tc>
          <w:tcPr>
            <w:tcW w:w="1772" w:type="dxa"/>
            <w:tcBorders>
              <w:top w:val="nil"/>
              <w:left w:val="nil"/>
              <w:bottom w:val="nil"/>
              <w:right w:val="nil"/>
            </w:tcBorders>
            <w:vAlign w:val="bottom"/>
          </w:tcPr>
          <w:p w14:paraId="78D8B028" w14:textId="012B5210"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0.23</w:t>
            </w:r>
          </w:p>
        </w:tc>
        <w:tc>
          <w:tcPr>
            <w:tcW w:w="1890" w:type="dxa"/>
            <w:tcBorders>
              <w:top w:val="nil"/>
              <w:left w:val="nil"/>
              <w:bottom w:val="nil"/>
              <w:right w:val="nil"/>
            </w:tcBorders>
            <w:vAlign w:val="bottom"/>
          </w:tcPr>
          <w:p w14:paraId="2BEAEECF" w14:textId="75F7E8C1"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0.21</w:t>
            </w:r>
          </w:p>
        </w:tc>
      </w:tr>
      <w:tr w:rsidR="00316371" w:rsidRPr="0071512A" w14:paraId="5C6D5E53" w14:textId="77777777" w:rsidTr="00343C24">
        <w:trPr>
          <w:jc w:val="center"/>
        </w:trPr>
        <w:tc>
          <w:tcPr>
            <w:tcW w:w="2824" w:type="dxa"/>
            <w:vAlign w:val="bottom"/>
          </w:tcPr>
          <w:p w14:paraId="1F7CD598" w14:textId="6867A2CF"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Excoriation </w:t>
            </w:r>
          </w:p>
        </w:tc>
        <w:tc>
          <w:tcPr>
            <w:tcW w:w="1772" w:type="dxa"/>
            <w:tcBorders>
              <w:top w:val="nil"/>
              <w:left w:val="nil"/>
              <w:bottom w:val="nil"/>
              <w:right w:val="nil"/>
            </w:tcBorders>
            <w:vAlign w:val="bottom"/>
          </w:tcPr>
          <w:p w14:paraId="131AE630" w14:textId="42A9361D"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0.16</w:t>
            </w:r>
          </w:p>
        </w:tc>
        <w:tc>
          <w:tcPr>
            <w:tcW w:w="1890" w:type="dxa"/>
            <w:tcBorders>
              <w:top w:val="nil"/>
              <w:left w:val="nil"/>
              <w:bottom w:val="nil"/>
              <w:right w:val="nil"/>
            </w:tcBorders>
            <w:vAlign w:val="bottom"/>
          </w:tcPr>
          <w:p w14:paraId="09FD7B3C" w14:textId="708DE175"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0.21</w:t>
            </w:r>
          </w:p>
        </w:tc>
      </w:tr>
      <w:tr w:rsidR="00316371" w:rsidRPr="0071512A" w14:paraId="6FA7F484" w14:textId="77777777" w:rsidTr="00343C24">
        <w:trPr>
          <w:jc w:val="center"/>
        </w:trPr>
        <w:tc>
          <w:tcPr>
            <w:tcW w:w="2824" w:type="dxa"/>
            <w:vAlign w:val="bottom"/>
          </w:tcPr>
          <w:p w14:paraId="26C91220" w14:textId="6ADDCDDE"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Gaming </w:t>
            </w:r>
          </w:p>
        </w:tc>
        <w:tc>
          <w:tcPr>
            <w:tcW w:w="1772" w:type="dxa"/>
            <w:tcBorders>
              <w:top w:val="nil"/>
              <w:left w:val="nil"/>
              <w:bottom w:val="nil"/>
              <w:right w:val="nil"/>
            </w:tcBorders>
            <w:vAlign w:val="bottom"/>
          </w:tcPr>
          <w:p w14:paraId="0AC91C23" w14:textId="0E0F2710"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0.06</w:t>
            </w:r>
          </w:p>
        </w:tc>
        <w:tc>
          <w:tcPr>
            <w:tcW w:w="1890" w:type="dxa"/>
            <w:tcBorders>
              <w:top w:val="nil"/>
              <w:left w:val="nil"/>
              <w:bottom w:val="nil"/>
              <w:right w:val="nil"/>
            </w:tcBorders>
            <w:vAlign w:val="bottom"/>
          </w:tcPr>
          <w:p w14:paraId="60491B44" w14:textId="765A5751"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0.21</w:t>
            </w:r>
          </w:p>
        </w:tc>
      </w:tr>
      <w:tr w:rsidR="00316371" w:rsidRPr="0071512A" w14:paraId="65621733" w14:textId="77777777" w:rsidTr="00343C24">
        <w:trPr>
          <w:jc w:val="center"/>
        </w:trPr>
        <w:tc>
          <w:tcPr>
            <w:tcW w:w="2824" w:type="dxa"/>
            <w:vAlign w:val="bottom"/>
          </w:tcPr>
          <w:p w14:paraId="21F2B305" w14:textId="5A2FA25A"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Dietary Restraint</w:t>
            </w:r>
          </w:p>
        </w:tc>
        <w:tc>
          <w:tcPr>
            <w:tcW w:w="1772" w:type="dxa"/>
            <w:tcBorders>
              <w:top w:val="nil"/>
              <w:left w:val="nil"/>
              <w:bottom w:val="nil"/>
              <w:right w:val="nil"/>
            </w:tcBorders>
            <w:vAlign w:val="bottom"/>
          </w:tcPr>
          <w:p w14:paraId="76CA8501" w14:textId="02D4BBB6"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-0.06</w:t>
            </w:r>
          </w:p>
        </w:tc>
        <w:tc>
          <w:tcPr>
            <w:tcW w:w="1890" w:type="dxa"/>
            <w:tcBorders>
              <w:top w:val="nil"/>
              <w:left w:val="nil"/>
              <w:bottom w:val="nil"/>
              <w:right w:val="nil"/>
            </w:tcBorders>
            <w:vAlign w:val="bottom"/>
          </w:tcPr>
          <w:p w14:paraId="525D6E6C" w14:textId="3631DD34"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0.21</w:t>
            </w:r>
          </w:p>
        </w:tc>
      </w:tr>
      <w:tr w:rsidR="00316371" w:rsidRPr="0071512A" w14:paraId="6D894F92" w14:textId="77777777" w:rsidTr="00343C24">
        <w:trPr>
          <w:jc w:val="center"/>
        </w:trPr>
        <w:tc>
          <w:tcPr>
            <w:tcW w:w="2824" w:type="dxa"/>
            <w:vAlign w:val="bottom"/>
          </w:tcPr>
          <w:p w14:paraId="5D27F6E5" w14:textId="70743554"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Blood-Injection Phobia</w:t>
            </w:r>
          </w:p>
        </w:tc>
        <w:tc>
          <w:tcPr>
            <w:tcW w:w="1772" w:type="dxa"/>
            <w:tcBorders>
              <w:top w:val="nil"/>
              <w:left w:val="nil"/>
              <w:bottom w:val="nil"/>
              <w:right w:val="nil"/>
            </w:tcBorders>
            <w:vAlign w:val="bottom"/>
          </w:tcPr>
          <w:p w14:paraId="61379F5B" w14:textId="31FFF48D"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0.12</w:t>
            </w:r>
          </w:p>
        </w:tc>
        <w:tc>
          <w:tcPr>
            <w:tcW w:w="1890" w:type="dxa"/>
            <w:tcBorders>
              <w:top w:val="nil"/>
              <w:left w:val="nil"/>
              <w:bottom w:val="nil"/>
              <w:right w:val="nil"/>
            </w:tcBorders>
            <w:vAlign w:val="bottom"/>
          </w:tcPr>
          <w:p w14:paraId="2DE9630A" w14:textId="43559BD7"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0.20</w:t>
            </w:r>
          </w:p>
        </w:tc>
      </w:tr>
      <w:tr w:rsidR="00316371" w:rsidRPr="0071512A" w14:paraId="4ECD0341" w14:textId="77777777" w:rsidTr="00343C24">
        <w:trPr>
          <w:jc w:val="center"/>
        </w:trPr>
        <w:tc>
          <w:tcPr>
            <w:tcW w:w="2824" w:type="dxa"/>
            <w:vAlign w:val="bottom"/>
          </w:tcPr>
          <w:p w14:paraId="20E5980F" w14:textId="352EC12A"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Trichotillomania </w:t>
            </w:r>
          </w:p>
        </w:tc>
        <w:tc>
          <w:tcPr>
            <w:tcW w:w="1772" w:type="dxa"/>
            <w:tcBorders>
              <w:top w:val="nil"/>
              <w:left w:val="nil"/>
              <w:bottom w:val="nil"/>
              <w:right w:val="nil"/>
            </w:tcBorders>
            <w:vAlign w:val="bottom"/>
          </w:tcPr>
          <w:p w14:paraId="23072E26" w14:textId="4648600C"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0.14</w:t>
            </w:r>
          </w:p>
        </w:tc>
        <w:tc>
          <w:tcPr>
            <w:tcW w:w="1890" w:type="dxa"/>
            <w:tcBorders>
              <w:top w:val="nil"/>
              <w:left w:val="nil"/>
              <w:bottom w:val="nil"/>
              <w:right w:val="nil"/>
            </w:tcBorders>
            <w:vAlign w:val="bottom"/>
          </w:tcPr>
          <w:p w14:paraId="65823235" w14:textId="61997723"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0.19</w:t>
            </w:r>
          </w:p>
        </w:tc>
      </w:tr>
      <w:tr w:rsidR="00316371" w:rsidRPr="0071512A" w14:paraId="5EF55AD7" w14:textId="77777777" w:rsidTr="00343C24">
        <w:trPr>
          <w:jc w:val="center"/>
        </w:trPr>
        <w:tc>
          <w:tcPr>
            <w:tcW w:w="2824" w:type="dxa"/>
          </w:tcPr>
          <w:p w14:paraId="40041008" w14:textId="1A4AEC88" w:rsidR="00316371" w:rsidRPr="00316371" w:rsidRDefault="00812797" w:rsidP="00316371">
            <w:pPr>
              <w:rPr>
                <w:rFonts w:ascii="Times New Roman" w:hAnsi="Times New Roman" w:cs="Times New Roman"/>
                <w:sz w:val="20"/>
                <w:szCs w:val="20"/>
              </w:rPr>
            </w:pPr>
            <w:r>
              <w:rPr>
                <w:rFonts w:ascii="Times New Roman" w:hAnsi="Times New Roman" w:cs="Times New Roman"/>
                <w:sz w:val="20"/>
                <w:szCs w:val="20"/>
              </w:rPr>
              <w:t>Harmful Alcohol Use</w:t>
            </w:r>
          </w:p>
        </w:tc>
        <w:tc>
          <w:tcPr>
            <w:tcW w:w="1772" w:type="dxa"/>
            <w:vAlign w:val="bottom"/>
          </w:tcPr>
          <w:p w14:paraId="76E7E18A" w14:textId="5C083E7A"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-0.19</w:t>
            </w:r>
          </w:p>
        </w:tc>
        <w:tc>
          <w:tcPr>
            <w:tcW w:w="1890" w:type="dxa"/>
            <w:vAlign w:val="bottom"/>
          </w:tcPr>
          <w:p w14:paraId="38C454C8" w14:textId="4351BF16"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0.18</w:t>
            </w:r>
          </w:p>
        </w:tc>
      </w:tr>
      <w:tr w:rsidR="00316371" w:rsidRPr="0071512A" w14:paraId="71CEA45C" w14:textId="77777777" w:rsidTr="00343C24">
        <w:trPr>
          <w:jc w:val="center"/>
        </w:trPr>
        <w:tc>
          <w:tcPr>
            <w:tcW w:w="2824" w:type="dxa"/>
          </w:tcPr>
          <w:p w14:paraId="543DD0C8" w14:textId="0069BC10"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t>Gambling </w:t>
            </w:r>
          </w:p>
        </w:tc>
        <w:tc>
          <w:tcPr>
            <w:tcW w:w="1772" w:type="dxa"/>
            <w:vAlign w:val="bottom"/>
          </w:tcPr>
          <w:p w14:paraId="627F7527" w14:textId="34C29A30"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-0.02</w:t>
            </w:r>
          </w:p>
        </w:tc>
        <w:tc>
          <w:tcPr>
            <w:tcW w:w="1890" w:type="dxa"/>
            <w:vAlign w:val="bottom"/>
          </w:tcPr>
          <w:p w14:paraId="4EBE339B" w14:textId="28A1F32A"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0.16</w:t>
            </w:r>
          </w:p>
        </w:tc>
      </w:tr>
      <w:tr w:rsidR="00316371" w:rsidRPr="0071512A" w14:paraId="73B1F9F8" w14:textId="77777777" w:rsidTr="00343C24">
        <w:trPr>
          <w:jc w:val="center"/>
        </w:trPr>
        <w:tc>
          <w:tcPr>
            <w:tcW w:w="2824" w:type="dxa"/>
          </w:tcPr>
          <w:p w14:paraId="4FBB26FF" w14:textId="19563039" w:rsidR="00316371" w:rsidRPr="00316371" w:rsidRDefault="00316371" w:rsidP="00316371">
            <w:pPr>
              <w:rPr>
                <w:rFonts w:ascii="Times New Roman" w:hAnsi="Times New Roman" w:cs="Times New Roman"/>
                <w:sz w:val="20"/>
                <w:szCs w:val="20"/>
              </w:rPr>
            </w:pPr>
            <w:r w:rsidRPr="00316371">
              <w:rPr>
                <w:rFonts w:ascii="Times New Roman" w:hAnsi="Times New Roman" w:cs="Times New Roman"/>
                <w:sz w:val="20"/>
                <w:szCs w:val="20"/>
              </w:rPr>
              <w:lastRenderedPageBreak/>
              <w:t>Difficulties Reaching Orgasm   </w:t>
            </w:r>
          </w:p>
        </w:tc>
        <w:tc>
          <w:tcPr>
            <w:tcW w:w="1772" w:type="dxa"/>
            <w:vAlign w:val="bottom"/>
          </w:tcPr>
          <w:p w14:paraId="59D3F4E1" w14:textId="0CF67B67"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0.24</w:t>
            </w:r>
          </w:p>
        </w:tc>
        <w:tc>
          <w:tcPr>
            <w:tcW w:w="1890" w:type="dxa"/>
            <w:vAlign w:val="bottom"/>
          </w:tcPr>
          <w:p w14:paraId="33663953" w14:textId="66E8DBC8"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0.13</w:t>
            </w:r>
          </w:p>
        </w:tc>
      </w:tr>
      <w:tr w:rsidR="00316371" w:rsidRPr="0071512A" w14:paraId="15867B4E" w14:textId="77777777" w:rsidTr="00343C24">
        <w:trPr>
          <w:trHeight w:val="306"/>
          <w:jc w:val="center"/>
        </w:trPr>
        <w:tc>
          <w:tcPr>
            <w:tcW w:w="2824" w:type="dxa"/>
          </w:tcPr>
          <w:p w14:paraId="132BBA3C" w14:textId="3DEA1175" w:rsidR="00316371" w:rsidRPr="00316371" w:rsidRDefault="00316371" w:rsidP="00316371">
            <w:pPr>
              <w:rPr>
                <w:rFonts w:ascii="Times New Roman" w:hAnsi="Times New Roman" w:cs="Times New Roman"/>
                <w:sz w:val="20"/>
                <w:szCs w:val="20"/>
              </w:rPr>
            </w:pPr>
            <w:proofErr w:type="spellStart"/>
            <w:r w:rsidRPr="00316371">
              <w:rPr>
                <w:rFonts w:ascii="Times New Roman" w:hAnsi="Times New Roman" w:cs="Times New Roman"/>
                <w:sz w:val="20"/>
                <w:szCs w:val="20"/>
              </w:rPr>
              <w:t>Hyperdeliberation</w:t>
            </w:r>
            <w:proofErr w:type="spellEnd"/>
          </w:p>
        </w:tc>
        <w:tc>
          <w:tcPr>
            <w:tcW w:w="1772" w:type="dxa"/>
            <w:vAlign w:val="bottom"/>
          </w:tcPr>
          <w:p w14:paraId="0F945BA1" w14:textId="24ABED18"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0.01</w:t>
            </w:r>
          </w:p>
        </w:tc>
        <w:tc>
          <w:tcPr>
            <w:tcW w:w="1890" w:type="dxa"/>
            <w:vAlign w:val="bottom"/>
          </w:tcPr>
          <w:p w14:paraId="498BDC12" w14:textId="72B37467" w:rsidR="00316371" w:rsidRPr="00316371" w:rsidRDefault="00316371" w:rsidP="00316371">
            <w:pPr>
              <w:jc w:val="center"/>
              <w:rPr>
                <w:rFonts w:ascii="Times New Roman" w:hAnsi="Times New Roman" w:cs="Times New Roman"/>
                <w:sz w:val="20"/>
                <w:szCs w:val="20"/>
              </w:rPr>
            </w:pPr>
            <w:r w:rsidRPr="00316371">
              <w:rPr>
                <w:rFonts w:ascii="Times New Roman" w:hAnsi="Times New Roman" w:cs="Times New Roman"/>
                <w:sz w:val="20"/>
                <w:szCs w:val="20"/>
              </w:rPr>
              <w:t>0.11</w:t>
            </w:r>
          </w:p>
        </w:tc>
      </w:tr>
      <w:tr w:rsidR="00316371" w:rsidRPr="0071512A" w14:paraId="3035233C" w14:textId="77777777" w:rsidTr="00343C24">
        <w:trPr>
          <w:trHeight w:val="278"/>
          <w:jc w:val="center"/>
        </w:trPr>
        <w:tc>
          <w:tcPr>
            <w:tcW w:w="6486" w:type="dxa"/>
            <w:gridSpan w:val="3"/>
            <w:tcBorders>
              <w:top w:val="single" w:sz="4" w:space="0" w:color="auto"/>
            </w:tcBorders>
          </w:tcPr>
          <w:p w14:paraId="05B29CC7" w14:textId="6D326334" w:rsidR="00316371" w:rsidRPr="004338FF" w:rsidRDefault="00316371" w:rsidP="00316371">
            <w:pPr>
              <w:rPr>
                <w:rFonts w:ascii="Times New Roman" w:hAnsi="Times New Roman" w:cs="Times New Roman"/>
                <w:color w:val="000000"/>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7744DE31" w14:textId="77777777" w:rsidR="0016389C" w:rsidRDefault="0016389C"/>
    <w:p w14:paraId="5A05B7C1" w14:textId="77777777" w:rsidR="008A4452" w:rsidRDefault="008A4452"/>
    <w:p w14:paraId="4E1ACC0D" w14:textId="77777777" w:rsidR="00F44CF6" w:rsidRDefault="00F44CF6"/>
    <w:tbl>
      <w:tblPr>
        <w:tblW w:w="0" w:type="auto"/>
        <w:jc w:val="center"/>
        <w:tblLook w:val="04A0" w:firstRow="1" w:lastRow="0" w:firstColumn="1" w:lastColumn="0" w:noHBand="0" w:noVBand="1"/>
      </w:tblPr>
      <w:tblGrid>
        <w:gridCol w:w="2734"/>
        <w:gridCol w:w="1883"/>
        <w:gridCol w:w="1170"/>
        <w:gridCol w:w="2182"/>
      </w:tblGrid>
      <w:tr w:rsidR="008A4452" w:rsidRPr="0071512A" w14:paraId="12E37393" w14:textId="77777777" w:rsidTr="00C9779D">
        <w:trPr>
          <w:jc w:val="center"/>
        </w:trPr>
        <w:tc>
          <w:tcPr>
            <w:tcW w:w="7969" w:type="dxa"/>
            <w:gridSpan w:val="4"/>
            <w:tcBorders>
              <w:bottom w:val="single" w:sz="4" w:space="0" w:color="auto"/>
            </w:tcBorders>
          </w:tcPr>
          <w:p w14:paraId="55B37BC9" w14:textId="77777777" w:rsidR="00C845F2" w:rsidRPr="00C845F2" w:rsidRDefault="008A4452" w:rsidP="001C61B8">
            <w:pPr>
              <w:rPr>
                <w:rFonts w:ascii="Times New Roman" w:hAnsi="Times New Roman" w:cs="Times New Roman"/>
                <w:b/>
                <w:bCs/>
                <w:color w:val="000000" w:themeColor="text1"/>
                <w:sz w:val="22"/>
                <w:szCs w:val="22"/>
              </w:rPr>
            </w:pPr>
            <w:r w:rsidRPr="00E122CE">
              <w:rPr>
                <w:rFonts w:ascii="Times New Roman" w:hAnsi="Times New Roman" w:cs="Times New Roman"/>
                <w:b/>
                <w:bCs/>
                <w:color w:val="000000" w:themeColor="text1"/>
                <w:sz w:val="22"/>
                <w:szCs w:val="22"/>
              </w:rPr>
              <w:t>Table S6</w:t>
            </w:r>
          </w:p>
          <w:p w14:paraId="14E0E5FA" w14:textId="39BB8425" w:rsidR="008A4452" w:rsidRPr="00343DE7" w:rsidRDefault="008A4452" w:rsidP="001C61B8">
            <w:pPr>
              <w:rPr>
                <w:rFonts w:ascii="Times New Roman" w:hAnsi="Times New Roman" w:cs="Times New Roman"/>
                <w:color w:val="000000"/>
                <w:sz w:val="20"/>
                <w:szCs w:val="20"/>
              </w:rPr>
            </w:pPr>
            <w:r w:rsidRPr="002B725C">
              <w:rPr>
                <w:rFonts w:ascii="Times New Roman" w:hAnsi="Times New Roman" w:cs="Times New Roman"/>
                <w:i/>
                <w:iCs/>
                <w:color w:val="000000" w:themeColor="text1"/>
                <w:sz w:val="22"/>
                <w:szCs w:val="22"/>
              </w:rPr>
              <w:t xml:space="preserve">Factor Loadings </w:t>
            </w:r>
            <w:r>
              <w:rPr>
                <w:rFonts w:ascii="Times New Roman" w:hAnsi="Times New Roman" w:cs="Times New Roman"/>
                <w:i/>
                <w:iCs/>
                <w:color w:val="000000" w:themeColor="text1"/>
                <w:sz w:val="22"/>
                <w:szCs w:val="22"/>
              </w:rPr>
              <w:t>for the</w:t>
            </w:r>
            <w:r w:rsidRPr="002B725C">
              <w:rPr>
                <w:rFonts w:ascii="Times New Roman" w:hAnsi="Times New Roman" w:cs="Times New Roman"/>
                <w:i/>
                <w:iCs/>
                <w:color w:val="000000" w:themeColor="text1"/>
                <w:sz w:val="22"/>
                <w:szCs w:val="22"/>
              </w:rPr>
              <w:t xml:space="preserve"> </w:t>
            </w:r>
            <w:r>
              <w:rPr>
                <w:rFonts w:ascii="Times New Roman" w:hAnsi="Times New Roman" w:cs="Times New Roman"/>
                <w:i/>
                <w:iCs/>
                <w:color w:val="000000" w:themeColor="text1"/>
                <w:sz w:val="22"/>
                <w:szCs w:val="22"/>
              </w:rPr>
              <w:t>3-</w:t>
            </w:r>
            <w:r w:rsidR="00C845F2">
              <w:rPr>
                <w:rFonts w:ascii="Times New Roman" w:hAnsi="Times New Roman" w:cs="Times New Roman"/>
                <w:i/>
                <w:iCs/>
                <w:color w:val="000000" w:themeColor="text1"/>
                <w:sz w:val="22"/>
                <w:szCs w:val="22"/>
              </w:rPr>
              <w:t>F</w:t>
            </w:r>
            <w:r>
              <w:rPr>
                <w:rFonts w:ascii="Times New Roman" w:hAnsi="Times New Roman" w:cs="Times New Roman"/>
                <w:i/>
                <w:iCs/>
                <w:color w:val="000000" w:themeColor="text1"/>
                <w:sz w:val="22"/>
                <w:szCs w:val="22"/>
              </w:rPr>
              <w:t>actor Solution of</w:t>
            </w:r>
            <w:r w:rsidRPr="002B725C">
              <w:rPr>
                <w:rFonts w:ascii="Times New Roman" w:hAnsi="Times New Roman" w:cs="Times New Roman"/>
                <w:i/>
                <w:iCs/>
                <w:color w:val="000000" w:themeColor="text1"/>
                <w:sz w:val="22"/>
                <w:szCs w:val="22"/>
              </w:rPr>
              <w:t xml:space="preserve"> </w:t>
            </w:r>
            <w:proofErr w:type="spellStart"/>
            <w:r w:rsidR="00B14F60">
              <w:rPr>
                <w:rFonts w:ascii="Times New Roman" w:hAnsi="Times New Roman" w:cs="Times New Roman"/>
                <w:i/>
                <w:iCs/>
                <w:color w:val="000000" w:themeColor="text1"/>
                <w:sz w:val="22"/>
                <w:szCs w:val="22"/>
              </w:rPr>
              <w:t>HiTOP</w:t>
            </w:r>
            <w:proofErr w:type="spellEnd"/>
            <w:r w:rsidR="00B14F60">
              <w:rPr>
                <w:rFonts w:ascii="Times New Roman" w:hAnsi="Times New Roman" w:cs="Times New Roman"/>
                <w:i/>
                <w:iCs/>
                <w:color w:val="000000" w:themeColor="text1"/>
                <w:sz w:val="22"/>
                <w:szCs w:val="22"/>
              </w:rPr>
              <w:t>-SR</w:t>
            </w:r>
            <w:r w:rsidRPr="002B725C">
              <w:rPr>
                <w:rFonts w:ascii="Times New Roman" w:hAnsi="Times New Roman" w:cs="Times New Roman"/>
                <w:i/>
                <w:iCs/>
                <w:color w:val="000000" w:themeColor="text1"/>
                <w:sz w:val="22"/>
                <w:szCs w:val="22"/>
              </w:rPr>
              <w:t xml:space="preserve"> Scales</w:t>
            </w:r>
          </w:p>
        </w:tc>
      </w:tr>
      <w:tr w:rsidR="008A4452" w:rsidRPr="0071512A" w14:paraId="502AE5C8" w14:textId="77777777" w:rsidTr="00C9779D">
        <w:trPr>
          <w:jc w:val="center"/>
        </w:trPr>
        <w:tc>
          <w:tcPr>
            <w:tcW w:w="2734" w:type="dxa"/>
            <w:tcBorders>
              <w:top w:val="single" w:sz="4" w:space="0" w:color="auto"/>
            </w:tcBorders>
          </w:tcPr>
          <w:p w14:paraId="3AD59A61" w14:textId="6D89C448" w:rsidR="008A4452" w:rsidRPr="0071512A" w:rsidRDefault="00B14F60" w:rsidP="001C61B8">
            <w:pP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8A4452" w:rsidRPr="000A26ED">
              <w:rPr>
                <w:rFonts w:ascii="Times New Roman" w:hAnsi="Times New Roman" w:cs="Times New Roman"/>
                <w:sz w:val="20"/>
                <w:szCs w:val="20"/>
              </w:rPr>
              <w:t xml:space="preserve"> Scale</w:t>
            </w:r>
          </w:p>
        </w:tc>
        <w:tc>
          <w:tcPr>
            <w:tcW w:w="5235" w:type="dxa"/>
            <w:gridSpan w:val="3"/>
            <w:tcBorders>
              <w:top w:val="single" w:sz="4" w:space="0" w:color="auto"/>
              <w:bottom w:val="single" w:sz="4" w:space="0" w:color="auto"/>
            </w:tcBorders>
          </w:tcPr>
          <w:p w14:paraId="2F905C1F" w14:textId="77777777" w:rsidR="008A4452" w:rsidRPr="00343DE7" w:rsidRDefault="008A4452" w:rsidP="001C61B8">
            <w:pPr>
              <w:jc w:val="center"/>
              <w:rPr>
                <w:rFonts w:ascii="Times New Roman" w:hAnsi="Times New Roman" w:cs="Times New Roman"/>
                <w:color w:val="000000"/>
                <w:sz w:val="20"/>
                <w:szCs w:val="20"/>
              </w:rPr>
            </w:pPr>
            <w:r>
              <w:rPr>
                <w:rFonts w:ascii="Times New Roman" w:hAnsi="Times New Roman" w:cs="Times New Roman"/>
                <w:sz w:val="20"/>
                <w:szCs w:val="20"/>
              </w:rPr>
              <w:t>Factor Loadings</w:t>
            </w:r>
          </w:p>
        </w:tc>
      </w:tr>
      <w:tr w:rsidR="008A4452" w:rsidRPr="0071512A" w14:paraId="6B0E25B8" w14:textId="77777777" w:rsidTr="00C9779D">
        <w:trPr>
          <w:trHeight w:val="458"/>
          <w:jc w:val="center"/>
        </w:trPr>
        <w:tc>
          <w:tcPr>
            <w:tcW w:w="2734" w:type="dxa"/>
          </w:tcPr>
          <w:p w14:paraId="18BDFF4D" w14:textId="77777777" w:rsidR="008A4452" w:rsidRPr="003E6C6A" w:rsidRDefault="008A4452" w:rsidP="001C61B8">
            <w:pPr>
              <w:rPr>
                <w:rFonts w:asciiTheme="majorBidi" w:hAnsiTheme="majorBidi" w:cstheme="majorBidi"/>
                <w:sz w:val="20"/>
                <w:szCs w:val="20"/>
              </w:rPr>
            </w:pPr>
          </w:p>
        </w:tc>
        <w:tc>
          <w:tcPr>
            <w:tcW w:w="1883" w:type="dxa"/>
            <w:tcBorders>
              <w:top w:val="single" w:sz="4" w:space="0" w:color="auto"/>
            </w:tcBorders>
          </w:tcPr>
          <w:p w14:paraId="4BF7F80D" w14:textId="77777777" w:rsidR="008A4452" w:rsidRPr="003E6C6A" w:rsidRDefault="008A4452" w:rsidP="00D26634">
            <w:pPr>
              <w:jc w:val="center"/>
              <w:rPr>
                <w:rFonts w:asciiTheme="majorBidi" w:hAnsiTheme="majorBidi" w:cstheme="majorBidi"/>
                <w:sz w:val="20"/>
                <w:szCs w:val="20"/>
              </w:rPr>
            </w:pPr>
            <w:r w:rsidRPr="003E6C6A">
              <w:rPr>
                <w:rFonts w:asciiTheme="majorBidi" w:hAnsiTheme="majorBidi" w:cstheme="majorBidi"/>
                <w:sz w:val="20"/>
                <w:szCs w:val="20"/>
              </w:rPr>
              <w:t>Distress/Detachment</w:t>
            </w:r>
          </w:p>
        </w:tc>
        <w:tc>
          <w:tcPr>
            <w:tcW w:w="1170" w:type="dxa"/>
            <w:tcBorders>
              <w:top w:val="single" w:sz="4" w:space="0" w:color="auto"/>
            </w:tcBorders>
          </w:tcPr>
          <w:p w14:paraId="02F3E4B7" w14:textId="77777777" w:rsidR="008A4452" w:rsidRPr="003E6C6A" w:rsidRDefault="008A4452" w:rsidP="00D26634">
            <w:pPr>
              <w:jc w:val="center"/>
              <w:rPr>
                <w:rFonts w:asciiTheme="majorBidi" w:hAnsiTheme="majorBidi" w:cstheme="majorBidi"/>
                <w:sz w:val="20"/>
                <w:szCs w:val="20"/>
              </w:rPr>
            </w:pPr>
            <w:r w:rsidRPr="003E6C6A">
              <w:rPr>
                <w:rFonts w:asciiTheme="majorBidi" w:hAnsiTheme="majorBidi" w:cstheme="majorBidi"/>
                <w:sz w:val="20"/>
                <w:szCs w:val="20"/>
              </w:rPr>
              <w:t>Fear</w:t>
            </w:r>
          </w:p>
        </w:tc>
        <w:tc>
          <w:tcPr>
            <w:tcW w:w="2182" w:type="dxa"/>
            <w:tcBorders>
              <w:top w:val="single" w:sz="4" w:space="0" w:color="auto"/>
            </w:tcBorders>
          </w:tcPr>
          <w:p w14:paraId="6199F9B9" w14:textId="77777777" w:rsidR="008A4452" w:rsidRPr="003E6C6A" w:rsidRDefault="008A4452" w:rsidP="00D26634">
            <w:pPr>
              <w:jc w:val="center"/>
              <w:rPr>
                <w:rFonts w:asciiTheme="majorBidi" w:hAnsiTheme="majorBidi" w:cstheme="majorBidi"/>
                <w:sz w:val="20"/>
                <w:szCs w:val="20"/>
              </w:rPr>
            </w:pPr>
            <w:r w:rsidRPr="003E6C6A">
              <w:rPr>
                <w:rFonts w:asciiTheme="majorBidi" w:hAnsiTheme="majorBidi" w:cstheme="majorBidi"/>
                <w:sz w:val="20"/>
                <w:szCs w:val="20"/>
              </w:rPr>
              <w:t>Externalizing/Rarity</w:t>
            </w:r>
          </w:p>
        </w:tc>
      </w:tr>
      <w:tr w:rsidR="008A4452" w:rsidRPr="0071512A" w14:paraId="3FC84DA0" w14:textId="77777777" w:rsidTr="00C9779D">
        <w:trPr>
          <w:jc w:val="center"/>
        </w:trPr>
        <w:tc>
          <w:tcPr>
            <w:tcW w:w="2734" w:type="dxa"/>
          </w:tcPr>
          <w:p w14:paraId="18C9E9D3" w14:textId="77777777" w:rsidR="008A4452" w:rsidRPr="003E6C6A" w:rsidRDefault="008A4452" w:rsidP="001E7104">
            <w:pPr>
              <w:rPr>
                <w:rFonts w:asciiTheme="majorBidi" w:hAnsiTheme="majorBidi" w:cstheme="majorBidi"/>
                <w:sz w:val="20"/>
                <w:szCs w:val="20"/>
              </w:rPr>
            </w:pPr>
            <w:r w:rsidRPr="003E6C6A">
              <w:rPr>
                <w:rFonts w:asciiTheme="majorBidi" w:hAnsiTheme="majorBidi" w:cstheme="majorBidi"/>
                <w:sz w:val="20"/>
                <w:szCs w:val="20"/>
              </w:rPr>
              <w:t>Well-being </w:t>
            </w:r>
          </w:p>
        </w:tc>
        <w:tc>
          <w:tcPr>
            <w:tcW w:w="1883" w:type="dxa"/>
          </w:tcPr>
          <w:p w14:paraId="151BFF60" w14:textId="77777777" w:rsidR="008A4452" w:rsidRPr="003E6C6A" w:rsidRDefault="008A4452" w:rsidP="001E7104">
            <w:pPr>
              <w:rPr>
                <w:rFonts w:asciiTheme="majorBidi" w:hAnsiTheme="majorBidi" w:cstheme="majorBidi"/>
                <w:b/>
                <w:bCs/>
                <w:sz w:val="20"/>
                <w:szCs w:val="20"/>
              </w:rPr>
            </w:pPr>
            <w:r w:rsidRPr="003E6C6A">
              <w:rPr>
                <w:rFonts w:asciiTheme="majorBidi" w:hAnsiTheme="majorBidi" w:cstheme="majorBidi"/>
                <w:b/>
                <w:bCs/>
                <w:sz w:val="20"/>
                <w:szCs w:val="20"/>
              </w:rPr>
              <w:t>-0.86</w:t>
            </w:r>
          </w:p>
        </w:tc>
        <w:tc>
          <w:tcPr>
            <w:tcW w:w="1170" w:type="dxa"/>
          </w:tcPr>
          <w:p w14:paraId="6E20B06F" w14:textId="77777777" w:rsidR="008A4452" w:rsidRPr="003E6C6A" w:rsidRDefault="008A4452" w:rsidP="001E7104">
            <w:pPr>
              <w:rPr>
                <w:rFonts w:asciiTheme="majorBidi" w:hAnsiTheme="majorBidi" w:cstheme="majorBidi"/>
                <w:sz w:val="20"/>
                <w:szCs w:val="20"/>
              </w:rPr>
            </w:pPr>
            <w:r w:rsidRPr="003E6C6A">
              <w:rPr>
                <w:rFonts w:asciiTheme="majorBidi" w:hAnsiTheme="majorBidi" w:cstheme="majorBidi"/>
                <w:sz w:val="20"/>
                <w:szCs w:val="20"/>
              </w:rPr>
              <w:t>0.14</w:t>
            </w:r>
          </w:p>
        </w:tc>
        <w:tc>
          <w:tcPr>
            <w:tcW w:w="2182" w:type="dxa"/>
          </w:tcPr>
          <w:p w14:paraId="771D72C1" w14:textId="18931899" w:rsidR="008A4452" w:rsidRPr="003E6C6A" w:rsidRDefault="008A4452" w:rsidP="001E7104">
            <w:pPr>
              <w:rPr>
                <w:rFonts w:asciiTheme="majorBidi" w:hAnsiTheme="majorBidi" w:cstheme="majorBidi"/>
                <w:b/>
                <w:bCs/>
                <w:sz w:val="20"/>
                <w:szCs w:val="20"/>
              </w:rPr>
            </w:pPr>
            <w:r w:rsidRPr="003E6C6A">
              <w:rPr>
                <w:rFonts w:asciiTheme="majorBidi" w:hAnsiTheme="majorBidi" w:cstheme="majorBidi"/>
                <w:sz w:val="20"/>
                <w:szCs w:val="20"/>
              </w:rPr>
              <w:t>0.0</w:t>
            </w:r>
            <w:r w:rsidR="00343C24" w:rsidRPr="003E6C6A">
              <w:rPr>
                <w:rFonts w:asciiTheme="majorBidi" w:hAnsiTheme="majorBidi" w:cstheme="majorBidi"/>
                <w:sz w:val="20"/>
                <w:szCs w:val="20"/>
              </w:rPr>
              <w:t>5</w:t>
            </w:r>
          </w:p>
        </w:tc>
      </w:tr>
      <w:tr w:rsidR="008A4452" w:rsidRPr="0071512A" w14:paraId="01025897" w14:textId="77777777" w:rsidTr="00C9779D">
        <w:trPr>
          <w:jc w:val="center"/>
        </w:trPr>
        <w:tc>
          <w:tcPr>
            <w:tcW w:w="2734" w:type="dxa"/>
          </w:tcPr>
          <w:p w14:paraId="0256C22E" w14:textId="77777777" w:rsidR="008A4452" w:rsidRPr="003E6C6A" w:rsidRDefault="008A4452" w:rsidP="001E7104">
            <w:pPr>
              <w:rPr>
                <w:rFonts w:asciiTheme="majorBidi" w:hAnsiTheme="majorBidi" w:cstheme="majorBidi"/>
                <w:sz w:val="20"/>
                <w:szCs w:val="20"/>
              </w:rPr>
            </w:pPr>
            <w:r w:rsidRPr="003E6C6A">
              <w:rPr>
                <w:rFonts w:asciiTheme="majorBidi" w:hAnsiTheme="majorBidi" w:cstheme="majorBidi"/>
                <w:sz w:val="20"/>
                <w:szCs w:val="20"/>
              </w:rPr>
              <w:t>Grandiosity </w:t>
            </w:r>
          </w:p>
        </w:tc>
        <w:tc>
          <w:tcPr>
            <w:tcW w:w="1883" w:type="dxa"/>
          </w:tcPr>
          <w:p w14:paraId="55640406" w14:textId="10B4DD48" w:rsidR="008A4452" w:rsidRPr="003E6C6A" w:rsidRDefault="008A4452" w:rsidP="001E7104">
            <w:pPr>
              <w:rPr>
                <w:rFonts w:asciiTheme="majorBidi" w:hAnsiTheme="majorBidi" w:cstheme="majorBidi"/>
                <w:b/>
                <w:bCs/>
                <w:sz w:val="20"/>
                <w:szCs w:val="20"/>
              </w:rPr>
            </w:pPr>
            <w:r w:rsidRPr="003E6C6A">
              <w:rPr>
                <w:rFonts w:asciiTheme="majorBidi" w:hAnsiTheme="majorBidi" w:cstheme="majorBidi"/>
                <w:b/>
                <w:bCs/>
                <w:sz w:val="20"/>
                <w:szCs w:val="20"/>
              </w:rPr>
              <w:t>-0.8</w:t>
            </w:r>
            <w:r w:rsidR="00343C24" w:rsidRPr="003E6C6A">
              <w:rPr>
                <w:rFonts w:asciiTheme="majorBidi" w:hAnsiTheme="majorBidi" w:cstheme="majorBidi"/>
                <w:b/>
                <w:bCs/>
                <w:sz w:val="20"/>
                <w:szCs w:val="20"/>
              </w:rPr>
              <w:t>2</w:t>
            </w:r>
          </w:p>
        </w:tc>
        <w:tc>
          <w:tcPr>
            <w:tcW w:w="1170" w:type="dxa"/>
          </w:tcPr>
          <w:p w14:paraId="78FB458D" w14:textId="536904A5" w:rsidR="008A4452" w:rsidRPr="003E6C6A" w:rsidRDefault="008A4452" w:rsidP="001E7104">
            <w:pPr>
              <w:rPr>
                <w:rFonts w:asciiTheme="majorBidi" w:hAnsiTheme="majorBidi" w:cstheme="majorBidi"/>
                <w:sz w:val="20"/>
                <w:szCs w:val="20"/>
              </w:rPr>
            </w:pPr>
            <w:r w:rsidRPr="003E6C6A">
              <w:rPr>
                <w:rFonts w:asciiTheme="majorBidi" w:hAnsiTheme="majorBidi" w:cstheme="majorBidi"/>
                <w:sz w:val="20"/>
                <w:szCs w:val="20"/>
              </w:rPr>
              <w:t>0.2</w:t>
            </w:r>
            <w:r w:rsidR="00343C24" w:rsidRPr="003E6C6A">
              <w:rPr>
                <w:rFonts w:asciiTheme="majorBidi" w:hAnsiTheme="majorBidi" w:cstheme="majorBidi"/>
                <w:sz w:val="20"/>
                <w:szCs w:val="20"/>
              </w:rPr>
              <w:t>4</w:t>
            </w:r>
          </w:p>
        </w:tc>
        <w:tc>
          <w:tcPr>
            <w:tcW w:w="2182" w:type="dxa"/>
          </w:tcPr>
          <w:p w14:paraId="5AA82E3A" w14:textId="002E4B7E" w:rsidR="008A4452" w:rsidRPr="003E6C6A" w:rsidRDefault="008A4452" w:rsidP="001E7104">
            <w:pPr>
              <w:rPr>
                <w:rFonts w:asciiTheme="majorBidi" w:hAnsiTheme="majorBidi" w:cstheme="majorBidi"/>
                <w:b/>
                <w:bCs/>
                <w:sz w:val="20"/>
                <w:szCs w:val="20"/>
              </w:rPr>
            </w:pPr>
            <w:r w:rsidRPr="003E6C6A">
              <w:rPr>
                <w:rFonts w:asciiTheme="majorBidi" w:hAnsiTheme="majorBidi" w:cstheme="majorBidi"/>
                <w:sz w:val="20"/>
                <w:szCs w:val="20"/>
              </w:rPr>
              <w:t>0.</w:t>
            </w:r>
            <w:r w:rsidR="00343C24" w:rsidRPr="003E6C6A">
              <w:rPr>
                <w:rFonts w:asciiTheme="majorBidi" w:hAnsiTheme="majorBidi" w:cstheme="majorBidi"/>
                <w:sz w:val="20"/>
                <w:szCs w:val="20"/>
              </w:rPr>
              <w:t>19</w:t>
            </w:r>
          </w:p>
        </w:tc>
      </w:tr>
      <w:tr w:rsidR="00343C24" w:rsidRPr="0071512A" w14:paraId="01CB086C" w14:textId="77777777" w:rsidTr="00C9779D">
        <w:trPr>
          <w:jc w:val="center"/>
        </w:trPr>
        <w:tc>
          <w:tcPr>
            <w:tcW w:w="2734" w:type="dxa"/>
          </w:tcPr>
          <w:p w14:paraId="520D5373" w14:textId="07517B68"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Anhedonia </w:t>
            </w:r>
          </w:p>
        </w:tc>
        <w:tc>
          <w:tcPr>
            <w:tcW w:w="1883" w:type="dxa"/>
            <w:tcBorders>
              <w:top w:val="nil"/>
              <w:left w:val="nil"/>
              <w:bottom w:val="nil"/>
              <w:right w:val="nil"/>
            </w:tcBorders>
          </w:tcPr>
          <w:p w14:paraId="64473E44" w14:textId="0951D824"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0.76</w:t>
            </w:r>
          </w:p>
        </w:tc>
        <w:tc>
          <w:tcPr>
            <w:tcW w:w="1170" w:type="dxa"/>
            <w:tcBorders>
              <w:top w:val="nil"/>
              <w:left w:val="nil"/>
              <w:bottom w:val="nil"/>
              <w:right w:val="nil"/>
            </w:tcBorders>
          </w:tcPr>
          <w:p w14:paraId="1C2C93B1" w14:textId="6BF390C1"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0.11</w:t>
            </w:r>
          </w:p>
        </w:tc>
        <w:tc>
          <w:tcPr>
            <w:tcW w:w="2182" w:type="dxa"/>
            <w:tcBorders>
              <w:top w:val="nil"/>
              <w:left w:val="nil"/>
              <w:bottom w:val="nil"/>
              <w:right w:val="nil"/>
            </w:tcBorders>
          </w:tcPr>
          <w:p w14:paraId="752AB0BC" w14:textId="326F890F"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0.09</w:t>
            </w:r>
          </w:p>
        </w:tc>
      </w:tr>
      <w:tr w:rsidR="00343C24" w:rsidRPr="0071512A" w14:paraId="08572063" w14:textId="77777777" w:rsidTr="00C9779D">
        <w:trPr>
          <w:jc w:val="center"/>
        </w:trPr>
        <w:tc>
          <w:tcPr>
            <w:tcW w:w="2734" w:type="dxa"/>
          </w:tcPr>
          <w:p w14:paraId="650ECEE7" w14:textId="51A2DD2B"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Depressed Mood</w:t>
            </w:r>
          </w:p>
        </w:tc>
        <w:tc>
          <w:tcPr>
            <w:tcW w:w="1883" w:type="dxa"/>
            <w:tcBorders>
              <w:top w:val="nil"/>
              <w:left w:val="nil"/>
              <w:bottom w:val="nil"/>
              <w:right w:val="nil"/>
            </w:tcBorders>
          </w:tcPr>
          <w:p w14:paraId="0424728E" w14:textId="048F79D1"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0.75</w:t>
            </w:r>
          </w:p>
        </w:tc>
        <w:tc>
          <w:tcPr>
            <w:tcW w:w="1170" w:type="dxa"/>
            <w:tcBorders>
              <w:top w:val="nil"/>
              <w:left w:val="nil"/>
              <w:bottom w:val="nil"/>
              <w:right w:val="nil"/>
            </w:tcBorders>
          </w:tcPr>
          <w:p w14:paraId="054B54A8" w14:textId="570FC266"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0.13</w:t>
            </w:r>
          </w:p>
        </w:tc>
        <w:tc>
          <w:tcPr>
            <w:tcW w:w="2182" w:type="dxa"/>
            <w:tcBorders>
              <w:top w:val="nil"/>
              <w:left w:val="nil"/>
              <w:bottom w:val="nil"/>
              <w:right w:val="nil"/>
            </w:tcBorders>
          </w:tcPr>
          <w:p w14:paraId="35FB64CF" w14:textId="5C6BD61B"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0.14</w:t>
            </w:r>
          </w:p>
        </w:tc>
      </w:tr>
      <w:tr w:rsidR="00343C24" w:rsidRPr="0071512A" w14:paraId="6EE6798E" w14:textId="77777777" w:rsidTr="00C9779D">
        <w:trPr>
          <w:jc w:val="center"/>
        </w:trPr>
        <w:tc>
          <w:tcPr>
            <w:tcW w:w="2734" w:type="dxa"/>
          </w:tcPr>
          <w:p w14:paraId="11821883" w14:textId="06990C90"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Shame/Guilt </w:t>
            </w:r>
          </w:p>
        </w:tc>
        <w:tc>
          <w:tcPr>
            <w:tcW w:w="1883" w:type="dxa"/>
            <w:tcBorders>
              <w:top w:val="nil"/>
              <w:left w:val="nil"/>
              <w:bottom w:val="nil"/>
              <w:right w:val="nil"/>
            </w:tcBorders>
          </w:tcPr>
          <w:p w14:paraId="46F302F3" w14:textId="4951E46B"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0.63</w:t>
            </w:r>
          </w:p>
        </w:tc>
        <w:tc>
          <w:tcPr>
            <w:tcW w:w="1170" w:type="dxa"/>
            <w:tcBorders>
              <w:top w:val="nil"/>
              <w:left w:val="nil"/>
              <w:bottom w:val="nil"/>
              <w:right w:val="nil"/>
            </w:tcBorders>
          </w:tcPr>
          <w:p w14:paraId="73C5084E" w14:textId="49F5A8B8"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0.22</w:t>
            </w:r>
          </w:p>
        </w:tc>
        <w:tc>
          <w:tcPr>
            <w:tcW w:w="2182" w:type="dxa"/>
            <w:tcBorders>
              <w:top w:val="nil"/>
              <w:left w:val="nil"/>
              <w:bottom w:val="nil"/>
              <w:right w:val="nil"/>
            </w:tcBorders>
          </w:tcPr>
          <w:p w14:paraId="68DC84FB" w14:textId="3E79BE40"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0.17</w:t>
            </w:r>
          </w:p>
        </w:tc>
      </w:tr>
      <w:tr w:rsidR="00343C24" w:rsidRPr="0071512A" w14:paraId="60D82569" w14:textId="77777777" w:rsidTr="00C9779D">
        <w:trPr>
          <w:jc w:val="center"/>
        </w:trPr>
        <w:tc>
          <w:tcPr>
            <w:tcW w:w="2734" w:type="dxa"/>
          </w:tcPr>
          <w:p w14:paraId="1AD23DC4" w14:textId="2B29E556"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Lassitude </w:t>
            </w:r>
          </w:p>
        </w:tc>
        <w:tc>
          <w:tcPr>
            <w:tcW w:w="1883" w:type="dxa"/>
            <w:tcBorders>
              <w:top w:val="nil"/>
              <w:left w:val="nil"/>
              <w:bottom w:val="nil"/>
              <w:right w:val="nil"/>
            </w:tcBorders>
          </w:tcPr>
          <w:p w14:paraId="0E984160" w14:textId="63059C70"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0.63</w:t>
            </w:r>
          </w:p>
        </w:tc>
        <w:tc>
          <w:tcPr>
            <w:tcW w:w="1170" w:type="dxa"/>
            <w:tcBorders>
              <w:top w:val="nil"/>
              <w:left w:val="nil"/>
              <w:bottom w:val="nil"/>
              <w:right w:val="nil"/>
            </w:tcBorders>
          </w:tcPr>
          <w:p w14:paraId="0210CA0F" w14:textId="74AEE37F"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0.29</w:t>
            </w:r>
          </w:p>
        </w:tc>
        <w:tc>
          <w:tcPr>
            <w:tcW w:w="2182" w:type="dxa"/>
            <w:tcBorders>
              <w:top w:val="nil"/>
              <w:left w:val="nil"/>
              <w:bottom w:val="nil"/>
              <w:right w:val="nil"/>
            </w:tcBorders>
          </w:tcPr>
          <w:p w14:paraId="59244E2E" w14:textId="4AB22DF2"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-0.01</w:t>
            </w:r>
          </w:p>
        </w:tc>
      </w:tr>
      <w:tr w:rsidR="00343C24" w:rsidRPr="0071512A" w14:paraId="0E179BC6" w14:textId="77777777" w:rsidTr="00C9779D">
        <w:trPr>
          <w:jc w:val="center"/>
        </w:trPr>
        <w:tc>
          <w:tcPr>
            <w:tcW w:w="2734" w:type="dxa"/>
          </w:tcPr>
          <w:p w14:paraId="5F2010CC" w14:textId="6E8ADA0C"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Social Aloofness</w:t>
            </w:r>
          </w:p>
        </w:tc>
        <w:tc>
          <w:tcPr>
            <w:tcW w:w="1883" w:type="dxa"/>
            <w:tcBorders>
              <w:top w:val="nil"/>
              <w:left w:val="nil"/>
              <w:bottom w:val="nil"/>
              <w:right w:val="nil"/>
            </w:tcBorders>
          </w:tcPr>
          <w:p w14:paraId="6C315246" w14:textId="27E264E6"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0.58</w:t>
            </w:r>
          </w:p>
        </w:tc>
        <w:tc>
          <w:tcPr>
            <w:tcW w:w="1170" w:type="dxa"/>
            <w:tcBorders>
              <w:top w:val="nil"/>
              <w:left w:val="nil"/>
              <w:bottom w:val="nil"/>
              <w:right w:val="nil"/>
            </w:tcBorders>
          </w:tcPr>
          <w:p w14:paraId="3B2E4469" w14:textId="08B8AF72"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0.23</w:t>
            </w:r>
          </w:p>
        </w:tc>
        <w:tc>
          <w:tcPr>
            <w:tcW w:w="2182" w:type="dxa"/>
            <w:tcBorders>
              <w:top w:val="nil"/>
              <w:left w:val="nil"/>
              <w:bottom w:val="nil"/>
              <w:right w:val="nil"/>
            </w:tcBorders>
          </w:tcPr>
          <w:p w14:paraId="79034915" w14:textId="25B6B68D"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-0.05</w:t>
            </w:r>
          </w:p>
        </w:tc>
      </w:tr>
      <w:tr w:rsidR="00343C24" w:rsidRPr="0071512A" w14:paraId="24350001" w14:textId="77777777" w:rsidTr="00C9779D">
        <w:trPr>
          <w:jc w:val="center"/>
        </w:trPr>
        <w:tc>
          <w:tcPr>
            <w:tcW w:w="2734" w:type="dxa"/>
          </w:tcPr>
          <w:p w14:paraId="3ABFB90C" w14:textId="285A226A"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Non-</w:t>
            </w:r>
            <w:r w:rsidR="004C4FD8">
              <w:rPr>
                <w:rFonts w:asciiTheme="majorBidi" w:hAnsiTheme="majorBidi" w:cstheme="majorBidi"/>
                <w:sz w:val="20"/>
                <w:szCs w:val="20"/>
              </w:rPr>
              <w:t>P</w:t>
            </w:r>
            <w:r w:rsidRPr="003E6C6A">
              <w:rPr>
                <w:rFonts w:asciiTheme="majorBidi" w:hAnsiTheme="majorBidi" w:cstheme="majorBidi"/>
                <w:sz w:val="20"/>
                <w:szCs w:val="20"/>
              </w:rPr>
              <w:t>ersistence</w:t>
            </w:r>
          </w:p>
        </w:tc>
        <w:tc>
          <w:tcPr>
            <w:tcW w:w="1883" w:type="dxa"/>
            <w:tcBorders>
              <w:top w:val="nil"/>
              <w:left w:val="nil"/>
              <w:bottom w:val="nil"/>
              <w:right w:val="nil"/>
            </w:tcBorders>
          </w:tcPr>
          <w:p w14:paraId="682ACB16" w14:textId="0FD5FD2A"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0.51</w:t>
            </w:r>
          </w:p>
        </w:tc>
        <w:tc>
          <w:tcPr>
            <w:tcW w:w="1170" w:type="dxa"/>
            <w:tcBorders>
              <w:top w:val="nil"/>
              <w:left w:val="nil"/>
              <w:bottom w:val="nil"/>
              <w:right w:val="nil"/>
            </w:tcBorders>
          </w:tcPr>
          <w:p w14:paraId="4CBE0101" w14:textId="4A1AE7E7"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0.19</w:t>
            </w:r>
          </w:p>
        </w:tc>
        <w:tc>
          <w:tcPr>
            <w:tcW w:w="2182" w:type="dxa"/>
            <w:tcBorders>
              <w:top w:val="nil"/>
              <w:left w:val="nil"/>
              <w:bottom w:val="nil"/>
              <w:right w:val="nil"/>
            </w:tcBorders>
          </w:tcPr>
          <w:p w14:paraId="3039606D" w14:textId="6A5DCDED"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0.24</w:t>
            </w:r>
          </w:p>
        </w:tc>
      </w:tr>
      <w:tr w:rsidR="00343C24" w:rsidRPr="0071512A" w14:paraId="05A7A8F8" w14:textId="77777777" w:rsidTr="00C9779D">
        <w:trPr>
          <w:jc w:val="center"/>
        </w:trPr>
        <w:tc>
          <w:tcPr>
            <w:tcW w:w="2734" w:type="dxa"/>
          </w:tcPr>
          <w:p w14:paraId="204DE801" w14:textId="7C57A616"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Irritability </w:t>
            </w:r>
          </w:p>
        </w:tc>
        <w:tc>
          <w:tcPr>
            <w:tcW w:w="1883" w:type="dxa"/>
            <w:tcBorders>
              <w:top w:val="nil"/>
              <w:left w:val="nil"/>
              <w:bottom w:val="nil"/>
              <w:right w:val="nil"/>
            </w:tcBorders>
          </w:tcPr>
          <w:p w14:paraId="67CA2655" w14:textId="6F25B943"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0.47</w:t>
            </w:r>
          </w:p>
        </w:tc>
        <w:tc>
          <w:tcPr>
            <w:tcW w:w="1170" w:type="dxa"/>
            <w:tcBorders>
              <w:top w:val="nil"/>
              <w:left w:val="nil"/>
              <w:bottom w:val="nil"/>
              <w:right w:val="nil"/>
            </w:tcBorders>
          </w:tcPr>
          <w:p w14:paraId="512D7F04" w14:textId="611980A6"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0.33</w:t>
            </w:r>
          </w:p>
        </w:tc>
        <w:tc>
          <w:tcPr>
            <w:tcW w:w="2182" w:type="dxa"/>
            <w:tcBorders>
              <w:top w:val="nil"/>
              <w:left w:val="nil"/>
              <w:bottom w:val="nil"/>
              <w:right w:val="nil"/>
            </w:tcBorders>
          </w:tcPr>
          <w:p w14:paraId="596EAB1F" w14:textId="26B0F806"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0.16</w:t>
            </w:r>
          </w:p>
        </w:tc>
      </w:tr>
      <w:tr w:rsidR="00343C24" w:rsidRPr="0071512A" w14:paraId="433F3061" w14:textId="77777777" w:rsidTr="00C9779D">
        <w:trPr>
          <w:jc w:val="center"/>
        </w:trPr>
        <w:tc>
          <w:tcPr>
            <w:tcW w:w="2734" w:type="dxa"/>
          </w:tcPr>
          <w:p w14:paraId="0C09EA5E" w14:textId="0A683032"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Anxious Worry</w:t>
            </w:r>
          </w:p>
        </w:tc>
        <w:tc>
          <w:tcPr>
            <w:tcW w:w="1883" w:type="dxa"/>
            <w:tcBorders>
              <w:top w:val="nil"/>
              <w:left w:val="nil"/>
              <w:bottom w:val="nil"/>
              <w:right w:val="nil"/>
            </w:tcBorders>
          </w:tcPr>
          <w:p w14:paraId="7370DB6E" w14:textId="007228CD"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0.46</w:t>
            </w:r>
          </w:p>
        </w:tc>
        <w:tc>
          <w:tcPr>
            <w:tcW w:w="1170" w:type="dxa"/>
            <w:tcBorders>
              <w:top w:val="nil"/>
              <w:left w:val="nil"/>
              <w:bottom w:val="nil"/>
              <w:right w:val="nil"/>
            </w:tcBorders>
          </w:tcPr>
          <w:p w14:paraId="4B9F0F82" w14:textId="0524BCB5"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0.44</w:t>
            </w:r>
          </w:p>
        </w:tc>
        <w:tc>
          <w:tcPr>
            <w:tcW w:w="2182" w:type="dxa"/>
            <w:tcBorders>
              <w:top w:val="nil"/>
              <w:left w:val="nil"/>
              <w:bottom w:val="nil"/>
              <w:right w:val="nil"/>
            </w:tcBorders>
          </w:tcPr>
          <w:p w14:paraId="3022D481" w14:textId="4BCB4B67"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0.04</w:t>
            </w:r>
          </w:p>
        </w:tc>
      </w:tr>
      <w:tr w:rsidR="00343C24" w:rsidRPr="0071512A" w14:paraId="6E0FFB8B" w14:textId="77777777" w:rsidTr="00C9779D">
        <w:trPr>
          <w:jc w:val="center"/>
        </w:trPr>
        <w:tc>
          <w:tcPr>
            <w:tcW w:w="2734" w:type="dxa"/>
          </w:tcPr>
          <w:p w14:paraId="6A2FD912" w14:textId="577D8812"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Cognitive Problems </w:t>
            </w:r>
          </w:p>
        </w:tc>
        <w:tc>
          <w:tcPr>
            <w:tcW w:w="1883" w:type="dxa"/>
            <w:tcBorders>
              <w:top w:val="nil"/>
              <w:left w:val="nil"/>
              <w:bottom w:val="nil"/>
              <w:right w:val="nil"/>
            </w:tcBorders>
          </w:tcPr>
          <w:p w14:paraId="48A76D97" w14:textId="673309BB"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0.45</w:t>
            </w:r>
          </w:p>
        </w:tc>
        <w:tc>
          <w:tcPr>
            <w:tcW w:w="1170" w:type="dxa"/>
            <w:tcBorders>
              <w:top w:val="nil"/>
              <w:left w:val="nil"/>
              <w:bottom w:val="nil"/>
              <w:right w:val="nil"/>
            </w:tcBorders>
          </w:tcPr>
          <w:p w14:paraId="5A2422D4" w14:textId="35191EAF"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0.30</w:t>
            </w:r>
          </w:p>
        </w:tc>
        <w:tc>
          <w:tcPr>
            <w:tcW w:w="2182" w:type="dxa"/>
            <w:tcBorders>
              <w:top w:val="nil"/>
              <w:left w:val="nil"/>
              <w:bottom w:val="nil"/>
              <w:right w:val="nil"/>
            </w:tcBorders>
          </w:tcPr>
          <w:p w14:paraId="37590B37" w14:textId="621EF344"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0.29</w:t>
            </w:r>
          </w:p>
        </w:tc>
      </w:tr>
      <w:tr w:rsidR="00343C24" w:rsidRPr="0071512A" w14:paraId="64A1753C" w14:textId="77777777" w:rsidTr="00C9779D">
        <w:trPr>
          <w:jc w:val="center"/>
        </w:trPr>
        <w:tc>
          <w:tcPr>
            <w:tcW w:w="2734" w:type="dxa"/>
          </w:tcPr>
          <w:p w14:paraId="7631F708" w14:textId="147B6AAF"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Social Anxiety </w:t>
            </w:r>
          </w:p>
        </w:tc>
        <w:tc>
          <w:tcPr>
            <w:tcW w:w="1883" w:type="dxa"/>
            <w:tcBorders>
              <w:top w:val="nil"/>
              <w:left w:val="nil"/>
              <w:bottom w:val="nil"/>
              <w:right w:val="nil"/>
            </w:tcBorders>
          </w:tcPr>
          <w:p w14:paraId="75DEF18D" w14:textId="77C8BB19"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0.44</w:t>
            </w:r>
          </w:p>
        </w:tc>
        <w:tc>
          <w:tcPr>
            <w:tcW w:w="1170" w:type="dxa"/>
            <w:tcBorders>
              <w:top w:val="nil"/>
              <w:left w:val="nil"/>
              <w:bottom w:val="nil"/>
              <w:right w:val="nil"/>
            </w:tcBorders>
          </w:tcPr>
          <w:p w14:paraId="04E5B3F9" w14:textId="10CC7ADC"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0.35</w:t>
            </w:r>
          </w:p>
        </w:tc>
        <w:tc>
          <w:tcPr>
            <w:tcW w:w="2182" w:type="dxa"/>
            <w:tcBorders>
              <w:top w:val="nil"/>
              <w:left w:val="nil"/>
              <w:bottom w:val="nil"/>
              <w:right w:val="nil"/>
            </w:tcBorders>
          </w:tcPr>
          <w:p w14:paraId="7B3613C5" w14:textId="6D82516F"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0.03</w:t>
            </w:r>
          </w:p>
        </w:tc>
      </w:tr>
      <w:tr w:rsidR="00343C24" w:rsidRPr="0071512A" w14:paraId="7AB7DBCF" w14:textId="77777777" w:rsidTr="00C9779D">
        <w:trPr>
          <w:jc w:val="center"/>
        </w:trPr>
        <w:tc>
          <w:tcPr>
            <w:tcW w:w="2734" w:type="dxa"/>
          </w:tcPr>
          <w:p w14:paraId="211B64A0" w14:textId="062D470C"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Low Sexual Interest</w:t>
            </w:r>
          </w:p>
        </w:tc>
        <w:tc>
          <w:tcPr>
            <w:tcW w:w="1883" w:type="dxa"/>
            <w:tcBorders>
              <w:top w:val="nil"/>
              <w:left w:val="nil"/>
              <w:bottom w:val="nil"/>
              <w:right w:val="nil"/>
            </w:tcBorders>
          </w:tcPr>
          <w:p w14:paraId="32F02232" w14:textId="2C2626D3"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0.43</w:t>
            </w:r>
          </w:p>
        </w:tc>
        <w:tc>
          <w:tcPr>
            <w:tcW w:w="1170" w:type="dxa"/>
            <w:tcBorders>
              <w:top w:val="nil"/>
              <w:left w:val="nil"/>
              <w:bottom w:val="nil"/>
              <w:right w:val="nil"/>
            </w:tcBorders>
          </w:tcPr>
          <w:p w14:paraId="415CAA5C" w14:textId="7777A92C"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0.20</w:t>
            </w:r>
          </w:p>
        </w:tc>
        <w:tc>
          <w:tcPr>
            <w:tcW w:w="2182" w:type="dxa"/>
            <w:tcBorders>
              <w:top w:val="nil"/>
              <w:left w:val="nil"/>
              <w:bottom w:val="nil"/>
              <w:right w:val="nil"/>
            </w:tcBorders>
          </w:tcPr>
          <w:p w14:paraId="1B006F3B" w14:textId="12DD2A3F"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-0.16</w:t>
            </w:r>
          </w:p>
        </w:tc>
      </w:tr>
      <w:tr w:rsidR="00343C24" w:rsidRPr="0071512A" w14:paraId="01037A19" w14:textId="77777777" w:rsidTr="00C9779D">
        <w:trPr>
          <w:jc w:val="center"/>
        </w:trPr>
        <w:tc>
          <w:tcPr>
            <w:tcW w:w="2734" w:type="dxa"/>
          </w:tcPr>
          <w:p w14:paraId="7A7888EF" w14:textId="562EA651"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Restricted Affectivity</w:t>
            </w:r>
          </w:p>
        </w:tc>
        <w:tc>
          <w:tcPr>
            <w:tcW w:w="1883" w:type="dxa"/>
            <w:tcBorders>
              <w:top w:val="nil"/>
              <w:left w:val="nil"/>
              <w:bottom w:val="nil"/>
              <w:right w:val="nil"/>
            </w:tcBorders>
          </w:tcPr>
          <w:p w14:paraId="7D2A38E0" w14:textId="41304BEC"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0.40</w:t>
            </w:r>
          </w:p>
        </w:tc>
        <w:tc>
          <w:tcPr>
            <w:tcW w:w="1170" w:type="dxa"/>
            <w:tcBorders>
              <w:top w:val="nil"/>
              <w:left w:val="nil"/>
              <w:bottom w:val="nil"/>
              <w:right w:val="nil"/>
            </w:tcBorders>
          </w:tcPr>
          <w:p w14:paraId="57D4D38C" w14:textId="293FAE4B"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0.04</w:t>
            </w:r>
          </w:p>
        </w:tc>
        <w:tc>
          <w:tcPr>
            <w:tcW w:w="2182" w:type="dxa"/>
            <w:tcBorders>
              <w:top w:val="nil"/>
              <w:left w:val="nil"/>
              <w:bottom w:val="nil"/>
              <w:right w:val="nil"/>
            </w:tcBorders>
          </w:tcPr>
          <w:p w14:paraId="1AC48A89" w14:textId="3ECFB53E"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0.31</w:t>
            </w:r>
          </w:p>
        </w:tc>
      </w:tr>
      <w:tr w:rsidR="00343C24" w:rsidRPr="0071512A" w14:paraId="5DEBDE78" w14:textId="77777777" w:rsidTr="00C9779D">
        <w:trPr>
          <w:jc w:val="center"/>
        </w:trPr>
        <w:tc>
          <w:tcPr>
            <w:tcW w:w="2734" w:type="dxa"/>
          </w:tcPr>
          <w:p w14:paraId="7D6FB9C4" w14:textId="2228B05D"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Submissiveness  </w:t>
            </w:r>
          </w:p>
        </w:tc>
        <w:tc>
          <w:tcPr>
            <w:tcW w:w="1883" w:type="dxa"/>
            <w:tcBorders>
              <w:top w:val="nil"/>
              <w:left w:val="nil"/>
              <w:bottom w:val="nil"/>
              <w:right w:val="nil"/>
            </w:tcBorders>
          </w:tcPr>
          <w:p w14:paraId="4236863F" w14:textId="6D51ABA2"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0.39</w:t>
            </w:r>
          </w:p>
        </w:tc>
        <w:tc>
          <w:tcPr>
            <w:tcW w:w="1170" w:type="dxa"/>
            <w:tcBorders>
              <w:top w:val="nil"/>
              <w:left w:val="nil"/>
              <w:bottom w:val="nil"/>
              <w:right w:val="nil"/>
            </w:tcBorders>
          </w:tcPr>
          <w:p w14:paraId="40C8EF6F" w14:textId="6F175F42"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0.20</w:t>
            </w:r>
          </w:p>
        </w:tc>
        <w:tc>
          <w:tcPr>
            <w:tcW w:w="2182" w:type="dxa"/>
            <w:tcBorders>
              <w:top w:val="nil"/>
              <w:left w:val="nil"/>
              <w:bottom w:val="nil"/>
              <w:right w:val="nil"/>
            </w:tcBorders>
          </w:tcPr>
          <w:p w14:paraId="77965947" w14:textId="318E5A58"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0.02</w:t>
            </w:r>
          </w:p>
        </w:tc>
      </w:tr>
      <w:tr w:rsidR="00343C24" w:rsidRPr="0071512A" w14:paraId="01370F92" w14:textId="77777777" w:rsidTr="00C9779D">
        <w:trPr>
          <w:jc w:val="center"/>
        </w:trPr>
        <w:tc>
          <w:tcPr>
            <w:tcW w:w="2734" w:type="dxa"/>
          </w:tcPr>
          <w:p w14:paraId="3CC28E2A" w14:textId="156D90C8"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Disorganization </w:t>
            </w:r>
          </w:p>
        </w:tc>
        <w:tc>
          <w:tcPr>
            <w:tcW w:w="1883" w:type="dxa"/>
            <w:tcBorders>
              <w:top w:val="nil"/>
              <w:left w:val="nil"/>
              <w:bottom w:val="nil"/>
              <w:right w:val="nil"/>
            </w:tcBorders>
          </w:tcPr>
          <w:p w14:paraId="0ED4C2AB" w14:textId="35E9742E"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0.38</w:t>
            </w:r>
          </w:p>
        </w:tc>
        <w:tc>
          <w:tcPr>
            <w:tcW w:w="1170" w:type="dxa"/>
            <w:tcBorders>
              <w:top w:val="nil"/>
              <w:left w:val="nil"/>
              <w:bottom w:val="nil"/>
              <w:right w:val="nil"/>
            </w:tcBorders>
          </w:tcPr>
          <w:p w14:paraId="133CD2B2" w14:textId="7695983B"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0.11</w:t>
            </w:r>
          </w:p>
        </w:tc>
        <w:tc>
          <w:tcPr>
            <w:tcW w:w="2182" w:type="dxa"/>
            <w:tcBorders>
              <w:top w:val="nil"/>
              <w:left w:val="nil"/>
              <w:bottom w:val="nil"/>
              <w:right w:val="nil"/>
            </w:tcBorders>
          </w:tcPr>
          <w:p w14:paraId="1F6BAF76" w14:textId="260F21ED"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0.34</w:t>
            </w:r>
          </w:p>
        </w:tc>
      </w:tr>
      <w:tr w:rsidR="00343C24" w:rsidRPr="0071512A" w14:paraId="571E79FF" w14:textId="77777777" w:rsidTr="00C9779D">
        <w:trPr>
          <w:jc w:val="center"/>
        </w:trPr>
        <w:tc>
          <w:tcPr>
            <w:tcW w:w="2734" w:type="dxa"/>
          </w:tcPr>
          <w:p w14:paraId="385D1561" w14:textId="1E5A681F"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Insomnia </w:t>
            </w:r>
          </w:p>
        </w:tc>
        <w:tc>
          <w:tcPr>
            <w:tcW w:w="1883" w:type="dxa"/>
            <w:tcBorders>
              <w:top w:val="nil"/>
              <w:left w:val="nil"/>
              <w:bottom w:val="nil"/>
              <w:right w:val="nil"/>
            </w:tcBorders>
          </w:tcPr>
          <w:p w14:paraId="6609ECB3" w14:textId="3714A86B"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0.37</w:t>
            </w:r>
          </w:p>
        </w:tc>
        <w:tc>
          <w:tcPr>
            <w:tcW w:w="1170" w:type="dxa"/>
            <w:tcBorders>
              <w:top w:val="nil"/>
              <w:left w:val="nil"/>
              <w:bottom w:val="nil"/>
              <w:right w:val="nil"/>
            </w:tcBorders>
          </w:tcPr>
          <w:p w14:paraId="25CA78C1" w14:textId="14067A30"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0.24</w:t>
            </w:r>
          </w:p>
        </w:tc>
        <w:tc>
          <w:tcPr>
            <w:tcW w:w="2182" w:type="dxa"/>
            <w:tcBorders>
              <w:top w:val="nil"/>
              <w:left w:val="nil"/>
              <w:bottom w:val="nil"/>
              <w:right w:val="nil"/>
            </w:tcBorders>
          </w:tcPr>
          <w:p w14:paraId="638742E7" w14:textId="70409473"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0.20</w:t>
            </w:r>
          </w:p>
        </w:tc>
      </w:tr>
      <w:tr w:rsidR="00343C24" w:rsidRPr="0071512A" w14:paraId="0FE27D51" w14:textId="77777777" w:rsidTr="00C9779D">
        <w:trPr>
          <w:jc w:val="center"/>
        </w:trPr>
        <w:tc>
          <w:tcPr>
            <w:tcW w:w="2734" w:type="dxa"/>
          </w:tcPr>
          <w:p w14:paraId="473B22EC" w14:textId="2F46E476"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Suicidality </w:t>
            </w:r>
          </w:p>
        </w:tc>
        <w:tc>
          <w:tcPr>
            <w:tcW w:w="1883" w:type="dxa"/>
            <w:tcBorders>
              <w:top w:val="nil"/>
              <w:left w:val="nil"/>
              <w:bottom w:val="nil"/>
              <w:right w:val="nil"/>
            </w:tcBorders>
          </w:tcPr>
          <w:p w14:paraId="42B7982B" w14:textId="29984398"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0.36</w:t>
            </w:r>
          </w:p>
        </w:tc>
        <w:tc>
          <w:tcPr>
            <w:tcW w:w="1170" w:type="dxa"/>
            <w:tcBorders>
              <w:top w:val="nil"/>
              <w:left w:val="nil"/>
              <w:bottom w:val="nil"/>
              <w:right w:val="nil"/>
            </w:tcBorders>
          </w:tcPr>
          <w:p w14:paraId="18557AB2" w14:textId="4C974F67"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0.12</w:t>
            </w:r>
          </w:p>
        </w:tc>
        <w:tc>
          <w:tcPr>
            <w:tcW w:w="2182" w:type="dxa"/>
            <w:tcBorders>
              <w:top w:val="nil"/>
              <w:left w:val="nil"/>
              <w:bottom w:val="nil"/>
              <w:right w:val="nil"/>
            </w:tcBorders>
          </w:tcPr>
          <w:p w14:paraId="2250C6AC" w14:textId="6F170FDF"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0.34</w:t>
            </w:r>
          </w:p>
        </w:tc>
      </w:tr>
      <w:tr w:rsidR="00343C24" w:rsidRPr="0071512A" w14:paraId="0F5B5816" w14:textId="77777777" w:rsidTr="00C9779D">
        <w:trPr>
          <w:jc w:val="center"/>
        </w:trPr>
        <w:tc>
          <w:tcPr>
            <w:tcW w:w="2734" w:type="dxa"/>
          </w:tcPr>
          <w:p w14:paraId="7EEE552D" w14:textId="0EF93718"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Low Sexual Arousal</w:t>
            </w:r>
          </w:p>
        </w:tc>
        <w:tc>
          <w:tcPr>
            <w:tcW w:w="1883" w:type="dxa"/>
            <w:tcBorders>
              <w:top w:val="nil"/>
              <w:left w:val="nil"/>
              <w:bottom w:val="nil"/>
              <w:right w:val="nil"/>
            </w:tcBorders>
          </w:tcPr>
          <w:p w14:paraId="1846ADDD" w14:textId="4DE242A9"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0.34</w:t>
            </w:r>
          </w:p>
        </w:tc>
        <w:tc>
          <w:tcPr>
            <w:tcW w:w="1170" w:type="dxa"/>
            <w:tcBorders>
              <w:top w:val="nil"/>
              <w:left w:val="nil"/>
              <w:bottom w:val="nil"/>
              <w:right w:val="nil"/>
            </w:tcBorders>
          </w:tcPr>
          <w:p w14:paraId="6A88BD31" w14:textId="1180A04B"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0.12</w:t>
            </w:r>
          </w:p>
        </w:tc>
        <w:tc>
          <w:tcPr>
            <w:tcW w:w="2182" w:type="dxa"/>
            <w:tcBorders>
              <w:top w:val="nil"/>
              <w:left w:val="nil"/>
              <w:bottom w:val="nil"/>
              <w:right w:val="nil"/>
            </w:tcBorders>
          </w:tcPr>
          <w:p w14:paraId="1ACEECB3" w14:textId="1395A685"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sz w:val="20"/>
                <w:szCs w:val="20"/>
              </w:rPr>
              <w:t>0.01</w:t>
            </w:r>
          </w:p>
        </w:tc>
      </w:tr>
      <w:tr w:rsidR="00343C24" w:rsidRPr="0071512A" w14:paraId="0168877E" w14:textId="77777777" w:rsidTr="00C9779D">
        <w:trPr>
          <w:jc w:val="center"/>
        </w:trPr>
        <w:tc>
          <w:tcPr>
            <w:tcW w:w="2734" w:type="dxa"/>
          </w:tcPr>
          <w:p w14:paraId="3E4EFB4A" w14:textId="21F9CD13"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Romantic Disinterest </w:t>
            </w:r>
          </w:p>
        </w:tc>
        <w:tc>
          <w:tcPr>
            <w:tcW w:w="1883" w:type="dxa"/>
            <w:tcBorders>
              <w:top w:val="nil"/>
              <w:left w:val="nil"/>
              <w:bottom w:val="nil"/>
              <w:right w:val="nil"/>
            </w:tcBorders>
          </w:tcPr>
          <w:p w14:paraId="770B21AB" w14:textId="07BEE4F8"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0.34</w:t>
            </w:r>
          </w:p>
        </w:tc>
        <w:tc>
          <w:tcPr>
            <w:tcW w:w="1170" w:type="dxa"/>
            <w:tcBorders>
              <w:top w:val="nil"/>
              <w:left w:val="nil"/>
              <w:bottom w:val="nil"/>
              <w:right w:val="nil"/>
            </w:tcBorders>
          </w:tcPr>
          <w:p w14:paraId="01178A85" w14:textId="01A7C6B3"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0.07</w:t>
            </w:r>
          </w:p>
        </w:tc>
        <w:tc>
          <w:tcPr>
            <w:tcW w:w="2182" w:type="dxa"/>
            <w:tcBorders>
              <w:top w:val="nil"/>
              <w:left w:val="nil"/>
              <w:bottom w:val="nil"/>
              <w:right w:val="nil"/>
            </w:tcBorders>
          </w:tcPr>
          <w:p w14:paraId="7F29CB48" w14:textId="3911D881"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0.05</w:t>
            </w:r>
          </w:p>
        </w:tc>
      </w:tr>
      <w:tr w:rsidR="00343C24" w:rsidRPr="0071512A" w14:paraId="4CAC35A9" w14:textId="77777777" w:rsidTr="00C9779D">
        <w:trPr>
          <w:jc w:val="center"/>
        </w:trPr>
        <w:tc>
          <w:tcPr>
            <w:tcW w:w="2734" w:type="dxa"/>
          </w:tcPr>
          <w:p w14:paraId="6073385E" w14:textId="3655F4C6"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Muscle Building </w:t>
            </w:r>
          </w:p>
        </w:tc>
        <w:tc>
          <w:tcPr>
            <w:tcW w:w="1883" w:type="dxa"/>
            <w:tcBorders>
              <w:top w:val="nil"/>
              <w:left w:val="nil"/>
              <w:bottom w:val="nil"/>
              <w:right w:val="nil"/>
            </w:tcBorders>
          </w:tcPr>
          <w:p w14:paraId="3F4645D1" w14:textId="397427D5"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-0.32</w:t>
            </w:r>
          </w:p>
        </w:tc>
        <w:tc>
          <w:tcPr>
            <w:tcW w:w="1170" w:type="dxa"/>
            <w:tcBorders>
              <w:top w:val="nil"/>
              <w:left w:val="nil"/>
              <w:bottom w:val="nil"/>
              <w:right w:val="nil"/>
            </w:tcBorders>
          </w:tcPr>
          <w:p w14:paraId="05F12A56" w14:textId="3828F491"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0.15</w:t>
            </w:r>
          </w:p>
        </w:tc>
        <w:tc>
          <w:tcPr>
            <w:tcW w:w="2182" w:type="dxa"/>
            <w:tcBorders>
              <w:top w:val="nil"/>
              <w:left w:val="nil"/>
              <w:bottom w:val="nil"/>
              <w:right w:val="nil"/>
            </w:tcBorders>
          </w:tcPr>
          <w:p w14:paraId="0FF1DCB1" w14:textId="163B1E84"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0.19</w:t>
            </w:r>
          </w:p>
        </w:tc>
      </w:tr>
      <w:tr w:rsidR="00343C24" w:rsidRPr="0071512A" w14:paraId="3288338F" w14:textId="77777777" w:rsidTr="00C9779D">
        <w:trPr>
          <w:jc w:val="center"/>
        </w:trPr>
        <w:tc>
          <w:tcPr>
            <w:tcW w:w="2734" w:type="dxa"/>
          </w:tcPr>
          <w:p w14:paraId="22228EDE" w14:textId="4BCA82FC"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Angry Hostility</w:t>
            </w:r>
          </w:p>
        </w:tc>
        <w:tc>
          <w:tcPr>
            <w:tcW w:w="1883" w:type="dxa"/>
            <w:tcBorders>
              <w:top w:val="nil"/>
              <w:left w:val="nil"/>
              <w:bottom w:val="nil"/>
              <w:right w:val="nil"/>
            </w:tcBorders>
          </w:tcPr>
          <w:p w14:paraId="22CFA6EE" w14:textId="5F84B068"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0.31</w:t>
            </w:r>
          </w:p>
        </w:tc>
        <w:tc>
          <w:tcPr>
            <w:tcW w:w="1170" w:type="dxa"/>
            <w:tcBorders>
              <w:top w:val="nil"/>
              <w:left w:val="nil"/>
              <w:bottom w:val="nil"/>
              <w:right w:val="nil"/>
            </w:tcBorders>
          </w:tcPr>
          <w:p w14:paraId="1343B3FF" w14:textId="72EB9E9A"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0.24</w:t>
            </w:r>
          </w:p>
        </w:tc>
        <w:tc>
          <w:tcPr>
            <w:tcW w:w="2182" w:type="dxa"/>
            <w:tcBorders>
              <w:top w:val="nil"/>
              <w:left w:val="nil"/>
              <w:bottom w:val="nil"/>
              <w:right w:val="nil"/>
            </w:tcBorders>
          </w:tcPr>
          <w:p w14:paraId="275CE9F5" w14:textId="61C82C94"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0.29</w:t>
            </w:r>
          </w:p>
        </w:tc>
      </w:tr>
      <w:tr w:rsidR="00343C24" w:rsidRPr="0071512A" w14:paraId="7DA2E542" w14:textId="77777777" w:rsidTr="00C9779D">
        <w:trPr>
          <w:jc w:val="center"/>
        </w:trPr>
        <w:tc>
          <w:tcPr>
            <w:tcW w:w="2734" w:type="dxa"/>
          </w:tcPr>
          <w:p w14:paraId="2E2EC516" w14:textId="674166AC"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Sexual Distress </w:t>
            </w:r>
          </w:p>
        </w:tc>
        <w:tc>
          <w:tcPr>
            <w:tcW w:w="1883" w:type="dxa"/>
          </w:tcPr>
          <w:p w14:paraId="534BADCD" w14:textId="3BB161DC" w:rsidR="00343C24" w:rsidRPr="003E6C6A" w:rsidRDefault="00343C24" w:rsidP="00343C24">
            <w:pPr>
              <w:rPr>
                <w:rFonts w:asciiTheme="majorBidi" w:hAnsiTheme="majorBidi" w:cstheme="majorBidi"/>
                <w:b/>
                <w:bCs/>
                <w:sz w:val="20"/>
                <w:szCs w:val="20"/>
              </w:rPr>
            </w:pPr>
            <w:r w:rsidRPr="003E6C6A">
              <w:rPr>
                <w:rFonts w:asciiTheme="majorBidi" w:hAnsiTheme="majorBidi" w:cstheme="majorBidi"/>
                <w:b/>
                <w:bCs/>
                <w:sz w:val="20"/>
                <w:szCs w:val="20"/>
              </w:rPr>
              <w:t>0.31</w:t>
            </w:r>
          </w:p>
        </w:tc>
        <w:tc>
          <w:tcPr>
            <w:tcW w:w="1170" w:type="dxa"/>
          </w:tcPr>
          <w:p w14:paraId="19577AA3" w14:textId="7683E55E"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0.15</w:t>
            </w:r>
          </w:p>
        </w:tc>
        <w:tc>
          <w:tcPr>
            <w:tcW w:w="2182" w:type="dxa"/>
          </w:tcPr>
          <w:p w14:paraId="4C088353" w14:textId="3F8D939F" w:rsidR="00343C24" w:rsidRPr="003E6C6A" w:rsidRDefault="00343C24" w:rsidP="00343C24">
            <w:pPr>
              <w:rPr>
                <w:rFonts w:asciiTheme="majorBidi" w:hAnsiTheme="majorBidi" w:cstheme="majorBidi"/>
                <w:sz w:val="20"/>
                <w:szCs w:val="20"/>
              </w:rPr>
            </w:pPr>
            <w:r w:rsidRPr="003E6C6A">
              <w:rPr>
                <w:rFonts w:asciiTheme="majorBidi" w:hAnsiTheme="majorBidi" w:cstheme="majorBidi"/>
                <w:sz w:val="20"/>
                <w:szCs w:val="20"/>
              </w:rPr>
              <w:t>0.06</w:t>
            </w:r>
          </w:p>
        </w:tc>
      </w:tr>
      <w:tr w:rsidR="001B5C32" w:rsidRPr="0071512A" w14:paraId="46AE1116" w14:textId="77777777" w:rsidTr="00C9779D">
        <w:trPr>
          <w:jc w:val="center"/>
        </w:trPr>
        <w:tc>
          <w:tcPr>
            <w:tcW w:w="2734" w:type="dxa"/>
          </w:tcPr>
          <w:p w14:paraId="050B516E" w14:textId="1EA82100"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Risk Aversion </w:t>
            </w:r>
          </w:p>
        </w:tc>
        <w:tc>
          <w:tcPr>
            <w:tcW w:w="1883" w:type="dxa"/>
            <w:tcBorders>
              <w:top w:val="nil"/>
              <w:left w:val="nil"/>
              <w:bottom w:val="nil"/>
              <w:right w:val="nil"/>
            </w:tcBorders>
          </w:tcPr>
          <w:p w14:paraId="1E3F9F23" w14:textId="31D098F2"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0.07</w:t>
            </w:r>
          </w:p>
        </w:tc>
        <w:tc>
          <w:tcPr>
            <w:tcW w:w="1170" w:type="dxa"/>
            <w:tcBorders>
              <w:top w:val="nil"/>
              <w:left w:val="nil"/>
              <w:bottom w:val="nil"/>
              <w:right w:val="nil"/>
            </w:tcBorders>
          </w:tcPr>
          <w:p w14:paraId="09C8C1B5" w14:textId="48DBFAFA"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0.69</w:t>
            </w:r>
          </w:p>
        </w:tc>
        <w:tc>
          <w:tcPr>
            <w:tcW w:w="2182" w:type="dxa"/>
            <w:tcBorders>
              <w:top w:val="nil"/>
              <w:left w:val="nil"/>
              <w:bottom w:val="nil"/>
              <w:right w:val="nil"/>
            </w:tcBorders>
          </w:tcPr>
          <w:p w14:paraId="75BBF4DF" w14:textId="18EC642B"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-0.41</w:t>
            </w:r>
          </w:p>
        </w:tc>
      </w:tr>
      <w:tr w:rsidR="001B5C32" w:rsidRPr="0071512A" w14:paraId="000AF796" w14:textId="77777777" w:rsidTr="00C9779D">
        <w:trPr>
          <w:jc w:val="center"/>
        </w:trPr>
        <w:tc>
          <w:tcPr>
            <w:tcW w:w="2734" w:type="dxa"/>
          </w:tcPr>
          <w:p w14:paraId="1ED25F6C" w14:textId="221D5076"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Hypervigilance </w:t>
            </w:r>
          </w:p>
        </w:tc>
        <w:tc>
          <w:tcPr>
            <w:tcW w:w="1883" w:type="dxa"/>
            <w:tcBorders>
              <w:top w:val="nil"/>
              <w:left w:val="nil"/>
              <w:bottom w:val="nil"/>
              <w:right w:val="nil"/>
            </w:tcBorders>
          </w:tcPr>
          <w:p w14:paraId="07A37154" w14:textId="7FA61B13"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0.19</w:t>
            </w:r>
          </w:p>
        </w:tc>
        <w:tc>
          <w:tcPr>
            <w:tcW w:w="1170" w:type="dxa"/>
            <w:tcBorders>
              <w:top w:val="nil"/>
              <w:left w:val="nil"/>
              <w:bottom w:val="nil"/>
              <w:right w:val="nil"/>
            </w:tcBorders>
          </w:tcPr>
          <w:p w14:paraId="243F54BF" w14:textId="47BC8413"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0.63</w:t>
            </w:r>
          </w:p>
        </w:tc>
        <w:tc>
          <w:tcPr>
            <w:tcW w:w="2182" w:type="dxa"/>
            <w:tcBorders>
              <w:top w:val="nil"/>
              <w:left w:val="nil"/>
              <w:bottom w:val="nil"/>
              <w:right w:val="nil"/>
            </w:tcBorders>
          </w:tcPr>
          <w:p w14:paraId="2CA2E3D4" w14:textId="43C0162A"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0.12</w:t>
            </w:r>
          </w:p>
        </w:tc>
      </w:tr>
      <w:tr w:rsidR="001B5C32" w:rsidRPr="0071512A" w14:paraId="2633B6A7" w14:textId="77777777" w:rsidTr="00C9779D">
        <w:trPr>
          <w:jc w:val="center"/>
        </w:trPr>
        <w:tc>
          <w:tcPr>
            <w:tcW w:w="2734" w:type="dxa"/>
          </w:tcPr>
          <w:p w14:paraId="3FC8F87A" w14:textId="16D453D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Somatic Preoccupation</w:t>
            </w:r>
          </w:p>
        </w:tc>
        <w:tc>
          <w:tcPr>
            <w:tcW w:w="1883" w:type="dxa"/>
            <w:tcBorders>
              <w:top w:val="nil"/>
              <w:left w:val="nil"/>
              <w:bottom w:val="nil"/>
              <w:right w:val="nil"/>
            </w:tcBorders>
          </w:tcPr>
          <w:p w14:paraId="1BF14900" w14:textId="36559373"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-0.03</w:t>
            </w:r>
          </w:p>
        </w:tc>
        <w:tc>
          <w:tcPr>
            <w:tcW w:w="1170" w:type="dxa"/>
            <w:tcBorders>
              <w:top w:val="nil"/>
              <w:left w:val="nil"/>
              <w:bottom w:val="nil"/>
              <w:right w:val="nil"/>
            </w:tcBorders>
          </w:tcPr>
          <w:p w14:paraId="128A3C9A" w14:textId="709CA2EC"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0.61</w:t>
            </w:r>
          </w:p>
        </w:tc>
        <w:tc>
          <w:tcPr>
            <w:tcW w:w="2182" w:type="dxa"/>
            <w:tcBorders>
              <w:top w:val="nil"/>
              <w:left w:val="nil"/>
              <w:bottom w:val="nil"/>
              <w:right w:val="nil"/>
            </w:tcBorders>
          </w:tcPr>
          <w:p w14:paraId="5C438AE1" w14:textId="11AAD777"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0.03</w:t>
            </w:r>
          </w:p>
        </w:tc>
      </w:tr>
      <w:tr w:rsidR="001B5C32" w:rsidRPr="0071512A" w14:paraId="6E129C2F" w14:textId="77777777" w:rsidTr="00C9779D">
        <w:trPr>
          <w:jc w:val="center"/>
        </w:trPr>
        <w:tc>
          <w:tcPr>
            <w:tcW w:w="2734" w:type="dxa"/>
          </w:tcPr>
          <w:p w14:paraId="28F2E123" w14:textId="4D19DCA1"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Health Anxiety</w:t>
            </w:r>
          </w:p>
        </w:tc>
        <w:tc>
          <w:tcPr>
            <w:tcW w:w="1883" w:type="dxa"/>
            <w:tcBorders>
              <w:top w:val="nil"/>
              <w:left w:val="nil"/>
              <w:bottom w:val="nil"/>
              <w:right w:val="nil"/>
            </w:tcBorders>
          </w:tcPr>
          <w:p w14:paraId="08B3C599" w14:textId="656FD262"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0.14</w:t>
            </w:r>
          </w:p>
        </w:tc>
        <w:tc>
          <w:tcPr>
            <w:tcW w:w="1170" w:type="dxa"/>
            <w:tcBorders>
              <w:top w:val="nil"/>
              <w:left w:val="nil"/>
              <w:bottom w:val="nil"/>
              <w:right w:val="nil"/>
            </w:tcBorders>
          </w:tcPr>
          <w:p w14:paraId="73B035CD" w14:textId="6CC8B685"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0.57</w:t>
            </w:r>
          </w:p>
        </w:tc>
        <w:tc>
          <w:tcPr>
            <w:tcW w:w="2182" w:type="dxa"/>
            <w:tcBorders>
              <w:top w:val="nil"/>
              <w:left w:val="nil"/>
              <w:bottom w:val="nil"/>
              <w:right w:val="nil"/>
            </w:tcBorders>
          </w:tcPr>
          <w:p w14:paraId="4A0CF4A8" w14:textId="39A84FC7"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0.04</w:t>
            </w:r>
          </w:p>
        </w:tc>
      </w:tr>
      <w:tr w:rsidR="001B5C32" w:rsidRPr="0071512A" w14:paraId="4E66AFCA" w14:textId="77777777" w:rsidTr="00C9779D">
        <w:trPr>
          <w:jc w:val="center"/>
        </w:trPr>
        <w:tc>
          <w:tcPr>
            <w:tcW w:w="2734" w:type="dxa"/>
          </w:tcPr>
          <w:p w14:paraId="5AFE9808" w14:textId="37E28742"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Situational Phobias</w:t>
            </w:r>
          </w:p>
        </w:tc>
        <w:tc>
          <w:tcPr>
            <w:tcW w:w="1883" w:type="dxa"/>
            <w:tcBorders>
              <w:top w:val="nil"/>
              <w:left w:val="nil"/>
              <w:bottom w:val="nil"/>
              <w:right w:val="nil"/>
            </w:tcBorders>
          </w:tcPr>
          <w:p w14:paraId="741B4664" w14:textId="4446530C"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-0.04</w:t>
            </w:r>
          </w:p>
        </w:tc>
        <w:tc>
          <w:tcPr>
            <w:tcW w:w="1170" w:type="dxa"/>
            <w:tcBorders>
              <w:top w:val="nil"/>
              <w:left w:val="nil"/>
              <w:bottom w:val="nil"/>
              <w:right w:val="nil"/>
            </w:tcBorders>
          </w:tcPr>
          <w:p w14:paraId="55686236" w14:textId="0D108BA8"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0.57</w:t>
            </w:r>
          </w:p>
        </w:tc>
        <w:tc>
          <w:tcPr>
            <w:tcW w:w="2182" w:type="dxa"/>
            <w:tcBorders>
              <w:top w:val="nil"/>
              <w:left w:val="nil"/>
              <w:bottom w:val="nil"/>
              <w:right w:val="nil"/>
            </w:tcBorders>
          </w:tcPr>
          <w:p w14:paraId="208CA36F" w14:textId="429128FD"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0.00</w:t>
            </w:r>
          </w:p>
        </w:tc>
      </w:tr>
      <w:tr w:rsidR="001B5C32" w:rsidRPr="0071512A" w14:paraId="1494E81A" w14:textId="77777777" w:rsidTr="00C9779D">
        <w:trPr>
          <w:jc w:val="center"/>
        </w:trPr>
        <w:tc>
          <w:tcPr>
            <w:tcW w:w="2734" w:type="dxa"/>
          </w:tcPr>
          <w:p w14:paraId="5472C9C0" w14:textId="2AFB007A" w:rsidR="001B5C32" w:rsidRPr="003E6C6A" w:rsidRDefault="001B5C32" w:rsidP="001B5C32">
            <w:pPr>
              <w:rPr>
                <w:rFonts w:asciiTheme="majorBidi" w:hAnsiTheme="majorBidi" w:cstheme="majorBidi"/>
                <w:sz w:val="20"/>
                <w:szCs w:val="20"/>
              </w:rPr>
            </w:pPr>
            <w:proofErr w:type="spellStart"/>
            <w:r w:rsidRPr="003E6C6A">
              <w:rPr>
                <w:rFonts w:asciiTheme="majorBidi" w:hAnsiTheme="majorBidi" w:cstheme="majorBidi"/>
                <w:sz w:val="20"/>
                <w:szCs w:val="20"/>
              </w:rPr>
              <w:t>Hyperdeliberation</w:t>
            </w:r>
            <w:proofErr w:type="spellEnd"/>
          </w:p>
        </w:tc>
        <w:tc>
          <w:tcPr>
            <w:tcW w:w="1883" w:type="dxa"/>
            <w:tcBorders>
              <w:top w:val="nil"/>
              <w:left w:val="nil"/>
              <w:bottom w:val="nil"/>
              <w:right w:val="nil"/>
            </w:tcBorders>
          </w:tcPr>
          <w:p w14:paraId="52B29DC5" w14:textId="4B0FE1CD"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-0.25</w:t>
            </w:r>
          </w:p>
        </w:tc>
        <w:tc>
          <w:tcPr>
            <w:tcW w:w="1170" w:type="dxa"/>
            <w:tcBorders>
              <w:top w:val="nil"/>
              <w:left w:val="nil"/>
              <w:bottom w:val="nil"/>
              <w:right w:val="nil"/>
            </w:tcBorders>
          </w:tcPr>
          <w:p w14:paraId="295B724C" w14:textId="7BB72481"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0.56</w:t>
            </w:r>
          </w:p>
        </w:tc>
        <w:tc>
          <w:tcPr>
            <w:tcW w:w="2182" w:type="dxa"/>
            <w:tcBorders>
              <w:top w:val="nil"/>
              <w:left w:val="nil"/>
              <w:bottom w:val="nil"/>
              <w:right w:val="nil"/>
            </w:tcBorders>
          </w:tcPr>
          <w:p w14:paraId="343C9E62" w14:textId="7522160F"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-0.23</w:t>
            </w:r>
          </w:p>
        </w:tc>
      </w:tr>
      <w:tr w:rsidR="001B5C32" w:rsidRPr="0071512A" w14:paraId="03BCFFDE" w14:textId="77777777" w:rsidTr="00C9779D">
        <w:trPr>
          <w:jc w:val="center"/>
        </w:trPr>
        <w:tc>
          <w:tcPr>
            <w:tcW w:w="2734" w:type="dxa"/>
          </w:tcPr>
          <w:p w14:paraId="2F98E066" w14:textId="2111611F"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Bodily Distress</w:t>
            </w:r>
          </w:p>
        </w:tc>
        <w:tc>
          <w:tcPr>
            <w:tcW w:w="1883" w:type="dxa"/>
            <w:tcBorders>
              <w:top w:val="nil"/>
              <w:left w:val="nil"/>
              <w:bottom w:val="nil"/>
              <w:right w:val="nil"/>
            </w:tcBorders>
          </w:tcPr>
          <w:p w14:paraId="16E57050" w14:textId="3F6F9CD0"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0.37</w:t>
            </w:r>
          </w:p>
        </w:tc>
        <w:tc>
          <w:tcPr>
            <w:tcW w:w="1170" w:type="dxa"/>
            <w:tcBorders>
              <w:top w:val="nil"/>
              <w:left w:val="nil"/>
              <w:bottom w:val="nil"/>
              <w:right w:val="nil"/>
            </w:tcBorders>
          </w:tcPr>
          <w:p w14:paraId="7B127CEF" w14:textId="1CF5DEF6"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0.54</w:t>
            </w:r>
          </w:p>
        </w:tc>
        <w:tc>
          <w:tcPr>
            <w:tcW w:w="2182" w:type="dxa"/>
            <w:tcBorders>
              <w:top w:val="nil"/>
              <w:left w:val="nil"/>
              <w:bottom w:val="nil"/>
              <w:right w:val="nil"/>
            </w:tcBorders>
          </w:tcPr>
          <w:p w14:paraId="0F4FCECB" w14:textId="3DE9D256"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0.10</w:t>
            </w:r>
          </w:p>
        </w:tc>
      </w:tr>
      <w:tr w:rsidR="001B5C32" w:rsidRPr="0071512A" w14:paraId="65D7F37D" w14:textId="77777777" w:rsidTr="00C9779D">
        <w:trPr>
          <w:jc w:val="center"/>
        </w:trPr>
        <w:tc>
          <w:tcPr>
            <w:tcW w:w="2734" w:type="dxa"/>
          </w:tcPr>
          <w:p w14:paraId="04B08B05" w14:textId="3206D473"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Checking </w:t>
            </w:r>
          </w:p>
        </w:tc>
        <w:tc>
          <w:tcPr>
            <w:tcW w:w="1883" w:type="dxa"/>
            <w:tcBorders>
              <w:top w:val="nil"/>
              <w:left w:val="nil"/>
              <w:bottom w:val="nil"/>
              <w:right w:val="nil"/>
            </w:tcBorders>
          </w:tcPr>
          <w:p w14:paraId="03D1E81B" w14:textId="2F79696A"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0.17</w:t>
            </w:r>
          </w:p>
        </w:tc>
        <w:tc>
          <w:tcPr>
            <w:tcW w:w="1170" w:type="dxa"/>
            <w:tcBorders>
              <w:top w:val="nil"/>
              <w:left w:val="nil"/>
              <w:bottom w:val="nil"/>
              <w:right w:val="nil"/>
            </w:tcBorders>
          </w:tcPr>
          <w:p w14:paraId="26C20A82" w14:textId="77B28BDB"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0.52</w:t>
            </w:r>
          </w:p>
        </w:tc>
        <w:tc>
          <w:tcPr>
            <w:tcW w:w="2182" w:type="dxa"/>
            <w:tcBorders>
              <w:top w:val="nil"/>
              <w:left w:val="nil"/>
              <w:bottom w:val="nil"/>
              <w:right w:val="nil"/>
            </w:tcBorders>
          </w:tcPr>
          <w:p w14:paraId="7D19E7A1" w14:textId="46CE8F97"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0.24</w:t>
            </w:r>
          </w:p>
        </w:tc>
      </w:tr>
      <w:tr w:rsidR="001B5C32" w:rsidRPr="0071512A" w14:paraId="593C5916" w14:textId="77777777" w:rsidTr="00C9779D">
        <w:trPr>
          <w:jc w:val="center"/>
        </w:trPr>
        <w:tc>
          <w:tcPr>
            <w:tcW w:w="2734" w:type="dxa"/>
          </w:tcPr>
          <w:p w14:paraId="28A4E0BF" w14:textId="66843CEF"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Animal-Insect Phobia</w:t>
            </w:r>
          </w:p>
        </w:tc>
        <w:tc>
          <w:tcPr>
            <w:tcW w:w="1883" w:type="dxa"/>
            <w:tcBorders>
              <w:top w:val="nil"/>
              <w:left w:val="nil"/>
              <w:bottom w:val="nil"/>
              <w:right w:val="nil"/>
            </w:tcBorders>
          </w:tcPr>
          <w:p w14:paraId="584ECD29" w14:textId="06C5165D"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-0.06</w:t>
            </w:r>
          </w:p>
        </w:tc>
        <w:tc>
          <w:tcPr>
            <w:tcW w:w="1170" w:type="dxa"/>
            <w:tcBorders>
              <w:top w:val="nil"/>
              <w:left w:val="nil"/>
              <w:bottom w:val="nil"/>
              <w:right w:val="nil"/>
            </w:tcBorders>
          </w:tcPr>
          <w:p w14:paraId="62218C90" w14:textId="21A233A8"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0.50</w:t>
            </w:r>
          </w:p>
        </w:tc>
        <w:tc>
          <w:tcPr>
            <w:tcW w:w="2182" w:type="dxa"/>
            <w:tcBorders>
              <w:top w:val="nil"/>
              <w:left w:val="nil"/>
              <w:bottom w:val="nil"/>
              <w:right w:val="nil"/>
            </w:tcBorders>
          </w:tcPr>
          <w:p w14:paraId="3C1A5504" w14:textId="4CD03023"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0.02</w:t>
            </w:r>
          </w:p>
        </w:tc>
      </w:tr>
      <w:tr w:rsidR="001B5C32" w:rsidRPr="0071512A" w14:paraId="25EE3658" w14:textId="77777777" w:rsidTr="00C9779D">
        <w:trPr>
          <w:jc w:val="center"/>
        </w:trPr>
        <w:tc>
          <w:tcPr>
            <w:tcW w:w="2734" w:type="dxa"/>
          </w:tcPr>
          <w:p w14:paraId="7B328AA3" w14:textId="1C8D2B9D"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Panic </w:t>
            </w:r>
          </w:p>
        </w:tc>
        <w:tc>
          <w:tcPr>
            <w:tcW w:w="1883" w:type="dxa"/>
            <w:tcBorders>
              <w:top w:val="nil"/>
              <w:left w:val="nil"/>
              <w:bottom w:val="nil"/>
              <w:right w:val="nil"/>
            </w:tcBorders>
          </w:tcPr>
          <w:p w14:paraId="5CFD93C3" w14:textId="76499D4D"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0.23</w:t>
            </w:r>
          </w:p>
        </w:tc>
        <w:tc>
          <w:tcPr>
            <w:tcW w:w="1170" w:type="dxa"/>
            <w:tcBorders>
              <w:top w:val="nil"/>
              <w:left w:val="nil"/>
              <w:bottom w:val="nil"/>
              <w:right w:val="nil"/>
            </w:tcBorders>
          </w:tcPr>
          <w:p w14:paraId="071A861F" w14:textId="73E6EED1"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0.49</w:t>
            </w:r>
          </w:p>
        </w:tc>
        <w:tc>
          <w:tcPr>
            <w:tcW w:w="2182" w:type="dxa"/>
            <w:tcBorders>
              <w:top w:val="nil"/>
              <w:left w:val="nil"/>
              <w:bottom w:val="nil"/>
              <w:right w:val="nil"/>
            </w:tcBorders>
          </w:tcPr>
          <w:p w14:paraId="1F98046B" w14:textId="1A50C5E3"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0.21</w:t>
            </w:r>
          </w:p>
        </w:tc>
      </w:tr>
      <w:tr w:rsidR="001B5C32" w:rsidRPr="0071512A" w14:paraId="7BD2FBE9" w14:textId="77777777" w:rsidTr="00C9779D">
        <w:trPr>
          <w:jc w:val="center"/>
        </w:trPr>
        <w:tc>
          <w:tcPr>
            <w:tcW w:w="2734" w:type="dxa"/>
          </w:tcPr>
          <w:p w14:paraId="3EA78DA9" w14:textId="142A1DD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Agoraphobia </w:t>
            </w:r>
          </w:p>
        </w:tc>
        <w:tc>
          <w:tcPr>
            <w:tcW w:w="1883" w:type="dxa"/>
            <w:tcBorders>
              <w:top w:val="nil"/>
              <w:left w:val="nil"/>
              <w:bottom w:val="nil"/>
              <w:right w:val="nil"/>
            </w:tcBorders>
          </w:tcPr>
          <w:p w14:paraId="3CF24F02" w14:textId="34736614"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0.17</w:t>
            </w:r>
          </w:p>
        </w:tc>
        <w:tc>
          <w:tcPr>
            <w:tcW w:w="1170" w:type="dxa"/>
            <w:tcBorders>
              <w:top w:val="nil"/>
              <w:left w:val="nil"/>
              <w:bottom w:val="nil"/>
              <w:right w:val="nil"/>
            </w:tcBorders>
          </w:tcPr>
          <w:p w14:paraId="36CDC590" w14:textId="45E8FD5C"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0.48</w:t>
            </w:r>
          </w:p>
        </w:tc>
        <w:tc>
          <w:tcPr>
            <w:tcW w:w="2182" w:type="dxa"/>
            <w:tcBorders>
              <w:top w:val="nil"/>
              <w:left w:val="nil"/>
              <w:bottom w:val="nil"/>
              <w:right w:val="nil"/>
            </w:tcBorders>
          </w:tcPr>
          <w:p w14:paraId="0F20E3E2" w14:textId="103DC892"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0.09</w:t>
            </w:r>
          </w:p>
        </w:tc>
      </w:tr>
      <w:tr w:rsidR="001B5C32" w:rsidRPr="0071512A" w14:paraId="1A69BB1D" w14:textId="77777777" w:rsidTr="00C9779D">
        <w:trPr>
          <w:jc w:val="center"/>
        </w:trPr>
        <w:tc>
          <w:tcPr>
            <w:tcW w:w="2734" w:type="dxa"/>
          </w:tcPr>
          <w:p w14:paraId="68171D4B" w14:textId="3EE595AB"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Disease Conviction </w:t>
            </w:r>
          </w:p>
        </w:tc>
        <w:tc>
          <w:tcPr>
            <w:tcW w:w="1883" w:type="dxa"/>
            <w:tcBorders>
              <w:top w:val="nil"/>
              <w:left w:val="nil"/>
              <w:bottom w:val="nil"/>
              <w:right w:val="nil"/>
            </w:tcBorders>
          </w:tcPr>
          <w:p w14:paraId="59CBA5A1" w14:textId="2C5136F5"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0.18</w:t>
            </w:r>
          </w:p>
        </w:tc>
        <w:tc>
          <w:tcPr>
            <w:tcW w:w="1170" w:type="dxa"/>
            <w:tcBorders>
              <w:top w:val="nil"/>
              <w:left w:val="nil"/>
              <w:bottom w:val="nil"/>
              <w:right w:val="nil"/>
            </w:tcBorders>
          </w:tcPr>
          <w:p w14:paraId="749DF417" w14:textId="5EA38F02"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0.45</w:t>
            </w:r>
          </w:p>
        </w:tc>
        <w:tc>
          <w:tcPr>
            <w:tcW w:w="2182" w:type="dxa"/>
            <w:tcBorders>
              <w:top w:val="nil"/>
              <w:left w:val="nil"/>
              <w:bottom w:val="nil"/>
              <w:right w:val="nil"/>
            </w:tcBorders>
          </w:tcPr>
          <w:p w14:paraId="6AAA180E" w14:textId="2229E5BF"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0.10</w:t>
            </w:r>
          </w:p>
        </w:tc>
      </w:tr>
      <w:tr w:rsidR="001B5C32" w:rsidRPr="0071512A" w14:paraId="5B13B234" w14:textId="77777777" w:rsidTr="00C9779D">
        <w:trPr>
          <w:jc w:val="center"/>
        </w:trPr>
        <w:tc>
          <w:tcPr>
            <w:tcW w:w="2734" w:type="dxa"/>
          </w:tcPr>
          <w:p w14:paraId="653BFBD5" w14:textId="5E9AF88B"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Food Selectivity</w:t>
            </w:r>
          </w:p>
        </w:tc>
        <w:tc>
          <w:tcPr>
            <w:tcW w:w="1883" w:type="dxa"/>
            <w:tcBorders>
              <w:top w:val="nil"/>
              <w:left w:val="nil"/>
              <w:bottom w:val="nil"/>
              <w:right w:val="nil"/>
            </w:tcBorders>
          </w:tcPr>
          <w:p w14:paraId="49391257" w14:textId="4EB04A12"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0.03</w:t>
            </w:r>
          </w:p>
        </w:tc>
        <w:tc>
          <w:tcPr>
            <w:tcW w:w="1170" w:type="dxa"/>
            <w:tcBorders>
              <w:top w:val="nil"/>
              <w:left w:val="nil"/>
              <w:bottom w:val="nil"/>
              <w:right w:val="nil"/>
            </w:tcBorders>
          </w:tcPr>
          <w:p w14:paraId="2D816607" w14:textId="663032E8"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0.44</w:t>
            </w:r>
          </w:p>
        </w:tc>
        <w:tc>
          <w:tcPr>
            <w:tcW w:w="2182" w:type="dxa"/>
            <w:tcBorders>
              <w:top w:val="nil"/>
              <w:left w:val="nil"/>
              <w:bottom w:val="nil"/>
              <w:right w:val="nil"/>
            </w:tcBorders>
          </w:tcPr>
          <w:p w14:paraId="5833ECE3" w14:textId="2BF4DA8A"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0.14</w:t>
            </w:r>
          </w:p>
        </w:tc>
      </w:tr>
      <w:tr w:rsidR="001B5C32" w:rsidRPr="0071512A" w14:paraId="7A44765E" w14:textId="77777777" w:rsidTr="00C9779D">
        <w:trPr>
          <w:jc w:val="center"/>
        </w:trPr>
        <w:tc>
          <w:tcPr>
            <w:tcW w:w="2734" w:type="dxa"/>
          </w:tcPr>
          <w:p w14:paraId="1DA86AC1" w14:textId="2EEEA2EA"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Counting </w:t>
            </w:r>
          </w:p>
        </w:tc>
        <w:tc>
          <w:tcPr>
            <w:tcW w:w="1883" w:type="dxa"/>
            <w:tcBorders>
              <w:top w:val="nil"/>
              <w:left w:val="nil"/>
              <w:bottom w:val="nil"/>
              <w:right w:val="nil"/>
            </w:tcBorders>
          </w:tcPr>
          <w:p w14:paraId="61143D3C" w14:textId="5ACA031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-0.08</w:t>
            </w:r>
          </w:p>
        </w:tc>
        <w:tc>
          <w:tcPr>
            <w:tcW w:w="1170" w:type="dxa"/>
            <w:tcBorders>
              <w:top w:val="nil"/>
              <w:left w:val="nil"/>
              <w:bottom w:val="nil"/>
              <w:right w:val="nil"/>
            </w:tcBorders>
          </w:tcPr>
          <w:p w14:paraId="607E1FCE" w14:textId="138BE087"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0.43</w:t>
            </w:r>
          </w:p>
        </w:tc>
        <w:tc>
          <w:tcPr>
            <w:tcW w:w="2182" w:type="dxa"/>
            <w:tcBorders>
              <w:top w:val="nil"/>
              <w:left w:val="nil"/>
              <w:bottom w:val="nil"/>
              <w:right w:val="nil"/>
            </w:tcBorders>
          </w:tcPr>
          <w:p w14:paraId="61970916" w14:textId="15B82056"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0.27</w:t>
            </w:r>
          </w:p>
        </w:tc>
      </w:tr>
      <w:tr w:rsidR="001B5C32" w:rsidRPr="0071512A" w14:paraId="0C7187CB" w14:textId="77777777" w:rsidTr="00C9779D">
        <w:trPr>
          <w:jc w:val="center"/>
        </w:trPr>
        <w:tc>
          <w:tcPr>
            <w:tcW w:w="2734" w:type="dxa"/>
          </w:tcPr>
          <w:p w14:paraId="2F7DEB23" w14:textId="7D374B47"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Perfectionism </w:t>
            </w:r>
          </w:p>
        </w:tc>
        <w:tc>
          <w:tcPr>
            <w:tcW w:w="1883" w:type="dxa"/>
            <w:tcBorders>
              <w:top w:val="nil"/>
              <w:left w:val="nil"/>
              <w:bottom w:val="nil"/>
              <w:right w:val="nil"/>
            </w:tcBorders>
          </w:tcPr>
          <w:p w14:paraId="0CB26247" w14:textId="20419BFB"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-0.04</w:t>
            </w:r>
          </w:p>
        </w:tc>
        <w:tc>
          <w:tcPr>
            <w:tcW w:w="1170" w:type="dxa"/>
            <w:tcBorders>
              <w:top w:val="nil"/>
              <w:left w:val="nil"/>
              <w:bottom w:val="nil"/>
              <w:right w:val="nil"/>
            </w:tcBorders>
          </w:tcPr>
          <w:p w14:paraId="3270F8FD" w14:textId="5C1C699E"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0.42</w:t>
            </w:r>
          </w:p>
        </w:tc>
        <w:tc>
          <w:tcPr>
            <w:tcW w:w="2182" w:type="dxa"/>
            <w:tcBorders>
              <w:top w:val="nil"/>
              <w:left w:val="nil"/>
              <w:bottom w:val="nil"/>
              <w:right w:val="nil"/>
            </w:tcBorders>
          </w:tcPr>
          <w:p w14:paraId="330CC86B" w14:textId="07D09F7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0.13</w:t>
            </w:r>
          </w:p>
        </w:tc>
      </w:tr>
      <w:tr w:rsidR="001B5C32" w:rsidRPr="0071512A" w14:paraId="3A76D625" w14:textId="77777777" w:rsidTr="00C9779D">
        <w:trPr>
          <w:jc w:val="center"/>
        </w:trPr>
        <w:tc>
          <w:tcPr>
            <w:tcW w:w="2734" w:type="dxa"/>
          </w:tcPr>
          <w:p w14:paraId="7A731ED4" w14:textId="0AA7BAB3"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Trauma Reactions</w:t>
            </w:r>
          </w:p>
        </w:tc>
        <w:tc>
          <w:tcPr>
            <w:tcW w:w="1883" w:type="dxa"/>
            <w:tcBorders>
              <w:top w:val="nil"/>
              <w:left w:val="nil"/>
              <w:bottom w:val="nil"/>
              <w:right w:val="nil"/>
            </w:tcBorders>
          </w:tcPr>
          <w:p w14:paraId="2D72B20A" w14:textId="5097BD95"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0.23</w:t>
            </w:r>
          </w:p>
        </w:tc>
        <w:tc>
          <w:tcPr>
            <w:tcW w:w="1170" w:type="dxa"/>
            <w:tcBorders>
              <w:top w:val="nil"/>
              <w:left w:val="nil"/>
              <w:bottom w:val="nil"/>
              <w:right w:val="nil"/>
            </w:tcBorders>
          </w:tcPr>
          <w:p w14:paraId="2424E940" w14:textId="03C35232"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0.41</w:t>
            </w:r>
          </w:p>
        </w:tc>
        <w:tc>
          <w:tcPr>
            <w:tcW w:w="2182" w:type="dxa"/>
            <w:tcBorders>
              <w:top w:val="nil"/>
              <w:left w:val="nil"/>
              <w:bottom w:val="nil"/>
              <w:right w:val="nil"/>
            </w:tcBorders>
          </w:tcPr>
          <w:p w14:paraId="3714F7E5" w14:textId="47530C7E"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0.30</w:t>
            </w:r>
          </w:p>
        </w:tc>
      </w:tr>
      <w:tr w:rsidR="001B5C32" w:rsidRPr="0071512A" w14:paraId="2966AC02" w14:textId="77777777" w:rsidTr="00C9779D">
        <w:trPr>
          <w:jc w:val="center"/>
        </w:trPr>
        <w:tc>
          <w:tcPr>
            <w:tcW w:w="2734" w:type="dxa"/>
          </w:tcPr>
          <w:p w14:paraId="7C022DFE" w14:textId="507C665A"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Body Focus </w:t>
            </w:r>
          </w:p>
        </w:tc>
        <w:tc>
          <w:tcPr>
            <w:tcW w:w="1883" w:type="dxa"/>
            <w:tcBorders>
              <w:top w:val="nil"/>
              <w:left w:val="nil"/>
              <w:bottom w:val="nil"/>
              <w:right w:val="nil"/>
            </w:tcBorders>
          </w:tcPr>
          <w:p w14:paraId="7AAB6055" w14:textId="6CDD11F8"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-0.26</w:t>
            </w:r>
          </w:p>
        </w:tc>
        <w:tc>
          <w:tcPr>
            <w:tcW w:w="1170" w:type="dxa"/>
            <w:tcBorders>
              <w:top w:val="nil"/>
              <w:left w:val="nil"/>
              <w:bottom w:val="nil"/>
              <w:right w:val="nil"/>
            </w:tcBorders>
          </w:tcPr>
          <w:p w14:paraId="1B9B8ED9" w14:textId="47A50A4B"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0.39</w:t>
            </w:r>
          </w:p>
        </w:tc>
        <w:tc>
          <w:tcPr>
            <w:tcW w:w="2182" w:type="dxa"/>
            <w:tcBorders>
              <w:top w:val="nil"/>
              <w:left w:val="nil"/>
              <w:bottom w:val="nil"/>
              <w:right w:val="nil"/>
            </w:tcBorders>
          </w:tcPr>
          <w:p w14:paraId="39C3D8F3" w14:textId="16E63F02"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0.28</w:t>
            </w:r>
          </w:p>
        </w:tc>
      </w:tr>
      <w:tr w:rsidR="001B5C32" w:rsidRPr="0071512A" w14:paraId="501FF3E5" w14:textId="77777777" w:rsidTr="00C9779D">
        <w:trPr>
          <w:jc w:val="center"/>
        </w:trPr>
        <w:tc>
          <w:tcPr>
            <w:tcW w:w="2734" w:type="dxa"/>
          </w:tcPr>
          <w:p w14:paraId="62E19860" w14:textId="7EDE140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Cynicism</w:t>
            </w:r>
          </w:p>
        </w:tc>
        <w:tc>
          <w:tcPr>
            <w:tcW w:w="1883" w:type="dxa"/>
            <w:tcBorders>
              <w:top w:val="nil"/>
              <w:left w:val="nil"/>
              <w:bottom w:val="nil"/>
              <w:right w:val="nil"/>
            </w:tcBorders>
          </w:tcPr>
          <w:p w14:paraId="039F77F1" w14:textId="58E3A7D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0.24</w:t>
            </w:r>
          </w:p>
        </w:tc>
        <w:tc>
          <w:tcPr>
            <w:tcW w:w="1170" w:type="dxa"/>
            <w:tcBorders>
              <w:top w:val="nil"/>
              <w:left w:val="nil"/>
              <w:bottom w:val="nil"/>
              <w:right w:val="nil"/>
            </w:tcBorders>
          </w:tcPr>
          <w:p w14:paraId="17C8FC98" w14:textId="30873027"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0.38</w:t>
            </w:r>
          </w:p>
        </w:tc>
        <w:tc>
          <w:tcPr>
            <w:tcW w:w="2182" w:type="dxa"/>
            <w:tcBorders>
              <w:top w:val="nil"/>
              <w:left w:val="nil"/>
              <w:bottom w:val="nil"/>
              <w:right w:val="nil"/>
            </w:tcBorders>
          </w:tcPr>
          <w:p w14:paraId="148F14DC" w14:textId="6D93D285"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0.26</w:t>
            </w:r>
          </w:p>
        </w:tc>
      </w:tr>
      <w:tr w:rsidR="001B5C32" w:rsidRPr="0071512A" w14:paraId="024D96B7" w14:textId="77777777" w:rsidTr="00C9779D">
        <w:trPr>
          <w:jc w:val="center"/>
        </w:trPr>
        <w:tc>
          <w:tcPr>
            <w:tcW w:w="2734" w:type="dxa"/>
          </w:tcPr>
          <w:p w14:paraId="74DC65F7" w14:textId="205DDCE5"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Body Dissatisfaction</w:t>
            </w:r>
          </w:p>
        </w:tc>
        <w:tc>
          <w:tcPr>
            <w:tcW w:w="1883" w:type="dxa"/>
            <w:tcBorders>
              <w:top w:val="nil"/>
              <w:left w:val="nil"/>
              <w:bottom w:val="nil"/>
              <w:right w:val="nil"/>
            </w:tcBorders>
          </w:tcPr>
          <w:p w14:paraId="4640A366" w14:textId="4B58575E"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0.31</w:t>
            </w:r>
          </w:p>
        </w:tc>
        <w:tc>
          <w:tcPr>
            <w:tcW w:w="1170" w:type="dxa"/>
            <w:tcBorders>
              <w:top w:val="nil"/>
              <w:left w:val="nil"/>
              <w:bottom w:val="nil"/>
              <w:right w:val="nil"/>
            </w:tcBorders>
          </w:tcPr>
          <w:p w14:paraId="38C964D6" w14:textId="3E62EE31"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0.35</w:t>
            </w:r>
          </w:p>
        </w:tc>
        <w:tc>
          <w:tcPr>
            <w:tcW w:w="2182" w:type="dxa"/>
            <w:tcBorders>
              <w:top w:val="nil"/>
              <w:left w:val="nil"/>
              <w:bottom w:val="nil"/>
              <w:right w:val="nil"/>
            </w:tcBorders>
          </w:tcPr>
          <w:p w14:paraId="212E24FC" w14:textId="0951E2AD"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-0.03</w:t>
            </w:r>
          </w:p>
        </w:tc>
      </w:tr>
      <w:tr w:rsidR="001B5C32" w:rsidRPr="0071512A" w14:paraId="5216B344" w14:textId="77777777" w:rsidTr="00C9779D">
        <w:trPr>
          <w:jc w:val="center"/>
        </w:trPr>
        <w:tc>
          <w:tcPr>
            <w:tcW w:w="2734" w:type="dxa"/>
          </w:tcPr>
          <w:p w14:paraId="759BA2AC" w14:textId="5163459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Suspiciousness</w:t>
            </w:r>
          </w:p>
        </w:tc>
        <w:tc>
          <w:tcPr>
            <w:tcW w:w="1883" w:type="dxa"/>
            <w:tcBorders>
              <w:top w:val="nil"/>
              <w:left w:val="nil"/>
              <w:bottom w:val="nil"/>
              <w:right w:val="nil"/>
            </w:tcBorders>
          </w:tcPr>
          <w:p w14:paraId="6EBCA987" w14:textId="155C66F8"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0.21</w:t>
            </w:r>
          </w:p>
        </w:tc>
        <w:tc>
          <w:tcPr>
            <w:tcW w:w="1170" w:type="dxa"/>
            <w:tcBorders>
              <w:top w:val="nil"/>
              <w:left w:val="nil"/>
              <w:bottom w:val="nil"/>
              <w:right w:val="nil"/>
            </w:tcBorders>
          </w:tcPr>
          <w:p w14:paraId="56C0995A" w14:textId="79415935"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0.35</w:t>
            </w:r>
          </w:p>
        </w:tc>
        <w:tc>
          <w:tcPr>
            <w:tcW w:w="2182" w:type="dxa"/>
            <w:tcBorders>
              <w:top w:val="nil"/>
              <w:left w:val="nil"/>
              <w:bottom w:val="nil"/>
              <w:right w:val="nil"/>
            </w:tcBorders>
          </w:tcPr>
          <w:p w14:paraId="35C7EE88" w14:textId="68C5B9C4"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0.34</w:t>
            </w:r>
          </w:p>
        </w:tc>
      </w:tr>
      <w:tr w:rsidR="001B5C32" w:rsidRPr="0071512A" w14:paraId="21235ECE" w14:textId="77777777" w:rsidTr="00C9779D">
        <w:trPr>
          <w:jc w:val="center"/>
        </w:trPr>
        <w:tc>
          <w:tcPr>
            <w:tcW w:w="2734" w:type="dxa"/>
          </w:tcPr>
          <w:p w14:paraId="4BE82C11" w14:textId="75CFD324"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lastRenderedPageBreak/>
              <w:t>Nightmares </w:t>
            </w:r>
          </w:p>
        </w:tc>
        <w:tc>
          <w:tcPr>
            <w:tcW w:w="1883" w:type="dxa"/>
            <w:tcBorders>
              <w:top w:val="nil"/>
              <w:left w:val="nil"/>
              <w:bottom w:val="nil"/>
              <w:right w:val="nil"/>
            </w:tcBorders>
          </w:tcPr>
          <w:p w14:paraId="24EF6563" w14:textId="027A847D"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0.14</w:t>
            </w:r>
          </w:p>
        </w:tc>
        <w:tc>
          <w:tcPr>
            <w:tcW w:w="1170" w:type="dxa"/>
            <w:tcBorders>
              <w:top w:val="nil"/>
              <w:left w:val="nil"/>
              <w:bottom w:val="nil"/>
              <w:right w:val="nil"/>
            </w:tcBorders>
          </w:tcPr>
          <w:p w14:paraId="0F115F4F" w14:textId="03A73838"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0.35</w:t>
            </w:r>
          </w:p>
        </w:tc>
        <w:tc>
          <w:tcPr>
            <w:tcW w:w="2182" w:type="dxa"/>
            <w:tcBorders>
              <w:top w:val="nil"/>
              <w:left w:val="nil"/>
              <w:bottom w:val="nil"/>
              <w:right w:val="nil"/>
            </w:tcBorders>
          </w:tcPr>
          <w:p w14:paraId="28821319" w14:textId="2C3EEFD8"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0.26</w:t>
            </w:r>
          </w:p>
        </w:tc>
      </w:tr>
      <w:tr w:rsidR="001B5C32" w:rsidRPr="0071512A" w14:paraId="7B032DD7" w14:textId="77777777" w:rsidTr="00C9779D">
        <w:trPr>
          <w:jc w:val="center"/>
        </w:trPr>
        <w:tc>
          <w:tcPr>
            <w:tcW w:w="2734" w:type="dxa"/>
          </w:tcPr>
          <w:p w14:paraId="64F8CB91" w14:textId="058A50FF"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Blood-Injection Phobia</w:t>
            </w:r>
          </w:p>
        </w:tc>
        <w:tc>
          <w:tcPr>
            <w:tcW w:w="1883" w:type="dxa"/>
            <w:tcBorders>
              <w:top w:val="nil"/>
              <w:left w:val="nil"/>
              <w:bottom w:val="nil"/>
              <w:right w:val="nil"/>
            </w:tcBorders>
          </w:tcPr>
          <w:p w14:paraId="37A66580" w14:textId="33CFBD19"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-0.03</w:t>
            </w:r>
          </w:p>
        </w:tc>
        <w:tc>
          <w:tcPr>
            <w:tcW w:w="1170" w:type="dxa"/>
            <w:tcBorders>
              <w:top w:val="nil"/>
              <w:left w:val="nil"/>
              <w:bottom w:val="nil"/>
              <w:right w:val="nil"/>
            </w:tcBorders>
          </w:tcPr>
          <w:p w14:paraId="0590A197" w14:textId="769F8A13"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0.35</w:t>
            </w:r>
          </w:p>
        </w:tc>
        <w:tc>
          <w:tcPr>
            <w:tcW w:w="2182" w:type="dxa"/>
            <w:tcBorders>
              <w:top w:val="nil"/>
              <w:left w:val="nil"/>
              <w:bottom w:val="nil"/>
              <w:right w:val="nil"/>
            </w:tcBorders>
          </w:tcPr>
          <w:p w14:paraId="1893D947" w14:textId="2C7E88F0"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0.01</w:t>
            </w:r>
          </w:p>
        </w:tc>
      </w:tr>
      <w:tr w:rsidR="001B5C32" w:rsidRPr="0071512A" w14:paraId="23646A20" w14:textId="77777777" w:rsidTr="00C9779D">
        <w:trPr>
          <w:jc w:val="center"/>
        </w:trPr>
        <w:tc>
          <w:tcPr>
            <w:tcW w:w="2734" w:type="dxa"/>
          </w:tcPr>
          <w:p w14:paraId="44028206" w14:textId="6594CB58"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Rigidity </w:t>
            </w:r>
          </w:p>
        </w:tc>
        <w:tc>
          <w:tcPr>
            <w:tcW w:w="1883" w:type="dxa"/>
            <w:tcBorders>
              <w:top w:val="nil"/>
              <w:left w:val="nil"/>
              <w:bottom w:val="nil"/>
              <w:right w:val="nil"/>
            </w:tcBorders>
          </w:tcPr>
          <w:p w14:paraId="2F42EFD4" w14:textId="2FED32BC"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0.22</w:t>
            </w:r>
          </w:p>
        </w:tc>
        <w:tc>
          <w:tcPr>
            <w:tcW w:w="1170" w:type="dxa"/>
            <w:tcBorders>
              <w:top w:val="nil"/>
              <w:left w:val="nil"/>
              <w:bottom w:val="nil"/>
              <w:right w:val="nil"/>
            </w:tcBorders>
          </w:tcPr>
          <w:p w14:paraId="35F77514" w14:textId="1CB02424"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0.33</w:t>
            </w:r>
          </w:p>
        </w:tc>
        <w:tc>
          <w:tcPr>
            <w:tcW w:w="2182" w:type="dxa"/>
            <w:tcBorders>
              <w:top w:val="nil"/>
              <w:left w:val="nil"/>
              <w:bottom w:val="nil"/>
              <w:right w:val="nil"/>
            </w:tcBorders>
          </w:tcPr>
          <w:p w14:paraId="71534AAB" w14:textId="0DBD6E68"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0.25</w:t>
            </w:r>
          </w:p>
        </w:tc>
      </w:tr>
      <w:tr w:rsidR="001B5C32" w:rsidRPr="0071512A" w14:paraId="3F812511" w14:textId="77777777" w:rsidTr="00C9779D">
        <w:trPr>
          <w:jc w:val="center"/>
        </w:trPr>
        <w:tc>
          <w:tcPr>
            <w:tcW w:w="2734" w:type="dxa"/>
          </w:tcPr>
          <w:p w14:paraId="5E480598" w14:textId="6638A15E"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Hoarding  </w:t>
            </w:r>
          </w:p>
        </w:tc>
        <w:tc>
          <w:tcPr>
            <w:tcW w:w="1883" w:type="dxa"/>
            <w:tcBorders>
              <w:top w:val="nil"/>
              <w:left w:val="nil"/>
              <w:bottom w:val="nil"/>
              <w:right w:val="nil"/>
            </w:tcBorders>
          </w:tcPr>
          <w:p w14:paraId="0C0B8C5C" w14:textId="5ED6A51E"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0.21</w:t>
            </w:r>
          </w:p>
        </w:tc>
        <w:tc>
          <w:tcPr>
            <w:tcW w:w="1170" w:type="dxa"/>
            <w:tcBorders>
              <w:top w:val="nil"/>
              <w:left w:val="nil"/>
              <w:bottom w:val="nil"/>
              <w:right w:val="nil"/>
            </w:tcBorders>
          </w:tcPr>
          <w:p w14:paraId="32146DBB" w14:textId="11485683"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0.33</w:t>
            </w:r>
          </w:p>
        </w:tc>
        <w:tc>
          <w:tcPr>
            <w:tcW w:w="2182" w:type="dxa"/>
            <w:tcBorders>
              <w:top w:val="nil"/>
              <w:left w:val="nil"/>
              <w:bottom w:val="nil"/>
              <w:right w:val="nil"/>
            </w:tcBorders>
          </w:tcPr>
          <w:p w14:paraId="54C25D46" w14:textId="646853D9"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sz w:val="20"/>
                <w:szCs w:val="20"/>
              </w:rPr>
              <w:t>0.25</w:t>
            </w:r>
          </w:p>
        </w:tc>
      </w:tr>
      <w:tr w:rsidR="001B5C32" w:rsidRPr="0071512A" w14:paraId="09103AE6" w14:textId="77777777" w:rsidTr="00C9779D">
        <w:trPr>
          <w:jc w:val="center"/>
        </w:trPr>
        <w:tc>
          <w:tcPr>
            <w:tcW w:w="2734" w:type="dxa"/>
          </w:tcPr>
          <w:p w14:paraId="5877C076" w14:textId="24950E67"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Dietary Restraint</w:t>
            </w:r>
          </w:p>
        </w:tc>
        <w:tc>
          <w:tcPr>
            <w:tcW w:w="1883" w:type="dxa"/>
            <w:tcBorders>
              <w:top w:val="nil"/>
              <w:left w:val="nil"/>
              <w:bottom w:val="nil"/>
              <w:right w:val="nil"/>
            </w:tcBorders>
          </w:tcPr>
          <w:p w14:paraId="051F4D0E" w14:textId="015B0B6A"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-0.20</w:t>
            </w:r>
          </w:p>
        </w:tc>
        <w:tc>
          <w:tcPr>
            <w:tcW w:w="1170" w:type="dxa"/>
            <w:tcBorders>
              <w:top w:val="nil"/>
              <w:left w:val="nil"/>
              <w:bottom w:val="nil"/>
              <w:right w:val="nil"/>
            </w:tcBorders>
          </w:tcPr>
          <w:p w14:paraId="1CDBD1ED" w14:textId="30EB4699"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0.32</w:t>
            </w:r>
          </w:p>
        </w:tc>
        <w:tc>
          <w:tcPr>
            <w:tcW w:w="2182" w:type="dxa"/>
            <w:tcBorders>
              <w:top w:val="nil"/>
              <w:left w:val="nil"/>
              <w:bottom w:val="nil"/>
              <w:right w:val="nil"/>
            </w:tcBorders>
          </w:tcPr>
          <w:p w14:paraId="381141A5" w14:textId="1B045DDF"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0.01</w:t>
            </w:r>
          </w:p>
        </w:tc>
      </w:tr>
      <w:tr w:rsidR="001B5C32" w:rsidRPr="0071512A" w14:paraId="43094688" w14:textId="77777777" w:rsidTr="00C9779D">
        <w:trPr>
          <w:jc w:val="center"/>
        </w:trPr>
        <w:tc>
          <w:tcPr>
            <w:tcW w:w="2734" w:type="dxa"/>
          </w:tcPr>
          <w:p w14:paraId="4EB048DE" w14:textId="2A6EFA4B"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Domineering</w:t>
            </w:r>
          </w:p>
        </w:tc>
        <w:tc>
          <w:tcPr>
            <w:tcW w:w="1883" w:type="dxa"/>
          </w:tcPr>
          <w:p w14:paraId="5BE85925" w14:textId="1F3F26D8"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-0.30</w:t>
            </w:r>
          </w:p>
        </w:tc>
        <w:tc>
          <w:tcPr>
            <w:tcW w:w="1170" w:type="dxa"/>
          </w:tcPr>
          <w:p w14:paraId="7BB0BAE0" w14:textId="3195C097" w:rsidR="001B5C32" w:rsidRPr="003E6C6A" w:rsidRDefault="001B5C32" w:rsidP="001B5C32">
            <w:pPr>
              <w:rPr>
                <w:rFonts w:asciiTheme="majorBidi" w:hAnsiTheme="majorBidi" w:cstheme="majorBidi"/>
                <w:b/>
                <w:bCs/>
                <w:sz w:val="20"/>
                <w:szCs w:val="20"/>
              </w:rPr>
            </w:pPr>
            <w:r w:rsidRPr="003E6C6A">
              <w:rPr>
                <w:rFonts w:asciiTheme="majorBidi" w:hAnsiTheme="majorBidi" w:cstheme="majorBidi"/>
                <w:b/>
                <w:bCs/>
                <w:sz w:val="20"/>
                <w:szCs w:val="20"/>
              </w:rPr>
              <w:t>0.30</w:t>
            </w:r>
          </w:p>
        </w:tc>
        <w:tc>
          <w:tcPr>
            <w:tcW w:w="2182" w:type="dxa"/>
          </w:tcPr>
          <w:p w14:paraId="45FE2CCB" w14:textId="7575531F" w:rsidR="001B5C32" w:rsidRPr="003E6C6A" w:rsidRDefault="001B5C32" w:rsidP="001B5C32">
            <w:pPr>
              <w:rPr>
                <w:rFonts w:asciiTheme="majorBidi" w:hAnsiTheme="majorBidi" w:cstheme="majorBidi"/>
                <w:sz w:val="20"/>
                <w:szCs w:val="20"/>
              </w:rPr>
            </w:pPr>
            <w:r w:rsidRPr="003E6C6A">
              <w:rPr>
                <w:rFonts w:asciiTheme="majorBidi" w:hAnsiTheme="majorBidi" w:cstheme="majorBidi"/>
                <w:sz w:val="20"/>
                <w:szCs w:val="20"/>
              </w:rPr>
              <w:t>0.29</w:t>
            </w:r>
          </w:p>
        </w:tc>
      </w:tr>
      <w:tr w:rsidR="002266DF" w:rsidRPr="0071512A" w14:paraId="0D6914B3" w14:textId="77777777" w:rsidTr="00C9779D">
        <w:trPr>
          <w:jc w:val="center"/>
        </w:trPr>
        <w:tc>
          <w:tcPr>
            <w:tcW w:w="2734" w:type="dxa"/>
          </w:tcPr>
          <w:p w14:paraId="55E3A0A1" w14:textId="546BE373"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Risk Taking</w:t>
            </w:r>
          </w:p>
        </w:tc>
        <w:tc>
          <w:tcPr>
            <w:tcW w:w="1883" w:type="dxa"/>
            <w:tcBorders>
              <w:top w:val="nil"/>
              <w:left w:val="nil"/>
              <w:bottom w:val="nil"/>
              <w:right w:val="nil"/>
            </w:tcBorders>
          </w:tcPr>
          <w:p w14:paraId="1896166F" w14:textId="7E1675BE"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-0.12</w:t>
            </w:r>
          </w:p>
        </w:tc>
        <w:tc>
          <w:tcPr>
            <w:tcW w:w="1170" w:type="dxa"/>
            <w:tcBorders>
              <w:top w:val="nil"/>
              <w:left w:val="nil"/>
              <w:bottom w:val="nil"/>
              <w:right w:val="nil"/>
            </w:tcBorders>
          </w:tcPr>
          <w:p w14:paraId="50E760E9" w14:textId="7F5BDD9C"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-0.25</w:t>
            </w:r>
          </w:p>
        </w:tc>
        <w:tc>
          <w:tcPr>
            <w:tcW w:w="2182" w:type="dxa"/>
            <w:tcBorders>
              <w:top w:val="nil"/>
              <w:left w:val="nil"/>
              <w:bottom w:val="nil"/>
              <w:right w:val="nil"/>
            </w:tcBorders>
          </w:tcPr>
          <w:p w14:paraId="577DBA83" w14:textId="0EE98AD7"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0.74</w:t>
            </w:r>
          </w:p>
        </w:tc>
      </w:tr>
      <w:tr w:rsidR="002266DF" w:rsidRPr="0071512A" w14:paraId="6AFD85C3" w14:textId="77777777" w:rsidTr="00C9779D">
        <w:trPr>
          <w:jc w:val="center"/>
        </w:trPr>
        <w:tc>
          <w:tcPr>
            <w:tcW w:w="2734" w:type="dxa"/>
          </w:tcPr>
          <w:p w14:paraId="134BDA17" w14:textId="3773E6F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Manipulativeness </w:t>
            </w:r>
          </w:p>
        </w:tc>
        <w:tc>
          <w:tcPr>
            <w:tcW w:w="1883" w:type="dxa"/>
            <w:tcBorders>
              <w:top w:val="nil"/>
              <w:left w:val="nil"/>
              <w:bottom w:val="nil"/>
              <w:right w:val="nil"/>
            </w:tcBorders>
          </w:tcPr>
          <w:p w14:paraId="5FFA6DA2" w14:textId="3AEC5D6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-0.02</w:t>
            </w:r>
          </w:p>
        </w:tc>
        <w:tc>
          <w:tcPr>
            <w:tcW w:w="1170" w:type="dxa"/>
            <w:tcBorders>
              <w:top w:val="nil"/>
              <w:left w:val="nil"/>
              <w:bottom w:val="nil"/>
              <w:right w:val="nil"/>
            </w:tcBorders>
          </w:tcPr>
          <w:p w14:paraId="254CD26B" w14:textId="7CF367F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-0.04</w:t>
            </w:r>
          </w:p>
        </w:tc>
        <w:tc>
          <w:tcPr>
            <w:tcW w:w="2182" w:type="dxa"/>
            <w:tcBorders>
              <w:top w:val="nil"/>
              <w:left w:val="nil"/>
              <w:bottom w:val="nil"/>
              <w:right w:val="nil"/>
            </w:tcBorders>
          </w:tcPr>
          <w:p w14:paraId="0F31224C" w14:textId="2178CED3"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0.64</w:t>
            </w:r>
          </w:p>
        </w:tc>
      </w:tr>
      <w:tr w:rsidR="002266DF" w:rsidRPr="0071512A" w14:paraId="0A3DF08E" w14:textId="77777777" w:rsidTr="00C9779D">
        <w:trPr>
          <w:jc w:val="center"/>
        </w:trPr>
        <w:tc>
          <w:tcPr>
            <w:tcW w:w="2734" w:type="dxa"/>
          </w:tcPr>
          <w:p w14:paraId="1B0186F9" w14:textId="1CDD980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Oppositionality </w:t>
            </w:r>
          </w:p>
        </w:tc>
        <w:tc>
          <w:tcPr>
            <w:tcW w:w="1883" w:type="dxa"/>
            <w:tcBorders>
              <w:top w:val="nil"/>
              <w:left w:val="nil"/>
              <w:bottom w:val="nil"/>
              <w:right w:val="nil"/>
            </w:tcBorders>
          </w:tcPr>
          <w:p w14:paraId="24A3BEF9" w14:textId="3BAE447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0.11</w:t>
            </w:r>
          </w:p>
        </w:tc>
        <w:tc>
          <w:tcPr>
            <w:tcW w:w="1170" w:type="dxa"/>
            <w:tcBorders>
              <w:top w:val="nil"/>
              <w:left w:val="nil"/>
              <w:bottom w:val="nil"/>
              <w:right w:val="nil"/>
            </w:tcBorders>
          </w:tcPr>
          <w:p w14:paraId="38E218FE" w14:textId="513CB9A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-0.04</w:t>
            </w:r>
          </w:p>
        </w:tc>
        <w:tc>
          <w:tcPr>
            <w:tcW w:w="2182" w:type="dxa"/>
            <w:tcBorders>
              <w:top w:val="nil"/>
              <w:left w:val="nil"/>
              <w:bottom w:val="nil"/>
              <w:right w:val="nil"/>
            </w:tcBorders>
          </w:tcPr>
          <w:p w14:paraId="54E5AD80" w14:textId="68578834"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0.63</w:t>
            </w:r>
          </w:p>
        </w:tc>
      </w:tr>
      <w:tr w:rsidR="002266DF" w:rsidRPr="0071512A" w14:paraId="735A848D" w14:textId="77777777" w:rsidTr="00C9779D">
        <w:trPr>
          <w:jc w:val="center"/>
        </w:trPr>
        <w:tc>
          <w:tcPr>
            <w:tcW w:w="2734" w:type="dxa"/>
          </w:tcPr>
          <w:p w14:paraId="05421E07" w14:textId="4DEFC16C"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Non-</w:t>
            </w:r>
            <w:proofErr w:type="spellStart"/>
            <w:r w:rsidR="004C4FD8">
              <w:rPr>
                <w:rFonts w:asciiTheme="majorBidi" w:hAnsiTheme="majorBidi" w:cstheme="majorBidi"/>
                <w:sz w:val="20"/>
                <w:szCs w:val="20"/>
              </w:rPr>
              <w:t>P</w:t>
            </w:r>
            <w:r w:rsidRPr="003E6C6A">
              <w:rPr>
                <w:rFonts w:asciiTheme="majorBidi" w:hAnsiTheme="majorBidi" w:cstheme="majorBidi"/>
                <w:sz w:val="20"/>
                <w:szCs w:val="20"/>
              </w:rPr>
              <w:t>lanfulness</w:t>
            </w:r>
            <w:proofErr w:type="spellEnd"/>
          </w:p>
        </w:tc>
        <w:tc>
          <w:tcPr>
            <w:tcW w:w="1883" w:type="dxa"/>
            <w:tcBorders>
              <w:top w:val="nil"/>
              <w:left w:val="nil"/>
              <w:bottom w:val="nil"/>
              <w:right w:val="nil"/>
            </w:tcBorders>
          </w:tcPr>
          <w:p w14:paraId="5486ACFC" w14:textId="0BC252D1"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sz w:val="20"/>
                <w:szCs w:val="20"/>
              </w:rPr>
              <w:t>0.21</w:t>
            </w:r>
          </w:p>
        </w:tc>
        <w:tc>
          <w:tcPr>
            <w:tcW w:w="1170" w:type="dxa"/>
            <w:tcBorders>
              <w:top w:val="nil"/>
              <w:left w:val="nil"/>
              <w:bottom w:val="nil"/>
              <w:right w:val="nil"/>
            </w:tcBorders>
          </w:tcPr>
          <w:p w14:paraId="4DA73376" w14:textId="63EE945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0.02</w:t>
            </w:r>
          </w:p>
        </w:tc>
        <w:tc>
          <w:tcPr>
            <w:tcW w:w="2182" w:type="dxa"/>
            <w:tcBorders>
              <w:top w:val="nil"/>
              <w:left w:val="nil"/>
              <w:bottom w:val="nil"/>
              <w:right w:val="nil"/>
            </w:tcBorders>
          </w:tcPr>
          <w:p w14:paraId="226E0FA2" w14:textId="50F2F067"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0.62</w:t>
            </w:r>
          </w:p>
        </w:tc>
      </w:tr>
      <w:tr w:rsidR="002266DF" w:rsidRPr="0071512A" w14:paraId="4D904AA8" w14:textId="77777777" w:rsidTr="00C9779D">
        <w:trPr>
          <w:jc w:val="center"/>
        </w:trPr>
        <w:tc>
          <w:tcPr>
            <w:tcW w:w="2734" w:type="dxa"/>
          </w:tcPr>
          <w:p w14:paraId="729C1918" w14:textId="09D3537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Eccentricity </w:t>
            </w:r>
          </w:p>
        </w:tc>
        <w:tc>
          <w:tcPr>
            <w:tcW w:w="1883" w:type="dxa"/>
            <w:tcBorders>
              <w:top w:val="nil"/>
              <w:left w:val="nil"/>
              <w:bottom w:val="nil"/>
              <w:right w:val="nil"/>
            </w:tcBorders>
          </w:tcPr>
          <w:p w14:paraId="697BA1EE" w14:textId="2488A37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0.06</w:t>
            </w:r>
          </w:p>
        </w:tc>
        <w:tc>
          <w:tcPr>
            <w:tcW w:w="1170" w:type="dxa"/>
            <w:tcBorders>
              <w:top w:val="nil"/>
              <w:left w:val="nil"/>
              <w:bottom w:val="nil"/>
              <w:right w:val="nil"/>
            </w:tcBorders>
          </w:tcPr>
          <w:p w14:paraId="47001D2C" w14:textId="2C951754"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0.15</w:t>
            </w:r>
          </w:p>
        </w:tc>
        <w:tc>
          <w:tcPr>
            <w:tcW w:w="2182" w:type="dxa"/>
            <w:tcBorders>
              <w:top w:val="nil"/>
              <w:left w:val="nil"/>
              <w:bottom w:val="nil"/>
              <w:right w:val="nil"/>
            </w:tcBorders>
          </w:tcPr>
          <w:p w14:paraId="6A6C0888" w14:textId="74F6DFC1"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0.61</w:t>
            </w:r>
          </w:p>
        </w:tc>
      </w:tr>
      <w:tr w:rsidR="002266DF" w:rsidRPr="0071512A" w14:paraId="3B9E531E" w14:textId="77777777" w:rsidTr="00C9779D">
        <w:trPr>
          <w:jc w:val="center"/>
        </w:trPr>
        <w:tc>
          <w:tcPr>
            <w:tcW w:w="2734" w:type="dxa"/>
          </w:tcPr>
          <w:p w14:paraId="338CF589" w14:textId="08AA521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Manic Energy</w:t>
            </w:r>
          </w:p>
        </w:tc>
        <w:tc>
          <w:tcPr>
            <w:tcW w:w="1883" w:type="dxa"/>
            <w:tcBorders>
              <w:top w:val="nil"/>
              <w:left w:val="nil"/>
              <w:bottom w:val="nil"/>
              <w:right w:val="nil"/>
            </w:tcBorders>
          </w:tcPr>
          <w:p w14:paraId="41B44ED4" w14:textId="2BB7097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-0.20</w:t>
            </w:r>
          </w:p>
        </w:tc>
        <w:tc>
          <w:tcPr>
            <w:tcW w:w="1170" w:type="dxa"/>
            <w:tcBorders>
              <w:top w:val="nil"/>
              <w:left w:val="nil"/>
              <w:bottom w:val="nil"/>
              <w:right w:val="nil"/>
            </w:tcBorders>
          </w:tcPr>
          <w:p w14:paraId="3D40EE7C" w14:textId="2FF1780C"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0.19</w:t>
            </w:r>
          </w:p>
        </w:tc>
        <w:tc>
          <w:tcPr>
            <w:tcW w:w="2182" w:type="dxa"/>
            <w:tcBorders>
              <w:top w:val="nil"/>
              <w:left w:val="nil"/>
              <w:bottom w:val="nil"/>
              <w:right w:val="nil"/>
            </w:tcBorders>
          </w:tcPr>
          <w:p w14:paraId="7F09F238" w14:textId="0BB3394D"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0.54</w:t>
            </w:r>
          </w:p>
        </w:tc>
      </w:tr>
      <w:tr w:rsidR="002266DF" w:rsidRPr="0071512A" w14:paraId="001F6DE9" w14:textId="77777777" w:rsidTr="00C9779D">
        <w:trPr>
          <w:jc w:val="center"/>
        </w:trPr>
        <w:tc>
          <w:tcPr>
            <w:tcW w:w="2734" w:type="dxa"/>
          </w:tcPr>
          <w:p w14:paraId="43E77AA4" w14:textId="1095C700"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Exhibitionism   </w:t>
            </w:r>
          </w:p>
        </w:tc>
        <w:tc>
          <w:tcPr>
            <w:tcW w:w="1883" w:type="dxa"/>
            <w:tcBorders>
              <w:top w:val="nil"/>
              <w:left w:val="nil"/>
              <w:bottom w:val="nil"/>
              <w:right w:val="nil"/>
            </w:tcBorders>
          </w:tcPr>
          <w:p w14:paraId="2258D021" w14:textId="14AFCCFA"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-0.34</w:t>
            </w:r>
          </w:p>
        </w:tc>
        <w:tc>
          <w:tcPr>
            <w:tcW w:w="1170" w:type="dxa"/>
            <w:tcBorders>
              <w:top w:val="nil"/>
              <w:left w:val="nil"/>
              <w:bottom w:val="nil"/>
              <w:right w:val="nil"/>
            </w:tcBorders>
          </w:tcPr>
          <w:p w14:paraId="443540B4" w14:textId="2BDA1024"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0.15</w:t>
            </w:r>
          </w:p>
        </w:tc>
        <w:tc>
          <w:tcPr>
            <w:tcW w:w="2182" w:type="dxa"/>
            <w:tcBorders>
              <w:top w:val="nil"/>
              <w:left w:val="nil"/>
              <w:bottom w:val="nil"/>
              <w:right w:val="nil"/>
            </w:tcBorders>
          </w:tcPr>
          <w:p w14:paraId="4A001481" w14:textId="028F5919"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0.51</w:t>
            </w:r>
          </w:p>
        </w:tc>
      </w:tr>
      <w:tr w:rsidR="002266DF" w:rsidRPr="0071512A" w14:paraId="584C06A4" w14:textId="77777777" w:rsidTr="00C9779D">
        <w:trPr>
          <w:jc w:val="center"/>
        </w:trPr>
        <w:tc>
          <w:tcPr>
            <w:tcW w:w="2734" w:type="dxa"/>
          </w:tcPr>
          <w:p w14:paraId="50C83D57" w14:textId="668440F4"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Risky Sex </w:t>
            </w:r>
          </w:p>
        </w:tc>
        <w:tc>
          <w:tcPr>
            <w:tcW w:w="1883" w:type="dxa"/>
            <w:tcBorders>
              <w:top w:val="nil"/>
              <w:left w:val="nil"/>
              <w:bottom w:val="nil"/>
              <w:right w:val="nil"/>
            </w:tcBorders>
          </w:tcPr>
          <w:p w14:paraId="2CE60734" w14:textId="1F8E8786"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0.00</w:t>
            </w:r>
          </w:p>
        </w:tc>
        <w:tc>
          <w:tcPr>
            <w:tcW w:w="1170" w:type="dxa"/>
            <w:tcBorders>
              <w:top w:val="nil"/>
              <w:left w:val="nil"/>
              <w:bottom w:val="nil"/>
              <w:right w:val="nil"/>
            </w:tcBorders>
          </w:tcPr>
          <w:p w14:paraId="0FAF1A87" w14:textId="0D4CD68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-0.07</w:t>
            </w:r>
          </w:p>
        </w:tc>
        <w:tc>
          <w:tcPr>
            <w:tcW w:w="2182" w:type="dxa"/>
            <w:tcBorders>
              <w:top w:val="nil"/>
              <w:left w:val="nil"/>
              <w:bottom w:val="nil"/>
              <w:right w:val="nil"/>
            </w:tcBorders>
          </w:tcPr>
          <w:p w14:paraId="4B996F34" w14:textId="5F532C65"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0.49</w:t>
            </w:r>
          </w:p>
        </w:tc>
      </w:tr>
      <w:tr w:rsidR="002266DF" w:rsidRPr="0071512A" w14:paraId="09388375" w14:textId="77777777" w:rsidTr="00C9779D">
        <w:trPr>
          <w:jc w:val="center"/>
        </w:trPr>
        <w:tc>
          <w:tcPr>
            <w:tcW w:w="2734" w:type="dxa"/>
          </w:tcPr>
          <w:p w14:paraId="77A798DE" w14:textId="3415B4A6"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Dissociation </w:t>
            </w:r>
          </w:p>
        </w:tc>
        <w:tc>
          <w:tcPr>
            <w:tcW w:w="1883" w:type="dxa"/>
            <w:tcBorders>
              <w:top w:val="nil"/>
              <w:left w:val="nil"/>
              <w:bottom w:val="nil"/>
              <w:right w:val="nil"/>
            </w:tcBorders>
          </w:tcPr>
          <w:p w14:paraId="73A06DF0" w14:textId="307D1F9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0.19</w:t>
            </w:r>
          </w:p>
        </w:tc>
        <w:tc>
          <w:tcPr>
            <w:tcW w:w="1170" w:type="dxa"/>
            <w:tcBorders>
              <w:top w:val="nil"/>
              <w:left w:val="nil"/>
              <w:bottom w:val="nil"/>
              <w:right w:val="nil"/>
            </w:tcBorders>
          </w:tcPr>
          <w:p w14:paraId="6CA6829A" w14:textId="2E3E384E"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0.26</w:t>
            </w:r>
          </w:p>
        </w:tc>
        <w:tc>
          <w:tcPr>
            <w:tcW w:w="2182" w:type="dxa"/>
            <w:tcBorders>
              <w:top w:val="nil"/>
              <w:left w:val="nil"/>
              <w:bottom w:val="nil"/>
              <w:right w:val="nil"/>
            </w:tcBorders>
          </w:tcPr>
          <w:p w14:paraId="4AED35DF" w14:textId="1A952D96"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0.48</w:t>
            </w:r>
          </w:p>
        </w:tc>
      </w:tr>
      <w:tr w:rsidR="002266DF" w:rsidRPr="0071512A" w14:paraId="305F9AD2" w14:textId="77777777" w:rsidTr="00C9779D">
        <w:trPr>
          <w:jc w:val="center"/>
        </w:trPr>
        <w:tc>
          <w:tcPr>
            <w:tcW w:w="2734" w:type="dxa"/>
          </w:tcPr>
          <w:p w14:paraId="5817D201" w14:textId="4606DD7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Deceitfulness </w:t>
            </w:r>
          </w:p>
        </w:tc>
        <w:tc>
          <w:tcPr>
            <w:tcW w:w="1883" w:type="dxa"/>
            <w:tcBorders>
              <w:top w:val="nil"/>
              <w:left w:val="nil"/>
              <w:bottom w:val="nil"/>
              <w:right w:val="nil"/>
            </w:tcBorders>
          </w:tcPr>
          <w:p w14:paraId="24E05A8A" w14:textId="470BA6B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0.09</w:t>
            </w:r>
          </w:p>
        </w:tc>
        <w:tc>
          <w:tcPr>
            <w:tcW w:w="1170" w:type="dxa"/>
            <w:tcBorders>
              <w:top w:val="nil"/>
              <w:left w:val="nil"/>
              <w:bottom w:val="nil"/>
              <w:right w:val="nil"/>
            </w:tcBorders>
          </w:tcPr>
          <w:p w14:paraId="4DFE225E" w14:textId="33DC8565"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0.16</w:t>
            </w:r>
          </w:p>
        </w:tc>
        <w:tc>
          <w:tcPr>
            <w:tcW w:w="2182" w:type="dxa"/>
            <w:tcBorders>
              <w:top w:val="nil"/>
              <w:left w:val="nil"/>
              <w:bottom w:val="nil"/>
              <w:right w:val="nil"/>
            </w:tcBorders>
          </w:tcPr>
          <w:p w14:paraId="29795FDE" w14:textId="5BA1DC3E"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0.47</w:t>
            </w:r>
          </w:p>
        </w:tc>
      </w:tr>
      <w:tr w:rsidR="002266DF" w:rsidRPr="0071512A" w14:paraId="34E5160F" w14:textId="77777777" w:rsidTr="00C9779D">
        <w:trPr>
          <w:jc w:val="center"/>
        </w:trPr>
        <w:tc>
          <w:tcPr>
            <w:tcW w:w="2734" w:type="dxa"/>
          </w:tcPr>
          <w:p w14:paraId="5EC33597" w14:textId="2029D0F6"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Social Aggression </w:t>
            </w:r>
          </w:p>
        </w:tc>
        <w:tc>
          <w:tcPr>
            <w:tcW w:w="1883" w:type="dxa"/>
            <w:tcBorders>
              <w:top w:val="nil"/>
              <w:left w:val="nil"/>
              <w:bottom w:val="nil"/>
              <w:right w:val="nil"/>
            </w:tcBorders>
          </w:tcPr>
          <w:p w14:paraId="01EBD0C1" w14:textId="5363D5E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0.05</w:t>
            </w:r>
          </w:p>
        </w:tc>
        <w:tc>
          <w:tcPr>
            <w:tcW w:w="1170" w:type="dxa"/>
            <w:tcBorders>
              <w:top w:val="nil"/>
              <w:left w:val="nil"/>
              <w:bottom w:val="nil"/>
              <w:right w:val="nil"/>
            </w:tcBorders>
          </w:tcPr>
          <w:p w14:paraId="4EB428FF" w14:textId="2BD5D07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0.11</w:t>
            </w:r>
          </w:p>
        </w:tc>
        <w:tc>
          <w:tcPr>
            <w:tcW w:w="2182" w:type="dxa"/>
            <w:tcBorders>
              <w:top w:val="nil"/>
              <w:left w:val="nil"/>
              <w:bottom w:val="nil"/>
              <w:right w:val="nil"/>
            </w:tcBorders>
          </w:tcPr>
          <w:p w14:paraId="709590E8" w14:textId="09B66261"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0.47</w:t>
            </w:r>
          </w:p>
        </w:tc>
      </w:tr>
      <w:tr w:rsidR="002266DF" w:rsidRPr="0071512A" w14:paraId="692678D6" w14:textId="77777777" w:rsidTr="00C9779D">
        <w:trPr>
          <w:jc w:val="center"/>
        </w:trPr>
        <w:tc>
          <w:tcPr>
            <w:tcW w:w="2734" w:type="dxa"/>
          </w:tcPr>
          <w:p w14:paraId="538C0801" w14:textId="2903B85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Sex-Related Substance Use</w:t>
            </w:r>
          </w:p>
        </w:tc>
        <w:tc>
          <w:tcPr>
            <w:tcW w:w="1883" w:type="dxa"/>
            <w:tcBorders>
              <w:top w:val="nil"/>
              <w:left w:val="nil"/>
              <w:bottom w:val="nil"/>
              <w:right w:val="nil"/>
            </w:tcBorders>
          </w:tcPr>
          <w:p w14:paraId="3E1BDDF0" w14:textId="66565B8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0.08</w:t>
            </w:r>
          </w:p>
        </w:tc>
        <w:tc>
          <w:tcPr>
            <w:tcW w:w="1170" w:type="dxa"/>
            <w:tcBorders>
              <w:top w:val="nil"/>
              <w:left w:val="nil"/>
              <w:bottom w:val="nil"/>
              <w:right w:val="nil"/>
            </w:tcBorders>
          </w:tcPr>
          <w:p w14:paraId="4E1E1648" w14:textId="126C5846"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-0.09</w:t>
            </w:r>
          </w:p>
        </w:tc>
        <w:tc>
          <w:tcPr>
            <w:tcW w:w="2182" w:type="dxa"/>
            <w:tcBorders>
              <w:top w:val="nil"/>
              <w:left w:val="nil"/>
              <w:bottom w:val="nil"/>
              <w:right w:val="nil"/>
            </w:tcBorders>
          </w:tcPr>
          <w:p w14:paraId="734996AE" w14:textId="02A4FCDA"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0.45</w:t>
            </w:r>
          </w:p>
        </w:tc>
      </w:tr>
      <w:tr w:rsidR="002266DF" w:rsidRPr="0071512A" w14:paraId="0C818A33" w14:textId="77777777" w:rsidTr="00C9779D">
        <w:trPr>
          <w:jc w:val="center"/>
        </w:trPr>
        <w:tc>
          <w:tcPr>
            <w:tcW w:w="2734" w:type="dxa"/>
          </w:tcPr>
          <w:p w14:paraId="03F68BAD" w14:textId="0D02452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Affective Lability</w:t>
            </w:r>
          </w:p>
        </w:tc>
        <w:tc>
          <w:tcPr>
            <w:tcW w:w="1883" w:type="dxa"/>
            <w:tcBorders>
              <w:top w:val="nil"/>
              <w:left w:val="nil"/>
              <w:bottom w:val="nil"/>
              <w:right w:val="nil"/>
            </w:tcBorders>
          </w:tcPr>
          <w:p w14:paraId="24592ED6" w14:textId="193A7C0B"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0.28</w:t>
            </w:r>
          </w:p>
        </w:tc>
        <w:tc>
          <w:tcPr>
            <w:tcW w:w="1170" w:type="dxa"/>
            <w:tcBorders>
              <w:top w:val="nil"/>
              <w:left w:val="nil"/>
              <w:bottom w:val="nil"/>
              <w:right w:val="nil"/>
            </w:tcBorders>
          </w:tcPr>
          <w:p w14:paraId="0C668A0F" w14:textId="1538942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0.26</w:t>
            </w:r>
          </w:p>
        </w:tc>
        <w:tc>
          <w:tcPr>
            <w:tcW w:w="2182" w:type="dxa"/>
            <w:tcBorders>
              <w:top w:val="nil"/>
              <w:left w:val="nil"/>
              <w:bottom w:val="nil"/>
              <w:right w:val="nil"/>
            </w:tcBorders>
          </w:tcPr>
          <w:p w14:paraId="54CB0B68" w14:textId="73861ADE"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0.44</w:t>
            </w:r>
          </w:p>
        </w:tc>
      </w:tr>
      <w:tr w:rsidR="002266DF" w:rsidRPr="0071512A" w14:paraId="207E4FC7" w14:textId="77777777" w:rsidTr="00C9779D">
        <w:trPr>
          <w:jc w:val="center"/>
        </w:trPr>
        <w:tc>
          <w:tcPr>
            <w:tcW w:w="2734" w:type="dxa"/>
          </w:tcPr>
          <w:p w14:paraId="609F6BD7" w14:textId="720313C1"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Restricted Eating</w:t>
            </w:r>
          </w:p>
        </w:tc>
        <w:tc>
          <w:tcPr>
            <w:tcW w:w="1883" w:type="dxa"/>
            <w:tcBorders>
              <w:top w:val="nil"/>
              <w:left w:val="nil"/>
              <w:bottom w:val="nil"/>
              <w:right w:val="nil"/>
            </w:tcBorders>
          </w:tcPr>
          <w:p w14:paraId="5EF9027A" w14:textId="7526143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0.12</w:t>
            </w:r>
          </w:p>
        </w:tc>
        <w:tc>
          <w:tcPr>
            <w:tcW w:w="1170" w:type="dxa"/>
            <w:tcBorders>
              <w:top w:val="nil"/>
              <w:left w:val="nil"/>
              <w:bottom w:val="nil"/>
              <w:right w:val="nil"/>
            </w:tcBorders>
          </w:tcPr>
          <w:p w14:paraId="11E0E754" w14:textId="1A47B23E"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0.18</w:t>
            </w:r>
          </w:p>
        </w:tc>
        <w:tc>
          <w:tcPr>
            <w:tcW w:w="2182" w:type="dxa"/>
            <w:tcBorders>
              <w:top w:val="nil"/>
              <w:left w:val="nil"/>
              <w:bottom w:val="nil"/>
              <w:right w:val="nil"/>
            </w:tcBorders>
          </w:tcPr>
          <w:p w14:paraId="7C172F4B" w14:textId="141F7D6D"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0.42</w:t>
            </w:r>
          </w:p>
        </w:tc>
      </w:tr>
      <w:tr w:rsidR="002266DF" w:rsidRPr="0071512A" w14:paraId="0AF56930" w14:textId="77777777" w:rsidTr="00C9779D">
        <w:trPr>
          <w:jc w:val="center"/>
        </w:trPr>
        <w:tc>
          <w:tcPr>
            <w:tcW w:w="2734" w:type="dxa"/>
          </w:tcPr>
          <w:p w14:paraId="28C73E9D" w14:textId="29C3D10D"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Callousness </w:t>
            </w:r>
          </w:p>
        </w:tc>
        <w:tc>
          <w:tcPr>
            <w:tcW w:w="1883" w:type="dxa"/>
            <w:tcBorders>
              <w:top w:val="nil"/>
              <w:left w:val="nil"/>
              <w:bottom w:val="nil"/>
              <w:right w:val="nil"/>
            </w:tcBorders>
          </w:tcPr>
          <w:p w14:paraId="7EB9E526" w14:textId="138C6DB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0.26</w:t>
            </w:r>
          </w:p>
        </w:tc>
        <w:tc>
          <w:tcPr>
            <w:tcW w:w="1170" w:type="dxa"/>
            <w:tcBorders>
              <w:top w:val="nil"/>
              <w:left w:val="nil"/>
              <w:bottom w:val="nil"/>
              <w:right w:val="nil"/>
            </w:tcBorders>
          </w:tcPr>
          <w:p w14:paraId="3C98D406" w14:textId="534AE8B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0.02</w:t>
            </w:r>
          </w:p>
        </w:tc>
        <w:tc>
          <w:tcPr>
            <w:tcW w:w="2182" w:type="dxa"/>
            <w:tcBorders>
              <w:top w:val="nil"/>
              <w:left w:val="nil"/>
              <w:bottom w:val="nil"/>
              <w:right w:val="nil"/>
            </w:tcBorders>
          </w:tcPr>
          <w:p w14:paraId="4E0AAF57" w14:textId="42A05EA3"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0.42</w:t>
            </w:r>
          </w:p>
        </w:tc>
      </w:tr>
      <w:tr w:rsidR="002266DF" w:rsidRPr="0071512A" w14:paraId="2A5E121C" w14:textId="77777777" w:rsidTr="00C9779D">
        <w:trPr>
          <w:jc w:val="center"/>
        </w:trPr>
        <w:tc>
          <w:tcPr>
            <w:tcW w:w="2734" w:type="dxa"/>
          </w:tcPr>
          <w:p w14:paraId="03D0FBFB" w14:textId="6C74DF61"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Restlessness</w:t>
            </w:r>
          </w:p>
        </w:tc>
        <w:tc>
          <w:tcPr>
            <w:tcW w:w="1883" w:type="dxa"/>
            <w:tcBorders>
              <w:top w:val="nil"/>
              <w:left w:val="nil"/>
              <w:bottom w:val="nil"/>
              <w:right w:val="nil"/>
            </w:tcBorders>
          </w:tcPr>
          <w:p w14:paraId="035F7FBD" w14:textId="562612C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0.08</w:t>
            </w:r>
          </w:p>
        </w:tc>
        <w:tc>
          <w:tcPr>
            <w:tcW w:w="1170" w:type="dxa"/>
            <w:tcBorders>
              <w:top w:val="nil"/>
              <w:left w:val="nil"/>
              <w:bottom w:val="nil"/>
              <w:right w:val="nil"/>
            </w:tcBorders>
          </w:tcPr>
          <w:p w14:paraId="01B427F1" w14:textId="621EF55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0.24</w:t>
            </w:r>
          </w:p>
        </w:tc>
        <w:tc>
          <w:tcPr>
            <w:tcW w:w="2182" w:type="dxa"/>
            <w:tcBorders>
              <w:top w:val="nil"/>
              <w:left w:val="nil"/>
              <w:bottom w:val="nil"/>
              <w:right w:val="nil"/>
            </w:tcBorders>
          </w:tcPr>
          <w:p w14:paraId="776CF774" w14:textId="0E43E1D2"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0.41</w:t>
            </w:r>
          </w:p>
        </w:tc>
      </w:tr>
      <w:tr w:rsidR="002266DF" w:rsidRPr="0071512A" w14:paraId="04D0D1CB" w14:textId="77777777" w:rsidTr="00C9779D">
        <w:trPr>
          <w:jc w:val="center"/>
        </w:trPr>
        <w:tc>
          <w:tcPr>
            <w:tcW w:w="2734" w:type="dxa"/>
          </w:tcPr>
          <w:p w14:paraId="75E9750A" w14:textId="59C9B49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Hallucinations</w:t>
            </w:r>
          </w:p>
        </w:tc>
        <w:tc>
          <w:tcPr>
            <w:tcW w:w="1883" w:type="dxa"/>
            <w:tcBorders>
              <w:top w:val="nil"/>
              <w:left w:val="nil"/>
              <w:bottom w:val="nil"/>
              <w:right w:val="nil"/>
            </w:tcBorders>
          </w:tcPr>
          <w:p w14:paraId="183BFBAB" w14:textId="3AFD167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0.01</w:t>
            </w:r>
          </w:p>
        </w:tc>
        <w:tc>
          <w:tcPr>
            <w:tcW w:w="1170" w:type="dxa"/>
            <w:tcBorders>
              <w:top w:val="nil"/>
              <w:left w:val="nil"/>
              <w:bottom w:val="nil"/>
              <w:right w:val="nil"/>
            </w:tcBorders>
          </w:tcPr>
          <w:p w14:paraId="50328C56" w14:textId="25043D5E"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0.09</w:t>
            </w:r>
          </w:p>
        </w:tc>
        <w:tc>
          <w:tcPr>
            <w:tcW w:w="2182" w:type="dxa"/>
            <w:tcBorders>
              <w:top w:val="nil"/>
              <w:left w:val="nil"/>
              <w:bottom w:val="nil"/>
              <w:right w:val="nil"/>
            </w:tcBorders>
          </w:tcPr>
          <w:p w14:paraId="3E3EA871" w14:textId="234EE793"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0.41</w:t>
            </w:r>
          </w:p>
        </w:tc>
      </w:tr>
      <w:tr w:rsidR="002266DF" w:rsidRPr="0071512A" w14:paraId="0DE356C5" w14:textId="77777777" w:rsidTr="00C9779D">
        <w:trPr>
          <w:jc w:val="center"/>
        </w:trPr>
        <w:tc>
          <w:tcPr>
            <w:tcW w:w="2734" w:type="dxa"/>
          </w:tcPr>
          <w:p w14:paraId="37C9F299" w14:textId="75CA0663"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Fantasy Proneness</w:t>
            </w:r>
          </w:p>
        </w:tc>
        <w:tc>
          <w:tcPr>
            <w:tcW w:w="1883" w:type="dxa"/>
            <w:tcBorders>
              <w:top w:val="nil"/>
              <w:left w:val="nil"/>
              <w:bottom w:val="nil"/>
              <w:right w:val="nil"/>
            </w:tcBorders>
          </w:tcPr>
          <w:p w14:paraId="596CB2EB" w14:textId="71E36F0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0.20</w:t>
            </w:r>
          </w:p>
        </w:tc>
        <w:tc>
          <w:tcPr>
            <w:tcW w:w="1170" w:type="dxa"/>
            <w:tcBorders>
              <w:top w:val="nil"/>
              <w:left w:val="nil"/>
              <w:bottom w:val="nil"/>
              <w:right w:val="nil"/>
            </w:tcBorders>
          </w:tcPr>
          <w:p w14:paraId="3A18CB52" w14:textId="27E4D2EA"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0.30</w:t>
            </w:r>
          </w:p>
        </w:tc>
        <w:tc>
          <w:tcPr>
            <w:tcW w:w="2182" w:type="dxa"/>
            <w:tcBorders>
              <w:top w:val="nil"/>
              <w:left w:val="nil"/>
              <w:bottom w:val="nil"/>
              <w:right w:val="nil"/>
            </w:tcBorders>
          </w:tcPr>
          <w:p w14:paraId="643CDC7B" w14:textId="06802BF7"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0.40</w:t>
            </w:r>
          </w:p>
        </w:tc>
      </w:tr>
      <w:tr w:rsidR="002266DF" w:rsidRPr="0071512A" w14:paraId="6FD7EAF5" w14:textId="77777777" w:rsidTr="00C9779D">
        <w:trPr>
          <w:jc w:val="center"/>
        </w:trPr>
        <w:tc>
          <w:tcPr>
            <w:tcW w:w="2734" w:type="dxa"/>
          </w:tcPr>
          <w:p w14:paraId="5A0D0AF2" w14:textId="2F51B634"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Entitlement </w:t>
            </w:r>
          </w:p>
        </w:tc>
        <w:tc>
          <w:tcPr>
            <w:tcW w:w="1883" w:type="dxa"/>
            <w:tcBorders>
              <w:top w:val="nil"/>
              <w:left w:val="nil"/>
              <w:bottom w:val="nil"/>
              <w:right w:val="nil"/>
            </w:tcBorders>
          </w:tcPr>
          <w:p w14:paraId="4169DA94" w14:textId="2F80807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0.01</w:t>
            </w:r>
          </w:p>
        </w:tc>
        <w:tc>
          <w:tcPr>
            <w:tcW w:w="1170" w:type="dxa"/>
            <w:tcBorders>
              <w:top w:val="nil"/>
              <w:left w:val="nil"/>
              <w:bottom w:val="nil"/>
              <w:right w:val="nil"/>
            </w:tcBorders>
          </w:tcPr>
          <w:p w14:paraId="14F3327D" w14:textId="2DBBD56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0.23</w:t>
            </w:r>
          </w:p>
        </w:tc>
        <w:tc>
          <w:tcPr>
            <w:tcW w:w="2182" w:type="dxa"/>
            <w:tcBorders>
              <w:top w:val="nil"/>
              <w:left w:val="nil"/>
              <w:bottom w:val="nil"/>
              <w:right w:val="nil"/>
            </w:tcBorders>
          </w:tcPr>
          <w:p w14:paraId="50E4AD44" w14:textId="23F799CB"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0.40</w:t>
            </w:r>
          </w:p>
        </w:tc>
      </w:tr>
      <w:tr w:rsidR="002266DF" w:rsidRPr="0071512A" w14:paraId="69A5E0A0" w14:textId="77777777" w:rsidTr="00C9779D">
        <w:trPr>
          <w:jc w:val="center"/>
        </w:trPr>
        <w:tc>
          <w:tcPr>
            <w:tcW w:w="2734" w:type="dxa"/>
          </w:tcPr>
          <w:p w14:paraId="495DB05D" w14:textId="449507FB"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NSSI    </w:t>
            </w:r>
          </w:p>
        </w:tc>
        <w:tc>
          <w:tcPr>
            <w:tcW w:w="1883" w:type="dxa"/>
            <w:tcBorders>
              <w:top w:val="nil"/>
              <w:left w:val="nil"/>
              <w:bottom w:val="nil"/>
              <w:right w:val="nil"/>
            </w:tcBorders>
          </w:tcPr>
          <w:p w14:paraId="2A43C743" w14:textId="12B5695D"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0.17</w:t>
            </w:r>
          </w:p>
        </w:tc>
        <w:tc>
          <w:tcPr>
            <w:tcW w:w="1170" w:type="dxa"/>
            <w:tcBorders>
              <w:top w:val="nil"/>
              <w:left w:val="nil"/>
              <w:bottom w:val="nil"/>
              <w:right w:val="nil"/>
            </w:tcBorders>
          </w:tcPr>
          <w:p w14:paraId="05402943" w14:textId="5D270CCE"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0.07</w:t>
            </w:r>
          </w:p>
        </w:tc>
        <w:tc>
          <w:tcPr>
            <w:tcW w:w="2182" w:type="dxa"/>
            <w:tcBorders>
              <w:top w:val="nil"/>
              <w:left w:val="nil"/>
              <w:bottom w:val="nil"/>
              <w:right w:val="nil"/>
            </w:tcBorders>
          </w:tcPr>
          <w:p w14:paraId="097BB39A" w14:textId="648C2F1E"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0.40</w:t>
            </w:r>
          </w:p>
        </w:tc>
      </w:tr>
      <w:tr w:rsidR="002266DF" w:rsidRPr="0071512A" w14:paraId="61EFC11F" w14:textId="77777777" w:rsidTr="00C9779D">
        <w:trPr>
          <w:jc w:val="center"/>
        </w:trPr>
        <w:tc>
          <w:tcPr>
            <w:tcW w:w="2734" w:type="dxa"/>
          </w:tcPr>
          <w:p w14:paraId="1BA7577C" w14:textId="0FC7CE0C"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Paraphilias </w:t>
            </w:r>
          </w:p>
        </w:tc>
        <w:tc>
          <w:tcPr>
            <w:tcW w:w="1883" w:type="dxa"/>
            <w:tcBorders>
              <w:top w:val="nil"/>
              <w:left w:val="nil"/>
              <w:bottom w:val="nil"/>
              <w:right w:val="nil"/>
            </w:tcBorders>
          </w:tcPr>
          <w:p w14:paraId="7DD3DF19" w14:textId="0A51C966"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-0.09</w:t>
            </w:r>
          </w:p>
        </w:tc>
        <w:tc>
          <w:tcPr>
            <w:tcW w:w="1170" w:type="dxa"/>
            <w:tcBorders>
              <w:top w:val="nil"/>
              <w:left w:val="nil"/>
              <w:bottom w:val="nil"/>
              <w:right w:val="nil"/>
            </w:tcBorders>
          </w:tcPr>
          <w:p w14:paraId="4422C4FB" w14:textId="0D86592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-0.01</w:t>
            </w:r>
          </w:p>
        </w:tc>
        <w:tc>
          <w:tcPr>
            <w:tcW w:w="2182" w:type="dxa"/>
            <w:tcBorders>
              <w:top w:val="nil"/>
              <w:left w:val="nil"/>
              <w:bottom w:val="nil"/>
              <w:right w:val="nil"/>
            </w:tcBorders>
          </w:tcPr>
          <w:p w14:paraId="04EBB79D" w14:textId="4CE19510"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0.39</w:t>
            </w:r>
          </w:p>
        </w:tc>
      </w:tr>
      <w:tr w:rsidR="002266DF" w:rsidRPr="0071512A" w14:paraId="098A95A8" w14:textId="77777777" w:rsidTr="00C9779D">
        <w:trPr>
          <w:jc w:val="center"/>
        </w:trPr>
        <w:tc>
          <w:tcPr>
            <w:tcW w:w="2734" w:type="dxa"/>
          </w:tcPr>
          <w:p w14:paraId="45D0C037" w14:textId="3197A984"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Antisocial Behavior </w:t>
            </w:r>
          </w:p>
        </w:tc>
        <w:tc>
          <w:tcPr>
            <w:tcW w:w="1883" w:type="dxa"/>
            <w:tcBorders>
              <w:top w:val="nil"/>
              <w:left w:val="nil"/>
              <w:bottom w:val="nil"/>
              <w:right w:val="nil"/>
            </w:tcBorders>
          </w:tcPr>
          <w:p w14:paraId="746AE4C7" w14:textId="467EF476"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0.04</w:t>
            </w:r>
          </w:p>
        </w:tc>
        <w:tc>
          <w:tcPr>
            <w:tcW w:w="1170" w:type="dxa"/>
            <w:tcBorders>
              <w:top w:val="nil"/>
              <w:left w:val="nil"/>
              <w:bottom w:val="nil"/>
              <w:right w:val="nil"/>
            </w:tcBorders>
          </w:tcPr>
          <w:p w14:paraId="43D7AE96" w14:textId="1BE7FCF3"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-0.06</w:t>
            </w:r>
          </w:p>
        </w:tc>
        <w:tc>
          <w:tcPr>
            <w:tcW w:w="2182" w:type="dxa"/>
            <w:tcBorders>
              <w:top w:val="nil"/>
              <w:left w:val="nil"/>
              <w:bottom w:val="nil"/>
              <w:right w:val="nil"/>
            </w:tcBorders>
          </w:tcPr>
          <w:p w14:paraId="445199EB" w14:textId="77CDEACD"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0.39</w:t>
            </w:r>
          </w:p>
        </w:tc>
      </w:tr>
      <w:tr w:rsidR="002266DF" w:rsidRPr="0071512A" w14:paraId="3333BAAD" w14:textId="77777777" w:rsidTr="00C9779D">
        <w:trPr>
          <w:jc w:val="center"/>
        </w:trPr>
        <w:tc>
          <w:tcPr>
            <w:tcW w:w="2734" w:type="dxa"/>
          </w:tcPr>
          <w:p w14:paraId="249BF3DF" w14:textId="4AB942F4"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Conversion Symptoms  </w:t>
            </w:r>
          </w:p>
        </w:tc>
        <w:tc>
          <w:tcPr>
            <w:tcW w:w="1883" w:type="dxa"/>
            <w:tcBorders>
              <w:top w:val="nil"/>
              <w:left w:val="nil"/>
              <w:bottom w:val="nil"/>
              <w:right w:val="nil"/>
            </w:tcBorders>
          </w:tcPr>
          <w:p w14:paraId="0DE78170" w14:textId="21C1E7E0"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0.03</w:t>
            </w:r>
          </w:p>
        </w:tc>
        <w:tc>
          <w:tcPr>
            <w:tcW w:w="1170" w:type="dxa"/>
            <w:tcBorders>
              <w:top w:val="nil"/>
              <w:left w:val="nil"/>
              <w:bottom w:val="nil"/>
              <w:right w:val="nil"/>
            </w:tcBorders>
          </w:tcPr>
          <w:p w14:paraId="055D6DD9" w14:textId="5DC60E5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0.17</w:t>
            </w:r>
          </w:p>
        </w:tc>
        <w:tc>
          <w:tcPr>
            <w:tcW w:w="2182" w:type="dxa"/>
            <w:tcBorders>
              <w:top w:val="nil"/>
              <w:left w:val="nil"/>
              <w:bottom w:val="nil"/>
              <w:right w:val="nil"/>
            </w:tcBorders>
          </w:tcPr>
          <w:p w14:paraId="6C4BCE3C" w14:textId="45009F60"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0.38</w:t>
            </w:r>
          </w:p>
        </w:tc>
      </w:tr>
      <w:tr w:rsidR="002266DF" w:rsidRPr="0071512A" w14:paraId="5BA3B9FF" w14:textId="77777777" w:rsidTr="00C9779D">
        <w:trPr>
          <w:jc w:val="center"/>
        </w:trPr>
        <w:tc>
          <w:tcPr>
            <w:tcW w:w="2734" w:type="dxa"/>
          </w:tcPr>
          <w:p w14:paraId="628D4175" w14:textId="0416F0A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Appetite Loss </w:t>
            </w:r>
          </w:p>
        </w:tc>
        <w:tc>
          <w:tcPr>
            <w:tcW w:w="1883" w:type="dxa"/>
            <w:tcBorders>
              <w:top w:val="nil"/>
              <w:left w:val="nil"/>
              <w:bottom w:val="nil"/>
              <w:right w:val="nil"/>
            </w:tcBorders>
          </w:tcPr>
          <w:p w14:paraId="601511B3" w14:textId="42030A9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0.18</w:t>
            </w:r>
          </w:p>
        </w:tc>
        <w:tc>
          <w:tcPr>
            <w:tcW w:w="1170" w:type="dxa"/>
            <w:tcBorders>
              <w:top w:val="nil"/>
              <w:left w:val="nil"/>
              <w:bottom w:val="nil"/>
              <w:right w:val="nil"/>
            </w:tcBorders>
          </w:tcPr>
          <w:p w14:paraId="2354E4F5" w14:textId="48B1535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0.19</w:t>
            </w:r>
          </w:p>
        </w:tc>
        <w:tc>
          <w:tcPr>
            <w:tcW w:w="2182" w:type="dxa"/>
            <w:tcBorders>
              <w:top w:val="nil"/>
              <w:left w:val="nil"/>
              <w:bottom w:val="nil"/>
              <w:right w:val="nil"/>
            </w:tcBorders>
          </w:tcPr>
          <w:p w14:paraId="0AE0582F" w14:textId="65A20140"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0.35</w:t>
            </w:r>
          </w:p>
        </w:tc>
      </w:tr>
      <w:tr w:rsidR="002266DF" w:rsidRPr="0071512A" w14:paraId="5131873C" w14:textId="77777777" w:rsidTr="00C9779D">
        <w:trPr>
          <w:jc w:val="center"/>
        </w:trPr>
        <w:tc>
          <w:tcPr>
            <w:tcW w:w="2734" w:type="dxa"/>
          </w:tcPr>
          <w:p w14:paraId="33234AF2" w14:textId="4A61FB8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Excessive Exercise </w:t>
            </w:r>
          </w:p>
        </w:tc>
        <w:tc>
          <w:tcPr>
            <w:tcW w:w="1883" w:type="dxa"/>
          </w:tcPr>
          <w:p w14:paraId="6BFF018D" w14:textId="684D3CD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-0.18</w:t>
            </w:r>
          </w:p>
        </w:tc>
        <w:tc>
          <w:tcPr>
            <w:tcW w:w="1170" w:type="dxa"/>
          </w:tcPr>
          <w:p w14:paraId="30EB5DAF" w14:textId="0C20320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0.12</w:t>
            </w:r>
          </w:p>
        </w:tc>
        <w:tc>
          <w:tcPr>
            <w:tcW w:w="2182" w:type="dxa"/>
          </w:tcPr>
          <w:p w14:paraId="5075C5C9" w14:textId="12644BFE"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0.34</w:t>
            </w:r>
          </w:p>
        </w:tc>
      </w:tr>
      <w:tr w:rsidR="002266DF" w:rsidRPr="0071512A" w14:paraId="1302FFF4" w14:textId="77777777" w:rsidTr="00C9779D">
        <w:trPr>
          <w:jc w:val="center"/>
        </w:trPr>
        <w:tc>
          <w:tcPr>
            <w:tcW w:w="2734" w:type="dxa"/>
          </w:tcPr>
          <w:p w14:paraId="741DF31E" w14:textId="58F41EC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Delusions</w:t>
            </w:r>
          </w:p>
        </w:tc>
        <w:tc>
          <w:tcPr>
            <w:tcW w:w="1883" w:type="dxa"/>
          </w:tcPr>
          <w:p w14:paraId="3C04BC70" w14:textId="5185579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-0.11</w:t>
            </w:r>
          </w:p>
        </w:tc>
        <w:tc>
          <w:tcPr>
            <w:tcW w:w="1170" w:type="dxa"/>
          </w:tcPr>
          <w:p w14:paraId="1CBDD5CD" w14:textId="202896B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0.22</w:t>
            </w:r>
          </w:p>
        </w:tc>
        <w:tc>
          <w:tcPr>
            <w:tcW w:w="2182" w:type="dxa"/>
          </w:tcPr>
          <w:p w14:paraId="39BFED65" w14:textId="0E762C1E"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b/>
                <w:bCs/>
                <w:sz w:val="20"/>
                <w:szCs w:val="20"/>
              </w:rPr>
              <w:t>0.32</w:t>
            </w:r>
          </w:p>
        </w:tc>
      </w:tr>
      <w:tr w:rsidR="002266DF" w:rsidRPr="0071512A" w14:paraId="60B1E8BF" w14:textId="77777777" w:rsidTr="00C9779D">
        <w:trPr>
          <w:jc w:val="center"/>
        </w:trPr>
        <w:tc>
          <w:tcPr>
            <w:tcW w:w="2734" w:type="dxa"/>
          </w:tcPr>
          <w:p w14:paraId="7521F952" w14:textId="1DC06B5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Premature Orgasm</w:t>
            </w:r>
          </w:p>
        </w:tc>
        <w:tc>
          <w:tcPr>
            <w:tcW w:w="1883" w:type="dxa"/>
          </w:tcPr>
          <w:p w14:paraId="3366BC25" w14:textId="6D72AD0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-0.02</w:t>
            </w:r>
          </w:p>
        </w:tc>
        <w:tc>
          <w:tcPr>
            <w:tcW w:w="1170" w:type="dxa"/>
          </w:tcPr>
          <w:p w14:paraId="074CACF0" w14:textId="30478823"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0.05</w:t>
            </w:r>
          </w:p>
        </w:tc>
        <w:tc>
          <w:tcPr>
            <w:tcW w:w="2182" w:type="dxa"/>
          </w:tcPr>
          <w:p w14:paraId="23933055" w14:textId="500D36CD"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0.26</w:t>
            </w:r>
          </w:p>
        </w:tc>
      </w:tr>
      <w:tr w:rsidR="002266DF" w:rsidRPr="0071512A" w14:paraId="4862C2C6" w14:textId="77777777" w:rsidTr="00C9779D">
        <w:trPr>
          <w:jc w:val="center"/>
        </w:trPr>
        <w:tc>
          <w:tcPr>
            <w:tcW w:w="2734" w:type="dxa"/>
          </w:tcPr>
          <w:p w14:paraId="243AC63F" w14:textId="68C9F94E" w:rsidR="002266DF" w:rsidRPr="003E6C6A" w:rsidRDefault="00812797" w:rsidP="002266DF">
            <w:pPr>
              <w:rPr>
                <w:rFonts w:asciiTheme="majorBidi" w:hAnsiTheme="majorBidi" w:cstheme="majorBidi"/>
                <w:sz w:val="20"/>
                <w:szCs w:val="20"/>
              </w:rPr>
            </w:pPr>
            <w:r>
              <w:rPr>
                <w:rFonts w:asciiTheme="majorBidi" w:hAnsiTheme="majorBidi" w:cstheme="majorBidi"/>
                <w:sz w:val="20"/>
                <w:szCs w:val="20"/>
              </w:rPr>
              <w:t>Harmful Alcohol Use</w:t>
            </w:r>
          </w:p>
        </w:tc>
        <w:tc>
          <w:tcPr>
            <w:tcW w:w="1883" w:type="dxa"/>
          </w:tcPr>
          <w:p w14:paraId="7DD43713" w14:textId="29383B3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-0.11</w:t>
            </w:r>
          </w:p>
        </w:tc>
        <w:tc>
          <w:tcPr>
            <w:tcW w:w="1170" w:type="dxa"/>
          </w:tcPr>
          <w:p w14:paraId="5151CC16" w14:textId="0421174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-0.14</w:t>
            </w:r>
          </w:p>
        </w:tc>
        <w:tc>
          <w:tcPr>
            <w:tcW w:w="2182" w:type="dxa"/>
          </w:tcPr>
          <w:p w14:paraId="4A0F4F51" w14:textId="4A8C8753"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0.25</w:t>
            </w:r>
          </w:p>
        </w:tc>
      </w:tr>
      <w:tr w:rsidR="002266DF" w:rsidRPr="0071512A" w14:paraId="470DA1DA" w14:textId="77777777" w:rsidTr="00C9779D">
        <w:trPr>
          <w:jc w:val="center"/>
        </w:trPr>
        <w:tc>
          <w:tcPr>
            <w:tcW w:w="2734" w:type="dxa"/>
          </w:tcPr>
          <w:p w14:paraId="0FD6F26F" w14:textId="0FE8DFE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Gaming </w:t>
            </w:r>
          </w:p>
        </w:tc>
        <w:tc>
          <w:tcPr>
            <w:tcW w:w="1883" w:type="dxa"/>
          </w:tcPr>
          <w:p w14:paraId="441F5142" w14:textId="3DCAC753"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0.06</w:t>
            </w:r>
          </w:p>
        </w:tc>
        <w:tc>
          <w:tcPr>
            <w:tcW w:w="1170" w:type="dxa"/>
          </w:tcPr>
          <w:p w14:paraId="007D2F04" w14:textId="66EC3F59"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0.02</w:t>
            </w:r>
          </w:p>
        </w:tc>
        <w:tc>
          <w:tcPr>
            <w:tcW w:w="2182" w:type="dxa"/>
          </w:tcPr>
          <w:p w14:paraId="5D815E5B" w14:textId="14A58EE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0.22</w:t>
            </w:r>
          </w:p>
        </w:tc>
      </w:tr>
      <w:tr w:rsidR="002266DF" w:rsidRPr="0071512A" w14:paraId="4779BAB3" w14:textId="77777777" w:rsidTr="00C9779D">
        <w:trPr>
          <w:jc w:val="center"/>
        </w:trPr>
        <w:tc>
          <w:tcPr>
            <w:tcW w:w="2734" w:type="dxa"/>
          </w:tcPr>
          <w:p w14:paraId="7106F080" w14:textId="3975E25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Gambling </w:t>
            </w:r>
          </w:p>
        </w:tc>
        <w:tc>
          <w:tcPr>
            <w:tcW w:w="1883" w:type="dxa"/>
          </w:tcPr>
          <w:p w14:paraId="32454334" w14:textId="0AA8B5E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0.02</w:t>
            </w:r>
          </w:p>
        </w:tc>
        <w:tc>
          <w:tcPr>
            <w:tcW w:w="1170" w:type="dxa"/>
          </w:tcPr>
          <w:p w14:paraId="26300087" w14:textId="0897A40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-0.05</w:t>
            </w:r>
          </w:p>
        </w:tc>
        <w:tc>
          <w:tcPr>
            <w:tcW w:w="2182" w:type="dxa"/>
          </w:tcPr>
          <w:p w14:paraId="1A90FE55" w14:textId="6D0DF3C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0.19</w:t>
            </w:r>
          </w:p>
        </w:tc>
      </w:tr>
      <w:tr w:rsidR="002266DF" w:rsidRPr="0071512A" w14:paraId="6A51A184" w14:textId="77777777" w:rsidTr="00C9779D">
        <w:trPr>
          <w:jc w:val="center"/>
        </w:trPr>
        <w:tc>
          <w:tcPr>
            <w:tcW w:w="2734" w:type="dxa"/>
          </w:tcPr>
          <w:p w14:paraId="2EDA5018" w14:textId="1F6EEE7D"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Problematic Shopping</w:t>
            </w:r>
          </w:p>
        </w:tc>
        <w:tc>
          <w:tcPr>
            <w:tcW w:w="1883" w:type="dxa"/>
          </w:tcPr>
          <w:p w14:paraId="083F656A" w14:textId="6DBEC4B0"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0.14</w:t>
            </w:r>
          </w:p>
        </w:tc>
        <w:tc>
          <w:tcPr>
            <w:tcW w:w="1170" w:type="dxa"/>
          </w:tcPr>
          <w:p w14:paraId="03224BEF" w14:textId="0B7E38E3"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0.27</w:t>
            </w:r>
          </w:p>
        </w:tc>
        <w:tc>
          <w:tcPr>
            <w:tcW w:w="2182" w:type="dxa"/>
          </w:tcPr>
          <w:p w14:paraId="55C7BAAF" w14:textId="67DF410E"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0.17</w:t>
            </w:r>
          </w:p>
        </w:tc>
      </w:tr>
      <w:tr w:rsidR="002266DF" w:rsidRPr="0071512A" w14:paraId="56949F48" w14:textId="77777777" w:rsidTr="00C9779D">
        <w:trPr>
          <w:jc w:val="center"/>
        </w:trPr>
        <w:tc>
          <w:tcPr>
            <w:tcW w:w="2734" w:type="dxa"/>
          </w:tcPr>
          <w:p w14:paraId="58AE42E8" w14:textId="1CCCE915"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Purging </w:t>
            </w:r>
          </w:p>
        </w:tc>
        <w:tc>
          <w:tcPr>
            <w:tcW w:w="1883" w:type="dxa"/>
          </w:tcPr>
          <w:p w14:paraId="3049A516" w14:textId="3CC7E438"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0.01</w:t>
            </w:r>
          </w:p>
        </w:tc>
        <w:tc>
          <w:tcPr>
            <w:tcW w:w="1170" w:type="dxa"/>
          </w:tcPr>
          <w:p w14:paraId="144EF890" w14:textId="015C65B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0.15</w:t>
            </w:r>
          </w:p>
        </w:tc>
        <w:tc>
          <w:tcPr>
            <w:tcW w:w="2182" w:type="dxa"/>
          </w:tcPr>
          <w:p w14:paraId="34A26F4D" w14:textId="1138D025"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0.17</w:t>
            </w:r>
          </w:p>
        </w:tc>
      </w:tr>
      <w:tr w:rsidR="002266DF" w:rsidRPr="0071512A" w14:paraId="7F3BE2F1" w14:textId="77777777" w:rsidTr="00C9779D">
        <w:trPr>
          <w:jc w:val="center"/>
        </w:trPr>
        <w:tc>
          <w:tcPr>
            <w:tcW w:w="2734" w:type="dxa"/>
          </w:tcPr>
          <w:p w14:paraId="1EAF83D8" w14:textId="0447325E"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Difficulties Reaching Orgasm </w:t>
            </w:r>
          </w:p>
        </w:tc>
        <w:tc>
          <w:tcPr>
            <w:tcW w:w="1883" w:type="dxa"/>
          </w:tcPr>
          <w:p w14:paraId="4E61C484" w14:textId="0BC2CB2D"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0.21</w:t>
            </w:r>
          </w:p>
        </w:tc>
        <w:tc>
          <w:tcPr>
            <w:tcW w:w="1170" w:type="dxa"/>
          </w:tcPr>
          <w:p w14:paraId="17BCEDFF" w14:textId="54C760D7"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0.06</w:t>
            </w:r>
          </w:p>
        </w:tc>
        <w:tc>
          <w:tcPr>
            <w:tcW w:w="2182" w:type="dxa"/>
          </w:tcPr>
          <w:p w14:paraId="460314A5" w14:textId="0FE7C6E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0.14</w:t>
            </w:r>
          </w:p>
        </w:tc>
      </w:tr>
      <w:tr w:rsidR="002266DF" w:rsidRPr="0071512A" w14:paraId="32FADA6D" w14:textId="77777777" w:rsidTr="00C9779D">
        <w:trPr>
          <w:jc w:val="center"/>
        </w:trPr>
        <w:tc>
          <w:tcPr>
            <w:tcW w:w="2734" w:type="dxa"/>
          </w:tcPr>
          <w:p w14:paraId="377E320F" w14:textId="358AC50B"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Workaholism    </w:t>
            </w:r>
          </w:p>
        </w:tc>
        <w:tc>
          <w:tcPr>
            <w:tcW w:w="1883" w:type="dxa"/>
            <w:tcBorders>
              <w:top w:val="nil"/>
              <w:left w:val="nil"/>
              <w:bottom w:val="nil"/>
              <w:right w:val="nil"/>
            </w:tcBorders>
          </w:tcPr>
          <w:p w14:paraId="7F5342AF" w14:textId="035A279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-0.16</w:t>
            </w:r>
          </w:p>
        </w:tc>
        <w:tc>
          <w:tcPr>
            <w:tcW w:w="1170" w:type="dxa"/>
            <w:tcBorders>
              <w:top w:val="nil"/>
              <w:left w:val="nil"/>
              <w:bottom w:val="nil"/>
              <w:right w:val="nil"/>
            </w:tcBorders>
          </w:tcPr>
          <w:p w14:paraId="38324097" w14:textId="2C63268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0.23</w:t>
            </w:r>
          </w:p>
        </w:tc>
        <w:tc>
          <w:tcPr>
            <w:tcW w:w="2182" w:type="dxa"/>
            <w:tcBorders>
              <w:top w:val="nil"/>
              <w:left w:val="nil"/>
              <w:bottom w:val="nil"/>
              <w:right w:val="nil"/>
            </w:tcBorders>
          </w:tcPr>
          <w:p w14:paraId="7AE4B4D9" w14:textId="719D143F"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0.13</w:t>
            </w:r>
          </w:p>
        </w:tc>
      </w:tr>
      <w:tr w:rsidR="002266DF" w:rsidRPr="0071512A" w14:paraId="5A015794" w14:textId="77777777" w:rsidTr="00C9779D">
        <w:trPr>
          <w:jc w:val="center"/>
        </w:trPr>
        <w:tc>
          <w:tcPr>
            <w:tcW w:w="2734" w:type="dxa"/>
          </w:tcPr>
          <w:p w14:paraId="5C9A4929" w14:textId="0BEAB35C"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Trichotillomania </w:t>
            </w:r>
          </w:p>
        </w:tc>
        <w:tc>
          <w:tcPr>
            <w:tcW w:w="1883" w:type="dxa"/>
            <w:tcBorders>
              <w:top w:val="nil"/>
              <w:left w:val="nil"/>
              <w:bottom w:val="nil"/>
              <w:right w:val="nil"/>
            </w:tcBorders>
          </w:tcPr>
          <w:p w14:paraId="25F58143" w14:textId="5BAC2C6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0.08</w:t>
            </w:r>
          </w:p>
        </w:tc>
        <w:tc>
          <w:tcPr>
            <w:tcW w:w="1170" w:type="dxa"/>
            <w:tcBorders>
              <w:top w:val="nil"/>
              <w:left w:val="nil"/>
              <w:bottom w:val="nil"/>
              <w:right w:val="nil"/>
            </w:tcBorders>
          </w:tcPr>
          <w:p w14:paraId="566CB93C" w14:textId="27DCE94D"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0.15</w:t>
            </w:r>
          </w:p>
        </w:tc>
        <w:tc>
          <w:tcPr>
            <w:tcW w:w="2182" w:type="dxa"/>
            <w:tcBorders>
              <w:top w:val="nil"/>
              <w:left w:val="nil"/>
              <w:bottom w:val="nil"/>
              <w:right w:val="nil"/>
            </w:tcBorders>
          </w:tcPr>
          <w:p w14:paraId="240B2118" w14:textId="4A9CC2FB"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0.13</w:t>
            </w:r>
          </w:p>
        </w:tc>
      </w:tr>
      <w:tr w:rsidR="002266DF" w:rsidRPr="0071512A" w14:paraId="62B36A8B" w14:textId="77777777" w:rsidTr="00C9779D">
        <w:trPr>
          <w:jc w:val="center"/>
        </w:trPr>
        <w:tc>
          <w:tcPr>
            <w:tcW w:w="2734" w:type="dxa"/>
          </w:tcPr>
          <w:p w14:paraId="0089BC02" w14:textId="0424274A"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Sexual Pain</w:t>
            </w:r>
          </w:p>
        </w:tc>
        <w:tc>
          <w:tcPr>
            <w:tcW w:w="1883" w:type="dxa"/>
          </w:tcPr>
          <w:p w14:paraId="3EFE5A24" w14:textId="4879DA55" w:rsidR="002266DF" w:rsidRPr="003E6C6A" w:rsidRDefault="002266DF" w:rsidP="002266DF">
            <w:pPr>
              <w:rPr>
                <w:rFonts w:asciiTheme="majorBidi" w:hAnsiTheme="majorBidi" w:cstheme="majorBidi"/>
                <w:b/>
                <w:bCs/>
                <w:sz w:val="20"/>
                <w:szCs w:val="20"/>
              </w:rPr>
            </w:pPr>
            <w:r w:rsidRPr="003E6C6A">
              <w:rPr>
                <w:rFonts w:asciiTheme="majorBidi" w:hAnsiTheme="majorBidi" w:cstheme="majorBidi"/>
                <w:sz w:val="20"/>
                <w:szCs w:val="20"/>
              </w:rPr>
              <w:t>0.12</w:t>
            </w:r>
          </w:p>
        </w:tc>
        <w:tc>
          <w:tcPr>
            <w:tcW w:w="1170" w:type="dxa"/>
          </w:tcPr>
          <w:p w14:paraId="3ED4E082" w14:textId="44D17B72"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0.25</w:t>
            </w:r>
          </w:p>
        </w:tc>
        <w:tc>
          <w:tcPr>
            <w:tcW w:w="2182" w:type="dxa"/>
          </w:tcPr>
          <w:p w14:paraId="07B5C0D5" w14:textId="5A9F41F5" w:rsidR="002266DF" w:rsidRPr="003E6C6A" w:rsidRDefault="002266DF" w:rsidP="002266DF">
            <w:pPr>
              <w:rPr>
                <w:rFonts w:asciiTheme="majorBidi" w:hAnsiTheme="majorBidi" w:cstheme="majorBidi"/>
                <w:sz w:val="20"/>
                <w:szCs w:val="20"/>
              </w:rPr>
            </w:pPr>
            <w:r w:rsidRPr="003E6C6A">
              <w:rPr>
                <w:rFonts w:asciiTheme="majorBidi" w:hAnsiTheme="majorBidi" w:cstheme="majorBidi"/>
                <w:sz w:val="20"/>
                <w:szCs w:val="20"/>
              </w:rPr>
              <w:t>0.10</w:t>
            </w:r>
          </w:p>
        </w:tc>
      </w:tr>
      <w:tr w:rsidR="003E6C6A" w:rsidRPr="0071512A" w14:paraId="293E6A9F" w14:textId="77777777" w:rsidTr="00C9779D">
        <w:trPr>
          <w:jc w:val="center"/>
        </w:trPr>
        <w:tc>
          <w:tcPr>
            <w:tcW w:w="2734" w:type="dxa"/>
          </w:tcPr>
          <w:p w14:paraId="180B350F" w14:textId="1AE2B999" w:rsidR="003E6C6A" w:rsidRPr="003E6C6A" w:rsidRDefault="003E6C6A" w:rsidP="003E6C6A">
            <w:pPr>
              <w:rPr>
                <w:rFonts w:asciiTheme="majorBidi" w:hAnsiTheme="majorBidi" w:cstheme="majorBidi"/>
                <w:sz w:val="20"/>
                <w:szCs w:val="20"/>
              </w:rPr>
            </w:pPr>
            <w:r w:rsidRPr="003E6C6A">
              <w:rPr>
                <w:rFonts w:asciiTheme="majorBidi" w:hAnsiTheme="majorBidi" w:cstheme="majorBidi"/>
                <w:sz w:val="20"/>
                <w:szCs w:val="20"/>
              </w:rPr>
              <w:t>Excoriation </w:t>
            </w:r>
          </w:p>
        </w:tc>
        <w:tc>
          <w:tcPr>
            <w:tcW w:w="1883" w:type="dxa"/>
          </w:tcPr>
          <w:p w14:paraId="00FF3CC5" w14:textId="40B607D0" w:rsidR="003E6C6A" w:rsidRPr="003E6C6A" w:rsidRDefault="003E6C6A" w:rsidP="003E6C6A">
            <w:pPr>
              <w:rPr>
                <w:rFonts w:asciiTheme="majorBidi" w:hAnsiTheme="majorBidi" w:cstheme="majorBidi"/>
                <w:sz w:val="20"/>
                <w:szCs w:val="20"/>
              </w:rPr>
            </w:pPr>
            <w:r w:rsidRPr="003E6C6A">
              <w:rPr>
                <w:rFonts w:asciiTheme="majorBidi" w:hAnsiTheme="majorBidi" w:cstheme="majorBidi"/>
                <w:sz w:val="20"/>
                <w:szCs w:val="20"/>
              </w:rPr>
              <w:t>0.03</w:t>
            </w:r>
          </w:p>
        </w:tc>
        <w:tc>
          <w:tcPr>
            <w:tcW w:w="1170" w:type="dxa"/>
          </w:tcPr>
          <w:p w14:paraId="5ACB0D82" w14:textId="6F5BA0AA" w:rsidR="003E6C6A" w:rsidRPr="003E6C6A" w:rsidRDefault="003E6C6A" w:rsidP="003E6C6A">
            <w:pPr>
              <w:rPr>
                <w:rFonts w:asciiTheme="majorBidi" w:hAnsiTheme="majorBidi" w:cstheme="majorBidi"/>
                <w:sz w:val="20"/>
                <w:szCs w:val="20"/>
              </w:rPr>
            </w:pPr>
            <w:r w:rsidRPr="003E6C6A">
              <w:rPr>
                <w:rFonts w:asciiTheme="majorBidi" w:hAnsiTheme="majorBidi" w:cstheme="majorBidi"/>
                <w:sz w:val="20"/>
                <w:szCs w:val="20"/>
              </w:rPr>
              <w:t>0.28</w:t>
            </w:r>
          </w:p>
        </w:tc>
        <w:tc>
          <w:tcPr>
            <w:tcW w:w="2182" w:type="dxa"/>
          </w:tcPr>
          <w:p w14:paraId="3AD21A0E" w14:textId="1E6F4F5E" w:rsidR="003E6C6A" w:rsidRPr="003E6C6A" w:rsidRDefault="003E6C6A" w:rsidP="003E6C6A">
            <w:pPr>
              <w:rPr>
                <w:rFonts w:asciiTheme="majorBidi" w:hAnsiTheme="majorBidi" w:cstheme="majorBidi"/>
                <w:sz w:val="20"/>
                <w:szCs w:val="20"/>
              </w:rPr>
            </w:pPr>
            <w:r w:rsidRPr="003E6C6A">
              <w:rPr>
                <w:rFonts w:asciiTheme="majorBidi" w:hAnsiTheme="majorBidi" w:cstheme="majorBidi"/>
                <w:sz w:val="20"/>
                <w:szCs w:val="20"/>
              </w:rPr>
              <w:t>0.08</w:t>
            </w:r>
          </w:p>
        </w:tc>
      </w:tr>
      <w:tr w:rsidR="003E6C6A" w:rsidRPr="0071512A" w14:paraId="22AF4D4E" w14:textId="77777777" w:rsidTr="00C9779D">
        <w:trPr>
          <w:jc w:val="center"/>
        </w:trPr>
        <w:tc>
          <w:tcPr>
            <w:tcW w:w="2734" w:type="dxa"/>
          </w:tcPr>
          <w:p w14:paraId="5A8D1FF0" w14:textId="4A19859B" w:rsidR="003E6C6A" w:rsidRPr="003E6C6A" w:rsidRDefault="003E6C6A" w:rsidP="003E6C6A">
            <w:pPr>
              <w:rPr>
                <w:rFonts w:asciiTheme="majorBidi" w:hAnsiTheme="majorBidi" w:cstheme="majorBidi"/>
                <w:sz w:val="20"/>
                <w:szCs w:val="20"/>
              </w:rPr>
            </w:pPr>
            <w:r w:rsidRPr="003E6C6A">
              <w:rPr>
                <w:rFonts w:asciiTheme="majorBidi" w:hAnsiTheme="majorBidi" w:cstheme="majorBidi"/>
                <w:sz w:val="20"/>
                <w:szCs w:val="20"/>
              </w:rPr>
              <w:t>Binge Eating</w:t>
            </w:r>
          </w:p>
        </w:tc>
        <w:tc>
          <w:tcPr>
            <w:tcW w:w="1883" w:type="dxa"/>
          </w:tcPr>
          <w:p w14:paraId="730F33A5" w14:textId="7148797A" w:rsidR="003E6C6A" w:rsidRPr="003E6C6A" w:rsidRDefault="003E6C6A" w:rsidP="003E6C6A">
            <w:pPr>
              <w:rPr>
                <w:rFonts w:asciiTheme="majorBidi" w:hAnsiTheme="majorBidi" w:cstheme="majorBidi"/>
                <w:b/>
                <w:bCs/>
                <w:sz w:val="20"/>
                <w:szCs w:val="20"/>
              </w:rPr>
            </w:pPr>
            <w:r w:rsidRPr="003E6C6A">
              <w:rPr>
                <w:rFonts w:asciiTheme="majorBidi" w:hAnsiTheme="majorBidi" w:cstheme="majorBidi"/>
                <w:sz w:val="20"/>
                <w:szCs w:val="20"/>
              </w:rPr>
              <w:t>0.24</w:t>
            </w:r>
          </w:p>
        </w:tc>
        <w:tc>
          <w:tcPr>
            <w:tcW w:w="1170" w:type="dxa"/>
          </w:tcPr>
          <w:p w14:paraId="293D2BA4" w14:textId="50E09817" w:rsidR="003E6C6A" w:rsidRPr="003E6C6A" w:rsidRDefault="003E6C6A" w:rsidP="003E6C6A">
            <w:pPr>
              <w:rPr>
                <w:rFonts w:asciiTheme="majorBidi" w:hAnsiTheme="majorBidi" w:cstheme="majorBidi"/>
                <w:sz w:val="20"/>
                <w:szCs w:val="20"/>
              </w:rPr>
            </w:pPr>
            <w:r w:rsidRPr="003E6C6A">
              <w:rPr>
                <w:rFonts w:asciiTheme="majorBidi" w:hAnsiTheme="majorBidi" w:cstheme="majorBidi"/>
                <w:sz w:val="20"/>
                <w:szCs w:val="20"/>
              </w:rPr>
              <w:t>0.20</w:t>
            </w:r>
          </w:p>
        </w:tc>
        <w:tc>
          <w:tcPr>
            <w:tcW w:w="2182" w:type="dxa"/>
          </w:tcPr>
          <w:p w14:paraId="2ABFFF3B" w14:textId="12D76F59" w:rsidR="003E6C6A" w:rsidRPr="003E6C6A" w:rsidRDefault="003E6C6A" w:rsidP="003E6C6A">
            <w:pPr>
              <w:rPr>
                <w:rFonts w:asciiTheme="majorBidi" w:hAnsiTheme="majorBidi" w:cstheme="majorBidi"/>
                <w:sz w:val="20"/>
                <w:szCs w:val="20"/>
              </w:rPr>
            </w:pPr>
            <w:r w:rsidRPr="003E6C6A">
              <w:rPr>
                <w:rFonts w:asciiTheme="majorBidi" w:hAnsiTheme="majorBidi" w:cstheme="majorBidi"/>
                <w:sz w:val="20"/>
                <w:szCs w:val="20"/>
              </w:rPr>
              <w:t>0.06</w:t>
            </w:r>
          </w:p>
        </w:tc>
      </w:tr>
      <w:tr w:rsidR="002266DF" w:rsidRPr="0071512A" w14:paraId="73723D7F" w14:textId="77777777" w:rsidTr="00C9779D">
        <w:trPr>
          <w:trHeight w:val="297"/>
          <w:jc w:val="center"/>
        </w:trPr>
        <w:tc>
          <w:tcPr>
            <w:tcW w:w="7969" w:type="dxa"/>
            <w:gridSpan w:val="4"/>
            <w:tcBorders>
              <w:top w:val="single" w:sz="4" w:space="0" w:color="auto"/>
            </w:tcBorders>
          </w:tcPr>
          <w:p w14:paraId="5E155532" w14:textId="7DD0CF05" w:rsidR="002266DF" w:rsidRPr="00343DE7" w:rsidRDefault="002266DF" w:rsidP="002266DF">
            <w:pPr>
              <w:rPr>
                <w:rFonts w:ascii="Times New Roman" w:hAnsi="Times New Roman" w:cs="Times New Roman"/>
                <w:color w:val="000000"/>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4417127D" w14:textId="77777777" w:rsidR="008A4452" w:rsidRDefault="008A4452"/>
    <w:p w14:paraId="73847B09" w14:textId="77777777" w:rsidR="00923602" w:rsidRDefault="00923602" w:rsidP="00923602">
      <w:pPr>
        <w:spacing w:line="480" w:lineRule="auto"/>
        <w:rPr>
          <w:rFonts w:ascii="Times New Roman" w:hAnsi="Times New Roman" w:cs="Times New Roman"/>
          <w:b/>
          <w:bCs/>
        </w:rPr>
      </w:pPr>
    </w:p>
    <w:p w14:paraId="191D31BF" w14:textId="77777777" w:rsidR="00434F0B" w:rsidRDefault="00434F0B" w:rsidP="00923602">
      <w:pPr>
        <w:spacing w:line="480" w:lineRule="auto"/>
        <w:rPr>
          <w:rFonts w:ascii="Times New Roman" w:hAnsi="Times New Roman" w:cs="Times New Roman"/>
          <w:b/>
          <w:bCs/>
        </w:rPr>
      </w:pPr>
    </w:p>
    <w:p w14:paraId="42AAA1CE" w14:textId="77777777" w:rsidR="00434F0B" w:rsidRDefault="00434F0B" w:rsidP="00923602">
      <w:pPr>
        <w:spacing w:line="480" w:lineRule="auto"/>
        <w:rPr>
          <w:rFonts w:ascii="Times New Roman" w:hAnsi="Times New Roman" w:cs="Times New Roman"/>
          <w:b/>
          <w:bCs/>
        </w:rPr>
      </w:pPr>
    </w:p>
    <w:tbl>
      <w:tblPr>
        <w:tblW w:w="9720" w:type="dxa"/>
        <w:tblInd w:w="-180" w:type="dxa"/>
        <w:tblLook w:val="04A0" w:firstRow="1" w:lastRow="0" w:firstColumn="1" w:lastColumn="0" w:noHBand="0" w:noVBand="1"/>
      </w:tblPr>
      <w:tblGrid>
        <w:gridCol w:w="2284"/>
        <w:gridCol w:w="1883"/>
        <w:gridCol w:w="2283"/>
        <w:gridCol w:w="1416"/>
        <w:gridCol w:w="1854"/>
      </w:tblGrid>
      <w:tr w:rsidR="00923602" w:rsidRPr="0071512A" w14:paraId="171E2D0A" w14:textId="77777777" w:rsidTr="003B3E77">
        <w:trPr>
          <w:trHeight w:val="720"/>
        </w:trPr>
        <w:tc>
          <w:tcPr>
            <w:tcW w:w="9720" w:type="dxa"/>
            <w:gridSpan w:val="5"/>
            <w:vAlign w:val="center"/>
          </w:tcPr>
          <w:p w14:paraId="3C70EE53" w14:textId="77777777" w:rsidR="00923602" w:rsidRPr="007E7E09" w:rsidRDefault="00923602" w:rsidP="001E7104">
            <w:pPr>
              <w:rPr>
                <w:b/>
                <w:bCs/>
              </w:rPr>
            </w:pPr>
            <w:r w:rsidRPr="004D428B">
              <w:rPr>
                <w:rFonts w:ascii="Times New Roman" w:hAnsi="Times New Roman" w:cs="Times New Roman"/>
                <w:b/>
                <w:bCs/>
                <w:color w:val="000000" w:themeColor="text1"/>
                <w:sz w:val="22"/>
                <w:szCs w:val="22"/>
              </w:rPr>
              <w:lastRenderedPageBreak/>
              <w:t>Table S7</w:t>
            </w:r>
            <w:r w:rsidRPr="007E7E09">
              <w:rPr>
                <w:b/>
                <w:bCs/>
              </w:rPr>
              <w:t xml:space="preserve"> </w:t>
            </w:r>
          </w:p>
          <w:p w14:paraId="5373A8C3" w14:textId="6B1E9DAC" w:rsidR="00923602" w:rsidRPr="0071512A" w:rsidRDefault="00923602" w:rsidP="001E7104">
            <w:pPr>
              <w:rPr>
                <w:rFonts w:ascii="Times New Roman" w:hAnsi="Times New Roman" w:cs="Times New Roman"/>
                <w:b/>
                <w:sz w:val="20"/>
                <w:szCs w:val="20"/>
              </w:rPr>
            </w:pPr>
            <w:r w:rsidRPr="002B725C">
              <w:rPr>
                <w:rFonts w:ascii="Times New Roman" w:hAnsi="Times New Roman" w:cs="Times New Roman"/>
                <w:i/>
                <w:iCs/>
                <w:color w:val="000000" w:themeColor="text1"/>
                <w:sz w:val="22"/>
                <w:szCs w:val="22"/>
              </w:rPr>
              <w:t xml:space="preserve">Factor Loadings </w:t>
            </w:r>
            <w:r>
              <w:rPr>
                <w:rFonts w:ascii="Times New Roman" w:hAnsi="Times New Roman" w:cs="Times New Roman"/>
                <w:i/>
                <w:iCs/>
                <w:color w:val="000000" w:themeColor="text1"/>
                <w:sz w:val="22"/>
                <w:szCs w:val="22"/>
              </w:rPr>
              <w:t>for the</w:t>
            </w:r>
            <w:r w:rsidRPr="002B725C">
              <w:rPr>
                <w:rFonts w:ascii="Times New Roman" w:hAnsi="Times New Roman" w:cs="Times New Roman"/>
                <w:i/>
                <w:iCs/>
                <w:color w:val="000000" w:themeColor="text1"/>
                <w:sz w:val="22"/>
                <w:szCs w:val="22"/>
              </w:rPr>
              <w:t xml:space="preserve"> </w:t>
            </w:r>
            <w:r>
              <w:rPr>
                <w:rFonts w:ascii="Times New Roman" w:hAnsi="Times New Roman" w:cs="Times New Roman"/>
                <w:i/>
                <w:iCs/>
                <w:color w:val="000000" w:themeColor="text1"/>
                <w:sz w:val="22"/>
                <w:szCs w:val="22"/>
              </w:rPr>
              <w:t>4-Factor Solution of</w:t>
            </w:r>
            <w:r w:rsidRPr="002B725C">
              <w:rPr>
                <w:rFonts w:ascii="Times New Roman" w:hAnsi="Times New Roman" w:cs="Times New Roman"/>
                <w:i/>
                <w:iCs/>
                <w:color w:val="000000" w:themeColor="text1"/>
                <w:sz w:val="22"/>
                <w:szCs w:val="22"/>
              </w:rPr>
              <w:t xml:space="preserve"> </w:t>
            </w:r>
            <w:proofErr w:type="spellStart"/>
            <w:r w:rsidR="00B14F60">
              <w:rPr>
                <w:rFonts w:ascii="Times New Roman" w:hAnsi="Times New Roman" w:cs="Times New Roman"/>
                <w:i/>
                <w:iCs/>
                <w:color w:val="000000" w:themeColor="text1"/>
                <w:sz w:val="22"/>
                <w:szCs w:val="22"/>
              </w:rPr>
              <w:t>HiTOP</w:t>
            </w:r>
            <w:proofErr w:type="spellEnd"/>
            <w:r w:rsidR="00B14F60">
              <w:rPr>
                <w:rFonts w:ascii="Times New Roman" w:hAnsi="Times New Roman" w:cs="Times New Roman"/>
                <w:i/>
                <w:iCs/>
                <w:color w:val="000000" w:themeColor="text1"/>
                <w:sz w:val="22"/>
                <w:szCs w:val="22"/>
              </w:rPr>
              <w:t>-SR</w:t>
            </w:r>
            <w:r w:rsidRPr="002B725C">
              <w:rPr>
                <w:rFonts w:ascii="Times New Roman" w:hAnsi="Times New Roman" w:cs="Times New Roman"/>
                <w:i/>
                <w:iCs/>
                <w:color w:val="000000" w:themeColor="text1"/>
                <w:sz w:val="22"/>
                <w:szCs w:val="22"/>
              </w:rPr>
              <w:t xml:space="preserve"> Scales</w:t>
            </w:r>
            <w:r>
              <w:rPr>
                <w:rFonts w:ascii="Times New Roman" w:hAnsi="Times New Roman" w:cs="Times New Roman"/>
                <w:i/>
                <w:iCs/>
                <w:color w:val="000000" w:themeColor="text1"/>
                <w:sz w:val="22"/>
                <w:szCs w:val="22"/>
              </w:rPr>
              <w:t>.</w:t>
            </w:r>
          </w:p>
        </w:tc>
      </w:tr>
      <w:tr w:rsidR="00923602" w:rsidRPr="0071512A" w14:paraId="1C0E72AE" w14:textId="77777777" w:rsidTr="003B3E77">
        <w:tc>
          <w:tcPr>
            <w:tcW w:w="2284" w:type="dxa"/>
          </w:tcPr>
          <w:p w14:paraId="7BB29732" w14:textId="1003D697" w:rsidR="00923602" w:rsidRPr="0071512A" w:rsidRDefault="00B14F60" w:rsidP="001C61B8">
            <w:pPr>
              <w:jc w:val="cente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923602" w:rsidRPr="000A26ED">
              <w:rPr>
                <w:rFonts w:ascii="Times New Roman" w:hAnsi="Times New Roman" w:cs="Times New Roman"/>
                <w:sz w:val="20"/>
                <w:szCs w:val="20"/>
              </w:rPr>
              <w:t xml:space="preserve"> Scale</w:t>
            </w:r>
          </w:p>
        </w:tc>
        <w:tc>
          <w:tcPr>
            <w:tcW w:w="7436" w:type="dxa"/>
            <w:gridSpan w:val="4"/>
            <w:tcBorders>
              <w:bottom w:val="single" w:sz="4" w:space="0" w:color="auto"/>
            </w:tcBorders>
          </w:tcPr>
          <w:p w14:paraId="0D5F4CB5" w14:textId="77777777" w:rsidR="00923602" w:rsidRPr="0071512A" w:rsidRDefault="00923602" w:rsidP="001C61B8">
            <w:pPr>
              <w:jc w:val="center"/>
              <w:rPr>
                <w:rFonts w:ascii="Times New Roman" w:hAnsi="Times New Roman" w:cs="Times New Roman"/>
                <w:b/>
                <w:sz w:val="20"/>
                <w:szCs w:val="20"/>
              </w:rPr>
            </w:pPr>
            <w:r>
              <w:rPr>
                <w:rFonts w:ascii="Times New Roman" w:hAnsi="Times New Roman" w:cs="Times New Roman"/>
                <w:sz w:val="20"/>
                <w:szCs w:val="20"/>
              </w:rPr>
              <w:t>Factor Loadings</w:t>
            </w:r>
          </w:p>
        </w:tc>
      </w:tr>
      <w:tr w:rsidR="00923602" w:rsidRPr="0071512A" w14:paraId="32B0BC5B" w14:textId="77777777" w:rsidTr="003B3E77">
        <w:tc>
          <w:tcPr>
            <w:tcW w:w="2284" w:type="dxa"/>
          </w:tcPr>
          <w:p w14:paraId="71523627" w14:textId="77777777" w:rsidR="00923602" w:rsidRPr="000E39C9" w:rsidRDefault="00923602" w:rsidP="001C61B8">
            <w:pPr>
              <w:rPr>
                <w:rFonts w:ascii="Times New Roman" w:hAnsi="Times New Roman" w:cs="Times New Roman"/>
                <w:sz w:val="20"/>
                <w:szCs w:val="20"/>
              </w:rPr>
            </w:pPr>
          </w:p>
        </w:tc>
        <w:tc>
          <w:tcPr>
            <w:tcW w:w="1883" w:type="dxa"/>
          </w:tcPr>
          <w:p w14:paraId="79F4782A" w14:textId="77777777" w:rsidR="00923602" w:rsidRPr="000E39C9" w:rsidRDefault="00923602" w:rsidP="004517EB">
            <w:pPr>
              <w:jc w:val="center"/>
              <w:rPr>
                <w:rFonts w:ascii="Times New Roman" w:hAnsi="Times New Roman" w:cs="Times New Roman"/>
                <w:bCs/>
                <w:sz w:val="20"/>
                <w:szCs w:val="20"/>
              </w:rPr>
            </w:pPr>
            <w:r w:rsidRPr="000E39C9">
              <w:rPr>
                <w:rFonts w:ascii="Times New Roman" w:hAnsi="Times New Roman" w:cs="Times New Roman"/>
                <w:bCs/>
                <w:sz w:val="20"/>
                <w:szCs w:val="20"/>
              </w:rPr>
              <w:t>Distress/Detachment</w:t>
            </w:r>
          </w:p>
        </w:tc>
        <w:tc>
          <w:tcPr>
            <w:tcW w:w="2283" w:type="dxa"/>
          </w:tcPr>
          <w:p w14:paraId="32B2E928" w14:textId="77777777" w:rsidR="00923602" w:rsidRPr="000E39C9" w:rsidRDefault="00923602" w:rsidP="004517EB">
            <w:pPr>
              <w:jc w:val="center"/>
              <w:rPr>
                <w:rFonts w:ascii="Times New Roman" w:hAnsi="Times New Roman" w:cs="Times New Roman"/>
                <w:bCs/>
                <w:sz w:val="20"/>
                <w:szCs w:val="20"/>
              </w:rPr>
            </w:pPr>
            <w:r w:rsidRPr="000E39C9">
              <w:rPr>
                <w:rFonts w:ascii="Times New Roman" w:hAnsi="Times New Roman" w:cs="Times New Roman"/>
                <w:bCs/>
                <w:sz w:val="20"/>
                <w:szCs w:val="20"/>
              </w:rPr>
              <w:t>Domineering/</w:t>
            </w:r>
            <w:proofErr w:type="spellStart"/>
            <w:r w:rsidRPr="000E39C9">
              <w:rPr>
                <w:rFonts w:ascii="Times New Roman" w:hAnsi="Times New Roman" w:cs="Times New Roman"/>
                <w:bCs/>
                <w:sz w:val="20"/>
                <w:szCs w:val="20"/>
              </w:rPr>
              <w:t>Anankastia</w:t>
            </w:r>
            <w:proofErr w:type="spellEnd"/>
            <w:r w:rsidRPr="000E39C9">
              <w:rPr>
                <w:rFonts w:ascii="Times New Roman" w:hAnsi="Times New Roman" w:cs="Times New Roman"/>
                <w:bCs/>
                <w:sz w:val="20"/>
                <w:szCs w:val="20"/>
              </w:rPr>
              <w:t>/</w:t>
            </w:r>
          </w:p>
          <w:p w14:paraId="14A76DCA" w14:textId="77777777" w:rsidR="00923602" w:rsidRPr="000E39C9" w:rsidRDefault="00923602" w:rsidP="004517EB">
            <w:pPr>
              <w:jc w:val="center"/>
              <w:rPr>
                <w:rFonts w:ascii="Times New Roman" w:hAnsi="Times New Roman" w:cs="Times New Roman"/>
                <w:bCs/>
                <w:sz w:val="20"/>
                <w:szCs w:val="20"/>
              </w:rPr>
            </w:pPr>
            <w:r w:rsidRPr="000E39C9">
              <w:rPr>
                <w:rFonts w:ascii="Times New Roman" w:hAnsi="Times New Roman" w:cs="Times New Roman"/>
                <w:bCs/>
                <w:sz w:val="20"/>
                <w:szCs w:val="20"/>
              </w:rPr>
              <w:t>Body Focus</w:t>
            </w:r>
          </w:p>
        </w:tc>
        <w:tc>
          <w:tcPr>
            <w:tcW w:w="1416" w:type="dxa"/>
          </w:tcPr>
          <w:p w14:paraId="762B9215" w14:textId="77777777" w:rsidR="00923602" w:rsidRPr="000E39C9" w:rsidRDefault="00923602" w:rsidP="004517EB">
            <w:pPr>
              <w:jc w:val="center"/>
              <w:rPr>
                <w:rFonts w:ascii="Times New Roman" w:hAnsi="Times New Roman" w:cs="Times New Roman"/>
                <w:bCs/>
                <w:sz w:val="20"/>
                <w:szCs w:val="20"/>
              </w:rPr>
            </w:pPr>
            <w:r w:rsidRPr="000E39C9">
              <w:rPr>
                <w:rFonts w:ascii="Times New Roman" w:hAnsi="Times New Roman" w:cs="Times New Roman"/>
                <w:bCs/>
                <w:sz w:val="20"/>
                <w:szCs w:val="20"/>
              </w:rPr>
              <w:t>Fear/Psychosis</w:t>
            </w:r>
          </w:p>
        </w:tc>
        <w:tc>
          <w:tcPr>
            <w:tcW w:w="1854" w:type="dxa"/>
          </w:tcPr>
          <w:p w14:paraId="00901636" w14:textId="77777777" w:rsidR="00923602" w:rsidRPr="000E39C9" w:rsidRDefault="00923602" w:rsidP="004517EB">
            <w:pPr>
              <w:jc w:val="center"/>
              <w:rPr>
                <w:rFonts w:ascii="Times New Roman" w:hAnsi="Times New Roman" w:cs="Times New Roman"/>
                <w:bCs/>
                <w:sz w:val="20"/>
                <w:szCs w:val="20"/>
              </w:rPr>
            </w:pPr>
            <w:r w:rsidRPr="000E39C9">
              <w:rPr>
                <w:rFonts w:ascii="Times New Roman" w:hAnsi="Times New Roman" w:cs="Times New Roman"/>
                <w:bCs/>
                <w:sz w:val="20"/>
                <w:szCs w:val="20"/>
              </w:rPr>
              <w:t>Externalizing/Rarity</w:t>
            </w:r>
          </w:p>
        </w:tc>
      </w:tr>
      <w:tr w:rsidR="0064399E" w:rsidRPr="0071512A" w14:paraId="1EAD4939" w14:textId="77777777" w:rsidTr="00782866">
        <w:tc>
          <w:tcPr>
            <w:tcW w:w="2284" w:type="dxa"/>
            <w:vAlign w:val="bottom"/>
          </w:tcPr>
          <w:p w14:paraId="67C2A346" w14:textId="60399F3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Well-being </w:t>
            </w:r>
          </w:p>
        </w:tc>
        <w:tc>
          <w:tcPr>
            <w:tcW w:w="1883" w:type="dxa"/>
            <w:tcBorders>
              <w:top w:val="nil"/>
              <w:left w:val="nil"/>
              <w:bottom w:val="nil"/>
              <w:right w:val="nil"/>
            </w:tcBorders>
            <w:vAlign w:val="bottom"/>
          </w:tcPr>
          <w:p w14:paraId="30FEA02E" w14:textId="1D9E4AEA"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-0.83</w:t>
            </w:r>
          </w:p>
        </w:tc>
        <w:tc>
          <w:tcPr>
            <w:tcW w:w="2283" w:type="dxa"/>
            <w:tcBorders>
              <w:top w:val="nil"/>
              <w:left w:val="nil"/>
              <w:bottom w:val="nil"/>
              <w:right w:val="nil"/>
            </w:tcBorders>
            <w:vAlign w:val="bottom"/>
          </w:tcPr>
          <w:p w14:paraId="3353BFD5" w14:textId="5CACBA7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1416" w:type="dxa"/>
            <w:tcBorders>
              <w:top w:val="nil"/>
              <w:left w:val="nil"/>
              <w:bottom w:val="nil"/>
              <w:right w:val="nil"/>
            </w:tcBorders>
            <w:vAlign w:val="bottom"/>
          </w:tcPr>
          <w:p w14:paraId="2EF30DEB" w14:textId="697B323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-0.05</w:t>
            </w:r>
          </w:p>
        </w:tc>
        <w:tc>
          <w:tcPr>
            <w:tcW w:w="1854" w:type="dxa"/>
            <w:tcBorders>
              <w:top w:val="nil"/>
              <w:left w:val="nil"/>
              <w:bottom w:val="nil"/>
              <w:right w:val="nil"/>
            </w:tcBorders>
            <w:vAlign w:val="bottom"/>
          </w:tcPr>
          <w:p w14:paraId="3D69CB69" w14:textId="3641410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-0.03</w:t>
            </w:r>
          </w:p>
        </w:tc>
      </w:tr>
      <w:tr w:rsidR="0064399E" w:rsidRPr="0071512A" w14:paraId="52AAA450" w14:textId="77777777" w:rsidTr="00782866">
        <w:tc>
          <w:tcPr>
            <w:tcW w:w="2284" w:type="dxa"/>
            <w:vAlign w:val="bottom"/>
          </w:tcPr>
          <w:p w14:paraId="36DFE46C" w14:textId="4D7E123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Grandiosity </w:t>
            </w:r>
          </w:p>
        </w:tc>
        <w:tc>
          <w:tcPr>
            <w:tcW w:w="1883" w:type="dxa"/>
            <w:tcBorders>
              <w:top w:val="nil"/>
              <w:left w:val="nil"/>
              <w:bottom w:val="nil"/>
              <w:right w:val="nil"/>
            </w:tcBorders>
            <w:vAlign w:val="bottom"/>
          </w:tcPr>
          <w:p w14:paraId="464ACF49" w14:textId="15C235C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-0.82</w:t>
            </w:r>
          </w:p>
        </w:tc>
        <w:tc>
          <w:tcPr>
            <w:tcW w:w="2283" w:type="dxa"/>
            <w:tcBorders>
              <w:top w:val="nil"/>
              <w:left w:val="nil"/>
              <w:bottom w:val="nil"/>
              <w:right w:val="nil"/>
            </w:tcBorders>
            <w:vAlign w:val="bottom"/>
          </w:tcPr>
          <w:p w14:paraId="3EFF0B5F" w14:textId="569541D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0.25</w:t>
            </w:r>
          </w:p>
        </w:tc>
        <w:tc>
          <w:tcPr>
            <w:tcW w:w="1416" w:type="dxa"/>
            <w:tcBorders>
              <w:top w:val="nil"/>
              <w:left w:val="nil"/>
              <w:bottom w:val="nil"/>
              <w:right w:val="nil"/>
            </w:tcBorders>
            <w:vAlign w:val="bottom"/>
          </w:tcPr>
          <w:p w14:paraId="59640BE9" w14:textId="370BEAA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0.00</w:t>
            </w:r>
          </w:p>
        </w:tc>
        <w:tc>
          <w:tcPr>
            <w:tcW w:w="1854" w:type="dxa"/>
            <w:tcBorders>
              <w:top w:val="nil"/>
              <w:left w:val="nil"/>
              <w:bottom w:val="nil"/>
              <w:right w:val="nil"/>
            </w:tcBorders>
            <w:vAlign w:val="bottom"/>
          </w:tcPr>
          <w:p w14:paraId="6E29BFA9" w14:textId="5F36448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r>
      <w:tr w:rsidR="0064399E" w:rsidRPr="0071512A" w14:paraId="30346F4B" w14:textId="77777777" w:rsidTr="00782866">
        <w:tc>
          <w:tcPr>
            <w:tcW w:w="2284" w:type="dxa"/>
            <w:vAlign w:val="bottom"/>
          </w:tcPr>
          <w:p w14:paraId="62F19E87" w14:textId="57F2D43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Anhedonia </w:t>
            </w:r>
          </w:p>
        </w:tc>
        <w:tc>
          <w:tcPr>
            <w:tcW w:w="1883" w:type="dxa"/>
            <w:tcBorders>
              <w:top w:val="nil"/>
              <w:left w:val="nil"/>
              <w:bottom w:val="nil"/>
              <w:right w:val="nil"/>
            </w:tcBorders>
            <w:vAlign w:val="bottom"/>
          </w:tcPr>
          <w:p w14:paraId="6A5B8645" w14:textId="2F87185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0.69</w:t>
            </w:r>
          </w:p>
        </w:tc>
        <w:tc>
          <w:tcPr>
            <w:tcW w:w="2283" w:type="dxa"/>
            <w:tcBorders>
              <w:top w:val="nil"/>
              <w:left w:val="nil"/>
              <w:bottom w:val="nil"/>
              <w:right w:val="nil"/>
            </w:tcBorders>
            <w:vAlign w:val="bottom"/>
          </w:tcPr>
          <w:p w14:paraId="543AEE1D" w14:textId="6CBD1F5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0.23</w:t>
            </w:r>
          </w:p>
        </w:tc>
        <w:tc>
          <w:tcPr>
            <w:tcW w:w="1416" w:type="dxa"/>
            <w:tcBorders>
              <w:top w:val="nil"/>
              <w:left w:val="nil"/>
              <w:bottom w:val="nil"/>
              <w:right w:val="nil"/>
            </w:tcBorders>
            <w:vAlign w:val="bottom"/>
          </w:tcPr>
          <w:p w14:paraId="73CDC1B2" w14:textId="2E690C4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854" w:type="dxa"/>
            <w:tcBorders>
              <w:top w:val="nil"/>
              <w:left w:val="nil"/>
              <w:bottom w:val="nil"/>
              <w:right w:val="nil"/>
            </w:tcBorders>
            <w:vAlign w:val="bottom"/>
          </w:tcPr>
          <w:p w14:paraId="378CD0D6" w14:textId="0F07C87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0.09</w:t>
            </w:r>
          </w:p>
        </w:tc>
      </w:tr>
      <w:tr w:rsidR="0064399E" w:rsidRPr="0071512A" w14:paraId="08120A4F" w14:textId="77777777" w:rsidTr="00782866">
        <w:tc>
          <w:tcPr>
            <w:tcW w:w="2284" w:type="dxa"/>
            <w:vAlign w:val="bottom"/>
          </w:tcPr>
          <w:p w14:paraId="685B6CD2" w14:textId="19C4079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Depressed Mood</w:t>
            </w:r>
          </w:p>
        </w:tc>
        <w:tc>
          <w:tcPr>
            <w:tcW w:w="1883" w:type="dxa"/>
            <w:tcBorders>
              <w:top w:val="nil"/>
              <w:left w:val="nil"/>
              <w:bottom w:val="nil"/>
              <w:right w:val="nil"/>
            </w:tcBorders>
            <w:vAlign w:val="bottom"/>
          </w:tcPr>
          <w:p w14:paraId="166AB4A5" w14:textId="38A1850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0.68</w:t>
            </w:r>
          </w:p>
        </w:tc>
        <w:tc>
          <w:tcPr>
            <w:tcW w:w="2283" w:type="dxa"/>
            <w:tcBorders>
              <w:top w:val="nil"/>
              <w:left w:val="nil"/>
              <w:bottom w:val="nil"/>
              <w:right w:val="nil"/>
            </w:tcBorders>
            <w:vAlign w:val="bottom"/>
          </w:tcPr>
          <w:p w14:paraId="16A0D731" w14:textId="2779E9B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0.31</w:t>
            </w:r>
          </w:p>
        </w:tc>
        <w:tc>
          <w:tcPr>
            <w:tcW w:w="1416" w:type="dxa"/>
            <w:tcBorders>
              <w:top w:val="nil"/>
              <w:left w:val="nil"/>
              <w:bottom w:val="nil"/>
              <w:right w:val="nil"/>
            </w:tcBorders>
            <w:vAlign w:val="bottom"/>
          </w:tcPr>
          <w:p w14:paraId="336C1D96" w14:textId="0B07C87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0.03</w:t>
            </w:r>
          </w:p>
        </w:tc>
        <w:tc>
          <w:tcPr>
            <w:tcW w:w="1854" w:type="dxa"/>
            <w:tcBorders>
              <w:top w:val="nil"/>
              <w:left w:val="nil"/>
              <w:bottom w:val="nil"/>
              <w:right w:val="nil"/>
            </w:tcBorders>
            <w:vAlign w:val="bottom"/>
          </w:tcPr>
          <w:p w14:paraId="55B7D277" w14:textId="44A2D699"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r>
      <w:tr w:rsidR="0064399E" w:rsidRPr="0071512A" w14:paraId="1C02E1B0" w14:textId="77777777" w:rsidTr="00782866">
        <w:tc>
          <w:tcPr>
            <w:tcW w:w="2284" w:type="dxa"/>
            <w:vAlign w:val="bottom"/>
          </w:tcPr>
          <w:p w14:paraId="4539E70D" w14:textId="1063FBE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Lassitude </w:t>
            </w:r>
          </w:p>
        </w:tc>
        <w:tc>
          <w:tcPr>
            <w:tcW w:w="1883" w:type="dxa"/>
            <w:tcBorders>
              <w:top w:val="nil"/>
              <w:left w:val="nil"/>
              <w:bottom w:val="nil"/>
              <w:right w:val="nil"/>
            </w:tcBorders>
            <w:vAlign w:val="bottom"/>
          </w:tcPr>
          <w:p w14:paraId="5961AA73" w14:textId="360F831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0.56</w:t>
            </w:r>
          </w:p>
        </w:tc>
        <w:tc>
          <w:tcPr>
            <w:tcW w:w="2283" w:type="dxa"/>
            <w:tcBorders>
              <w:top w:val="nil"/>
              <w:left w:val="nil"/>
              <w:bottom w:val="nil"/>
              <w:right w:val="nil"/>
            </w:tcBorders>
            <w:vAlign w:val="bottom"/>
          </w:tcPr>
          <w:p w14:paraId="12D4D79F" w14:textId="0C2535E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0.47</w:t>
            </w:r>
          </w:p>
        </w:tc>
        <w:tc>
          <w:tcPr>
            <w:tcW w:w="1416" w:type="dxa"/>
            <w:tcBorders>
              <w:top w:val="nil"/>
              <w:left w:val="nil"/>
              <w:bottom w:val="nil"/>
              <w:right w:val="nil"/>
            </w:tcBorders>
            <w:vAlign w:val="bottom"/>
          </w:tcPr>
          <w:p w14:paraId="0A609A13" w14:textId="0A92381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0.03</w:t>
            </w:r>
          </w:p>
        </w:tc>
        <w:tc>
          <w:tcPr>
            <w:tcW w:w="1854" w:type="dxa"/>
            <w:tcBorders>
              <w:top w:val="nil"/>
              <w:left w:val="nil"/>
              <w:bottom w:val="nil"/>
              <w:right w:val="nil"/>
            </w:tcBorders>
            <w:vAlign w:val="bottom"/>
          </w:tcPr>
          <w:p w14:paraId="37037DEE" w14:textId="267D806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r>
      <w:tr w:rsidR="0064399E" w:rsidRPr="0071512A" w14:paraId="067BC9A4" w14:textId="77777777" w:rsidTr="00782866">
        <w:tc>
          <w:tcPr>
            <w:tcW w:w="2284" w:type="dxa"/>
            <w:vAlign w:val="bottom"/>
          </w:tcPr>
          <w:p w14:paraId="502E6A4D" w14:textId="66C2C04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Shame/Guilt </w:t>
            </w:r>
          </w:p>
        </w:tc>
        <w:tc>
          <w:tcPr>
            <w:tcW w:w="1883" w:type="dxa"/>
            <w:tcBorders>
              <w:top w:val="nil"/>
              <w:left w:val="nil"/>
              <w:bottom w:val="nil"/>
              <w:right w:val="nil"/>
            </w:tcBorders>
            <w:vAlign w:val="bottom"/>
          </w:tcPr>
          <w:p w14:paraId="1FB0DAE0" w14:textId="37B49B6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0.56</w:t>
            </w:r>
          </w:p>
        </w:tc>
        <w:tc>
          <w:tcPr>
            <w:tcW w:w="2283" w:type="dxa"/>
            <w:tcBorders>
              <w:top w:val="nil"/>
              <w:left w:val="nil"/>
              <w:bottom w:val="nil"/>
              <w:right w:val="nil"/>
            </w:tcBorders>
            <w:vAlign w:val="bottom"/>
          </w:tcPr>
          <w:p w14:paraId="5EC9811D" w14:textId="26BBAFE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0.42</w:t>
            </w:r>
          </w:p>
        </w:tc>
        <w:tc>
          <w:tcPr>
            <w:tcW w:w="1416" w:type="dxa"/>
            <w:tcBorders>
              <w:top w:val="nil"/>
              <w:left w:val="nil"/>
              <w:bottom w:val="nil"/>
              <w:right w:val="nil"/>
            </w:tcBorders>
            <w:vAlign w:val="bottom"/>
          </w:tcPr>
          <w:p w14:paraId="736B2926" w14:textId="09578B0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c>
          <w:tcPr>
            <w:tcW w:w="1854" w:type="dxa"/>
            <w:tcBorders>
              <w:top w:val="nil"/>
              <w:left w:val="nil"/>
              <w:bottom w:val="nil"/>
              <w:right w:val="nil"/>
            </w:tcBorders>
            <w:vAlign w:val="bottom"/>
          </w:tcPr>
          <w:p w14:paraId="71167B0E" w14:textId="7E7C82A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0.12</w:t>
            </w:r>
          </w:p>
        </w:tc>
      </w:tr>
      <w:tr w:rsidR="0064399E" w:rsidRPr="0071512A" w14:paraId="721D943F" w14:textId="77777777" w:rsidTr="00782866">
        <w:tc>
          <w:tcPr>
            <w:tcW w:w="2284" w:type="dxa"/>
            <w:vAlign w:val="bottom"/>
          </w:tcPr>
          <w:p w14:paraId="74F7B6B0" w14:textId="58573FF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Social Aloofness</w:t>
            </w:r>
          </w:p>
        </w:tc>
        <w:tc>
          <w:tcPr>
            <w:tcW w:w="1883" w:type="dxa"/>
            <w:tcBorders>
              <w:top w:val="nil"/>
              <w:left w:val="nil"/>
              <w:bottom w:val="nil"/>
              <w:right w:val="nil"/>
            </w:tcBorders>
            <w:vAlign w:val="bottom"/>
          </w:tcPr>
          <w:p w14:paraId="5E287C7D" w14:textId="09ACF99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0.52</w:t>
            </w:r>
          </w:p>
        </w:tc>
        <w:tc>
          <w:tcPr>
            <w:tcW w:w="2283" w:type="dxa"/>
            <w:tcBorders>
              <w:top w:val="nil"/>
              <w:left w:val="nil"/>
              <w:bottom w:val="nil"/>
              <w:right w:val="nil"/>
            </w:tcBorders>
            <w:vAlign w:val="bottom"/>
          </w:tcPr>
          <w:p w14:paraId="523CBFAB" w14:textId="4BF0D7A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1416" w:type="dxa"/>
            <w:tcBorders>
              <w:top w:val="nil"/>
              <w:left w:val="nil"/>
              <w:bottom w:val="nil"/>
              <w:right w:val="nil"/>
            </w:tcBorders>
            <w:vAlign w:val="bottom"/>
          </w:tcPr>
          <w:p w14:paraId="7F91F169" w14:textId="718EC0F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0.24</w:t>
            </w:r>
          </w:p>
        </w:tc>
        <w:tc>
          <w:tcPr>
            <w:tcW w:w="1854" w:type="dxa"/>
            <w:tcBorders>
              <w:top w:val="nil"/>
              <w:left w:val="nil"/>
              <w:bottom w:val="nil"/>
              <w:right w:val="nil"/>
            </w:tcBorders>
            <w:vAlign w:val="bottom"/>
          </w:tcPr>
          <w:p w14:paraId="1CE757BC" w14:textId="0C8CC72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-0.05</w:t>
            </w:r>
          </w:p>
        </w:tc>
      </w:tr>
      <w:tr w:rsidR="0064399E" w:rsidRPr="0071512A" w14:paraId="27AF67AC" w14:textId="77777777" w:rsidTr="00782866">
        <w:tc>
          <w:tcPr>
            <w:tcW w:w="2284" w:type="dxa"/>
            <w:vAlign w:val="bottom"/>
          </w:tcPr>
          <w:p w14:paraId="38D0658B" w14:textId="2ED866E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Non-</w:t>
            </w:r>
            <w:r w:rsidR="004C4FD8">
              <w:rPr>
                <w:rFonts w:ascii="Times New Roman" w:hAnsi="Times New Roman" w:cs="Times New Roman"/>
                <w:sz w:val="20"/>
                <w:szCs w:val="20"/>
              </w:rPr>
              <w:t>P</w:t>
            </w:r>
            <w:r w:rsidRPr="000E39C9">
              <w:rPr>
                <w:rFonts w:ascii="Times New Roman" w:hAnsi="Times New Roman" w:cs="Times New Roman"/>
                <w:sz w:val="20"/>
                <w:szCs w:val="20"/>
              </w:rPr>
              <w:t>ersistence</w:t>
            </w:r>
          </w:p>
        </w:tc>
        <w:tc>
          <w:tcPr>
            <w:tcW w:w="1883" w:type="dxa"/>
            <w:tcBorders>
              <w:top w:val="nil"/>
              <w:left w:val="nil"/>
              <w:bottom w:val="nil"/>
              <w:right w:val="nil"/>
            </w:tcBorders>
            <w:vAlign w:val="bottom"/>
          </w:tcPr>
          <w:p w14:paraId="2DD44E07" w14:textId="0FBFEDE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0.44</w:t>
            </w:r>
          </w:p>
        </w:tc>
        <w:tc>
          <w:tcPr>
            <w:tcW w:w="2283" w:type="dxa"/>
            <w:tcBorders>
              <w:top w:val="nil"/>
              <w:left w:val="nil"/>
              <w:bottom w:val="nil"/>
              <w:right w:val="nil"/>
            </w:tcBorders>
            <w:vAlign w:val="bottom"/>
          </w:tcPr>
          <w:p w14:paraId="44C235CA" w14:textId="51171B4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0.40</w:t>
            </w:r>
          </w:p>
        </w:tc>
        <w:tc>
          <w:tcPr>
            <w:tcW w:w="1416" w:type="dxa"/>
            <w:tcBorders>
              <w:top w:val="nil"/>
              <w:left w:val="nil"/>
              <w:bottom w:val="nil"/>
              <w:right w:val="nil"/>
            </w:tcBorders>
            <w:vAlign w:val="bottom"/>
          </w:tcPr>
          <w:p w14:paraId="699658A7" w14:textId="7E7F250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1854" w:type="dxa"/>
            <w:tcBorders>
              <w:top w:val="nil"/>
              <w:left w:val="nil"/>
              <w:bottom w:val="nil"/>
              <w:right w:val="nil"/>
            </w:tcBorders>
            <w:vAlign w:val="bottom"/>
          </w:tcPr>
          <w:p w14:paraId="47D3E971" w14:textId="6EBC3F0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r>
      <w:tr w:rsidR="0064399E" w:rsidRPr="0071512A" w14:paraId="137A1560" w14:textId="77777777" w:rsidTr="00782866">
        <w:tc>
          <w:tcPr>
            <w:tcW w:w="2284" w:type="dxa"/>
            <w:vAlign w:val="bottom"/>
          </w:tcPr>
          <w:p w14:paraId="3E693066" w14:textId="1B395DA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Irritability </w:t>
            </w:r>
          </w:p>
        </w:tc>
        <w:tc>
          <w:tcPr>
            <w:tcW w:w="1883" w:type="dxa"/>
            <w:tcBorders>
              <w:top w:val="nil"/>
              <w:left w:val="nil"/>
              <w:bottom w:val="nil"/>
              <w:right w:val="nil"/>
            </w:tcBorders>
            <w:vAlign w:val="bottom"/>
          </w:tcPr>
          <w:p w14:paraId="64729032" w14:textId="46CAE64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0.40</w:t>
            </w:r>
          </w:p>
        </w:tc>
        <w:tc>
          <w:tcPr>
            <w:tcW w:w="2283" w:type="dxa"/>
            <w:tcBorders>
              <w:top w:val="nil"/>
              <w:left w:val="nil"/>
              <w:bottom w:val="nil"/>
              <w:right w:val="nil"/>
            </w:tcBorders>
            <w:vAlign w:val="bottom"/>
          </w:tcPr>
          <w:p w14:paraId="1A12B186" w14:textId="70F2146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0.37</w:t>
            </w:r>
          </w:p>
        </w:tc>
        <w:tc>
          <w:tcPr>
            <w:tcW w:w="1416" w:type="dxa"/>
            <w:tcBorders>
              <w:top w:val="nil"/>
              <w:left w:val="nil"/>
              <w:bottom w:val="nil"/>
              <w:right w:val="nil"/>
            </w:tcBorders>
            <w:vAlign w:val="bottom"/>
          </w:tcPr>
          <w:p w14:paraId="5A310F9C" w14:textId="12068E7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0.19</w:t>
            </w:r>
          </w:p>
        </w:tc>
        <w:tc>
          <w:tcPr>
            <w:tcW w:w="1854" w:type="dxa"/>
            <w:tcBorders>
              <w:top w:val="nil"/>
              <w:left w:val="nil"/>
              <w:bottom w:val="nil"/>
              <w:right w:val="nil"/>
            </w:tcBorders>
            <w:vAlign w:val="bottom"/>
          </w:tcPr>
          <w:p w14:paraId="2730BAC6" w14:textId="209512A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0.09</w:t>
            </w:r>
          </w:p>
        </w:tc>
      </w:tr>
      <w:tr w:rsidR="0064399E" w:rsidRPr="0071512A" w14:paraId="340321D4" w14:textId="77777777" w:rsidTr="00782866">
        <w:tc>
          <w:tcPr>
            <w:tcW w:w="2284" w:type="dxa"/>
            <w:vAlign w:val="bottom"/>
          </w:tcPr>
          <w:p w14:paraId="3D87A037" w14:textId="14310B7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Low Sexual Interest</w:t>
            </w:r>
          </w:p>
        </w:tc>
        <w:tc>
          <w:tcPr>
            <w:tcW w:w="1883" w:type="dxa"/>
            <w:tcBorders>
              <w:top w:val="nil"/>
              <w:left w:val="nil"/>
              <w:bottom w:val="nil"/>
              <w:right w:val="nil"/>
            </w:tcBorders>
            <w:vAlign w:val="bottom"/>
          </w:tcPr>
          <w:p w14:paraId="171A30DB" w14:textId="34C631B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0.39</w:t>
            </w:r>
          </w:p>
        </w:tc>
        <w:tc>
          <w:tcPr>
            <w:tcW w:w="2283" w:type="dxa"/>
            <w:tcBorders>
              <w:top w:val="nil"/>
              <w:left w:val="nil"/>
              <w:bottom w:val="nil"/>
              <w:right w:val="nil"/>
            </w:tcBorders>
            <w:vAlign w:val="bottom"/>
          </w:tcPr>
          <w:p w14:paraId="62D0F0FD" w14:textId="326EBE0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416" w:type="dxa"/>
            <w:tcBorders>
              <w:top w:val="nil"/>
              <w:left w:val="nil"/>
              <w:bottom w:val="nil"/>
              <w:right w:val="nil"/>
            </w:tcBorders>
            <w:vAlign w:val="bottom"/>
          </w:tcPr>
          <w:p w14:paraId="04B9F2EE" w14:textId="5D7C1BD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0.20</w:t>
            </w:r>
          </w:p>
        </w:tc>
        <w:tc>
          <w:tcPr>
            <w:tcW w:w="1854" w:type="dxa"/>
            <w:tcBorders>
              <w:top w:val="nil"/>
              <w:left w:val="nil"/>
              <w:bottom w:val="nil"/>
              <w:right w:val="nil"/>
            </w:tcBorders>
            <w:vAlign w:val="bottom"/>
          </w:tcPr>
          <w:p w14:paraId="6CA93FD8" w14:textId="7D45852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-0.15</w:t>
            </w:r>
          </w:p>
        </w:tc>
      </w:tr>
      <w:tr w:rsidR="0064399E" w:rsidRPr="0071512A" w14:paraId="734EA4B1" w14:textId="77777777" w:rsidTr="00782866">
        <w:tc>
          <w:tcPr>
            <w:tcW w:w="2284" w:type="dxa"/>
            <w:vAlign w:val="bottom"/>
          </w:tcPr>
          <w:p w14:paraId="0824B6B2" w14:textId="17F43FF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Social Anxiety </w:t>
            </w:r>
          </w:p>
        </w:tc>
        <w:tc>
          <w:tcPr>
            <w:tcW w:w="1883" w:type="dxa"/>
            <w:tcBorders>
              <w:top w:val="nil"/>
              <w:left w:val="nil"/>
              <w:bottom w:val="nil"/>
              <w:right w:val="nil"/>
            </w:tcBorders>
            <w:vAlign w:val="bottom"/>
          </w:tcPr>
          <w:p w14:paraId="03816D36" w14:textId="1445576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0.38</w:t>
            </w:r>
          </w:p>
        </w:tc>
        <w:tc>
          <w:tcPr>
            <w:tcW w:w="2283" w:type="dxa"/>
            <w:tcBorders>
              <w:top w:val="nil"/>
              <w:left w:val="nil"/>
              <w:bottom w:val="nil"/>
              <w:right w:val="nil"/>
            </w:tcBorders>
            <w:vAlign w:val="bottom"/>
          </w:tcPr>
          <w:p w14:paraId="174759FB" w14:textId="4336607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c>
          <w:tcPr>
            <w:tcW w:w="1416" w:type="dxa"/>
            <w:tcBorders>
              <w:top w:val="nil"/>
              <w:left w:val="nil"/>
              <w:bottom w:val="nil"/>
              <w:right w:val="nil"/>
            </w:tcBorders>
            <w:vAlign w:val="bottom"/>
          </w:tcPr>
          <w:p w14:paraId="2753AFDA" w14:textId="181F4D2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0.33</w:t>
            </w:r>
          </w:p>
        </w:tc>
        <w:tc>
          <w:tcPr>
            <w:tcW w:w="1854" w:type="dxa"/>
            <w:tcBorders>
              <w:top w:val="nil"/>
              <w:left w:val="nil"/>
              <w:bottom w:val="nil"/>
              <w:right w:val="nil"/>
            </w:tcBorders>
            <w:vAlign w:val="bottom"/>
          </w:tcPr>
          <w:p w14:paraId="508E047A" w14:textId="03DEE90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r>
      <w:tr w:rsidR="0064399E" w:rsidRPr="0071512A" w14:paraId="0AE257D4" w14:textId="77777777" w:rsidTr="00782866">
        <w:tc>
          <w:tcPr>
            <w:tcW w:w="2284" w:type="dxa"/>
            <w:vAlign w:val="bottom"/>
          </w:tcPr>
          <w:p w14:paraId="55D4AB05" w14:textId="1047EB0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Submissiveness  </w:t>
            </w:r>
          </w:p>
        </w:tc>
        <w:tc>
          <w:tcPr>
            <w:tcW w:w="1883" w:type="dxa"/>
            <w:tcBorders>
              <w:top w:val="nil"/>
              <w:left w:val="nil"/>
              <w:bottom w:val="nil"/>
              <w:right w:val="nil"/>
            </w:tcBorders>
            <w:vAlign w:val="bottom"/>
          </w:tcPr>
          <w:p w14:paraId="5AB1D068" w14:textId="199E2C3A"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0.35</w:t>
            </w:r>
          </w:p>
        </w:tc>
        <w:tc>
          <w:tcPr>
            <w:tcW w:w="2283" w:type="dxa"/>
            <w:tcBorders>
              <w:top w:val="nil"/>
              <w:left w:val="nil"/>
              <w:bottom w:val="nil"/>
              <w:right w:val="nil"/>
            </w:tcBorders>
            <w:vAlign w:val="bottom"/>
          </w:tcPr>
          <w:p w14:paraId="72950DB4" w14:textId="6413648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0.10</w:t>
            </w:r>
          </w:p>
        </w:tc>
        <w:tc>
          <w:tcPr>
            <w:tcW w:w="1416" w:type="dxa"/>
            <w:tcBorders>
              <w:top w:val="nil"/>
              <w:left w:val="nil"/>
              <w:bottom w:val="nil"/>
              <w:right w:val="nil"/>
            </w:tcBorders>
            <w:vAlign w:val="bottom"/>
          </w:tcPr>
          <w:p w14:paraId="5B3BB01E" w14:textId="570405A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0.22</w:t>
            </w:r>
          </w:p>
        </w:tc>
        <w:tc>
          <w:tcPr>
            <w:tcW w:w="1854" w:type="dxa"/>
            <w:tcBorders>
              <w:top w:val="nil"/>
              <w:left w:val="nil"/>
              <w:bottom w:val="nil"/>
              <w:right w:val="nil"/>
            </w:tcBorders>
            <w:vAlign w:val="bottom"/>
          </w:tcPr>
          <w:p w14:paraId="1BE06729" w14:textId="505AA30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r>
      <w:tr w:rsidR="0064399E" w:rsidRPr="0071512A" w14:paraId="5DE98BEC" w14:textId="77777777" w:rsidTr="00782866">
        <w:tc>
          <w:tcPr>
            <w:tcW w:w="2284" w:type="dxa"/>
            <w:vAlign w:val="bottom"/>
          </w:tcPr>
          <w:p w14:paraId="08E24752" w14:textId="320F9B1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Restricted Affectivity</w:t>
            </w:r>
          </w:p>
        </w:tc>
        <w:tc>
          <w:tcPr>
            <w:tcW w:w="1883" w:type="dxa"/>
            <w:tcBorders>
              <w:top w:val="nil"/>
              <w:left w:val="nil"/>
              <w:bottom w:val="nil"/>
              <w:right w:val="nil"/>
            </w:tcBorders>
            <w:vAlign w:val="bottom"/>
          </w:tcPr>
          <w:p w14:paraId="6BD6CBDC" w14:textId="402C191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0.35</w:t>
            </w:r>
          </w:p>
        </w:tc>
        <w:tc>
          <w:tcPr>
            <w:tcW w:w="2283" w:type="dxa"/>
            <w:tcBorders>
              <w:top w:val="nil"/>
              <w:left w:val="nil"/>
              <w:bottom w:val="nil"/>
              <w:right w:val="nil"/>
            </w:tcBorders>
            <w:vAlign w:val="bottom"/>
          </w:tcPr>
          <w:p w14:paraId="2A57A42B" w14:textId="76CB0B8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416" w:type="dxa"/>
            <w:tcBorders>
              <w:top w:val="nil"/>
              <w:left w:val="nil"/>
              <w:bottom w:val="nil"/>
              <w:right w:val="nil"/>
            </w:tcBorders>
            <w:vAlign w:val="bottom"/>
          </w:tcPr>
          <w:p w14:paraId="7F41D903" w14:textId="668700A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0.12</w:t>
            </w:r>
          </w:p>
        </w:tc>
        <w:tc>
          <w:tcPr>
            <w:tcW w:w="1854" w:type="dxa"/>
            <w:tcBorders>
              <w:top w:val="nil"/>
              <w:left w:val="nil"/>
              <w:bottom w:val="nil"/>
              <w:right w:val="nil"/>
            </w:tcBorders>
            <w:vAlign w:val="bottom"/>
          </w:tcPr>
          <w:p w14:paraId="1C2F4EAA" w14:textId="6430FE2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r>
      <w:tr w:rsidR="0064399E" w:rsidRPr="0071512A" w14:paraId="6562D075" w14:textId="77777777" w:rsidTr="00782866">
        <w:tc>
          <w:tcPr>
            <w:tcW w:w="2284" w:type="dxa"/>
            <w:vAlign w:val="bottom"/>
          </w:tcPr>
          <w:p w14:paraId="07CF6E63" w14:textId="1BBE482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Disorganization </w:t>
            </w:r>
          </w:p>
        </w:tc>
        <w:tc>
          <w:tcPr>
            <w:tcW w:w="1883" w:type="dxa"/>
            <w:tcBorders>
              <w:top w:val="nil"/>
              <w:left w:val="nil"/>
              <w:bottom w:val="nil"/>
              <w:right w:val="nil"/>
            </w:tcBorders>
            <w:vAlign w:val="bottom"/>
          </w:tcPr>
          <w:p w14:paraId="3BCA7600" w14:textId="4693F9A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0.33</w:t>
            </w:r>
          </w:p>
        </w:tc>
        <w:tc>
          <w:tcPr>
            <w:tcW w:w="2283" w:type="dxa"/>
            <w:tcBorders>
              <w:top w:val="nil"/>
              <w:left w:val="nil"/>
              <w:bottom w:val="nil"/>
              <w:right w:val="nil"/>
            </w:tcBorders>
            <w:vAlign w:val="bottom"/>
          </w:tcPr>
          <w:p w14:paraId="611DB404" w14:textId="35DE99A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0.31</w:t>
            </w:r>
          </w:p>
        </w:tc>
        <w:tc>
          <w:tcPr>
            <w:tcW w:w="1416" w:type="dxa"/>
            <w:tcBorders>
              <w:top w:val="nil"/>
              <w:left w:val="nil"/>
              <w:bottom w:val="nil"/>
              <w:right w:val="nil"/>
            </w:tcBorders>
            <w:vAlign w:val="bottom"/>
          </w:tcPr>
          <w:p w14:paraId="4B8FEB5F" w14:textId="37B93E6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0.00</w:t>
            </w:r>
          </w:p>
        </w:tc>
        <w:tc>
          <w:tcPr>
            <w:tcW w:w="1854" w:type="dxa"/>
            <w:tcBorders>
              <w:top w:val="nil"/>
              <w:left w:val="nil"/>
              <w:bottom w:val="nil"/>
              <w:right w:val="nil"/>
            </w:tcBorders>
            <w:vAlign w:val="bottom"/>
          </w:tcPr>
          <w:p w14:paraId="6B458742" w14:textId="589D0CF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0.28</w:t>
            </w:r>
          </w:p>
        </w:tc>
      </w:tr>
      <w:tr w:rsidR="0064399E" w:rsidRPr="0071512A" w14:paraId="62C31955" w14:textId="77777777" w:rsidTr="00782866">
        <w:tc>
          <w:tcPr>
            <w:tcW w:w="2284" w:type="dxa"/>
            <w:vAlign w:val="bottom"/>
          </w:tcPr>
          <w:p w14:paraId="4BAC1A42" w14:textId="2A5178A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Muscle Building </w:t>
            </w:r>
          </w:p>
        </w:tc>
        <w:tc>
          <w:tcPr>
            <w:tcW w:w="1883" w:type="dxa"/>
            <w:tcBorders>
              <w:top w:val="nil"/>
              <w:left w:val="nil"/>
              <w:bottom w:val="nil"/>
              <w:right w:val="nil"/>
            </w:tcBorders>
            <w:vAlign w:val="bottom"/>
          </w:tcPr>
          <w:p w14:paraId="2478233B" w14:textId="4C970DD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-0.33</w:t>
            </w:r>
          </w:p>
        </w:tc>
        <w:tc>
          <w:tcPr>
            <w:tcW w:w="2283" w:type="dxa"/>
            <w:tcBorders>
              <w:top w:val="nil"/>
              <w:left w:val="nil"/>
              <w:bottom w:val="nil"/>
              <w:right w:val="nil"/>
            </w:tcBorders>
            <w:vAlign w:val="bottom"/>
          </w:tcPr>
          <w:p w14:paraId="2FEC4C53" w14:textId="59FAA63A" w:rsidR="0064399E" w:rsidRPr="006937A5" w:rsidRDefault="0064399E" w:rsidP="0064399E">
            <w:pPr>
              <w:rPr>
                <w:rFonts w:ascii="Times New Roman" w:hAnsi="Times New Roman" w:cs="Times New Roman"/>
                <w:b/>
                <w:bCs/>
                <w:sz w:val="20"/>
                <w:szCs w:val="20"/>
              </w:rPr>
            </w:pPr>
            <w:r w:rsidRPr="006937A5">
              <w:rPr>
                <w:rFonts w:ascii="Times New Roman" w:hAnsi="Times New Roman" w:cs="Times New Roman"/>
                <w:b/>
                <w:bCs/>
                <w:sz w:val="20"/>
                <w:szCs w:val="20"/>
              </w:rPr>
              <w:t>0.31</w:t>
            </w:r>
          </w:p>
        </w:tc>
        <w:tc>
          <w:tcPr>
            <w:tcW w:w="1416" w:type="dxa"/>
            <w:tcBorders>
              <w:top w:val="nil"/>
              <w:left w:val="nil"/>
              <w:bottom w:val="nil"/>
              <w:right w:val="nil"/>
            </w:tcBorders>
            <w:vAlign w:val="bottom"/>
          </w:tcPr>
          <w:p w14:paraId="1738E758" w14:textId="7FC7F6F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c>
          <w:tcPr>
            <w:tcW w:w="1854" w:type="dxa"/>
            <w:tcBorders>
              <w:top w:val="nil"/>
              <w:left w:val="nil"/>
              <w:bottom w:val="nil"/>
              <w:right w:val="nil"/>
            </w:tcBorders>
            <w:vAlign w:val="bottom"/>
          </w:tcPr>
          <w:p w14:paraId="7D0FD09D" w14:textId="3559E07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0.11</w:t>
            </w:r>
          </w:p>
        </w:tc>
      </w:tr>
      <w:tr w:rsidR="0064399E" w:rsidRPr="0071512A" w14:paraId="553C5DE7" w14:textId="77777777" w:rsidTr="00782866">
        <w:tc>
          <w:tcPr>
            <w:tcW w:w="2284" w:type="dxa"/>
            <w:vAlign w:val="bottom"/>
          </w:tcPr>
          <w:p w14:paraId="6A6E8A95" w14:textId="6DE36449"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Insomnia </w:t>
            </w:r>
          </w:p>
        </w:tc>
        <w:tc>
          <w:tcPr>
            <w:tcW w:w="1883" w:type="dxa"/>
            <w:tcBorders>
              <w:top w:val="nil"/>
              <w:left w:val="nil"/>
              <w:bottom w:val="nil"/>
              <w:right w:val="nil"/>
            </w:tcBorders>
            <w:vAlign w:val="bottom"/>
          </w:tcPr>
          <w:p w14:paraId="2DC77270" w14:textId="1C06C44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0.31</w:t>
            </w:r>
          </w:p>
        </w:tc>
        <w:tc>
          <w:tcPr>
            <w:tcW w:w="2283" w:type="dxa"/>
            <w:tcBorders>
              <w:top w:val="nil"/>
              <w:left w:val="nil"/>
              <w:bottom w:val="nil"/>
              <w:right w:val="nil"/>
            </w:tcBorders>
            <w:vAlign w:val="bottom"/>
          </w:tcPr>
          <w:p w14:paraId="577DF346" w14:textId="4AA5D21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c>
          <w:tcPr>
            <w:tcW w:w="1416" w:type="dxa"/>
            <w:tcBorders>
              <w:top w:val="nil"/>
              <w:left w:val="nil"/>
              <w:bottom w:val="nil"/>
              <w:right w:val="nil"/>
            </w:tcBorders>
            <w:vAlign w:val="bottom"/>
          </w:tcPr>
          <w:p w14:paraId="15EAB44D" w14:textId="567A339E"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0.24</w:t>
            </w:r>
          </w:p>
        </w:tc>
        <w:tc>
          <w:tcPr>
            <w:tcW w:w="1854" w:type="dxa"/>
            <w:tcBorders>
              <w:top w:val="nil"/>
              <w:left w:val="nil"/>
              <w:bottom w:val="nil"/>
              <w:right w:val="nil"/>
            </w:tcBorders>
            <w:vAlign w:val="bottom"/>
          </w:tcPr>
          <w:p w14:paraId="6813A8B7" w14:textId="291B1E2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0.15</w:t>
            </w:r>
          </w:p>
        </w:tc>
      </w:tr>
      <w:tr w:rsidR="0064399E" w:rsidRPr="0071512A" w14:paraId="1782E518" w14:textId="77777777" w:rsidTr="00782866">
        <w:tc>
          <w:tcPr>
            <w:tcW w:w="2284" w:type="dxa"/>
            <w:vAlign w:val="bottom"/>
          </w:tcPr>
          <w:p w14:paraId="71F84E11" w14:textId="478B31B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Romantic Disinterest </w:t>
            </w:r>
          </w:p>
        </w:tc>
        <w:tc>
          <w:tcPr>
            <w:tcW w:w="1883" w:type="dxa"/>
            <w:tcBorders>
              <w:top w:val="nil"/>
              <w:left w:val="nil"/>
              <w:bottom w:val="nil"/>
              <w:right w:val="nil"/>
            </w:tcBorders>
            <w:vAlign w:val="bottom"/>
          </w:tcPr>
          <w:p w14:paraId="5DD7E66C" w14:textId="105F706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0.31</w:t>
            </w:r>
          </w:p>
        </w:tc>
        <w:tc>
          <w:tcPr>
            <w:tcW w:w="2283" w:type="dxa"/>
            <w:tcBorders>
              <w:top w:val="nil"/>
              <w:left w:val="nil"/>
              <w:bottom w:val="nil"/>
              <w:right w:val="nil"/>
            </w:tcBorders>
            <w:vAlign w:val="bottom"/>
          </w:tcPr>
          <w:p w14:paraId="3EAFAE00" w14:textId="3868749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0.00</w:t>
            </w:r>
          </w:p>
        </w:tc>
        <w:tc>
          <w:tcPr>
            <w:tcW w:w="1416" w:type="dxa"/>
            <w:tcBorders>
              <w:top w:val="nil"/>
              <w:left w:val="nil"/>
              <w:bottom w:val="nil"/>
              <w:right w:val="nil"/>
            </w:tcBorders>
            <w:vAlign w:val="bottom"/>
          </w:tcPr>
          <w:p w14:paraId="74B31DFF" w14:textId="1A4D95C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0.15</w:t>
            </w:r>
          </w:p>
        </w:tc>
        <w:tc>
          <w:tcPr>
            <w:tcW w:w="1854" w:type="dxa"/>
            <w:tcBorders>
              <w:top w:val="nil"/>
              <w:left w:val="nil"/>
              <w:bottom w:val="nil"/>
              <w:right w:val="nil"/>
            </w:tcBorders>
            <w:vAlign w:val="bottom"/>
          </w:tcPr>
          <w:p w14:paraId="1692C456" w14:textId="2D77D3B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r>
      <w:tr w:rsidR="0064399E" w:rsidRPr="0071512A" w14:paraId="2E4F9F97" w14:textId="77777777" w:rsidTr="00782866">
        <w:tc>
          <w:tcPr>
            <w:tcW w:w="2284" w:type="dxa"/>
            <w:vAlign w:val="bottom"/>
          </w:tcPr>
          <w:p w14:paraId="233AF812" w14:textId="77EE752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Suicidality </w:t>
            </w:r>
          </w:p>
        </w:tc>
        <w:tc>
          <w:tcPr>
            <w:tcW w:w="1883" w:type="dxa"/>
            <w:tcBorders>
              <w:top w:val="nil"/>
              <w:left w:val="nil"/>
              <w:bottom w:val="nil"/>
              <w:right w:val="nil"/>
            </w:tcBorders>
            <w:vAlign w:val="bottom"/>
          </w:tcPr>
          <w:p w14:paraId="284B843C" w14:textId="09484C9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c>
          <w:tcPr>
            <w:tcW w:w="2283" w:type="dxa"/>
            <w:tcBorders>
              <w:top w:val="nil"/>
              <w:left w:val="nil"/>
              <w:bottom w:val="nil"/>
              <w:right w:val="nil"/>
            </w:tcBorders>
            <w:vAlign w:val="bottom"/>
          </w:tcPr>
          <w:p w14:paraId="741CC663" w14:textId="35AE65D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0.16</w:t>
            </w:r>
          </w:p>
        </w:tc>
        <w:tc>
          <w:tcPr>
            <w:tcW w:w="1416" w:type="dxa"/>
            <w:tcBorders>
              <w:top w:val="nil"/>
              <w:left w:val="nil"/>
              <w:bottom w:val="nil"/>
              <w:right w:val="nil"/>
            </w:tcBorders>
            <w:vAlign w:val="bottom"/>
          </w:tcPr>
          <w:p w14:paraId="0EF3C6F1" w14:textId="7E86AD8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c>
          <w:tcPr>
            <w:tcW w:w="1854" w:type="dxa"/>
            <w:tcBorders>
              <w:top w:val="nil"/>
              <w:left w:val="nil"/>
              <w:bottom w:val="nil"/>
              <w:right w:val="nil"/>
            </w:tcBorders>
            <w:vAlign w:val="bottom"/>
          </w:tcPr>
          <w:p w14:paraId="3923D282" w14:textId="0FBC9AA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r>
      <w:tr w:rsidR="0064399E" w:rsidRPr="0071512A" w14:paraId="5D057ECA" w14:textId="77777777" w:rsidTr="00782866">
        <w:tc>
          <w:tcPr>
            <w:tcW w:w="2284" w:type="dxa"/>
            <w:vAlign w:val="bottom"/>
          </w:tcPr>
          <w:p w14:paraId="6CEB53A6" w14:textId="1210583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Low Sexual Arousal</w:t>
            </w:r>
          </w:p>
        </w:tc>
        <w:tc>
          <w:tcPr>
            <w:tcW w:w="1883" w:type="dxa"/>
            <w:tcBorders>
              <w:top w:val="nil"/>
              <w:left w:val="nil"/>
              <w:bottom w:val="nil"/>
              <w:right w:val="nil"/>
            </w:tcBorders>
            <w:vAlign w:val="bottom"/>
          </w:tcPr>
          <w:p w14:paraId="1AF4F288" w14:textId="51865E9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c>
          <w:tcPr>
            <w:tcW w:w="2283" w:type="dxa"/>
            <w:tcBorders>
              <w:top w:val="nil"/>
              <w:left w:val="nil"/>
              <w:bottom w:val="nil"/>
              <w:right w:val="nil"/>
            </w:tcBorders>
            <w:vAlign w:val="bottom"/>
          </w:tcPr>
          <w:p w14:paraId="4208FC2F" w14:textId="2AE8E51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c>
          <w:tcPr>
            <w:tcW w:w="1416" w:type="dxa"/>
            <w:tcBorders>
              <w:top w:val="nil"/>
              <w:left w:val="nil"/>
              <w:bottom w:val="nil"/>
              <w:right w:val="nil"/>
            </w:tcBorders>
            <w:vAlign w:val="bottom"/>
          </w:tcPr>
          <w:p w14:paraId="6DBF7A6D" w14:textId="43A84E7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0.15</w:t>
            </w:r>
          </w:p>
        </w:tc>
        <w:tc>
          <w:tcPr>
            <w:tcW w:w="1854" w:type="dxa"/>
            <w:tcBorders>
              <w:top w:val="nil"/>
              <w:left w:val="nil"/>
              <w:bottom w:val="nil"/>
              <w:right w:val="nil"/>
            </w:tcBorders>
            <w:vAlign w:val="bottom"/>
          </w:tcPr>
          <w:p w14:paraId="65C8A241" w14:textId="2AD7C35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r>
      <w:tr w:rsidR="0064399E" w:rsidRPr="0071512A" w14:paraId="272FD841" w14:textId="77777777" w:rsidTr="00782866">
        <w:tc>
          <w:tcPr>
            <w:tcW w:w="2284" w:type="dxa"/>
            <w:vAlign w:val="bottom"/>
          </w:tcPr>
          <w:p w14:paraId="1DD560FD" w14:textId="543487D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Body Focus </w:t>
            </w:r>
          </w:p>
        </w:tc>
        <w:tc>
          <w:tcPr>
            <w:tcW w:w="1883" w:type="dxa"/>
            <w:tcBorders>
              <w:top w:val="nil"/>
              <w:left w:val="nil"/>
              <w:bottom w:val="nil"/>
              <w:right w:val="nil"/>
            </w:tcBorders>
            <w:vAlign w:val="bottom"/>
          </w:tcPr>
          <w:p w14:paraId="1DF69823" w14:textId="693AE9C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-0.32</w:t>
            </w:r>
          </w:p>
        </w:tc>
        <w:tc>
          <w:tcPr>
            <w:tcW w:w="2283" w:type="dxa"/>
            <w:tcBorders>
              <w:top w:val="nil"/>
              <w:left w:val="nil"/>
              <w:bottom w:val="nil"/>
              <w:right w:val="nil"/>
            </w:tcBorders>
            <w:vAlign w:val="bottom"/>
          </w:tcPr>
          <w:p w14:paraId="18374278" w14:textId="6F16BF8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0.57</w:t>
            </w:r>
          </w:p>
        </w:tc>
        <w:tc>
          <w:tcPr>
            <w:tcW w:w="1416" w:type="dxa"/>
            <w:tcBorders>
              <w:top w:val="nil"/>
              <w:left w:val="nil"/>
              <w:bottom w:val="nil"/>
              <w:right w:val="nil"/>
            </w:tcBorders>
            <w:vAlign w:val="bottom"/>
          </w:tcPr>
          <w:p w14:paraId="1AFDC193" w14:textId="10DA06A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1854" w:type="dxa"/>
            <w:tcBorders>
              <w:top w:val="nil"/>
              <w:left w:val="nil"/>
              <w:bottom w:val="nil"/>
              <w:right w:val="nil"/>
            </w:tcBorders>
            <w:vAlign w:val="bottom"/>
          </w:tcPr>
          <w:p w14:paraId="13F7DEED" w14:textId="278A7C4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r>
      <w:tr w:rsidR="0064399E" w:rsidRPr="0071512A" w14:paraId="04F32084" w14:textId="77777777" w:rsidTr="00782866">
        <w:tc>
          <w:tcPr>
            <w:tcW w:w="2284" w:type="dxa"/>
            <w:vAlign w:val="bottom"/>
          </w:tcPr>
          <w:p w14:paraId="799A1A04" w14:textId="5A63D94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Entitlement </w:t>
            </w:r>
          </w:p>
        </w:tc>
        <w:tc>
          <w:tcPr>
            <w:tcW w:w="1883" w:type="dxa"/>
            <w:tcBorders>
              <w:top w:val="nil"/>
              <w:left w:val="nil"/>
              <w:bottom w:val="nil"/>
              <w:right w:val="nil"/>
            </w:tcBorders>
            <w:vAlign w:val="bottom"/>
          </w:tcPr>
          <w:p w14:paraId="27E5091C" w14:textId="1B93F8D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-0.05</w:t>
            </w:r>
          </w:p>
        </w:tc>
        <w:tc>
          <w:tcPr>
            <w:tcW w:w="2283" w:type="dxa"/>
            <w:tcBorders>
              <w:top w:val="nil"/>
              <w:left w:val="nil"/>
              <w:bottom w:val="nil"/>
              <w:right w:val="nil"/>
            </w:tcBorders>
            <w:vAlign w:val="bottom"/>
          </w:tcPr>
          <w:p w14:paraId="189B422E" w14:textId="12EF990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0.50</w:t>
            </w:r>
          </w:p>
        </w:tc>
        <w:tc>
          <w:tcPr>
            <w:tcW w:w="1416" w:type="dxa"/>
            <w:tcBorders>
              <w:top w:val="nil"/>
              <w:left w:val="nil"/>
              <w:bottom w:val="nil"/>
              <w:right w:val="nil"/>
            </w:tcBorders>
            <w:vAlign w:val="bottom"/>
          </w:tcPr>
          <w:p w14:paraId="17468B5F" w14:textId="0A23CB6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c>
          <w:tcPr>
            <w:tcW w:w="1854" w:type="dxa"/>
            <w:tcBorders>
              <w:top w:val="nil"/>
              <w:left w:val="nil"/>
              <w:bottom w:val="nil"/>
              <w:right w:val="nil"/>
            </w:tcBorders>
            <w:vAlign w:val="bottom"/>
          </w:tcPr>
          <w:p w14:paraId="085D78E2" w14:textId="6DC2463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0.29</w:t>
            </w:r>
          </w:p>
        </w:tc>
      </w:tr>
      <w:tr w:rsidR="0064399E" w:rsidRPr="0071512A" w14:paraId="2C023732" w14:textId="77777777" w:rsidTr="00782866">
        <w:tc>
          <w:tcPr>
            <w:tcW w:w="2284" w:type="dxa"/>
            <w:vAlign w:val="bottom"/>
          </w:tcPr>
          <w:p w14:paraId="0BC0C137" w14:textId="6C81064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Exhibitionism   </w:t>
            </w:r>
          </w:p>
        </w:tc>
        <w:tc>
          <w:tcPr>
            <w:tcW w:w="1883" w:type="dxa"/>
            <w:tcBorders>
              <w:top w:val="nil"/>
              <w:left w:val="nil"/>
              <w:bottom w:val="nil"/>
              <w:right w:val="nil"/>
            </w:tcBorders>
            <w:vAlign w:val="bottom"/>
          </w:tcPr>
          <w:p w14:paraId="7CC10B9B" w14:textId="02E80A6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-0.38</w:t>
            </w:r>
          </w:p>
        </w:tc>
        <w:tc>
          <w:tcPr>
            <w:tcW w:w="2283" w:type="dxa"/>
            <w:tcBorders>
              <w:top w:val="nil"/>
              <w:left w:val="nil"/>
              <w:bottom w:val="nil"/>
              <w:right w:val="nil"/>
            </w:tcBorders>
            <w:vAlign w:val="bottom"/>
          </w:tcPr>
          <w:p w14:paraId="14E73518" w14:textId="2F13B63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0.48</w:t>
            </w:r>
          </w:p>
        </w:tc>
        <w:tc>
          <w:tcPr>
            <w:tcW w:w="1416" w:type="dxa"/>
            <w:tcBorders>
              <w:top w:val="nil"/>
              <w:left w:val="nil"/>
              <w:bottom w:val="nil"/>
              <w:right w:val="nil"/>
            </w:tcBorders>
            <w:vAlign w:val="bottom"/>
          </w:tcPr>
          <w:p w14:paraId="04EC8FE5" w14:textId="6722056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-0.15</w:t>
            </w:r>
          </w:p>
        </w:tc>
        <w:tc>
          <w:tcPr>
            <w:tcW w:w="1854" w:type="dxa"/>
            <w:tcBorders>
              <w:top w:val="nil"/>
              <w:left w:val="nil"/>
              <w:bottom w:val="nil"/>
              <w:right w:val="nil"/>
            </w:tcBorders>
            <w:vAlign w:val="bottom"/>
          </w:tcPr>
          <w:p w14:paraId="0259042F" w14:textId="5DFAE5CA"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0.39</w:t>
            </w:r>
          </w:p>
        </w:tc>
      </w:tr>
      <w:tr w:rsidR="0064399E" w:rsidRPr="0071512A" w14:paraId="322F4748" w14:textId="77777777" w:rsidTr="00782866">
        <w:tc>
          <w:tcPr>
            <w:tcW w:w="2284" w:type="dxa"/>
            <w:vAlign w:val="bottom"/>
          </w:tcPr>
          <w:p w14:paraId="507ACAF0" w14:textId="639F9F6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Perfectionism </w:t>
            </w:r>
          </w:p>
        </w:tc>
        <w:tc>
          <w:tcPr>
            <w:tcW w:w="1883" w:type="dxa"/>
            <w:tcBorders>
              <w:top w:val="nil"/>
              <w:left w:val="nil"/>
              <w:bottom w:val="nil"/>
              <w:right w:val="nil"/>
            </w:tcBorders>
            <w:vAlign w:val="bottom"/>
          </w:tcPr>
          <w:p w14:paraId="11C84443" w14:textId="41D29C1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-0.09</w:t>
            </w:r>
          </w:p>
        </w:tc>
        <w:tc>
          <w:tcPr>
            <w:tcW w:w="2283" w:type="dxa"/>
            <w:tcBorders>
              <w:top w:val="nil"/>
              <w:left w:val="nil"/>
              <w:bottom w:val="nil"/>
              <w:right w:val="nil"/>
            </w:tcBorders>
            <w:vAlign w:val="bottom"/>
          </w:tcPr>
          <w:p w14:paraId="4AEF8778" w14:textId="61EBCE4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0.48</w:t>
            </w:r>
          </w:p>
        </w:tc>
        <w:tc>
          <w:tcPr>
            <w:tcW w:w="1416" w:type="dxa"/>
            <w:tcBorders>
              <w:top w:val="nil"/>
              <w:left w:val="nil"/>
              <w:bottom w:val="nil"/>
              <w:right w:val="nil"/>
            </w:tcBorders>
            <w:vAlign w:val="bottom"/>
          </w:tcPr>
          <w:p w14:paraId="622CEB38" w14:textId="03D903F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0.12</w:t>
            </w:r>
          </w:p>
        </w:tc>
        <w:tc>
          <w:tcPr>
            <w:tcW w:w="1854" w:type="dxa"/>
            <w:tcBorders>
              <w:top w:val="nil"/>
              <w:left w:val="nil"/>
              <w:bottom w:val="nil"/>
              <w:right w:val="nil"/>
            </w:tcBorders>
            <w:vAlign w:val="bottom"/>
          </w:tcPr>
          <w:p w14:paraId="7048C15F" w14:textId="7B55756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0.02</w:t>
            </w:r>
          </w:p>
        </w:tc>
      </w:tr>
      <w:tr w:rsidR="0064399E" w:rsidRPr="0071512A" w14:paraId="3F13ABF7" w14:textId="77777777" w:rsidTr="00782866">
        <w:tc>
          <w:tcPr>
            <w:tcW w:w="2284" w:type="dxa"/>
            <w:vAlign w:val="bottom"/>
          </w:tcPr>
          <w:p w14:paraId="6B479EFE" w14:textId="52A339F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Checking </w:t>
            </w:r>
          </w:p>
        </w:tc>
        <w:tc>
          <w:tcPr>
            <w:tcW w:w="1883" w:type="dxa"/>
            <w:tcBorders>
              <w:top w:val="nil"/>
              <w:left w:val="nil"/>
              <w:bottom w:val="nil"/>
              <w:right w:val="nil"/>
            </w:tcBorders>
            <w:vAlign w:val="bottom"/>
          </w:tcPr>
          <w:p w14:paraId="35AB6A6A" w14:textId="515EFC7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0.10</w:t>
            </w:r>
          </w:p>
        </w:tc>
        <w:tc>
          <w:tcPr>
            <w:tcW w:w="2283" w:type="dxa"/>
            <w:tcBorders>
              <w:top w:val="nil"/>
              <w:left w:val="nil"/>
              <w:bottom w:val="nil"/>
              <w:right w:val="nil"/>
            </w:tcBorders>
            <w:vAlign w:val="bottom"/>
          </w:tcPr>
          <w:p w14:paraId="0C1E2CD1" w14:textId="27B3067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0.47</w:t>
            </w:r>
          </w:p>
        </w:tc>
        <w:tc>
          <w:tcPr>
            <w:tcW w:w="1416" w:type="dxa"/>
            <w:tcBorders>
              <w:top w:val="nil"/>
              <w:left w:val="nil"/>
              <w:bottom w:val="nil"/>
              <w:right w:val="nil"/>
            </w:tcBorders>
            <w:vAlign w:val="bottom"/>
          </w:tcPr>
          <w:p w14:paraId="7CAA0C43" w14:textId="46548CA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c>
          <w:tcPr>
            <w:tcW w:w="1854" w:type="dxa"/>
            <w:tcBorders>
              <w:top w:val="nil"/>
              <w:left w:val="nil"/>
              <w:bottom w:val="nil"/>
              <w:right w:val="nil"/>
            </w:tcBorders>
            <w:vAlign w:val="bottom"/>
          </w:tcPr>
          <w:p w14:paraId="22A56B57" w14:textId="486652F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0.12</w:t>
            </w:r>
          </w:p>
        </w:tc>
      </w:tr>
      <w:tr w:rsidR="0064399E" w:rsidRPr="0071512A" w14:paraId="2ED18668" w14:textId="77777777" w:rsidTr="00782866">
        <w:tc>
          <w:tcPr>
            <w:tcW w:w="2284" w:type="dxa"/>
            <w:vAlign w:val="bottom"/>
          </w:tcPr>
          <w:p w14:paraId="6B556A6A" w14:textId="49027B3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Body Dissatisfaction</w:t>
            </w:r>
          </w:p>
        </w:tc>
        <w:tc>
          <w:tcPr>
            <w:tcW w:w="1883" w:type="dxa"/>
            <w:tcBorders>
              <w:top w:val="nil"/>
              <w:left w:val="nil"/>
              <w:bottom w:val="nil"/>
              <w:right w:val="nil"/>
            </w:tcBorders>
            <w:vAlign w:val="bottom"/>
          </w:tcPr>
          <w:p w14:paraId="46E05307" w14:textId="1236AF5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0.25</w:t>
            </w:r>
          </w:p>
        </w:tc>
        <w:tc>
          <w:tcPr>
            <w:tcW w:w="2283" w:type="dxa"/>
            <w:tcBorders>
              <w:top w:val="nil"/>
              <w:left w:val="nil"/>
              <w:bottom w:val="nil"/>
              <w:right w:val="nil"/>
            </w:tcBorders>
            <w:vAlign w:val="bottom"/>
          </w:tcPr>
          <w:p w14:paraId="26DE0A63" w14:textId="6F7223E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0.46</w:t>
            </w:r>
          </w:p>
        </w:tc>
        <w:tc>
          <w:tcPr>
            <w:tcW w:w="1416" w:type="dxa"/>
            <w:tcBorders>
              <w:top w:val="nil"/>
              <w:left w:val="nil"/>
              <w:bottom w:val="nil"/>
              <w:right w:val="nil"/>
            </w:tcBorders>
            <w:vAlign w:val="bottom"/>
          </w:tcPr>
          <w:p w14:paraId="2F413F73" w14:textId="1234BA2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854" w:type="dxa"/>
            <w:tcBorders>
              <w:top w:val="nil"/>
              <w:left w:val="nil"/>
              <w:bottom w:val="nil"/>
              <w:right w:val="nil"/>
            </w:tcBorders>
            <w:vAlign w:val="bottom"/>
          </w:tcPr>
          <w:p w14:paraId="752BDD31" w14:textId="49A50FF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-0.11</w:t>
            </w:r>
          </w:p>
        </w:tc>
      </w:tr>
      <w:tr w:rsidR="0064399E" w:rsidRPr="0071512A" w14:paraId="7D382610" w14:textId="77777777" w:rsidTr="00782866">
        <w:tc>
          <w:tcPr>
            <w:tcW w:w="2284" w:type="dxa"/>
            <w:vAlign w:val="bottom"/>
          </w:tcPr>
          <w:p w14:paraId="320E1893" w14:textId="622BAF9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Domineering</w:t>
            </w:r>
          </w:p>
        </w:tc>
        <w:tc>
          <w:tcPr>
            <w:tcW w:w="1883" w:type="dxa"/>
            <w:tcBorders>
              <w:top w:val="nil"/>
              <w:left w:val="nil"/>
              <w:bottom w:val="nil"/>
              <w:right w:val="nil"/>
            </w:tcBorders>
            <w:vAlign w:val="bottom"/>
          </w:tcPr>
          <w:p w14:paraId="61D17C8B" w14:textId="2B1CB2A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-0.34</w:t>
            </w:r>
          </w:p>
        </w:tc>
        <w:tc>
          <w:tcPr>
            <w:tcW w:w="2283" w:type="dxa"/>
            <w:tcBorders>
              <w:top w:val="nil"/>
              <w:left w:val="nil"/>
              <w:bottom w:val="nil"/>
              <w:right w:val="nil"/>
            </w:tcBorders>
            <w:vAlign w:val="bottom"/>
          </w:tcPr>
          <w:p w14:paraId="3CA3C2BA" w14:textId="1B7A040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0.44</w:t>
            </w:r>
          </w:p>
        </w:tc>
        <w:tc>
          <w:tcPr>
            <w:tcW w:w="1416" w:type="dxa"/>
            <w:tcBorders>
              <w:top w:val="nil"/>
              <w:left w:val="nil"/>
              <w:bottom w:val="nil"/>
              <w:right w:val="nil"/>
            </w:tcBorders>
            <w:vAlign w:val="bottom"/>
          </w:tcPr>
          <w:p w14:paraId="7172386D" w14:textId="2CB823E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0.02</w:t>
            </w:r>
          </w:p>
        </w:tc>
        <w:tc>
          <w:tcPr>
            <w:tcW w:w="1854" w:type="dxa"/>
            <w:tcBorders>
              <w:top w:val="nil"/>
              <w:left w:val="nil"/>
              <w:bottom w:val="nil"/>
              <w:right w:val="nil"/>
            </w:tcBorders>
            <w:vAlign w:val="bottom"/>
          </w:tcPr>
          <w:p w14:paraId="45EBAC27" w14:textId="52184E1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0.17</w:t>
            </w:r>
          </w:p>
        </w:tc>
      </w:tr>
      <w:tr w:rsidR="0064399E" w:rsidRPr="0071512A" w14:paraId="2F2639CF" w14:textId="77777777" w:rsidTr="00782866">
        <w:tc>
          <w:tcPr>
            <w:tcW w:w="2284" w:type="dxa"/>
            <w:vAlign w:val="bottom"/>
          </w:tcPr>
          <w:p w14:paraId="176FE646" w14:textId="11C2A2D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Cognitive Problems </w:t>
            </w:r>
          </w:p>
        </w:tc>
        <w:tc>
          <w:tcPr>
            <w:tcW w:w="1883" w:type="dxa"/>
            <w:tcBorders>
              <w:top w:val="nil"/>
              <w:left w:val="nil"/>
              <w:bottom w:val="nil"/>
              <w:right w:val="nil"/>
            </w:tcBorders>
            <w:vAlign w:val="bottom"/>
          </w:tcPr>
          <w:p w14:paraId="3AE1CF17" w14:textId="7D1FA02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0.38</w:t>
            </w:r>
          </w:p>
        </w:tc>
        <w:tc>
          <w:tcPr>
            <w:tcW w:w="2283" w:type="dxa"/>
            <w:tcBorders>
              <w:top w:val="nil"/>
              <w:left w:val="nil"/>
              <w:bottom w:val="nil"/>
              <w:right w:val="nil"/>
            </w:tcBorders>
            <w:vAlign w:val="bottom"/>
          </w:tcPr>
          <w:p w14:paraId="03D28006" w14:textId="52016C3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0.43</w:t>
            </w:r>
          </w:p>
        </w:tc>
        <w:tc>
          <w:tcPr>
            <w:tcW w:w="1416" w:type="dxa"/>
            <w:tcBorders>
              <w:top w:val="nil"/>
              <w:left w:val="nil"/>
              <w:bottom w:val="nil"/>
              <w:right w:val="nil"/>
            </w:tcBorders>
            <w:vAlign w:val="bottom"/>
          </w:tcPr>
          <w:p w14:paraId="3D86116A" w14:textId="377E5BD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1854" w:type="dxa"/>
            <w:tcBorders>
              <w:top w:val="nil"/>
              <w:left w:val="nil"/>
              <w:bottom w:val="nil"/>
              <w:right w:val="nil"/>
            </w:tcBorders>
            <w:vAlign w:val="bottom"/>
          </w:tcPr>
          <w:p w14:paraId="5B56E1ED" w14:textId="02E9C7B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0.21</w:t>
            </w:r>
          </w:p>
        </w:tc>
      </w:tr>
      <w:tr w:rsidR="0064399E" w:rsidRPr="0071512A" w14:paraId="2D0B1454" w14:textId="77777777" w:rsidTr="00782866">
        <w:tc>
          <w:tcPr>
            <w:tcW w:w="2284" w:type="dxa"/>
            <w:vAlign w:val="bottom"/>
          </w:tcPr>
          <w:p w14:paraId="448DD3DD" w14:textId="123B233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Hoarding  </w:t>
            </w:r>
          </w:p>
        </w:tc>
        <w:tc>
          <w:tcPr>
            <w:tcW w:w="1883" w:type="dxa"/>
            <w:tcBorders>
              <w:top w:val="nil"/>
              <w:left w:val="nil"/>
              <w:bottom w:val="nil"/>
              <w:right w:val="nil"/>
            </w:tcBorders>
            <w:vAlign w:val="bottom"/>
          </w:tcPr>
          <w:p w14:paraId="1005A9FE" w14:textId="1E70C781"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0.14</w:t>
            </w:r>
          </w:p>
        </w:tc>
        <w:tc>
          <w:tcPr>
            <w:tcW w:w="2283" w:type="dxa"/>
            <w:tcBorders>
              <w:top w:val="nil"/>
              <w:left w:val="nil"/>
              <w:bottom w:val="nil"/>
              <w:right w:val="nil"/>
            </w:tcBorders>
            <w:vAlign w:val="bottom"/>
          </w:tcPr>
          <w:p w14:paraId="44572D8B" w14:textId="5D24171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0.43</w:t>
            </w:r>
          </w:p>
        </w:tc>
        <w:tc>
          <w:tcPr>
            <w:tcW w:w="1416" w:type="dxa"/>
            <w:tcBorders>
              <w:top w:val="nil"/>
              <w:left w:val="nil"/>
              <w:bottom w:val="nil"/>
              <w:right w:val="nil"/>
            </w:tcBorders>
            <w:vAlign w:val="bottom"/>
          </w:tcPr>
          <w:p w14:paraId="5F7B1725" w14:textId="3FBA780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0.11</w:t>
            </w:r>
          </w:p>
        </w:tc>
        <w:tc>
          <w:tcPr>
            <w:tcW w:w="1854" w:type="dxa"/>
            <w:tcBorders>
              <w:top w:val="nil"/>
              <w:left w:val="nil"/>
              <w:bottom w:val="nil"/>
              <w:right w:val="nil"/>
            </w:tcBorders>
            <w:vAlign w:val="bottom"/>
          </w:tcPr>
          <w:p w14:paraId="1033C4A1" w14:textId="35644B4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0.16</w:t>
            </w:r>
          </w:p>
        </w:tc>
      </w:tr>
      <w:tr w:rsidR="0064399E" w:rsidRPr="0071512A" w14:paraId="6F9C031C" w14:textId="77777777" w:rsidTr="00782866">
        <w:tc>
          <w:tcPr>
            <w:tcW w:w="2284" w:type="dxa"/>
            <w:vAlign w:val="bottom"/>
          </w:tcPr>
          <w:p w14:paraId="47CD4D03" w14:textId="4C876D9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Anxious Worry</w:t>
            </w:r>
          </w:p>
        </w:tc>
        <w:tc>
          <w:tcPr>
            <w:tcW w:w="1883" w:type="dxa"/>
            <w:tcBorders>
              <w:top w:val="nil"/>
              <w:left w:val="nil"/>
              <w:bottom w:val="nil"/>
              <w:right w:val="nil"/>
            </w:tcBorders>
            <w:vAlign w:val="bottom"/>
          </w:tcPr>
          <w:p w14:paraId="2A103FDD" w14:textId="27A834D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0.39</w:t>
            </w:r>
          </w:p>
        </w:tc>
        <w:tc>
          <w:tcPr>
            <w:tcW w:w="2283" w:type="dxa"/>
            <w:tcBorders>
              <w:top w:val="nil"/>
              <w:left w:val="nil"/>
              <w:bottom w:val="nil"/>
              <w:right w:val="nil"/>
            </w:tcBorders>
            <w:vAlign w:val="bottom"/>
          </w:tcPr>
          <w:p w14:paraId="4C6EB79C" w14:textId="70F1854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0.41</w:t>
            </w:r>
          </w:p>
        </w:tc>
        <w:tc>
          <w:tcPr>
            <w:tcW w:w="1416" w:type="dxa"/>
            <w:tcBorders>
              <w:top w:val="nil"/>
              <w:left w:val="nil"/>
              <w:bottom w:val="nil"/>
              <w:right w:val="nil"/>
            </w:tcBorders>
            <w:vAlign w:val="bottom"/>
          </w:tcPr>
          <w:p w14:paraId="4E86A999" w14:textId="1E5752F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0.25</w:t>
            </w:r>
          </w:p>
        </w:tc>
        <w:tc>
          <w:tcPr>
            <w:tcW w:w="1854" w:type="dxa"/>
            <w:tcBorders>
              <w:top w:val="nil"/>
              <w:left w:val="nil"/>
              <w:bottom w:val="nil"/>
              <w:right w:val="nil"/>
            </w:tcBorders>
            <w:vAlign w:val="bottom"/>
          </w:tcPr>
          <w:p w14:paraId="1F2528D4" w14:textId="4CF6012E"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-0.03</w:t>
            </w:r>
          </w:p>
        </w:tc>
      </w:tr>
      <w:tr w:rsidR="0064399E" w:rsidRPr="0071512A" w14:paraId="4FDFB54A" w14:textId="77777777" w:rsidTr="00782866">
        <w:tc>
          <w:tcPr>
            <w:tcW w:w="2284" w:type="dxa"/>
            <w:vAlign w:val="bottom"/>
          </w:tcPr>
          <w:p w14:paraId="18D5C4B6" w14:textId="048EA0E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Problematic Shopping</w:t>
            </w:r>
          </w:p>
        </w:tc>
        <w:tc>
          <w:tcPr>
            <w:tcW w:w="1883" w:type="dxa"/>
            <w:tcBorders>
              <w:top w:val="nil"/>
              <w:left w:val="nil"/>
              <w:bottom w:val="nil"/>
              <w:right w:val="nil"/>
            </w:tcBorders>
            <w:vAlign w:val="bottom"/>
          </w:tcPr>
          <w:p w14:paraId="5BE841D2" w14:textId="2912912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0.09</w:t>
            </w:r>
          </w:p>
        </w:tc>
        <w:tc>
          <w:tcPr>
            <w:tcW w:w="2283" w:type="dxa"/>
            <w:tcBorders>
              <w:top w:val="nil"/>
              <w:left w:val="nil"/>
              <w:bottom w:val="nil"/>
              <w:right w:val="nil"/>
            </w:tcBorders>
            <w:vAlign w:val="bottom"/>
          </w:tcPr>
          <w:p w14:paraId="78320EF8" w14:textId="5EB5F56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0.41</w:t>
            </w:r>
          </w:p>
        </w:tc>
        <w:tc>
          <w:tcPr>
            <w:tcW w:w="1416" w:type="dxa"/>
            <w:tcBorders>
              <w:top w:val="nil"/>
              <w:left w:val="nil"/>
              <w:bottom w:val="nil"/>
              <w:right w:val="nil"/>
            </w:tcBorders>
            <w:vAlign w:val="bottom"/>
          </w:tcPr>
          <w:p w14:paraId="33753FB3" w14:textId="4A1C2B9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c>
          <w:tcPr>
            <w:tcW w:w="1854" w:type="dxa"/>
            <w:tcBorders>
              <w:top w:val="nil"/>
              <w:left w:val="nil"/>
              <w:bottom w:val="nil"/>
              <w:right w:val="nil"/>
            </w:tcBorders>
            <w:vAlign w:val="bottom"/>
          </w:tcPr>
          <w:p w14:paraId="34197664" w14:textId="3D313E0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r>
      <w:tr w:rsidR="0064399E" w:rsidRPr="0071512A" w14:paraId="090DA701" w14:textId="77777777" w:rsidTr="00782866">
        <w:tc>
          <w:tcPr>
            <w:tcW w:w="2284" w:type="dxa"/>
            <w:vAlign w:val="bottom"/>
          </w:tcPr>
          <w:p w14:paraId="3124CB56" w14:textId="367E565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Somatic Preoccupation</w:t>
            </w:r>
          </w:p>
        </w:tc>
        <w:tc>
          <w:tcPr>
            <w:tcW w:w="1883" w:type="dxa"/>
            <w:tcBorders>
              <w:top w:val="nil"/>
              <w:left w:val="nil"/>
              <w:bottom w:val="nil"/>
              <w:right w:val="nil"/>
            </w:tcBorders>
            <w:vAlign w:val="bottom"/>
          </w:tcPr>
          <w:p w14:paraId="6B995DA4" w14:textId="433E406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-0.09</w:t>
            </w:r>
          </w:p>
        </w:tc>
        <w:tc>
          <w:tcPr>
            <w:tcW w:w="2283" w:type="dxa"/>
            <w:tcBorders>
              <w:top w:val="nil"/>
              <w:left w:val="nil"/>
              <w:bottom w:val="nil"/>
              <w:right w:val="nil"/>
            </w:tcBorders>
            <w:vAlign w:val="bottom"/>
          </w:tcPr>
          <w:p w14:paraId="75AA3FDB" w14:textId="49B27A4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0.41</w:t>
            </w:r>
          </w:p>
        </w:tc>
        <w:tc>
          <w:tcPr>
            <w:tcW w:w="1416" w:type="dxa"/>
            <w:tcBorders>
              <w:top w:val="nil"/>
              <w:left w:val="nil"/>
              <w:bottom w:val="nil"/>
              <w:right w:val="nil"/>
            </w:tcBorders>
            <w:vAlign w:val="bottom"/>
          </w:tcPr>
          <w:p w14:paraId="1F60A853" w14:textId="2BE1948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0.38</w:t>
            </w:r>
          </w:p>
        </w:tc>
        <w:tc>
          <w:tcPr>
            <w:tcW w:w="1854" w:type="dxa"/>
            <w:tcBorders>
              <w:top w:val="nil"/>
              <w:left w:val="nil"/>
              <w:bottom w:val="nil"/>
              <w:right w:val="nil"/>
            </w:tcBorders>
            <w:vAlign w:val="bottom"/>
          </w:tcPr>
          <w:p w14:paraId="5A26440E" w14:textId="31793D0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r>
      <w:tr w:rsidR="0064399E" w:rsidRPr="0071512A" w14:paraId="4538BA0D" w14:textId="77777777" w:rsidTr="00782866">
        <w:tc>
          <w:tcPr>
            <w:tcW w:w="2284" w:type="dxa"/>
            <w:vAlign w:val="bottom"/>
          </w:tcPr>
          <w:p w14:paraId="12325A44" w14:textId="55659F19"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Rigidity </w:t>
            </w:r>
          </w:p>
        </w:tc>
        <w:tc>
          <w:tcPr>
            <w:tcW w:w="1883" w:type="dxa"/>
            <w:tcBorders>
              <w:top w:val="nil"/>
              <w:left w:val="nil"/>
              <w:bottom w:val="nil"/>
              <w:right w:val="nil"/>
            </w:tcBorders>
            <w:vAlign w:val="bottom"/>
          </w:tcPr>
          <w:p w14:paraId="30BD9A3A" w14:textId="53139CD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0.16</w:t>
            </w:r>
          </w:p>
        </w:tc>
        <w:tc>
          <w:tcPr>
            <w:tcW w:w="2283" w:type="dxa"/>
            <w:tcBorders>
              <w:top w:val="nil"/>
              <w:left w:val="nil"/>
              <w:bottom w:val="nil"/>
              <w:right w:val="nil"/>
            </w:tcBorders>
            <w:vAlign w:val="bottom"/>
          </w:tcPr>
          <w:p w14:paraId="74D26D65" w14:textId="623DDE4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0.39</w:t>
            </w:r>
          </w:p>
        </w:tc>
        <w:tc>
          <w:tcPr>
            <w:tcW w:w="1416" w:type="dxa"/>
            <w:tcBorders>
              <w:top w:val="nil"/>
              <w:left w:val="nil"/>
              <w:bottom w:val="nil"/>
              <w:right w:val="nil"/>
            </w:tcBorders>
            <w:vAlign w:val="bottom"/>
          </w:tcPr>
          <w:p w14:paraId="47BBC316" w14:textId="055569A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0.15</w:t>
            </w:r>
          </w:p>
        </w:tc>
        <w:tc>
          <w:tcPr>
            <w:tcW w:w="1854" w:type="dxa"/>
            <w:tcBorders>
              <w:top w:val="nil"/>
              <w:left w:val="nil"/>
              <w:bottom w:val="nil"/>
              <w:right w:val="nil"/>
            </w:tcBorders>
            <w:vAlign w:val="bottom"/>
          </w:tcPr>
          <w:p w14:paraId="09380587" w14:textId="3B89733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0.16</w:t>
            </w:r>
          </w:p>
        </w:tc>
      </w:tr>
      <w:tr w:rsidR="0064399E" w:rsidRPr="0071512A" w14:paraId="09380E33" w14:textId="77777777" w:rsidTr="00782866">
        <w:tc>
          <w:tcPr>
            <w:tcW w:w="2284" w:type="dxa"/>
            <w:vAlign w:val="bottom"/>
          </w:tcPr>
          <w:p w14:paraId="5C0C439C" w14:textId="1BE8936B" w:rsidR="0064399E" w:rsidRPr="000E39C9" w:rsidRDefault="0064399E" w:rsidP="0064399E">
            <w:pPr>
              <w:rPr>
                <w:rFonts w:ascii="Times New Roman" w:hAnsi="Times New Roman" w:cs="Times New Roman"/>
                <w:sz w:val="20"/>
                <w:szCs w:val="20"/>
              </w:rPr>
            </w:pPr>
            <w:proofErr w:type="spellStart"/>
            <w:r w:rsidRPr="000E39C9">
              <w:rPr>
                <w:rFonts w:ascii="Times New Roman" w:hAnsi="Times New Roman" w:cs="Times New Roman"/>
                <w:sz w:val="20"/>
                <w:szCs w:val="20"/>
              </w:rPr>
              <w:t>Hyperdeliberation</w:t>
            </w:r>
            <w:proofErr w:type="spellEnd"/>
          </w:p>
        </w:tc>
        <w:tc>
          <w:tcPr>
            <w:tcW w:w="1883" w:type="dxa"/>
            <w:tcBorders>
              <w:top w:val="nil"/>
              <w:left w:val="nil"/>
              <w:bottom w:val="nil"/>
              <w:right w:val="nil"/>
            </w:tcBorders>
            <w:vAlign w:val="bottom"/>
          </w:tcPr>
          <w:p w14:paraId="5D8AB015" w14:textId="71ED72CA"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-0.27</w:t>
            </w:r>
          </w:p>
        </w:tc>
        <w:tc>
          <w:tcPr>
            <w:tcW w:w="2283" w:type="dxa"/>
            <w:tcBorders>
              <w:top w:val="nil"/>
              <w:left w:val="nil"/>
              <w:bottom w:val="nil"/>
              <w:right w:val="nil"/>
            </w:tcBorders>
            <w:vAlign w:val="bottom"/>
          </w:tcPr>
          <w:p w14:paraId="2C91EB80" w14:textId="319882E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0.38</w:t>
            </w:r>
          </w:p>
        </w:tc>
        <w:tc>
          <w:tcPr>
            <w:tcW w:w="1416" w:type="dxa"/>
            <w:tcBorders>
              <w:top w:val="nil"/>
              <w:left w:val="nil"/>
              <w:bottom w:val="nil"/>
              <w:right w:val="nil"/>
            </w:tcBorders>
            <w:vAlign w:val="bottom"/>
          </w:tcPr>
          <w:p w14:paraId="7504471E" w14:textId="3ABCCB7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0.24</w:t>
            </w:r>
          </w:p>
        </w:tc>
        <w:tc>
          <w:tcPr>
            <w:tcW w:w="1854" w:type="dxa"/>
            <w:tcBorders>
              <w:top w:val="nil"/>
              <w:left w:val="nil"/>
              <w:bottom w:val="nil"/>
              <w:right w:val="nil"/>
            </w:tcBorders>
            <w:vAlign w:val="bottom"/>
          </w:tcPr>
          <w:p w14:paraId="40293DE3" w14:textId="6CAA601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-0.33</w:t>
            </w:r>
          </w:p>
        </w:tc>
      </w:tr>
      <w:tr w:rsidR="0064399E" w:rsidRPr="0071512A" w14:paraId="36A11572" w14:textId="77777777" w:rsidTr="00782866">
        <w:tc>
          <w:tcPr>
            <w:tcW w:w="2284" w:type="dxa"/>
            <w:vAlign w:val="bottom"/>
          </w:tcPr>
          <w:p w14:paraId="3271368F" w14:textId="1263643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Dietary Restraint</w:t>
            </w:r>
          </w:p>
        </w:tc>
        <w:tc>
          <w:tcPr>
            <w:tcW w:w="1883" w:type="dxa"/>
            <w:tcBorders>
              <w:top w:val="nil"/>
              <w:left w:val="nil"/>
              <w:bottom w:val="nil"/>
              <w:right w:val="nil"/>
            </w:tcBorders>
            <w:vAlign w:val="bottom"/>
          </w:tcPr>
          <w:p w14:paraId="3C46D6BA" w14:textId="306A65B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-0.22</w:t>
            </w:r>
          </w:p>
        </w:tc>
        <w:tc>
          <w:tcPr>
            <w:tcW w:w="2283" w:type="dxa"/>
            <w:tcBorders>
              <w:top w:val="nil"/>
              <w:left w:val="nil"/>
              <w:bottom w:val="nil"/>
              <w:right w:val="nil"/>
            </w:tcBorders>
            <w:vAlign w:val="bottom"/>
          </w:tcPr>
          <w:p w14:paraId="04A8820E" w14:textId="5D5B806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0.34</w:t>
            </w:r>
          </w:p>
        </w:tc>
        <w:tc>
          <w:tcPr>
            <w:tcW w:w="1416" w:type="dxa"/>
            <w:tcBorders>
              <w:top w:val="nil"/>
              <w:left w:val="nil"/>
              <w:bottom w:val="nil"/>
              <w:right w:val="nil"/>
            </w:tcBorders>
            <w:vAlign w:val="bottom"/>
          </w:tcPr>
          <w:p w14:paraId="4F91F674" w14:textId="1A0AE07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854" w:type="dxa"/>
            <w:tcBorders>
              <w:top w:val="nil"/>
              <w:left w:val="nil"/>
              <w:bottom w:val="nil"/>
              <w:right w:val="nil"/>
            </w:tcBorders>
            <w:vAlign w:val="bottom"/>
          </w:tcPr>
          <w:p w14:paraId="2DA88FCA" w14:textId="1503545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r>
      <w:tr w:rsidR="0064399E" w:rsidRPr="0071512A" w14:paraId="143B5084" w14:textId="77777777" w:rsidTr="00782866">
        <w:tc>
          <w:tcPr>
            <w:tcW w:w="2284" w:type="dxa"/>
            <w:vAlign w:val="bottom"/>
          </w:tcPr>
          <w:p w14:paraId="1DFF2C56" w14:textId="6AFB5C5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Binge Eating</w:t>
            </w:r>
          </w:p>
        </w:tc>
        <w:tc>
          <w:tcPr>
            <w:tcW w:w="1883" w:type="dxa"/>
            <w:tcBorders>
              <w:top w:val="nil"/>
              <w:left w:val="nil"/>
              <w:bottom w:val="nil"/>
              <w:right w:val="nil"/>
            </w:tcBorders>
            <w:vAlign w:val="bottom"/>
          </w:tcPr>
          <w:p w14:paraId="6154A2AD" w14:textId="56C204F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0.20</w:t>
            </w:r>
          </w:p>
        </w:tc>
        <w:tc>
          <w:tcPr>
            <w:tcW w:w="2283" w:type="dxa"/>
            <w:tcBorders>
              <w:top w:val="nil"/>
              <w:left w:val="nil"/>
              <w:bottom w:val="nil"/>
              <w:right w:val="nil"/>
            </w:tcBorders>
            <w:vAlign w:val="bottom"/>
          </w:tcPr>
          <w:p w14:paraId="06F1B2F9" w14:textId="3304F40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0.32</w:t>
            </w:r>
          </w:p>
        </w:tc>
        <w:tc>
          <w:tcPr>
            <w:tcW w:w="1416" w:type="dxa"/>
            <w:tcBorders>
              <w:top w:val="nil"/>
              <w:left w:val="nil"/>
              <w:bottom w:val="nil"/>
              <w:right w:val="nil"/>
            </w:tcBorders>
            <w:vAlign w:val="bottom"/>
          </w:tcPr>
          <w:p w14:paraId="016BB20F" w14:textId="483B9F3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1854" w:type="dxa"/>
            <w:tcBorders>
              <w:top w:val="nil"/>
              <w:left w:val="nil"/>
              <w:bottom w:val="nil"/>
              <w:right w:val="nil"/>
            </w:tcBorders>
            <w:vAlign w:val="bottom"/>
          </w:tcPr>
          <w:p w14:paraId="1B9A9463" w14:textId="20394A2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0.02</w:t>
            </w:r>
          </w:p>
        </w:tc>
      </w:tr>
      <w:tr w:rsidR="0064399E" w:rsidRPr="0071512A" w14:paraId="640C49DC" w14:textId="77777777" w:rsidTr="00782866">
        <w:tc>
          <w:tcPr>
            <w:tcW w:w="2284" w:type="dxa"/>
            <w:vAlign w:val="bottom"/>
          </w:tcPr>
          <w:p w14:paraId="2ECE6367" w14:textId="30A0C34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Situational Phobias</w:t>
            </w:r>
          </w:p>
        </w:tc>
        <w:tc>
          <w:tcPr>
            <w:tcW w:w="1883" w:type="dxa"/>
            <w:tcBorders>
              <w:top w:val="nil"/>
              <w:left w:val="nil"/>
              <w:bottom w:val="nil"/>
              <w:right w:val="nil"/>
            </w:tcBorders>
            <w:vAlign w:val="bottom"/>
          </w:tcPr>
          <w:p w14:paraId="3EC834F1" w14:textId="4C8BABD1"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-0.09</w:t>
            </w:r>
          </w:p>
        </w:tc>
        <w:tc>
          <w:tcPr>
            <w:tcW w:w="2283" w:type="dxa"/>
            <w:tcBorders>
              <w:top w:val="nil"/>
              <w:left w:val="nil"/>
              <w:bottom w:val="nil"/>
              <w:right w:val="nil"/>
            </w:tcBorders>
            <w:vAlign w:val="bottom"/>
          </w:tcPr>
          <w:p w14:paraId="21A3E92E" w14:textId="55E1A2F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0.00</w:t>
            </w:r>
          </w:p>
        </w:tc>
        <w:tc>
          <w:tcPr>
            <w:tcW w:w="1416" w:type="dxa"/>
            <w:tcBorders>
              <w:top w:val="nil"/>
              <w:left w:val="nil"/>
              <w:bottom w:val="nil"/>
              <w:right w:val="nil"/>
            </w:tcBorders>
            <w:vAlign w:val="bottom"/>
          </w:tcPr>
          <w:p w14:paraId="28354535" w14:textId="48455A5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0.69</w:t>
            </w:r>
          </w:p>
        </w:tc>
        <w:tc>
          <w:tcPr>
            <w:tcW w:w="1854" w:type="dxa"/>
            <w:tcBorders>
              <w:top w:val="nil"/>
              <w:left w:val="nil"/>
              <w:bottom w:val="nil"/>
              <w:right w:val="nil"/>
            </w:tcBorders>
            <w:vAlign w:val="bottom"/>
          </w:tcPr>
          <w:p w14:paraId="1EACBE46" w14:textId="0D5241F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r>
      <w:tr w:rsidR="0064399E" w:rsidRPr="0071512A" w14:paraId="4DA0B8E1" w14:textId="77777777" w:rsidTr="00782866">
        <w:tc>
          <w:tcPr>
            <w:tcW w:w="2284" w:type="dxa"/>
            <w:vAlign w:val="bottom"/>
          </w:tcPr>
          <w:p w14:paraId="68F363DA" w14:textId="3A9692E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Agoraphobia </w:t>
            </w:r>
          </w:p>
        </w:tc>
        <w:tc>
          <w:tcPr>
            <w:tcW w:w="1883" w:type="dxa"/>
            <w:tcBorders>
              <w:top w:val="nil"/>
              <w:left w:val="nil"/>
              <w:bottom w:val="nil"/>
              <w:right w:val="nil"/>
            </w:tcBorders>
            <w:vAlign w:val="bottom"/>
          </w:tcPr>
          <w:p w14:paraId="5C4A9D4D" w14:textId="7BB7E10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0.12</w:t>
            </w:r>
          </w:p>
        </w:tc>
        <w:tc>
          <w:tcPr>
            <w:tcW w:w="2283" w:type="dxa"/>
            <w:tcBorders>
              <w:top w:val="nil"/>
              <w:left w:val="nil"/>
              <w:bottom w:val="nil"/>
              <w:right w:val="nil"/>
            </w:tcBorders>
            <w:vAlign w:val="bottom"/>
          </w:tcPr>
          <w:p w14:paraId="35817D86" w14:textId="404D74D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416" w:type="dxa"/>
            <w:tcBorders>
              <w:top w:val="nil"/>
              <w:left w:val="nil"/>
              <w:bottom w:val="nil"/>
              <w:right w:val="nil"/>
            </w:tcBorders>
            <w:vAlign w:val="bottom"/>
          </w:tcPr>
          <w:p w14:paraId="43B93C65" w14:textId="77F9BFB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0.69</w:t>
            </w:r>
          </w:p>
        </w:tc>
        <w:tc>
          <w:tcPr>
            <w:tcW w:w="1854" w:type="dxa"/>
            <w:tcBorders>
              <w:top w:val="nil"/>
              <w:left w:val="nil"/>
              <w:bottom w:val="nil"/>
              <w:right w:val="nil"/>
            </w:tcBorders>
            <w:vAlign w:val="bottom"/>
          </w:tcPr>
          <w:p w14:paraId="344EC9CE" w14:textId="77864C5A"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0.04</w:t>
            </w:r>
          </w:p>
        </w:tc>
      </w:tr>
      <w:tr w:rsidR="0064399E" w:rsidRPr="0071512A" w14:paraId="75453073" w14:textId="77777777" w:rsidTr="00782866">
        <w:tc>
          <w:tcPr>
            <w:tcW w:w="2284" w:type="dxa"/>
            <w:vAlign w:val="bottom"/>
          </w:tcPr>
          <w:p w14:paraId="330F93BF" w14:textId="73B1B4D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Hypervigilance </w:t>
            </w:r>
          </w:p>
        </w:tc>
        <w:tc>
          <w:tcPr>
            <w:tcW w:w="1883" w:type="dxa"/>
            <w:tcBorders>
              <w:top w:val="nil"/>
              <w:left w:val="nil"/>
              <w:bottom w:val="nil"/>
              <w:right w:val="nil"/>
            </w:tcBorders>
            <w:vAlign w:val="bottom"/>
          </w:tcPr>
          <w:p w14:paraId="77A3C240" w14:textId="11B3448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0.12</w:t>
            </w:r>
          </w:p>
        </w:tc>
        <w:tc>
          <w:tcPr>
            <w:tcW w:w="2283" w:type="dxa"/>
            <w:tcBorders>
              <w:top w:val="nil"/>
              <w:left w:val="nil"/>
              <w:bottom w:val="nil"/>
              <w:right w:val="nil"/>
            </w:tcBorders>
            <w:vAlign w:val="bottom"/>
          </w:tcPr>
          <w:p w14:paraId="60601679" w14:textId="61B0C09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0.31</w:t>
            </w:r>
          </w:p>
        </w:tc>
        <w:tc>
          <w:tcPr>
            <w:tcW w:w="1416" w:type="dxa"/>
            <w:tcBorders>
              <w:top w:val="nil"/>
              <w:left w:val="nil"/>
              <w:bottom w:val="nil"/>
              <w:right w:val="nil"/>
            </w:tcBorders>
            <w:vAlign w:val="bottom"/>
          </w:tcPr>
          <w:p w14:paraId="614AF825" w14:textId="470AE0A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0.54</w:t>
            </w:r>
          </w:p>
        </w:tc>
        <w:tc>
          <w:tcPr>
            <w:tcW w:w="1854" w:type="dxa"/>
            <w:tcBorders>
              <w:top w:val="nil"/>
              <w:left w:val="nil"/>
              <w:bottom w:val="nil"/>
              <w:right w:val="nil"/>
            </w:tcBorders>
            <w:vAlign w:val="bottom"/>
          </w:tcPr>
          <w:p w14:paraId="141E9BA1" w14:textId="2CEC0D2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0.02</w:t>
            </w:r>
          </w:p>
        </w:tc>
      </w:tr>
      <w:tr w:rsidR="0064399E" w:rsidRPr="0071512A" w14:paraId="4D0D25C3" w14:textId="77777777" w:rsidTr="00782866">
        <w:tc>
          <w:tcPr>
            <w:tcW w:w="2284" w:type="dxa"/>
            <w:vAlign w:val="bottom"/>
          </w:tcPr>
          <w:p w14:paraId="7A6DD7D2" w14:textId="2260C4F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Panic </w:t>
            </w:r>
          </w:p>
        </w:tc>
        <w:tc>
          <w:tcPr>
            <w:tcW w:w="1883" w:type="dxa"/>
            <w:tcBorders>
              <w:top w:val="nil"/>
              <w:left w:val="nil"/>
              <w:bottom w:val="nil"/>
              <w:right w:val="nil"/>
            </w:tcBorders>
            <w:vAlign w:val="bottom"/>
          </w:tcPr>
          <w:p w14:paraId="62FD98CF" w14:textId="127BAC1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0.16</w:t>
            </w:r>
          </w:p>
        </w:tc>
        <w:tc>
          <w:tcPr>
            <w:tcW w:w="2283" w:type="dxa"/>
            <w:tcBorders>
              <w:top w:val="nil"/>
              <w:left w:val="nil"/>
              <w:bottom w:val="nil"/>
              <w:right w:val="nil"/>
            </w:tcBorders>
            <w:vAlign w:val="bottom"/>
          </w:tcPr>
          <w:p w14:paraId="35DC3144" w14:textId="27A4F37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0.17</w:t>
            </w:r>
          </w:p>
        </w:tc>
        <w:tc>
          <w:tcPr>
            <w:tcW w:w="1416" w:type="dxa"/>
            <w:tcBorders>
              <w:top w:val="nil"/>
              <w:left w:val="nil"/>
              <w:bottom w:val="nil"/>
              <w:right w:val="nil"/>
            </w:tcBorders>
            <w:vAlign w:val="bottom"/>
          </w:tcPr>
          <w:p w14:paraId="5B5ABF0A" w14:textId="282719D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0.53</w:t>
            </w:r>
          </w:p>
        </w:tc>
        <w:tc>
          <w:tcPr>
            <w:tcW w:w="1854" w:type="dxa"/>
            <w:tcBorders>
              <w:top w:val="nil"/>
              <w:left w:val="nil"/>
              <w:bottom w:val="nil"/>
              <w:right w:val="nil"/>
            </w:tcBorders>
            <w:vAlign w:val="bottom"/>
          </w:tcPr>
          <w:p w14:paraId="435FCB75" w14:textId="4A853A0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r>
      <w:tr w:rsidR="0064399E" w:rsidRPr="0071512A" w14:paraId="423031C9" w14:textId="77777777" w:rsidTr="00782866">
        <w:tc>
          <w:tcPr>
            <w:tcW w:w="2284" w:type="dxa"/>
            <w:vAlign w:val="bottom"/>
          </w:tcPr>
          <w:p w14:paraId="33245807" w14:textId="1C35190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Disease Conviction </w:t>
            </w:r>
          </w:p>
        </w:tc>
        <w:tc>
          <w:tcPr>
            <w:tcW w:w="1883" w:type="dxa"/>
            <w:tcBorders>
              <w:top w:val="nil"/>
              <w:left w:val="nil"/>
              <w:bottom w:val="nil"/>
              <w:right w:val="nil"/>
            </w:tcBorders>
            <w:vAlign w:val="bottom"/>
          </w:tcPr>
          <w:p w14:paraId="1451D40B" w14:textId="1DE1DC8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2283" w:type="dxa"/>
            <w:tcBorders>
              <w:top w:val="nil"/>
              <w:left w:val="nil"/>
              <w:bottom w:val="nil"/>
              <w:right w:val="nil"/>
            </w:tcBorders>
            <w:vAlign w:val="bottom"/>
          </w:tcPr>
          <w:p w14:paraId="2240791F" w14:textId="324CBC1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0.07</w:t>
            </w:r>
          </w:p>
        </w:tc>
        <w:tc>
          <w:tcPr>
            <w:tcW w:w="1416" w:type="dxa"/>
            <w:tcBorders>
              <w:top w:val="nil"/>
              <w:left w:val="nil"/>
              <w:bottom w:val="nil"/>
              <w:right w:val="nil"/>
            </w:tcBorders>
            <w:vAlign w:val="bottom"/>
          </w:tcPr>
          <w:p w14:paraId="1E736CE9" w14:textId="2F70F862"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0.53</w:t>
            </w:r>
          </w:p>
        </w:tc>
        <w:tc>
          <w:tcPr>
            <w:tcW w:w="1854" w:type="dxa"/>
            <w:tcBorders>
              <w:top w:val="nil"/>
              <w:left w:val="nil"/>
              <w:bottom w:val="nil"/>
              <w:right w:val="nil"/>
            </w:tcBorders>
            <w:vAlign w:val="bottom"/>
          </w:tcPr>
          <w:p w14:paraId="4D25E788" w14:textId="380E8B6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r>
      <w:tr w:rsidR="0064399E" w:rsidRPr="0071512A" w14:paraId="44FD5AA3" w14:textId="77777777" w:rsidTr="00782866">
        <w:tc>
          <w:tcPr>
            <w:tcW w:w="2284" w:type="dxa"/>
            <w:vAlign w:val="bottom"/>
          </w:tcPr>
          <w:p w14:paraId="4882A3C1" w14:textId="65B558B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Animal-Insect Phobia</w:t>
            </w:r>
          </w:p>
        </w:tc>
        <w:tc>
          <w:tcPr>
            <w:tcW w:w="1883" w:type="dxa"/>
            <w:tcBorders>
              <w:top w:val="nil"/>
              <w:left w:val="nil"/>
              <w:bottom w:val="nil"/>
              <w:right w:val="nil"/>
            </w:tcBorders>
            <w:vAlign w:val="bottom"/>
          </w:tcPr>
          <w:p w14:paraId="56D0EF17" w14:textId="46A3755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-0.10</w:t>
            </w:r>
          </w:p>
        </w:tc>
        <w:tc>
          <w:tcPr>
            <w:tcW w:w="2283" w:type="dxa"/>
            <w:tcBorders>
              <w:top w:val="nil"/>
              <w:left w:val="nil"/>
              <w:bottom w:val="nil"/>
              <w:right w:val="nil"/>
            </w:tcBorders>
            <w:vAlign w:val="bottom"/>
          </w:tcPr>
          <w:p w14:paraId="2871263D" w14:textId="13C7B28A"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0.09</w:t>
            </w:r>
          </w:p>
        </w:tc>
        <w:tc>
          <w:tcPr>
            <w:tcW w:w="1416" w:type="dxa"/>
            <w:tcBorders>
              <w:top w:val="nil"/>
              <w:left w:val="nil"/>
              <w:bottom w:val="nil"/>
              <w:right w:val="nil"/>
            </w:tcBorders>
            <w:vAlign w:val="bottom"/>
          </w:tcPr>
          <w:p w14:paraId="17D4C6AF" w14:textId="2EEAB0D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0.52</w:t>
            </w:r>
          </w:p>
        </w:tc>
        <w:tc>
          <w:tcPr>
            <w:tcW w:w="1854" w:type="dxa"/>
            <w:tcBorders>
              <w:top w:val="nil"/>
              <w:left w:val="nil"/>
              <w:bottom w:val="nil"/>
              <w:right w:val="nil"/>
            </w:tcBorders>
            <w:vAlign w:val="bottom"/>
          </w:tcPr>
          <w:p w14:paraId="58D6D6DA" w14:textId="0181967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-0.05</w:t>
            </w:r>
          </w:p>
        </w:tc>
      </w:tr>
      <w:tr w:rsidR="0064399E" w:rsidRPr="0071512A" w14:paraId="6CD17F07" w14:textId="77777777" w:rsidTr="00782866">
        <w:tc>
          <w:tcPr>
            <w:tcW w:w="2284" w:type="dxa"/>
            <w:vAlign w:val="bottom"/>
          </w:tcPr>
          <w:p w14:paraId="29B31671" w14:textId="315FA3C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Trauma Reactions</w:t>
            </w:r>
          </w:p>
        </w:tc>
        <w:tc>
          <w:tcPr>
            <w:tcW w:w="1883" w:type="dxa"/>
            <w:tcBorders>
              <w:top w:val="nil"/>
              <w:left w:val="nil"/>
              <w:bottom w:val="nil"/>
              <w:right w:val="nil"/>
            </w:tcBorders>
            <w:vAlign w:val="bottom"/>
          </w:tcPr>
          <w:p w14:paraId="5670C47E" w14:textId="3DB3500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0.16</w:t>
            </w:r>
          </w:p>
        </w:tc>
        <w:tc>
          <w:tcPr>
            <w:tcW w:w="2283" w:type="dxa"/>
            <w:tcBorders>
              <w:top w:val="nil"/>
              <w:left w:val="nil"/>
              <w:bottom w:val="nil"/>
              <w:right w:val="nil"/>
            </w:tcBorders>
            <w:vAlign w:val="bottom"/>
          </w:tcPr>
          <w:p w14:paraId="3F2EEEA4" w14:textId="2989C51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0.12</w:t>
            </w:r>
          </w:p>
        </w:tc>
        <w:tc>
          <w:tcPr>
            <w:tcW w:w="1416" w:type="dxa"/>
            <w:tcBorders>
              <w:top w:val="nil"/>
              <w:left w:val="nil"/>
              <w:bottom w:val="nil"/>
              <w:right w:val="nil"/>
            </w:tcBorders>
            <w:vAlign w:val="bottom"/>
          </w:tcPr>
          <w:p w14:paraId="0685CD64" w14:textId="44FCC0C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0.50</w:t>
            </w:r>
          </w:p>
        </w:tc>
        <w:tc>
          <w:tcPr>
            <w:tcW w:w="1854" w:type="dxa"/>
            <w:tcBorders>
              <w:top w:val="nil"/>
              <w:left w:val="nil"/>
              <w:bottom w:val="nil"/>
              <w:right w:val="nil"/>
            </w:tcBorders>
            <w:vAlign w:val="bottom"/>
          </w:tcPr>
          <w:p w14:paraId="56253790" w14:textId="4C4896D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0.23</w:t>
            </w:r>
          </w:p>
        </w:tc>
      </w:tr>
      <w:tr w:rsidR="0064399E" w:rsidRPr="0071512A" w14:paraId="23DEAE15" w14:textId="77777777" w:rsidTr="00782866">
        <w:tc>
          <w:tcPr>
            <w:tcW w:w="2284" w:type="dxa"/>
            <w:vAlign w:val="bottom"/>
          </w:tcPr>
          <w:p w14:paraId="6B5D6980" w14:textId="45F6A12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Conversion Symptoms  </w:t>
            </w:r>
          </w:p>
        </w:tc>
        <w:tc>
          <w:tcPr>
            <w:tcW w:w="1883" w:type="dxa"/>
            <w:tcBorders>
              <w:top w:val="nil"/>
              <w:left w:val="nil"/>
              <w:bottom w:val="nil"/>
              <w:right w:val="nil"/>
            </w:tcBorders>
            <w:vAlign w:val="bottom"/>
          </w:tcPr>
          <w:p w14:paraId="79A54F81" w14:textId="22CC198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0.00</w:t>
            </w:r>
          </w:p>
        </w:tc>
        <w:tc>
          <w:tcPr>
            <w:tcW w:w="2283" w:type="dxa"/>
            <w:tcBorders>
              <w:top w:val="nil"/>
              <w:left w:val="nil"/>
              <w:bottom w:val="nil"/>
              <w:right w:val="nil"/>
            </w:tcBorders>
            <w:vAlign w:val="bottom"/>
          </w:tcPr>
          <w:p w14:paraId="55E7F961" w14:textId="1267AFF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-0.23</w:t>
            </w:r>
          </w:p>
        </w:tc>
        <w:tc>
          <w:tcPr>
            <w:tcW w:w="1416" w:type="dxa"/>
            <w:tcBorders>
              <w:top w:val="nil"/>
              <w:left w:val="nil"/>
              <w:bottom w:val="nil"/>
              <w:right w:val="nil"/>
            </w:tcBorders>
            <w:vAlign w:val="bottom"/>
          </w:tcPr>
          <w:p w14:paraId="3F56DF45" w14:textId="663E5D41"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0.50</w:t>
            </w:r>
          </w:p>
        </w:tc>
        <w:tc>
          <w:tcPr>
            <w:tcW w:w="1854" w:type="dxa"/>
            <w:tcBorders>
              <w:top w:val="nil"/>
              <w:left w:val="nil"/>
              <w:bottom w:val="nil"/>
              <w:right w:val="nil"/>
            </w:tcBorders>
            <w:vAlign w:val="bottom"/>
          </w:tcPr>
          <w:p w14:paraId="02C03C87" w14:textId="036B1C2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0.37</w:t>
            </w:r>
          </w:p>
        </w:tc>
      </w:tr>
      <w:tr w:rsidR="0064399E" w:rsidRPr="0071512A" w14:paraId="30BA6D4B" w14:textId="77777777" w:rsidTr="00782866">
        <w:tc>
          <w:tcPr>
            <w:tcW w:w="2284" w:type="dxa"/>
            <w:vAlign w:val="bottom"/>
          </w:tcPr>
          <w:p w14:paraId="394671B8" w14:textId="7250D6B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Health Anxiety</w:t>
            </w:r>
          </w:p>
        </w:tc>
        <w:tc>
          <w:tcPr>
            <w:tcW w:w="1883" w:type="dxa"/>
            <w:tcBorders>
              <w:top w:val="nil"/>
              <w:left w:val="nil"/>
              <w:bottom w:val="nil"/>
              <w:right w:val="nil"/>
            </w:tcBorders>
            <w:vAlign w:val="bottom"/>
          </w:tcPr>
          <w:p w14:paraId="5E857EB4" w14:textId="546F1E7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0.08</w:t>
            </w:r>
          </w:p>
        </w:tc>
        <w:tc>
          <w:tcPr>
            <w:tcW w:w="2283" w:type="dxa"/>
            <w:tcBorders>
              <w:top w:val="nil"/>
              <w:left w:val="nil"/>
              <w:bottom w:val="nil"/>
              <w:right w:val="nil"/>
            </w:tcBorders>
            <w:vAlign w:val="bottom"/>
          </w:tcPr>
          <w:p w14:paraId="425A9795" w14:textId="4652326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0.28</w:t>
            </w:r>
          </w:p>
        </w:tc>
        <w:tc>
          <w:tcPr>
            <w:tcW w:w="1416" w:type="dxa"/>
            <w:tcBorders>
              <w:top w:val="nil"/>
              <w:left w:val="nil"/>
              <w:bottom w:val="nil"/>
              <w:right w:val="nil"/>
            </w:tcBorders>
            <w:vAlign w:val="bottom"/>
          </w:tcPr>
          <w:p w14:paraId="287600F4" w14:textId="7D83CB1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0.47</w:t>
            </w:r>
          </w:p>
        </w:tc>
        <w:tc>
          <w:tcPr>
            <w:tcW w:w="1854" w:type="dxa"/>
            <w:tcBorders>
              <w:top w:val="nil"/>
              <w:left w:val="nil"/>
              <w:bottom w:val="nil"/>
              <w:right w:val="nil"/>
            </w:tcBorders>
            <w:vAlign w:val="bottom"/>
          </w:tcPr>
          <w:p w14:paraId="520F519A" w14:textId="2C2DD17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-0.05</w:t>
            </w:r>
          </w:p>
        </w:tc>
      </w:tr>
      <w:tr w:rsidR="0064399E" w:rsidRPr="0071512A" w14:paraId="5768590B" w14:textId="77777777" w:rsidTr="00782866">
        <w:tc>
          <w:tcPr>
            <w:tcW w:w="2284" w:type="dxa"/>
            <w:vAlign w:val="bottom"/>
          </w:tcPr>
          <w:p w14:paraId="6D394995" w14:textId="6B0791F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Counting </w:t>
            </w:r>
          </w:p>
        </w:tc>
        <w:tc>
          <w:tcPr>
            <w:tcW w:w="1883" w:type="dxa"/>
            <w:tcBorders>
              <w:top w:val="nil"/>
              <w:left w:val="nil"/>
              <w:bottom w:val="nil"/>
              <w:right w:val="nil"/>
            </w:tcBorders>
            <w:vAlign w:val="bottom"/>
          </w:tcPr>
          <w:p w14:paraId="49C8CBEB" w14:textId="0A2CA19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-0.12</w:t>
            </w:r>
          </w:p>
        </w:tc>
        <w:tc>
          <w:tcPr>
            <w:tcW w:w="2283" w:type="dxa"/>
            <w:tcBorders>
              <w:top w:val="nil"/>
              <w:left w:val="nil"/>
              <w:bottom w:val="nil"/>
              <w:right w:val="nil"/>
            </w:tcBorders>
            <w:vAlign w:val="bottom"/>
          </w:tcPr>
          <w:p w14:paraId="3743DAB3" w14:textId="5FE23DE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0.12</w:t>
            </w:r>
          </w:p>
        </w:tc>
        <w:tc>
          <w:tcPr>
            <w:tcW w:w="1416" w:type="dxa"/>
            <w:tcBorders>
              <w:top w:val="nil"/>
              <w:left w:val="nil"/>
              <w:bottom w:val="nil"/>
              <w:right w:val="nil"/>
            </w:tcBorders>
            <w:vAlign w:val="bottom"/>
          </w:tcPr>
          <w:p w14:paraId="4129E72F" w14:textId="7D272C4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0.47</w:t>
            </w:r>
          </w:p>
        </w:tc>
        <w:tc>
          <w:tcPr>
            <w:tcW w:w="1854" w:type="dxa"/>
            <w:tcBorders>
              <w:top w:val="nil"/>
              <w:left w:val="nil"/>
              <w:bottom w:val="nil"/>
              <w:right w:val="nil"/>
            </w:tcBorders>
            <w:vAlign w:val="bottom"/>
          </w:tcPr>
          <w:p w14:paraId="7F96CDF6" w14:textId="51030EF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r>
      <w:tr w:rsidR="0064399E" w:rsidRPr="0071512A" w14:paraId="2248EF3D" w14:textId="77777777" w:rsidTr="00782866">
        <w:tc>
          <w:tcPr>
            <w:tcW w:w="2284" w:type="dxa"/>
            <w:vAlign w:val="bottom"/>
          </w:tcPr>
          <w:p w14:paraId="4CE22A64" w14:textId="2C23AD3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Dissociation </w:t>
            </w:r>
          </w:p>
        </w:tc>
        <w:tc>
          <w:tcPr>
            <w:tcW w:w="1883" w:type="dxa"/>
            <w:tcBorders>
              <w:top w:val="nil"/>
              <w:left w:val="nil"/>
              <w:bottom w:val="nil"/>
              <w:right w:val="nil"/>
            </w:tcBorders>
            <w:vAlign w:val="bottom"/>
          </w:tcPr>
          <w:p w14:paraId="1B81225D" w14:textId="55EEF96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0.13</w:t>
            </w:r>
          </w:p>
        </w:tc>
        <w:tc>
          <w:tcPr>
            <w:tcW w:w="2283" w:type="dxa"/>
            <w:tcBorders>
              <w:top w:val="nil"/>
              <w:left w:val="nil"/>
              <w:bottom w:val="nil"/>
              <w:right w:val="nil"/>
            </w:tcBorders>
            <w:vAlign w:val="bottom"/>
          </w:tcPr>
          <w:p w14:paraId="441000B5" w14:textId="614E6A0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-0.02</w:t>
            </w:r>
          </w:p>
        </w:tc>
        <w:tc>
          <w:tcPr>
            <w:tcW w:w="1416" w:type="dxa"/>
            <w:tcBorders>
              <w:top w:val="nil"/>
              <w:left w:val="nil"/>
              <w:bottom w:val="nil"/>
              <w:right w:val="nil"/>
            </w:tcBorders>
            <w:vAlign w:val="bottom"/>
          </w:tcPr>
          <w:p w14:paraId="34F7FF10" w14:textId="604D473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0.47</w:t>
            </w:r>
          </w:p>
        </w:tc>
        <w:tc>
          <w:tcPr>
            <w:tcW w:w="1854" w:type="dxa"/>
            <w:tcBorders>
              <w:top w:val="nil"/>
              <w:left w:val="nil"/>
              <w:bottom w:val="nil"/>
              <w:right w:val="nil"/>
            </w:tcBorders>
            <w:vAlign w:val="bottom"/>
          </w:tcPr>
          <w:p w14:paraId="2900E474" w14:textId="26A4D8C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0.44</w:t>
            </w:r>
          </w:p>
        </w:tc>
      </w:tr>
      <w:tr w:rsidR="0064399E" w:rsidRPr="0071512A" w14:paraId="5BC190AD" w14:textId="77777777" w:rsidTr="00782866">
        <w:tc>
          <w:tcPr>
            <w:tcW w:w="2284" w:type="dxa"/>
            <w:vAlign w:val="bottom"/>
          </w:tcPr>
          <w:p w14:paraId="7BCD13A8" w14:textId="10C43C7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Suspiciousness</w:t>
            </w:r>
          </w:p>
        </w:tc>
        <w:tc>
          <w:tcPr>
            <w:tcW w:w="1883" w:type="dxa"/>
            <w:tcBorders>
              <w:top w:val="nil"/>
              <w:left w:val="nil"/>
              <w:bottom w:val="nil"/>
              <w:right w:val="nil"/>
            </w:tcBorders>
            <w:vAlign w:val="bottom"/>
          </w:tcPr>
          <w:p w14:paraId="05780D7E" w14:textId="5BBDA52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c>
          <w:tcPr>
            <w:tcW w:w="2283" w:type="dxa"/>
            <w:tcBorders>
              <w:top w:val="nil"/>
              <w:left w:val="nil"/>
              <w:bottom w:val="nil"/>
              <w:right w:val="nil"/>
            </w:tcBorders>
            <w:vAlign w:val="bottom"/>
          </w:tcPr>
          <w:p w14:paraId="69AA5F2E" w14:textId="7872591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0.11</w:t>
            </w:r>
          </w:p>
        </w:tc>
        <w:tc>
          <w:tcPr>
            <w:tcW w:w="1416" w:type="dxa"/>
            <w:tcBorders>
              <w:top w:val="nil"/>
              <w:left w:val="nil"/>
              <w:bottom w:val="nil"/>
              <w:right w:val="nil"/>
            </w:tcBorders>
            <w:vAlign w:val="bottom"/>
          </w:tcPr>
          <w:p w14:paraId="481261B2" w14:textId="1E9F4AA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0.44</w:t>
            </w:r>
          </w:p>
        </w:tc>
        <w:tc>
          <w:tcPr>
            <w:tcW w:w="1854" w:type="dxa"/>
            <w:tcBorders>
              <w:top w:val="nil"/>
              <w:left w:val="nil"/>
              <w:bottom w:val="nil"/>
              <w:right w:val="nil"/>
            </w:tcBorders>
            <w:vAlign w:val="bottom"/>
          </w:tcPr>
          <w:p w14:paraId="043AB86B" w14:textId="1BAF04E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0.28</w:t>
            </w:r>
          </w:p>
        </w:tc>
      </w:tr>
      <w:tr w:rsidR="0064399E" w:rsidRPr="0071512A" w14:paraId="2249479B" w14:textId="77777777" w:rsidTr="00782866">
        <w:tc>
          <w:tcPr>
            <w:tcW w:w="2284" w:type="dxa"/>
            <w:vAlign w:val="bottom"/>
          </w:tcPr>
          <w:p w14:paraId="01369A7A" w14:textId="6EA6042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Nightmares </w:t>
            </w:r>
          </w:p>
        </w:tc>
        <w:tc>
          <w:tcPr>
            <w:tcW w:w="1883" w:type="dxa"/>
            <w:tcBorders>
              <w:top w:val="nil"/>
              <w:left w:val="nil"/>
              <w:bottom w:val="nil"/>
              <w:right w:val="nil"/>
            </w:tcBorders>
            <w:vAlign w:val="bottom"/>
          </w:tcPr>
          <w:p w14:paraId="26D0EA93" w14:textId="734B3BD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0.09</w:t>
            </w:r>
          </w:p>
        </w:tc>
        <w:tc>
          <w:tcPr>
            <w:tcW w:w="2283" w:type="dxa"/>
            <w:tcBorders>
              <w:top w:val="nil"/>
              <w:left w:val="nil"/>
              <w:bottom w:val="nil"/>
              <w:right w:val="nil"/>
            </w:tcBorders>
            <w:vAlign w:val="bottom"/>
          </w:tcPr>
          <w:p w14:paraId="37C3E258" w14:textId="4F1E8FA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0.09</w:t>
            </w:r>
          </w:p>
        </w:tc>
        <w:tc>
          <w:tcPr>
            <w:tcW w:w="1416" w:type="dxa"/>
            <w:tcBorders>
              <w:top w:val="nil"/>
              <w:left w:val="nil"/>
              <w:bottom w:val="nil"/>
              <w:right w:val="nil"/>
            </w:tcBorders>
            <w:vAlign w:val="bottom"/>
          </w:tcPr>
          <w:p w14:paraId="70CF203F" w14:textId="0327C47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0.43</w:t>
            </w:r>
          </w:p>
        </w:tc>
        <w:tc>
          <w:tcPr>
            <w:tcW w:w="1854" w:type="dxa"/>
            <w:tcBorders>
              <w:top w:val="nil"/>
              <w:left w:val="nil"/>
              <w:bottom w:val="nil"/>
              <w:right w:val="nil"/>
            </w:tcBorders>
            <w:vAlign w:val="bottom"/>
          </w:tcPr>
          <w:p w14:paraId="5515040D" w14:textId="25895E0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0.20</w:t>
            </w:r>
          </w:p>
        </w:tc>
      </w:tr>
      <w:tr w:rsidR="0064399E" w:rsidRPr="0071512A" w14:paraId="71BA6844" w14:textId="77777777" w:rsidTr="00782866">
        <w:tc>
          <w:tcPr>
            <w:tcW w:w="2284" w:type="dxa"/>
            <w:vAlign w:val="bottom"/>
          </w:tcPr>
          <w:p w14:paraId="541258DA" w14:textId="001B705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Food Selectivity</w:t>
            </w:r>
          </w:p>
        </w:tc>
        <w:tc>
          <w:tcPr>
            <w:tcW w:w="1883" w:type="dxa"/>
            <w:tcBorders>
              <w:top w:val="nil"/>
              <w:left w:val="nil"/>
              <w:bottom w:val="nil"/>
              <w:right w:val="nil"/>
            </w:tcBorders>
            <w:vAlign w:val="bottom"/>
          </w:tcPr>
          <w:p w14:paraId="5EE781FA" w14:textId="6A468BE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-0.01</w:t>
            </w:r>
          </w:p>
        </w:tc>
        <w:tc>
          <w:tcPr>
            <w:tcW w:w="2283" w:type="dxa"/>
            <w:tcBorders>
              <w:top w:val="nil"/>
              <w:left w:val="nil"/>
              <w:bottom w:val="nil"/>
              <w:right w:val="nil"/>
            </w:tcBorders>
            <w:vAlign w:val="bottom"/>
          </w:tcPr>
          <w:p w14:paraId="72724B67" w14:textId="389FEF0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0.19</w:t>
            </w:r>
          </w:p>
        </w:tc>
        <w:tc>
          <w:tcPr>
            <w:tcW w:w="1416" w:type="dxa"/>
            <w:tcBorders>
              <w:top w:val="nil"/>
              <w:left w:val="nil"/>
              <w:bottom w:val="nil"/>
              <w:right w:val="nil"/>
            </w:tcBorders>
            <w:vAlign w:val="bottom"/>
          </w:tcPr>
          <w:p w14:paraId="25C3AABA" w14:textId="6D14D2A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0.40</w:t>
            </w:r>
          </w:p>
        </w:tc>
        <w:tc>
          <w:tcPr>
            <w:tcW w:w="1854" w:type="dxa"/>
            <w:tcBorders>
              <w:top w:val="nil"/>
              <w:left w:val="nil"/>
              <w:bottom w:val="nil"/>
              <w:right w:val="nil"/>
            </w:tcBorders>
            <w:vAlign w:val="bottom"/>
          </w:tcPr>
          <w:p w14:paraId="5E79623B" w14:textId="5497CF7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r>
      <w:tr w:rsidR="0064399E" w:rsidRPr="0071512A" w14:paraId="62356609" w14:textId="77777777" w:rsidTr="00782866">
        <w:tc>
          <w:tcPr>
            <w:tcW w:w="2284" w:type="dxa"/>
            <w:vAlign w:val="bottom"/>
          </w:tcPr>
          <w:p w14:paraId="29816F22" w14:textId="147D272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Bodily Distress</w:t>
            </w:r>
          </w:p>
        </w:tc>
        <w:tc>
          <w:tcPr>
            <w:tcW w:w="1883" w:type="dxa"/>
            <w:tcBorders>
              <w:top w:val="nil"/>
              <w:left w:val="nil"/>
              <w:bottom w:val="nil"/>
              <w:right w:val="nil"/>
            </w:tcBorders>
            <w:vAlign w:val="bottom"/>
          </w:tcPr>
          <w:p w14:paraId="659140FE" w14:textId="6926F1F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c>
          <w:tcPr>
            <w:tcW w:w="2283" w:type="dxa"/>
            <w:tcBorders>
              <w:top w:val="nil"/>
              <w:left w:val="nil"/>
              <w:bottom w:val="nil"/>
              <w:right w:val="nil"/>
            </w:tcBorders>
            <w:vAlign w:val="bottom"/>
          </w:tcPr>
          <w:p w14:paraId="107741B8" w14:textId="76CF507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0.39</w:t>
            </w:r>
          </w:p>
        </w:tc>
        <w:tc>
          <w:tcPr>
            <w:tcW w:w="1416" w:type="dxa"/>
            <w:tcBorders>
              <w:top w:val="nil"/>
              <w:left w:val="nil"/>
              <w:bottom w:val="nil"/>
              <w:right w:val="nil"/>
            </w:tcBorders>
            <w:vAlign w:val="bottom"/>
          </w:tcPr>
          <w:p w14:paraId="4A20E378" w14:textId="1A108E6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0.39</w:t>
            </w:r>
          </w:p>
        </w:tc>
        <w:tc>
          <w:tcPr>
            <w:tcW w:w="1854" w:type="dxa"/>
            <w:tcBorders>
              <w:top w:val="nil"/>
              <w:left w:val="nil"/>
              <w:bottom w:val="nil"/>
              <w:right w:val="nil"/>
            </w:tcBorders>
            <w:vAlign w:val="bottom"/>
          </w:tcPr>
          <w:p w14:paraId="6AC35233" w14:textId="4BCEB8B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r>
      <w:tr w:rsidR="0064399E" w:rsidRPr="0071512A" w14:paraId="6C891CE7" w14:textId="77777777" w:rsidTr="00782866">
        <w:tc>
          <w:tcPr>
            <w:tcW w:w="2284" w:type="dxa"/>
            <w:vAlign w:val="bottom"/>
          </w:tcPr>
          <w:p w14:paraId="5E19DFE9" w14:textId="2FEDE6B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lastRenderedPageBreak/>
              <w:t>Delusions</w:t>
            </w:r>
          </w:p>
        </w:tc>
        <w:tc>
          <w:tcPr>
            <w:tcW w:w="1883" w:type="dxa"/>
            <w:tcBorders>
              <w:top w:val="nil"/>
              <w:left w:val="nil"/>
              <w:bottom w:val="nil"/>
              <w:right w:val="nil"/>
            </w:tcBorders>
            <w:vAlign w:val="bottom"/>
          </w:tcPr>
          <w:p w14:paraId="21AFE24F" w14:textId="0C4F39E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-0.14</w:t>
            </w:r>
          </w:p>
        </w:tc>
        <w:tc>
          <w:tcPr>
            <w:tcW w:w="2283" w:type="dxa"/>
            <w:tcBorders>
              <w:top w:val="nil"/>
              <w:left w:val="nil"/>
              <w:bottom w:val="nil"/>
              <w:right w:val="nil"/>
            </w:tcBorders>
            <w:vAlign w:val="bottom"/>
          </w:tcPr>
          <w:p w14:paraId="7389C36B" w14:textId="30D1946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-0.05</w:t>
            </w:r>
          </w:p>
        </w:tc>
        <w:tc>
          <w:tcPr>
            <w:tcW w:w="1416" w:type="dxa"/>
            <w:tcBorders>
              <w:top w:val="nil"/>
              <w:left w:val="nil"/>
              <w:bottom w:val="nil"/>
              <w:right w:val="nil"/>
            </w:tcBorders>
            <w:vAlign w:val="bottom"/>
          </w:tcPr>
          <w:p w14:paraId="071ACE18" w14:textId="18BE197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0.37</w:t>
            </w:r>
          </w:p>
        </w:tc>
        <w:tc>
          <w:tcPr>
            <w:tcW w:w="1854" w:type="dxa"/>
            <w:tcBorders>
              <w:top w:val="nil"/>
              <w:left w:val="nil"/>
              <w:bottom w:val="nil"/>
              <w:right w:val="nil"/>
            </w:tcBorders>
            <w:vAlign w:val="bottom"/>
          </w:tcPr>
          <w:p w14:paraId="2A6129B0" w14:textId="79C7466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0.27</w:t>
            </w:r>
          </w:p>
        </w:tc>
      </w:tr>
      <w:tr w:rsidR="0064399E" w:rsidRPr="0071512A" w14:paraId="644CFA37" w14:textId="77777777" w:rsidTr="00782866">
        <w:tc>
          <w:tcPr>
            <w:tcW w:w="2284" w:type="dxa"/>
            <w:vAlign w:val="bottom"/>
          </w:tcPr>
          <w:p w14:paraId="1830504C" w14:textId="6C752B6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Cynicism</w:t>
            </w:r>
          </w:p>
        </w:tc>
        <w:tc>
          <w:tcPr>
            <w:tcW w:w="1883" w:type="dxa"/>
            <w:tcBorders>
              <w:top w:val="nil"/>
              <w:left w:val="nil"/>
              <w:bottom w:val="nil"/>
              <w:right w:val="nil"/>
            </w:tcBorders>
            <w:vAlign w:val="bottom"/>
          </w:tcPr>
          <w:p w14:paraId="10853912" w14:textId="1FF7D27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0.18</w:t>
            </w:r>
          </w:p>
        </w:tc>
        <w:tc>
          <w:tcPr>
            <w:tcW w:w="2283" w:type="dxa"/>
            <w:tcBorders>
              <w:top w:val="nil"/>
              <w:left w:val="nil"/>
              <w:bottom w:val="nil"/>
              <w:right w:val="nil"/>
            </w:tcBorders>
            <w:vAlign w:val="bottom"/>
          </w:tcPr>
          <w:p w14:paraId="61EB29A0" w14:textId="3B40F91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0.22</w:t>
            </w:r>
          </w:p>
        </w:tc>
        <w:tc>
          <w:tcPr>
            <w:tcW w:w="1416" w:type="dxa"/>
            <w:tcBorders>
              <w:top w:val="nil"/>
              <w:left w:val="nil"/>
              <w:bottom w:val="nil"/>
              <w:right w:val="nil"/>
            </w:tcBorders>
            <w:vAlign w:val="bottom"/>
          </w:tcPr>
          <w:p w14:paraId="15A8C0E9" w14:textId="2BF0704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0.36</w:t>
            </w:r>
          </w:p>
        </w:tc>
        <w:tc>
          <w:tcPr>
            <w:tcW w:w="1854" w:type="dxa"/>
            <w:tcBorders>
              <w:top w:val="nil"/>
              <w:left w:val="nil"/>
              <w:bottom w:val="nil"/>
              <w:right w:val="nil"/>
            </w:tcBorders>
            <w:vAlign w:val="bottom"/>
          </w:tcPr>
          <w:p w14:paraId="05FD5FB3" w14:textId="5824F02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0.19</w:t>
            </w:r>
          </w:p>
        </w:tc>
      </w:tr>
      <w:tr w:rsidR="0064399E" w:rsidRPr="0071512A" w14:paraId="5B41DC93" w14:textId="77777777" w:rsidTr="00782866">
        <w:tc>
          <w:tcPr>
            <w:tcW w:w="2284" w:type="dxa"/>
            <w:vAlign w:val="bottom"/>
          </w:tcPr>
          <w:p w14:paraId="4136C561" w14:textId="6B51B44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Blood-Injection Phobia</w:t>
            </w:r>
          </w:p>
        </w:tc>
        <w:tc>
          <w:tcPr>
            <w:tcW w:w="1883" w:type="dxa"/>
            <w:tcBorders>
              <w:top w:val="nil"/>
              <w:left w:val="nil"/>
              <w:bottom w:val="nil"/>
              <w:right w:val="nil"/>
            </w:tcBorders>
            <w:vAlign w:val="bottom"/>
          </w:tcPr>
          <w:p w14:paraId="6D3EE2CE" w14:textId="4A67315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c>
          <w:tcPr>
            <w:tcW w:w="2283" w:type="dxa"/>
            <w:tcBorders>
              <w:top w:val="nil"/>
              <w:left w:val="nil"/>
              <w:bottom w:val="nil"/>
              <w:right w:val="nil"/>
            </w:tcBorders>
            <w:vAlign w:val="bottom"/>
          </w:tcPr>
          <w:p w14:paraId="208FE2C9" w14:textId="5F8FE73E"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416" w:type="dxa"/>
            <w:tcBorders>
              <w:top w:val="nil"/>
              <w:left w:val="nil"/>
              <w:bottom w:val="nil"/>
              <w:right w:val="nil"/>
            </w:tcBorders>
            <w:vAlign w:val="bottom"/>
          </w:tcPr>
          <w:p w14:paraId="4AFC0CB7" w14:textId="5CBCD52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0.35</w:t>
            </w:r>
          </w:p>
        </w:tc>
        <w:tc>
          <w:tcPr>
            <w:tcW w:w="1854" w:type="dxa"/>
            <w:tcBorders>
              <w:top w:val="nil"/>
              <w:left w:val="nil"/>
              <w:bottom w:val="nil"/>
              <w:right w:val="nil"/>
            </w:tcBorders>
            <w:vAlign w:val="bottom"/>
          </w:tcPr>
          <w:p w14:paraId="42809E33" w14:textId="673C017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r>
      <w:tr w:rsidR="0064399E" w:rsidRPr="0071512A" w14:paraId="18B02180" w14:textId="77777777" w:rsidTr="00782866">
        <w:tc>
          <w:tcPr>
            <w:tcW w:w="2284" w:type="dxa"/>
            <w:vAlign w:val="bottom"/>
          </w:tcPr>
          <w:p w14:paraId="6A72AB1D" w14:textId="3FE9B1F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Sexual Pain</w:t>
            </w:r>
          </w:p>
        </w:tc>
        <w:tc>
          <w:tcPr>
            <w:tcW w:w="1883" w:type="dxa"/>
            <w:tcBorders>
              <w:top w:val="nil"/>
              <w:left w:val="nil"/>
              <w:bottom w:val="nil"/>
              <w:right w:val="nil"/>
            </w:tcBorders>
            <w:vAlign w:val="bottom"/>
          </w:tcPr>
          <w:p w14:paraId="4C1B5891" w14:textId="3C2EB97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0.09</w:t>
            </w:r>
          </w:p>
        </w:tc>
        <w:tc>
          <w:tcPr>
            <w:tcW w:w="2283" w:type="dxa"/>
            <w:tcBorders>
              <w:top w:val="nil"/>
              <w:left w:val="nil"/>
              <w:bottom w:val="nil"/>
              <w:right w:val="nil"/>
            </w:tcBorders>
            <w:vAlign w:val="bottom"/>
          </w:tcPr>
          <w:p w14:paraId="50219522" w14:textId="43B39A6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1416" w:type="dxa"/>
            <w:tcBorders>
              <w:top w:val="nil"/>
              <w:left w:val="nil"/>
              <w:bottom w:val="nil"/>
              <w:right w:val="nil"/>
            </w:tcBorders>
            <w:vAlign w:val="bottom"/>
          </w:tcPr>
          <w:p w14:paraId="336306C1" w14:textId="70565822"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0.35</w:t>
            </w:r>
          </w:p>
        </w:tc>
        <w:tc>
          <w:tcPr>
            <w:tcW w:w="1854" w:type="dxa"/>
            <w:tcBorders>
              <w:top w:val="nil"/>
              <w:left w:val="nil"/>
              <w:bottom w:val="nil"/>
              <w:right w:val="nil"/>
            </w:tcBorders>
            <w:vAlign w:val="bottom"/>
          </w:tcPr>
          <w:p w14:paraId="7906E5F0" w14:textId="38EB81A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r>
      <w:tr w:rsidR="0064399E" w:rsidRPr="0071512A" w14:paraId="6EBD6EB4" w14:textId="77777777" w:rsidTr="00782866">
        <w:tc>
          <w:tcPr>
            <w:tcW w:w="2284" w:type="dxa"/>
            <w:vAlign w:val="bottom"/>
          </w:tcPr>
          <w:p w14:paraId="3801E1F9" w14:textId="7A0C022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Risk Taking</w:t>
            </w:r>
          </w:p>
        </w:tc>
        <w:tc>
          <w:tcPr>
            <w:tcW w:w="1883" w:type="dxa"/>
            <w:tcBorders>
              <w:top w:val="nil"/>
              <w:left w:val="nil"/>
              <w:bottom w:val="nil"/>
              <w:right w:val="nil"/>
            </w:tcBorders>
            <w:vAlign w:val="bottom"/>
          </w:tcPr>
          <w:p w14:paraId="3B46E952" w14:textId="705F399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c>
          <w:tcPr>
            <w:tcW w:w="2283" w:type="dxa"/>
            <w:tcBorders>
              <w:top w:val="nil"/>
              <w:left w:val="nil"/>
              <w:bottom w:val="nil"/>
              <w:right w:val="nil"/>
            </w:tcBorders>
            <w:vAlign w:val="bottom"/>
          </w:tcPr>
          <w:p w14:paraId="2A71BCCB" w14:textId="467BD9D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c>
          <w:tcPr>
            <w:tcW w:w="1416" w:type="dxa"/>
            <w:tcBorders>
              <w:top w:val="nil"/>
              <w:left w:val="nil"/>
              <w:bottom w:val="nil"/>
              <w:right w:val="nil"/>
            </w:tcBorders>
            <w:vAlign w:val="bottom"/>
          </w:tcPr>
          <w:p w14:paraId="68646E97" w14:textId="33CE2A9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-0.19</w:t>
            </w:r>
          </w:p>
        </w:tc>
        <w:tc>
          <w:tcPr>
            <w:tcW w:w="1854" w:type="dxa"/>
            <w:tcBorders>
              <w:top w:val="nil"/>
              <w:left w:val="nil"/>
              <w:bottom w:val="nil"/>
              <w:right w:val="nil"/>
            </w:tcBorders>
            <w:vAlign w:val="bottom"/>
          </w:tcPr>
          <w:p w14:paraId="6FF3958E" w14:textId="11E0071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0.69</w:t>
            </w:r>
          </w:p>
        </w:tc>
      </w:tr>
      <w:tr w:rsidR="0064399E" w:rsidRPr="0071512A" w14:paraId="4FBCD7BF" w14:textId="77777777" w:rsidTr="00782866">
        <w:tc>
          <w:tcPr>
            <w:tcW w:w="2284" w:type="dxa"/>
            <w:vAlign w:val="bottom"/>
          </w:tcPr>
          <w:p w14:paraId="744CF4D6" w14:textId="40FB06C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Oppositionality </w:t>
            </w:r>
          </w:p>
        </w:tc>
        <w:tc>
          <w:tcPr>
            <w:tcW w:w="1883" w:type="dxa"/>
            <w:tcBorders>
              <w:top w:val="nil"/>
              <w:left w:val="nil"/>
              <w:bottom w:val="nil"/>
              <w:right w:val="nil"/>
            </w:tcBorders>
            <w:vAlign w:val="bottom"/>
          </w:tcPr>
          <w:p w14:paraId="4759A2EA" w14:textId="7086981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2283" w:type="dxa"/>
            <w:tcBorders>
              <w:top w:val="nil"/>
              <w:left w:val="nil"/>
              <w:bottom w:val="nil"/>
              <w:right w:val="nil"/>
            </w:tcBorders>
            <w:vAlign w:val="bottom"/>
          </w:tcPr>
          <w:p w14:paraId="54CBB782" w14:textId="66DD4DC9"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416" w:type="dxa"/>
            <w:tcBorders>
              <w:top w:val="nil"/>
              <w:left w:val="nil"/>
              <w:bottom w:val="nil"/>
              <w:right w:val="nil"/>
            </w:tcBorders>
            <w:vAlign w:val="bottom"/>
          </w:tcPr>
          <w:p w14:paraId="264BE187" w14:textId="750601A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0.07</w:t>
            </w:r>
          </w:p>
        </w:tc>
        <w:tc>
          <w:tcPr>
            <w:tcW w:w="1854" w:type="dxa"/>
            <w:tcBorders>
              <w:top w:val="nil"/>
              <w:left w:val="nil"/>
              <w:bottom w:val="nil"/>
              <w:right w:val="nil"/>
            </w:tcBorders>
            <w:vAlign w:val="bottom"/>
          </w:tcPr>
          <w:p w14:paraId="4817AFB7" w14:textId="18B595D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0.58</w:t>
            </w:r>
          </w:p>
        </w:tc>
      </w:tr>
      <w:tr w:rsidR="0064399E" w:rsidRPr="0071512A" w14:paraId="0CBD1E03" w14:textId="77777777" w:rsidTr="00782866">
        <w:tc>
          <w:tcPr>
            <w:tcW w:w="2284" w:type="dxa"/>
            <w:vAlign w:val="bottom"/>
          </w:tcPr>
          <w:p w14:paraId="1AAD932E" w14:textId="43D6B1F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Manipulativeness </w:t>
            </w:r>
          </w:p>
        </w:tc>
        <w:tc>
          <w:tcPr>
            <w:tcW w:w="1883" w:type="dxa"/>
            <w:tcBorders>
              <w:top w:val="nil"/>
              <w:left w:val="nil"/>
              <w:bottom w:val="nil"/>
              <w:right w:val="nil"/>
            </w:tcBorders>
            <w:vAlign w:val="bottom"/>
          </w:tcPr>
          <w:p w14:paraId="0FF4088E" w14:textId="2E97456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-0.05</w:t>
            </w:r>
          </w:p>
        </w:tc>
        <w:tc>
          <w:tcPr>
            <w:tcW w:w="2283" w:type="dxa"/>
            <w:tcBorders>
              <w:top w:val="nil"/>
              <w:left w:val="nil"/>
              <w:bottom w:val="nil"/>
              <w:right w:val="nil"/>
            </w:tcBorders>
            <w:vAlign w:val="bottom"/>
          </w:tcPr>
          <w:p w14:paraId="1FF8F5F2" w14:textId="756529C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0.10</w:t>
            </w:r>
          </w:p>
        </w:tc>
        <w:tc>
          <w:tcPr>
            <w:tcW w:w="1416" w:type="dxa"/>
            <w:tcBorders>
              <w:top w:val="nil"/>
              <w:left w:val="nil"/>
              <w:bottom w:val="nil"/>
              <w:right w:val="nil"/>
            </w:tcBorders>
            <w:vAlign w:val="bottom"/>
          </w:tcPr>
          <w:p w14:paraId="2D000DE5" w14:textId="603A78A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0.02</w:t>
            </w:r>
          </w:p>
        </w:tc>
        <w:tc>
          <w:tcPr>
            <w:tcW w:w="1854" w:type="dxa"/>
            <w:tcBorders>
              <w:top w:val="nil"/>
              <w:left w:val="nil"/>
              <w:bottom w:val="nil"/>
              <w:right w:val="nil"/>
            </w:tcBorders>
            <w:vAlign w:val="bottom"/>
          </w:tcPr>
          <w:p w14:paraId="7621E0E1" w14:textId="2FB810A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0.58</w:t>
            </w:r>
          </w:p>
        </w:tc>
      </w:tr>
      <w:tr w:rsidR="0064399E" w:rsidRPr="0071512A" w14:paraId="7B83FB4A" w14:textId="77777777" w:rsidTr="00782866">
        <w:tc>
          <w:tcPr>
            <w:tcW w:w="2284" w:type="dxa"/>
            <w:vAlign w:val="bottom"/>
          </w:tcPr>
          <w:p w14:paraId="4E351FBF" w14:textId="706A772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Non-</w:t>
            </w:r>
            <w:proofErr w:type="spellStart"/>
            <w:r w:rsidR="004C4FD8">
              <w:rPr>
                <w:rFonts w:ascii="Times New Roman" w:hAnsi="Times New Roman" w:cs="Times New Roman"/>
                <w:sz w:val="20"/>
                <w:szCs w:val="20"/>
              </w:rPr>
              <w:t>P</w:t>
            </w:r>
            <w:r w:rsidRPr="000E39C9">
              <w:rPr>
                <w:rFonts w:ascii="Times New Roman" w:hAnsi="Times New Roman" w:cs="Times New Roman"/>
                <w:sz w:val="20"/>
                <w:szCs w:val="20"/>
              </w:rPr>
              <w:t>lanfulness</w:t>
            </w:r>
            <w:proofErr w:type="spellEnd"/>
          </w:p>
        </w:tc>
        <w:tc>
          <w:tcPr>
            <w:tcW w:w="1883" w:type="dxa"/>
            <w:tcBorders>
              <w:top w:val="nil"/>
              <w:left w:val="nil"/>
              <w:bottom w:val="nil"/>
              <w:right w:val="nil"/>
            </w:tcBorders>
            <w:vAlign w:val="bottom"/>
          </w:tcPr>
          <w:p w14:paraId="670FC73D" w14:textId="61BC654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0.16</w:t>
            </w:r>
          </w:p>
        </w:tc>
        <w:tc>
          <w:tcPr>
            <w:tcW w:w="2283" w:type="dxa"/>
            <w:tcBorders>
              <w:top w:val="nil"/>
              <w:left w:val="nil"/>
              <w:bottom w:val="nil"/>
              <w:right w:val="nil"/>
            </w:tcBorders>
            <w:vAlign w:val="bottom"/>
          </w:tcPr>
          <w:p w14:paraId="635B5BBB" w14:textId="45CAE0F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0.23</w:t>
            </w:r>
          </w:p>
        </w:tc>
        <w:tc>
          <w:tcPr>
            <w:tcW w:w="1416" w:type="dxa"/>
            <w:tcBorders>
              <w:top w:val="nil"/>
              <w:left w:val="nil"/>
              <w:bottom w:val="nil"/>
              <w:right w:val="nil"/>
            </w:tcBorders>
            <w:vAlign w:val="bottom"/>
          </w:tcPr>
          <w:p w14:paraId="42DAF657" w14:textId="0EAAD87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1854" w:type="dxa"/>
            <w:tcBorders>
              <w:top w:val="nil"/>
              <w:left w:val="nil"/>
              <w:bottom w:val="nil"/>
              <w:right w:val="nil"/>
            </w:tcBorders>
            <w:vAlign w:val="bottom"/>
          </w:tcPr>
          <w:p w14:paraId="6529468A" w14:textId="289ADE12"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0.55</w:t>
            </w:r>
          </w:p>
        </w:tc>
      </w:tr>
      <w:tr w:rsidR="0064399E" w:rsidRPr="0071512A" w14:paraId="534F7FE6" w14:textId="77777777" w:rsidTr="00782866">
        <w:tc>
          <w:tcPr>
            <w:tcW w:w="2284" w:type="dxa"/>
            <w:vAlign w:val="bottom"/>
          </w:tcPr>
          <w:p w14:paraId="114C39F3" w14:textId="2338869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Eccentricity </w:t>
            </w:r>
          </w:p>
        </w:tc>
        <w:tc>
          <w:tcPr>
            <w:tcW w:w="1883" w:type="dxa"/>
            <w:tcBorders>
              <w:top w:val="nil"/>
              <w:left w:val="nil"/>
              <w:bottom w:val="nil"/>
              <w:right w:val="nil"/>
            </w:tcBorders>
            <w:vAlign w:val="bottom"/>
          </w:tcPr>
          <w:p w14:paraId="3457E0B1" w14:textId="14DFC941"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0.02</w:t>
            </w:r>
          </w:p>
        </w:tc>
        <w:tc>
          <w:tcPr>
            <w:tcW w:w="2283" w:type="dxa"/>
            <w:tcBorders>
              <w:top w:val="nil"/>
              <w:left w:val="nil"/>
              <w:bottom w:val="nil"/>
              <w:right w:val="nil"/>
            </w:tcBorders>
            <w:vAlign w:val="bottom"/>
          </w:tcPr>
          <w:p w14:paraId="2A53AFBB" w14:textId="5A16F68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0.15</w:t>
            </w:r>
          </w:p>
        </w:tc>
        <w:tc>
          <w:tcPr>
            <w:tcW w:w="1416" w:type="dxa"/>
            <w:tcBorders>
              <w:top w:val="nil"/>
              <w:left w:val="nil"/>
              <w:bottom w:val="nil"/>
              <w:right w:val="nil"/>
            </w:tcBorders>
            <w:vAlign w:val="bottom"/>
          </w:tcPr>
          <w:p w14:paraId="67897312" w14:textId="0A066419"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0.20</w:t>
            </w:r>
          </w:p>
        </w:tc>
        <w:tc>
          <w:tcPr>
            <w:tcW w:w="1854" w:type="dxa"/>
            <w:tcBorders>
              <w:top w:val="nil"/>
              <w:left w:val="nil"/>
              <w:bottom w:val="nil"/>
              <w:right w:val="nil"/>
            </w:tcBorders>
            <w:vAlign w:val="bottom"/>
          </w:tcPr>
          <w:p w14:paraId="1F106716" w14:textId="16896EF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0.54</w:t>
            </w:r>
          </w:p>
        </w:tc>
      </w:tr>
      <w:tr w:rsidR="0064399E" w:rsidRPr="0071512A" w14:paraId="342CCDBC" w14:textId="77777777" w:rsidTr="00782866">
        <w:tc>
          <w:tcPr>
            <w:tcW w:w="2284" w:type="dxa"/>
            <w:vAlign w:val="bottom"/>
          </w:tcPr>
          <w:p w14:paraId="0A1A55FA" w14:textId="0651E8F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Risk Aversion </w:t>
            </w:r>
          </w:p>
        </w:tc>
        <w:tc>
          <w:tcPr>
            <w:tcW w:w="1883" w:type="dxa"/>
            <w:tcBorders>
              <w:top w:val="nil"/>
              <w:left w:val="nil"/>
              <w:bottom w:val="nil"/>
              <w:right w:val="nil"/>
            </w:tcBorders>
            <w:vAlign w:val="bottom"/>
          </w:tcPr>
          <w:p w14:paraId="2F60FBDD" w14:textId="1AB2811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0.03</w:t>
            </w:r>
          </w:p>
        </w:tc>
        <w:tc>
          <w:tcPr>
            <w:tcW w:w="2283" w:type="dxa"/>
            <w:tcBorders>
              <w:top w:val="nil"/>
              <w:left w:val="nil"/>
              <w:bottom w:val="nil"/>
              <w:right w:val="nil"/>
            </w:tcBorders>
            <w:vAlign w:val="bottom"/>
          </w:tcPr>
          <w:p w14:paraId="36AB0EEC" w14:textId="4D0E8EC4" w:rsidR="0064399E" w:rsidRPr="00620B7A" w:rsidRDefault="0064399E" w:rsidP="0064399E">
            <w:pPr>
              <w:rPr>
                <w:rFonts w:ascii="Times New Roman" w:hAnsi="Times New Roman" w:cs="Times New Roman"/>
                <w:b/>
                <w:bCs/>
                <w:sz w:val="20"/>
                <w:szCs w:val="20"/>
              </w:rPr>
            </w:pPr>
            <w:r w:rsidRPr="00620B7A">
              <w:rPr>
                <w:rFonts w:ascii="Times New Roman" w:hAnsi="Times New Roman" w:cs="Times New Roman"/>
                <w:b/>
                <w:bCs/>
                <w:sz w:val="20"/>
                <w:szCs w:val="20"/>
              </w:rPr>
              <w:t>0.34</w:t>
            </w:r>
          </w:p>
        </w:tc>
        <w:tc>
          <w:tcPr>
            <w:tcW w:w="1416" w:type="dxa"/>
            <w:tcBorders>
              <w:top w:val="nil"/>
              <w:left w:val="nil"/>
              <w:bottom w:val="nil"/>
              <w:right w:val="nil"/>
            </w:tcBorders>
            <w:vAlign w:val="bottom"/>
          </w:tcPr>
          <w:p w14:paraId="5B685211" w14:textId="4287DF60" w:rsidR="0064399E" w:rsidRPr="00620B7A" w:rsidRDefault="0064399E" w:rsidP="0064399E">
            <w:pPr>
              <w:rPr>
                <w:rFonts w:ascii="Times New Roman" w:hAnsi="Times New Roman" w:cs="Times New Roman"/>
                <w:b/>
                <w:bCs/>
                <w:sz w:val="20"/>
                <w:szCs w:val="20"/>
              </w:rPr>
            </w:pPr>
            <w:r w:rsidRPr="00620B7A">
              <w:rPr>
                <w:rFonts w:ascii="Times New Roman" w:hAnsi="Times New Roman" w:cs="Times New Roman"/>
                <w:b/>
                <w:bCs/>
                <w:sz w:val="20"/>
                <w:szCs w:val="20"/>
              </w:rPr>
              <w:t>0.45</w:t>
            </w:r>
          </w:p>
        </w:tc>
        <w:tc>
          <w:tcPr>
            <w:tcW w:w="1854" w:type="dxa"/>
            <w:tcBorders>
              <w:top w:val="nil"/>
              <w:left w:val="nil"/>
              <w:bottom w:val="nil"/>
              <w:right w:val="nil"/>
            </w:tcBorders>
            <w:vAlign w:val="bottom"/>
          </w:tcPr>
          <w:p w14:paraId="4C214A50" w14:textId="71914E7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-0.48</w:t>
            </w:r>
          </w:p>
        </w:tc>
      </w:tr>
      <w:tr w:rsidR="0064399E" w:rsidRPr="0071512A" w14:paraId="469C9A24" w14:textId="77777777" w:rsidTr="00782866">
        <w:tc>
          <w:tcPr>
            <w:tcW w:w="2284" w:type="dxa"/>
            <w:vAlign w:val="bottom"/>
          </w:tcPr>
          <w:p w14:paraId="2BEA6A48" w14:textId="337703C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Risky Sex </w:t>
            </w:r>
          </w:p>
        </w:tc>
        <w:tc>
          <w:tcPr>
            <w:tcW w:w="1883" w:type="dxa"/>
            <w:tcBorders>
              <w:top w:val="nil"/>
              <w:left w:val="nil"/>
              <w:bottom w:val="nil"/>
              <w:right w:val="nil"/>
            </w:tcBorders>
            <w:vAlign w:val="bottom"/>
          </w:tcPr>
          <w:p w14:paraId="5AFC09D2" w14:textId="25F6147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-0.03</w:t>
            </w:r>
          </w:p>
        </w:tc>
        <w:tc>
          <w:tcPr>
            <w:tcW w:w="2283" w:type="dxa"/>
            <w:tcBorders>
              <w:top w:val="nil"/>
              <w:left w:val="nil"/>
              <w:bottom w:val="nil"/>
              <w:right w:val="nil"/>
            </w:tcBorders>
            <w:vAlign w:val="bottom"/>
          </w:tcPr>
          <w:p w14:paraId="1211A9F0" w14:textId="5274BC3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0.02</w:t>
            </w:r>
          </w:p>
        </w:tc>
        <w:tc>
          <w:tcPr>
            <w:tcW w:w="1416" w:type="dxa"/>
            <w:tcBorders>
              <w:top w:val="nil"/>
              <w:left w:val="nil"/>
              <w:bottom w:val="nil"/>
              <w:right w:val="nil"/>
            </w:tcBorders>
            <w:vAlign w:val="bottom"/>
          </w:tcPr>
          <w:p w14:paraId="4AB11E33" w14:textId="480E8EC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0.02</w:t>
            </w:r>
          </w:p>
        </w:tc>
        <w:tc>
          <w:tcPr>
            <w:tcW w:w="1854" w:type="dxa"/>
            <w:tcBorders>
              <w:top w:val="nil"/>
              <w:left w:val="nil"/>
              <w:bottom w:val="nil"/>
              <w:right w:val="nil"/>
            </w:tcBorders>
            <w:vAlign w:val="bottom"/>
          </w:tcPr>
          <w:p w14:paraId="07E06558" w14:textId="1AE3CD61"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0.46</w:t>
            </w:r>
          </w:p>
        </w:tc>
      </w:tr>
      <w:tr w:rsidR="0064399E" w:rsidRPr="0071512A" w14:paraId="59826CEC" w14:textId="77777777" w:rsidTr="00782866">
        <w:tc>
          <w:tcPr>
            <w:tcW w:w="2284" w:type="dxa"/>
            <w:vAlign w:val="bottom"/>
          </w:tcPr>
          <w:p w14:paraId="1ECCB1F8" w14:textId="6EF470C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Manic Energy</w:t>
            </w:r>
          </w:p>
        </w:tc>
        <w:tc>
          <w:tcPr>
            <w:tcW w:w="1883" w:type="dxa"/>
            <w:tcBorders>
              <w:top w:val="nil"/>
              <w:left w:val="nil"/>
              <w:bottom w:val="nil"/>
              <w:right w:val="nil"/>
            </w:tcBorders>
            <w:vAlign w:val="bottom"/>
          </w:tcPr>
          <w:p w14:paraId="2DD43523" w14:textId="3D40FE1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-0.23</w:t>
            </w:r>
          </w:p>
        </w:tc>
        <w:tc>
          <w:tcPr>
            <w:tcW w:w="2283" w:type="dxa"/>
            <w:tcBorders>
              <w:top w:val="nil"/>
              <w:left w:val="nil"/>
              <w:bottom w:val="nil"/>
              <w:right w:val="nil"/>
            </w:tcBorders>
            <w:vAlign w:val="bottom"/>
          </w:tcPr>
          <w:p w14:paraId="4107427A" w14:textId="19D141C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0.09</w:t>
            </w:r>
          </w:p>
        </w:tc>
        <w:tc>
          <w:tcPr>
            <w:tcW w:w="1416" w:type="dxa"/>
            <w:tcBorders>
              <w:top w:val="nil"/>
              <w:left w:val="nil"/>
              <w:bottom w:val="nil"/>
              <w:right w:val="nil"/>
            </w:tcBorders>
            <w:vAlign w:val="bottom"/>
          </w:tcPr>
          <w:p w14:paraId="4E8E1617" w14:textId="2C8CB62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0.25</w:t>
            </w:r>
          </w:p>
        </w:tc>
        <w:tc>
          <w:tcPr>
            <w:tcW w:w="1854" w:type="dxa"/>
            <w:tcBorders>
              <w:top w:val="nil"/>
              <w:left w:val="nil"/>
              <w:bottom w:val="nil"/>
              <w:right w:val="nil"/>
            </w:tcBorders>
            <w:vAlign w:val="bottom"/>
          </w:tcPr>
          <w:p w14:paraId="3BF24D0B" w14:textId="005A740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0.45</w:t>
            </w:r>
          </w:p>
        </w:tc>
      </w:tr>
      <w:tr w:rsidR="0064399E" w:rsidRPr="0071512A" w14:paraId="11EF8AD6" w14:textId="77777777" w:rsidTr="00782866">
        <w:tc>
          <w:tcPr>
            <w:tcW w:w="2284" w:type="dxa"/>
            <w:vAlign w:val="bottom"/>
          </w:tcPr>
          <w:p w14:paraId="49095C96" w14:textId="39536CF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Sex-Related Substance Use</w:t>
            </w:r>
          </w:p>
        </w:tc>
        <w:tc>
          <w:tcPr>
            <w:tcW w:w="1883" w:type="dxa"/>
            <w:tcBorders>
              <w:top w:val="nil"/>
              <w:left w:val="nil"/>
              <w:bottom w:val="nil"/>
              <w:right w:val="nil"/>
            </w:tcBorders>
            <w:vAlign w:val="bottom"/>
          </w:tcPr>
          <w:p w14:paraId="0731BA31" w14:textId="262123E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0.06</w:t>
            </w:r>
          </w:p>
        </w:tc>
        <w:tc>
          <w:tcPr>
            <w:tcW w:w="2283" w:type="dxa"/>
            <w:tcBorders>
              <w:top w:val="nil"/>
              <w:left w:val="nil"/>
              <w:bottom w:val="nil"/>
              <w:right w:val="nil"/>
            </w:tcBorders>
            <w:vAlign w:val="bottom"/>
          </w:tcPr>
          <w:p w14:paraId="19C09928" w14:textId="1E82B89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416" w:type="dxa"/>
            <w:tcBorders>
              <w:top w:val="nil"/>
              <w:left w:val="nil"/>
              <w:bottom w:val="nil"/>
              <w:right w:val="nil"/>
            </w:tcBorders>
            <w:vAlign w:val="bottom"/>
          </w:tcPr>
          <w:p w14:paraId="0CC06595" w14:textId="0E95170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854" w:type="dxa"/>
            <w:tcBorders>
              <w:top w:val="nil"/>
              <w:left w:val="nil"/>
              <w:bottom w:val="nil"/>
              <w:right w:val="nil"/>
            </w:tcBorders>
            <w:vAlign w:val="bottom"/>
          </w:tcPr>
          <w:p w14:paraId="4C05B4A2" w14:textId="19708371"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0.44</w:t>
            </w:r>
          </w:p>
        </w:tc>
      </w:tr>
      <w:tr w:rsidR="0064399E" w:rsidRPr="0071512A" w14:paraId="6254C81F" w14:textId="77777777" w:rsidTr="00782866">
        <w:tc>
          <w:tcPr>
            <w:tcW w:w="2284" w:type="dxa"/>
            <w:vAlign w:val="bottom"/>
          </w:tcPr>
          <w:p w14:paraId="4321F384" w14:textId="258B32E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Social Aggression </w:t>
            </w:r>
          </w:p>
        </w:tc>
        <w:tc>
          <w:tcPr>
            <w:tcW w:w="1883" w:type="dxa"/>
            <w:tcBorders>
              <w:top w:val="nil"/>
              <w:left w:val="nil"/>
              <w:bottom w:val="nil"/>
              <w:right w:val="nil"/>
            </w:tcBorders>
            <w:vAlign w:val="bottom"/>
          </w:tcPr>
          <w:p w14:paraId="0887E340" w14:textId="23F2EB3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2283" w:type="dxa"/>
            <w:tcBorders>
              <w:top w:val="nil"/>
              <w:left w:val="nil"/>
              <w:bottom w:val="nil"/>
              <w:right w:val="nil"/>
            </w:tcBorders>
            <w:vAlign w:val="bottom"/>
          </w:tcPr>
          <w:p w14:paraId="6025CEFD" w14:textId="756E568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0.11</w:t>
            </w:r>
          </w:p>
        </w:tc>
        <w:tc>
          <w:tcPr>
            <w:tcW w:w="1416" w:type="dxa"/>
            <w:tcBorders>
              <w:top w:val="nil"/>
              <w:left w:val="nil"/>
              <w:bottom w:val="nil"/>
              <w:right w:val="nil"/>
            </w:tcBorders>
            <w:vAlign w:val="bottom"/>
          </w:tcPr>
          <w:p w14:paraId="2582975A" w14:textId="24D6D4C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0.16</w:t>
            </w:r>
          </w:p>
        </w:tc>
        <w:tc>
          <w:tcPr>
            <w:tcW w:w="1854" w:type="dxa"/>
            <w:tcBorders>
              <w:top w:val="nil"/>
              <w:left w:val="nil"/>
              <w:bottom w:val="nil"/>
              <w:right w:val="nil"/>
            </w:tcBorders>
            <w:vAlign w:val="bottom"/>
          </w:tcPr>
          <w:p w14:paraId="1DF53090" w14:textId="073E80F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0.41</w:t>
            </w:r>
          </w:p>
        </w:tc>
      </w:tr>
      <w:tr w:rsidR="0064399E" w:rsidRPr="0071512A" w14:paraId="6236E4AB" w14:textId="77777777" w:rsidTr="00782866">
        <w:tc>
          <w:tcPr>
            <w:tcW w:w="2284" w:type="dxa"/>
            <w:vAlign w:val="bottom"/>
          </w:tcPr>
          <w:p w14:paraId="2D635635" w14:textId="0B72DB4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Hallucinations</w:t>
            </w:r>
          </w:p>
        </w:tc>
        <w:tc>
          <w:tcPr>
            <w:tcW w:w="1883" w:type="dxa"/>
            <w:tcBorders>
              <w:top w:val="nil"/>
              <w:left w:val="nil"/>
              <w:bottom w:val="nil"/>
              <w:right w:val="nil"/>
            </w:tcBorders>
            <w:vAlign w:val="bottom"/>
          </w:tcPr>
          <w:p w14:paraId="56EEFC94" w14:textId="5DA865A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2283" w:type="dxa"/>
            <w:tcBorders>
              <w:top w:val="nil"/>
              <w:left w:val="nil"/>
              <w:bottom w:val="nil"/>
              <w:right w:val="nil"/>
            </w:tcBorders>
            <w:vAlign w:val="bottom"/>
          </w:tcPr>
          <w:p w14:paraId="295CA4FD" w14:textId="7CC63E3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-0.16</w:t>
            </w:r>
          </w:p>
        </w:tc>
        <w:tc>
          <w:tcPr>
            <w:tcW w:w="1416" w:type="dxa"/>
            <w:tcBorders>
              <w:top w:val="nil"/>
              <w:left w:val="nil"/>
              <w:bottom w:val="nil"/>
              <w:right w:val="nil"/>
            </w:tcBorders>
            <w:vAlign w:val="bottom"/>
          </w:tcPr>
          <w:p w14:paraId="623254FA" w14:textId="328B014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0.35</w:t>
            </w:r>
          </w:p>
        </w:tc>
        <w:tc>
          <w:tcPr>
            <w:tcW w:w="1854" w:type="dxa"/>
            <w:tcBorders>
              <w:top w:val="nil"/>
              <w:left w:val="nil"/>
              <w:bottom w:val="nil"/>
              <w:right w:val="nil"/>
            </w:tcBorders>
            <w:vAlign w:val="bottom"/>
          </w:tcPr>
          <w:p w14:paraId="3FF2D735" w14:textId="061AC2F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0.40</w:t>
            </w:r>
          </w:p>
        </w:tc>
      </w:tr>
      <w:tr w:rsidR="0064399E" w:rsidRPr="0071512A" w14:paraId="12A2DA6A" w14:textId="77777777" w:rsidTr="00782866">
        <w:tc>
          <w:tcPr>
            <w:tcW w:w="2284" w:type="dxa"/>
            <w:vAlign w:val="bottom"/>
          </w:tcPr>
          <w:p w14:paraId="62D7F0CF" w14:textId="2D8B971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Callousness </w:t>
            </w:r>
          </w:p>
        </w:tc>
        <w:tc>
          <w:tcPr>
            <w:tcW w:w="1883" w:type="dxa"/>
            <w:tcBorders>
              <w:top w:val="nil"/>
              <w:left w:val="nil"/>
              <w:bottom w:val="nil"/>
              <w:right w:val="nil"/>
            </w:tcBorders>
            <w:vAlign w:val="bottom"/>
          </w:tcPr>
          <w:p w14:paraId="113E2D9D" w14:textId="7EF9032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0.22</w:t>
            </w:r>
          </w:p>
        </w:tc>
        <w:tc>
          <w:tcPr>
            <w:tcW w:w="2283" w:type="dxa"/>
            <w:tcBorders>
              <w:top w:val="nil"/>
              <w:left w:val="nil"/>
              <w:bottom w:val="nil"/>
              <w:right w:val="nil"/>
            </w:tcBorders>
            <w:vAlign w:val="bottom"/>
          </w:tcPr>
          <w:p w14:paraId="19688F8B" w14:textId="25D4AD0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c>
          <w:tcPr>
            <w:tcW w:w="1416" w:type="dxa"/>
            <w:tcBorders>
              <w:top w:val="nil"/>
              <w:left w:val="nil"/>
              <w:bottom w:val="nil"/>
              <w:right w:val="nil"/>
            </w:tcBorders>
            <w:vAlign w:val="bottom"/>
          </w:tcPr>
          <w:p w14:paraId="5B57811D" w14:textId="5CF22A1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0.14</w:t>
            </w:r>
          </w:p>
        </w:tc>
        <w:tc>
          <w:tcPr>
            <w:tcW w:w="1854" w:type="dxa"/>
            <w:tcBorders>
              <w:top w:val="nil"/>
              <w:left w:val="nil"/>
              <w:bottom w:val="nil"/>
              <w:right w:val="nil"/>
            </w:tcBorders>
            <w:vAlign w:val="bottom"/>
          </w:tcPr>
          <w:p w14:paraId="47012986" w14:textId="0458EE7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0.40</w:t>
            </w:r>
          </w:p>
        </w:tc>
      </w:tr>
      <w:tr w:rsidR="0064399E" w:rsidRPr="0071512A" w14:paraId="4E11EEF0" w14:textId="77777777" w:rsidTr="00782866">
        <w:tc>
          <w:tcPr>
            <w:tcW w:w="2284" w:type="dxa"/>
            <w:vAlign w:val="bottom"/>
          </w:tcPr>
          <w:p w14:paraId="59F6C043" w14:textId="29ADB14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Antisocial Behavior </w:t>
            </w:r>
          </w:p>
        </w:tc>
        <w:tc>
          <w:tcPr>
            <w:tcW w:w="1883" w:type="dxa"/>
            <w:tcBorders>
              <w:top w:val="nil"/>
              <w:left w:val="nil"/>
              <w:bottom w:val="nil"/>
              <w:right w:val="nil"/>
            </w:tcBorders>
            <w:vAlign w:val="bottom"/>
          </w:tcPr>
          <w:p w14:paraId="6A3AAB38" w14:textId="34EBF66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0.03</w:t>
            </w:r>
          </w:p>
        </w:tc>
        <w:tc>
          <w:tcPr>
            <w:tcW w:w="2283" w:type="dxa"/>
            <w:tcBorders>
              <w:top w:val="nil"/>
              <w:left w:val="nil"/>
              <w:bottom w:val="nil"/>
              <w:right w:val="nil"/>
            </w:tcBorders>
            <w:vAlign w:val="bottom"/>
          </w:tcPr>
          <w:p w14:paraId="67C77E39" w14:textId="52B075C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1416" w:type="dxa"/>
            <w:tcBorders>
              <w:top w:val="nil"/>
              <w:left w:val="nil"/>
              <w:bottom w:val="nil"/>
              <w:right w:val="nil"/>
            </w:tcBorders>
            <w:vAlign w:val="bottom"/>
          </w:tcPr>
          <w:p w14:paraId="6B424CB6" w14:textId="29F636E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0.14</w:t>
            </w:r>
          </w:p>
        </w:tc>
        <w:tc>
          <w:tcPr>
            <w:tcW w:w="1854" w:type="dxa"/>
            <w:tcBorders>
              <w:top w:val="nil"/>
              <w:left w:val="nil"/>
              <w:bottom w:val="nil"/>
              <w:right w:val="nil"/>
            </w:tcBorders>
            <w:vAlign w:val="bottom"/>
          </w:tcPr>
          <w:p w14:paraId="6985D38E" w14:textId="11AF440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0.38</w:t>
            </w:r>
          </w:p>
        </w:tc>
      </w:tr>
      <w:tr w:rsidR="0064399E" w:rsidRPr="0071512A" w14:paraId="651A0724" w14:textId="77777777" w:rsidTr="00782866">
        <w:tc>
          <w:tcPr>
            <w:tcW w:w="2284" w:type="dxa"/>
            <w:vAlign w:val="bottom"/>
          </w:tcPr>
          <w:p w14:paraId="7F8D8F61" w14:textId="5C71C19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Deceitfulness </w:t>
            </w:r>
          </w:p>
        </w:tc>
        <w:tc>
          <w:tcPr>
            <w:tcW w:w="1883" w:type="dxa"/>
            <w:tcBorders>
              <w:top w:val="nil"/>
              <w:left w:val="nil"/>
              <w:bottom w:val="nil"/>
              <w:right w:val="nil"/>
            </w:tcBorders>
            <w:vAlign w:val="bottom"/>
          </w:tcPr>
          <w:p w14:paraId="74C26968" w14:textId="7F2B80A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c>
          <w:tcPr>
            <w:tcW w:w="2283" w:type="dxa"/>
            <w:tcBorders>
              <w:top w:val="nil"/>
              <w:left w:val="nil"/>
              <w:bottom w:val="nil"/>
              <w:right w:val="nil"/>
            </w:tcBorders>
            <w:vAlign w:val="bottom"/>
          </w:tcPr>
          <w:p w14:paraId="6152B909" w14:textId="2305D85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0.31</w:t>
            </w:r>
          </w:p>
        </w:tc>
        <w:tc>
          <w:tcPr>
            <w:tcW w:w="1416" w:type="dxa"/>
            <w:tcBorders>
              <w:top w:val="nil"/>
              <w:left w:val="nil"/>
              <w:bottom w:val="nil"/>
              <w:right w:val="nil"/>
            </w:tcBorders>
            <w:vAlign w:val="bottom"/>
          </w:tcPr>
          <w:p w14:paraId="3D916AA8" w14:textId="482E1D92"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0.05</w:t>
            </w:r>
          </w:p>
        </w:tc>
        <w:tc>
          <w:tcPr>
            <w:tcW w:w="1854" w:type="dxa"/>
            <w:tcBorders>
              <w:top w:val="nil"/>
              <w:left w:val="nil"/>
              <w:bottom w:val="nil"/>
              <w:right w:val="nil"/>
            </w:tcBorders>
            <w:vAlign w:val="bottom"/>
          </w:tcPr>
          <w:p w14:paraId="0EB58773" w14:textId="7947FD6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0.38</w:t>
            </w:r>
          </w:p>
        </w:tc>
      </w:tr>
      <w:tr w:rsidR="0064399E" w:rsidRPr="0071512A" w14:paraId="60247F9B" w14:textId="77777777" w:rsidTr="00782866">
        <w:tc>
          <w:tcPr>
            <w:tcW w:w="2284" w:type="dxa"/>
            <w:vAlign w:val="bottom"/>
          </w:tcPr>
          <w:p w14:paraId="19A99206" w14:textId="7966C7A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NSSI    </w:t>
            </w:r>
          </w:p>
        </w:tc>
        <w:tc>
          <w:tcPr>
            <w:tcW w:w="1883" w:type="dxa"/>
            <w:tcBorders>
              <w:top w:val="nil"/>
              <w:left w:val="nil"/>
              <w:bottom w:val="nil"/>
              <w:right w:val="nil"/>
            </w:tcBorders>
            <w:vAlign w:val="bottom"/>
          </w:tcPr>
          <w:p w14:paraId="1953B33E" w14:textId="6F93782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2283" w:type="dxa"/>
            <w:tcBorders>
              <w:top w:val="nil"/>
              <w:left w:val="nil"/>
              <w:bottom w:val="nil"/>
              <w:right w:val="nil"/>
            </w:tcBorders>
            <w:vAlign w:val="bottom"/>
          </w:tcPr>
          <w:p w14:paraId="3B101ACE" w14:textId="2B17A81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0.06</w:t>
            </w:r>
          </w:p>
        </w:tc>
        <w:tc>
          <w:tcPr>
            <w:tcW w:w="1416" w:type="dxa"/>
            <w:tcBorders>
              <w:top w:val="nil"/>
              <w:left w:val="nil"/>
              <w:bottom w:val="nil"/>
              <w:right w:val="nil"/>
            </w:tcBorders>
            <w:vAlign w:val="bottom"/>
          </w:tcPr>
          <w:p w14:paraId="73E11D09" w14:textId="70DFA0B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0.15</w:t>
            </w:r>
          </w:p>
        </w:tc>
        <w:tc>
          <w:tcPr>
            <w:tcW w:w="1854" w:type="dxa"/>
            <w:tcBorders>
              <w:top w:val="nil"/>
              <w:left w:val="nil"/>
              <w:bottom w:val="nil"/>
              <w:right w:val="nil"/>
            </w:tcBorders>
            <w:vAlign w:val="bottom"/>
          </w:tcPr>
          <w:p w14:paraId="1E23D80F" w14:textId="3795117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0.37</w:t>
            </w:r>
          </w:p>
        </w:tc>
      </w:tr>
      <w:tr w:rsidR="0064399E" w:rsidRPr="0071512A" w14:paraId="08502555" w14:textId="77777777" w:rsidTr="00782866">
        <w:tc>
          <w:tcPr>
            <w:tcW w:w="2284" w:type="dxa"/>
            <w:vAlign w:val="bottom"/>
          </w:tcPr>
          <w:p w14:paraId="00FAE36D" w14:textId="432D270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Affective Lability</w:t>
            </w:r>
          </w:p>
        </w:tc>
        <w:tc>
          <w:tcPr>
            <w:tcW w:w="1883" w:type="dxa"/>
            <w:tcBorders>
              <w:top w:val="nil"/>
              <w:left w:val="nil"/>
              <w:bottom w:val="nil"/>
              <w:right w:val="nil"/>
            </w:tcBorders>
            <w:vAlign w:val="bottom"/>
          </w:tcPr>
          <w:p w14:paraId="33F37343" w14:textId="771F316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0.21</w:t>
            </w:r>
          </w:p>
        </w:tc>
        <w:tc>
          <w:tcPr>
            <w:tcW w:w="2283" w:type="dxa"/>
            <w:tcBorders>
              <w:top w:val="nil"/>
              <w:left w:val="nil"/>
              <w:bottom w:val="nil"/>
              <w:right w:val="nil"/>
            </w:tcBorders>
            <w:vAlign w:val="bottom"/>
          </w:tcPr>
          <w:p w14:paraId="1D99A0B1" w14:textId="278F4544"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0.27</w:t>
            </w:r>
          </w:p>
        </w:tc>
        <w:tc>
          <w:tcPr>
            <w:tcW w:w="1416" w:type="dxa"/>
            <w:tcBorders>
              <w:top w:val="nil"/>
              <w:left w:val="nil"/>
              <w:bottom w:val="nil"/>
              <w:right w:val="nil"/>
            </w:tcBorders>
            <w:vAlign w:val="bottom"/>
          </w:tcPr>
          <w:p w14:paraId="29B672FE" w14:textId="2BC70A9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0.23</w:t>
            </w:r>
          </w:p>
        </w:tc>
        <w:tc>
          <w:tcPr>
            <w:tcW w:w="1854" w:type="dxa"/>
            <w:tcBorders>
              <w:top w:val="nil"/>
              <w:left w:val="nil"/>
              <w:bottom w:val="nil"/>
              <w:right w:val="nil"/>
            </w:tcBorders>
            <w:vAlign w:val="bottom"/>
          </w:tcPr>
          <w:p w14:paraId="57663D72" w14:textId="5A8BBA1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0.36</w:t>
            </w:r>
          </w:p>
        </w:tc>
      </w:tr>
      <w:tr w:rsidR="0064399E" w:rsidRPr="0071512A" w14:paraId="78BD0C34" w14:textId="77777777" w:rsidTr="00782866">
        <w:tc>
          <w:tcPr>
            <w:tcW w:w="2284" w:type="dxa"/>
            <w:vAlign w:val="bottom"/>
          </w:tcPr>
          <w:p w14:paraId="7EF752FF" w14:textId="5B0CD69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Paraphilias </w:t>
            </w:r>
          </w:p>
        </w:tc>
        <w:tc>
          <w:tcPr>
            <w:tcW w:w="1883" w:type="dxa"/>
            <w:tcBorders>
              <w:top w:val="nil"/>
              <w:left w:val="nil"/>
              <w:bottom w:val="nil"/>
              <w:right w:val="nil"/>
            </w:tcBorders>
            <w:vAlign w:val="bottom"/>
          </w:tcPr>
          <w:p w14:paraId="7137F8E5" w14:textId="6DF963F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-0.10</w:t>
            </w:r>
          </w:p>
        </w:tc>
        <w:tc>
          <w:tcPr>
            <w:tcW w:w="2283" w:type="dxa"/>
            <w:tcBorders>
              <w:top w:val="nil"/>
              <w:left w:val="nil"/>
              <w:bottom w:val="nil"/>
              <w:right w:val="nil"/>
            </w:tcBorders>
            <w:vAlign w:val="bottom"/>
          </w:tcPr>
          <w:p w14:paraId="0B545790" w14:textId="2A66076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-0.05</w:t>
            </w:r>
          </w:p>
        </w:tc>
        <w:tc>
          <w:tcPr>
            <w:tcW w:w="1416" w:type="dxa"/>
            <w:tcBorders>
              <w:top w:val="nil"/>
              <w:left w:val="nil"/>
              <w:bottom w:val="nil"/>
              <w:right w:val="nil"/>
            </w:tcBorders>
            <w:vAlign w:val="bottom"/>
          </w:tcPr>
          <w:p w14:paraId="3DAFF838" w14:textId="510599A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0.11</w:t>
            </w:r>
          </w:p>
        </w:tc>
        <w:tc>
          <w:tcPr>
            <w:tcW w:w="1854" w:type="dxa"/>
            <w:tcBorders>
              <w:top w:val="nil"/>
              <w:left w:val="nil"/>
              <w:bottom w:val="nil"/>
              <w:right w:val="nil"/>
            </w:tcBorders>
            <w:vAlign w:val="bottom"/>
          </w:tcPr>
          <w:p w14:paraId="22D24C12" w14:textId="794C9E22"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0.36</w:t>
            </w:r>
          </w:p>
        </w:tc>
      </w:tr>
      <w:tr w:rsidR="0064399E" w:rsidRPr="0071512A" w14:paraId="2D89C0FB" w14:textId="77777777" w:rsidTr="00782866">
        <w:tc>
          <w:tcPr>
            <w:tcW w:w="2284" w:type="dxa"/>
            <w:vAlign w:val="bottom"/>
          </w:tcPr>
          <w:p w14:paraId="141D8282" w14:textId="737CCA5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Restricted Eating</w:t>
            </w:r>
          </w:p>
        </w:tc>
        <w:tc>
          <w:tcPr>
            <w:tcW w:w="1883" w:type="dxa"/>
            <w:tcBorders>
              <w:top w:val="nil"/>
              <w:left w:val="nil"/>
              <w:bottom w:val="nil"/>
              <w:right w:val="nil"/>
            </w:tcBorders>
            <w:vAlign w:val="bottom"/>
          </w:tcPr>
          <w:p w14:paraId="4B247F1B" w14:textId="50663B8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2283" w:type="dxa"/>
            <w:tcBorders>
              <w:top w:val="nil"/>
              <w:left w:val="nil"/>
              <w:bottom w:val="nil"/>
              <w:right w:val="nil"/>
            </w:tcBorders>
            <w:vAlign w:val="bottom"/>
          </w:tcPr>
          <w:p w14:paraId="522D0C65" w14:textId="6084BA4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c>
          <w:tcPr>
            <w:tcW w:w="1416" w:type="dxa"/>
            <w:tcBorders>
              <w:top w:val="nil"/>
              <w:left w:val="nil"/>
              <w:bottom w:val="nil"/>
              <w:right w:val="nil"/>
            </w:tcBorders>
            <w:vAlign w:val="bottom"/>
          </w:tcPr>
          <w:p w14:paraId="25415383" w14:textId="581CDA9F"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0.18</w:t>
            </w:r>
          </w:p>
        </w:tc>
        <w:tc>
          <w:tcPr>
            <w:tcW w:w="1854" w:type="dxa"/>
            <w:tcBorders>
              <w:top w:val="nil"/>
              <w:left w:val="nil"/>
              <w:bottom w:val="nil"/>
              <w:right w:val="nil"/>
            </w:tcBorders>
            <w:vAlign w:val="bottom"/>
          </w:tcPr>
          <w:p w14:paraId="562D93BE" w14:textId="0D92480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0.35</w:t>
            </w:r>
          </w:p>
        </w:tc>
      </w:tr>
      <w:tr w:rsidR="0064399E" w:rsidRPr="0071512A" w14:paraId="6E7A2A6E" w14:textId="77777777" w:rsidTr="00782866">
        <w:tc>
          <w:tcPr>
            <w:tcW w:w="2284" w:type="dxa"/>
            <w:vAlign w:val="bottom"/>
          </w:tcPr>
          <w:p w14:paraId="5530BC79" w14:textId="7FAD8B4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Restlessness</w:t>
            </w:r>
          </w:p>
        </w:tc>
        <w:tc>
          <w:tcPr>
            <w:tcW w:w="1883" w:type="dxa"/>
            <w:tcBorders>
              <w:top w:val="nil"/>
              <w:left w:val="nil"/>
              <w:bottom w:val="nil"/>
              <w:right w:val="nil"/>
            </w:tcBorders>
            <w:vAlign w:val="bottom"/>
          </w:tcPr>
          <w:p w14:paraId="49BB640B" w14:textId="5DD5DCB4"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c>
          <w:tcPr>
            <w:tcW w:w="2283" w:type="dxa"/>
            <w:tcBorders>
              <w:top w:val="nil"/>
              <w:left w:val="nil"/>
              <w:bottom w:val="nil"/>
              <w:right w:val="nil"/>
            </w:tcBorders>
            <w:vAlign w:val="bottom"/>
          </w:tcPr>
          <w:p w14:paraId="34F9DE07" w14:textId="1914EB0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0.17</w:t>
            </w:r>
          </w:p>
        </w:tc>
        <w:tc>
          <w:tcPr>
            <w:tcW w:w="1416" w:type="dxa"/>
            <w:tcBorders>
              <w:top w:val="nil"/>
              <w:left w:val="nil"/>
              <w:bottom w:val="nil"/>
              <w:right w:val="nil"/>
            </w:tcBorders>
            <w:vAlign w:val="bottom"/>
          </w:tcPr>
          <w:p w14:paraId="70C778D3" w14:textId="4C0843A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0.25</w:t>
            </w:r>
          </w:p>
        </w:tc>
        <w:tc>
          <w:tcPr>
            <w:tcW w:w="1854" w:type="dxa"/>
            <w:tcBorders>
              <w:top w:val="nil"/>
              <w:left w:val="nil"/>
              <w:bottom w:val="nil"/>
              <w:right w:val="nil"/>
            </w:tcBorders>
            <w:vAlign w:val="bottom"/>
          </w:tcPr>
          <w:p w14:paraId="2F731F07" w14:textId="6C593AA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0.33</w:t>
            </w:r>
          </w:p>
        </w:tc>
      </w:tr>
      <w:tr w:rsidR="0064399E" w:rsidRPr="0071512A" w14:paraId="7966FD2D" w14:textId="77777777" w:rsidTr="00782866">
        <w:tc>
          <w:tcPr>
            <w:tcW w:w="2284" w:type="dxa"/>
            <w:vAlign w:val="bottom"/>
          </w:tcPr>
          <w:p w14:paraId="27086F84" w14:textId="0C6019D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Fantasy Proneness</w:t>
            </w:r>
          </w:p>
        </w:tc>
        <w:tc>
          <w:tcPr>
            <w:tcW w:w="1883" w:type="dxa"/>
            <w:tcBorders>
              <w:top w:val="nil"/>
              <w:left w:val="nil"/>
              <w:bottom w:val="nil"/>
              <w:right w:val="nil"/>
            </w:tcBorders>
            <w:vAlign w:val="bottom"/>
          </w:tcPr>
          <w:p w14:paraId="09AADB2C" w14:textId="6FAFFEA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c>
          <w:tcPr>
            <w:tcW w:w="2283" w:type="dxa"/>
            <w:tcBorders>
              <w:top w:val="nil"/>
              <w:left w:val="nil"/>
              <w:bottom w:val="nil"/>
              <w:right w:val="nil"/>
            </w:tcBorders>
            <w:vAlign w:val="bottom"/>
          </w:tcPr>
          <w:p w14:paraId="7AA6CDA5" w14:textId="1F62A01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c>
          <w:tcPr>
            <w:tcW w:w="1416" w:type="dxa"/>
            <w:tcBorders>
              <w:top w:val="nil"/>
              <w:left w:val="nil"/>
              <w:bottom w:val="nil"/>
              <w:right w:val="nil"/>
            </w:tcBorders>
            <w:vAlign w:val="bottom"/>
          </w:tcPr>
          <w:p w14:paraId="6C2C28A7" w14:textId="218C507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0.23</w:t>
            </w:r>
          </w:p>
        </w:tc>
        <w:tc>
          <w:tcPr>
            <w:tcW w:w="1854" w:type="dxa"/>
            <w:tcBorders>
              <w:top w:val="nil"/>
              <w:left w:val="nil"/>
              <w:bottom w:val="nil"/>
              <w:right w:val="nil"/>
            </w:tcBorders>
            <w:vAlign w:val="bottom"/>
          </w:tcPr>
          <w:p w14:paraId="7520764A" w14:textId="25A59675"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0.31</w:t>
            </w:r>
          </w:p>
        </w:tc>
      </w:tr>
      <w:tr w:rsidR="0064399E" w:rsidRPr="0071512A" w14:paraId="380B4D7C" w14:textId="77777777" w:rsidTr="00782866">
        <w:tc>
          <w:tcPr>
            <w:tcW w:w="2284" w:type="dxa"/>
            <w:vAlign w:val="bottom"/>
          </w:tcPr>
          <w:p w14:paraId="5DB6B569" w14:textId="6CD9320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Appetite Loss </w:t>
            </w:r>
          </w:p>
        </w:tc>
        <w:tc>
          <w:tcPr>
            <w:tcW w:w="1883" w:type="dxa"/>
            <w:tcBorders>
              <w:top w:val="nil"/>
              <w:left w:val="nil"/>
              <w:bottom w:val="nil"/>
              <w:right w:val="nil"/>
            </w:tcBorders>
            <w:vAlign w:val="bottom"/>
          </w:tcPr>
          <w:p w14:paraId="455A6465" w14:textId="2D82236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2283" w:type="dxa"/>
            <w:tcBorders>
              <w:top w:val="nil"/>
              <w:left w:val="nil"/>
              <w:bottom w:val="nil"/>
              <w:right w:val="nil"/>
            </w:tcBorders>
            <w:vAlign w:val="bottom"/>
          </w:tcPr>
          <w:p w14:paraId="37CA5C12" w14:textId="07DD986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0.12</w:t>
            </w:r>
          </w:p>
        </w:tc>
        <w:tc>
          <w:tcPr>
            <w:tcW w:w="1416" w:type="dxa"/>
            <w:tcBorders>
              <w:top w:val="nil"/>
              <w:left w:val="nil"/>
              <w:bottom w:val="nil"/>
              <w:right w:val="nil"/>
            </w:tcBorders>
            <w:vAlign w:val="bottom"/>
          </w:tcPr>
          <w:p w14:paraId="693AEF29" w14:textId="4D51EFC3"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0.24</w:t>
            </w:r>
          </w:p>
        </w:tc>
        <w:tc>
          <w:tcPr>
            <w:tcW w:w="1854" w:type="dxa"/>
            <w:tcBorders>
              <w:top w:val="nil"/>
              <w:left w:val="nil"/>
              <w:bottom w:val="nil"/>
              <w:right w:val="nil"/>
            </w:tcBorders>
            <w:vAlign w:val="bottom"/>
          </w:tcPr>
          <w:p w14:paraId="14F5E2D2" w14:textId="3DCBBFE6"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b/>
                <w:bCs/>
                <w:sz w:val="20"/>
                <w:szCs w:val="20"/>
              </w:rPr>
              <w:t>0.30</w:t>
            </w:r>
          </w:p>
        </w:tc>
      </w:tr>
      <w:tr w:rsidR="0064399E" w:rsidRPr="0071512A" w14:paraId="1793E7C6" w14:textId="77777777" w:rsidTr="003B3E77">
        <w:tc>
          <w:tcPr>
            <w:tcW w:w="2284" w:type="dxa"/>
          </w:tcPr>
          <w:p w14:paraId="0FCB9804" w14:textId="06C441E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Excessive Exercise </w:t>
            </w:r>
          </w:p>
        </w:tc>
        <w:tc>
          <w:tcPr>
            <w:tcW w:w="1883" w:type="dxa"/>
            <w:vAlign w:val="bottom"/>
          </w:tcPr>
          <w:p w14:paraId="10937B57" w14:textId="4B0DAF51"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-0.20</w:t>
            </w:r>
          </w:p>
        </w:tc>
        <w:tc>
          <w:tcPr>
            <w:tcW w:w="2283" w:type="dxa"/>
            <w:vAlign w:val="bottom"/>
          </w:tcPr>
          <w:p w14:paraId="04EF80B1" w14:textId="3FC7681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0.06</w:t>
            </w:r>
          </w:p>
        </w:tc>
        <w:tc>
          <w:tcPr>
            <w:tcW w:w="1416" w:type="dxa"/>
            <w:vAlign w:val="bottom"/>
          </w:tcPr>
          <w:p w14:paraId="7328AFBC" w14:textId="50138AD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c>
          <w:tcPr>
            <w:tcW w:w="1854" w:type="dxa"/>
            <w:vAlign w:val="bottom"/>
          </w:tcPr>
          <w:p w14:paraId="7AEAAA4B" w14:textId="101E8BA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0.28</w:t>
            </w:r>
          </w:p>
        </w:tc>
      </w:tr>
      <w:tr w:rsidR="0064399E" w:rsidRPr="0071512A" w14:paraId="171D09DF" w14:textId="77777777" w:rsidTr="003B3E77">
        <w:tc>
          <w:tcPr>
            <w:tcW w:w="2284" w:type="dxa"/>
            <w:vAlign w:val="bottom"/>
          </w:tcPr>
          <w:p w14:paraId="2CE9FAB1" w14:textId="50E08AF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Angry Hostility</w:t>
            </w:r>
          </w:p>
        </w:tc>
        <w:tc>
          <w:tcPr>
            <w:tcW w:w="1883" w:type="dxa"/>
            <w:tcBorders>
              <w:top w:val="nil"/>
              <w:left w:val="nil"/>
              <w:bottom w:val="nil"/>
              <w:right w:val="nil"/>
            </w:tcBorders>
            <w:vAlign w:val="bottom"/>
          </w:tcPr>
          <w:p w14:paraId="274315AB" w14:textId="373F4D79"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0.25</w:t>
            </w:r>
          </w:p>
        </w:tc>
        <w:tc>
          <w:tcPr>
            <w:tcW w:w="2283" w:type="dxa"/>
            <w:tcBorders>
              <w:top w:val="nil"/>
              <w:left w:val="nil"/>
              <w:bottom w:val="nil"/>
              <w:right w:val="nil"/>
            </w:tcBorders>
            <w:vAlign w:val="bottom"/>
          </w:tcPr>
          <w:p w14:paraId="53A311E5" w14:textId="1FA2579E"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0.19</w:t>
            </w:r>
          </w:p>
        </w:tc>
        <w:tc>
          <w:tcPr>
            <w:tcW w:w="1416" w:type="dxa"/>
            <w:tcBorders>
              <w:top w:val="nil"/>
              <w:left w:val="nil"/>
              <w:bottom w:val="nil"/>
              <w:right w:val="nil"/>
            </w:tcBorders>
            <w:vAlign w:val="bottom"/>
          </w:tcPr>
          <w:p w14:paraId="31F250B0" w14:textId="7A8F8CE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0.24</w:t>
            </w:r>
          </w:p>
        </w:tc>
        <w:tc>
          <w:tcPr>
            <w:tcW w:w="1854" w:type="dxa"/>
            <w:tcBorders>
              <w:top w:val="nil"/>
              <w:left w:val="nil"/>
              <w:bottom w:val="nil"/>
              <w:right w:val="nil"/>
            </w:tcBorders>
            <w:vAlign w:val="bottom"/>
          </w:tcPr>
          <w:p w14:paraId="380E4941" w14:textId="594A112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0.23</w:t>
            </w:r>
          </w:p>
        </w:tc>
      </w:tr>
      <w:tr w:rsidR="0064399E" w:rsidRPr="0071512A" w14:paraId="127DBE0E" w14:textId="77777777" w:rsidTr="003B3E77">
        <w:tc>
          <w:tcPr>
            <w:tcW w:w="2284" w:type="dxa"/>
            <w:vAlign w:val="bottom"/>
          </w:tcPr>
          <w:p w14:paraId="3A46B6DA" w14:textId="0657946E"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Premature Orgasm</w:t>
            </w:r>
          </w:p>
        </w:tc>
        <w:tc>
          <w:tcPr>
            <w:tcW w:w="1883" w:type="dxa"/>
            <w:tcBorders>
              <w:top w:val="nil"/>
              <w:left w:val="nil"/>
              <w:bottom w:val="nil"/>
              <w:right w:val="nil"/>
            </w:tcBorders>
            <w:vAlign w:val="bottom"/>
          </w:tcPr>
          <w:p w14:paraId="45E18B82" w14:textId="48A0856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c>
          <w:tcPr>
            <w:tcW w:w="2283" w:type="dxa"/>
            <w:tcBorders>
              <w:top w:val="nil"/>
              <w:left w:val="nil"/>
              <w:bottom w:val="nil"/>
              <w:right w:val="nil"/>
            </w:tcBorders>
            <w:vAlign w:val="bottom"/>
          </w:tcPr>
          <w:p w14:paraId="78B1CA8C" w14:textId="653123E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0.00</w:t>
            </w:r>
          </w:p>
        </w:tc>
        <w:tc>
          <w:tcPr>
            <w:tcW w:w="1416" w:type="dxa"/>
            <w:tcBorders>
              <w:top w:val="nil"/>
              <w:left w:val="nil"/>
              <w:bottom w:val="nil"/>
              <w:right w:val="nil"/>
            </w:tcBorders>
            <w:vAlign w:val="bottom"/>
          </w:tcPr>
          <w:p w14:paraId="57B45245" w14:textId="7001D06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0.13</w:t>
            </w:r>
          </w:p>
        </w:tc>
        <w:tc>
          <w:tcPr>
            <w:tcW w:w="1854" w:type="dxa"/>
            <w:tcBorders>
              <w:top w:val="nil"/>
              <w:left w:val="nil"/>
              <w:bottom w:val="nil"/>
              <w:right w:val="nil"/>
            </w:tcBorders>
            <w:vAlign w:val="bottom"/>
          </w:tcPr>
          <w:p w14:paraId="3BC5132F" w14:textId="1BCB71C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0.23</w:t>
            </w:r>
          </w:p>
        </w:tc>
      </w:tr>
      <w:tr w:rsidR="0064399E" w:rsidRPr="0071512A" w14:paraId="3666C90C" w14:textId="77777777" w:rsidTr="003B3E77">
        <w:tc>
          <w:tcPr>
            <w:tcW w:w="2284" w:type="dxa"/>
            <w:vAlign w:val="bottom"/>
          </w:tcPr>
          <w:p w14:paraId="7FE14C75" w14:textId="456F8A27" w:rsidR="0064399E" w:rsidRPr="000E39C9" w:rsidRDefault="00812797" w:rsidP="0064399E">
            <w:pPr>
              <w:rPr>
                <w:rFonts w:ascii="Times New Roman" w:hAnsi="Times New Roman" w:cs="Times New Roman"/>
                <w:sz w:val="20"/>
                <w:szCs w:val="20"/>
              </w:rPr>
            </w:pPr>
            <w:r>
              <w:rPr>
                <w:rFonts w:ascii="Times New Roman" w:hAnsi="Times New Roman" w:cs="Times New Roman"/>
                <w:sz w:val="20"/>
                <w:szCs w:val="20"/>
              </w:rPr>
              <w:t>Harmful Alcohol Use</w:t>
            </w:r>
          </w:p>
        </w:tc>
        <w:tc>
          <w:tcPr>
            <w:tcW w:w="1883" w:type="dxa"/>
            <w:tcBorders>
              <w:top w:val="nil"/>
              <w:left w:val="nil"/>
              <w:bottom w:val="nil"/>
              <w:right w:val="nil"/>
            </w:tcBorders>
            <w:vAlign w:val="bottom"/>
          </w:tcPr>
          <w:p w14:paraId="013F19D9" w14:textId="26C6D68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-0.11</w:t>
            </w:r>
          </w:p>
        </w:tc>
        <w:tc>
          <w:tcPr>
            <w:tcW w:w="2283" w:type="dxa"/>
            <w:tcBorders>
              <w:top w:val="nil"/>
              <w:left w:val="nil"/>
              <w:bottom w:val="nil"/>
              <w:right w:val="nil"/>
            </w:tcBorders>
            <w:vAlign w:val="bottom"/>
          </w:tcPr>
          <w:p w14:paraId="6CCF382D" w14:textId="605F78B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0.12</w:t>
            </w:r>
          </w:p>
        </w:tc>
        <w:tc>
          <w:tcPr>
            <w:tcW w:w="1416" w:type="dxa"/>
            <w:tcBorders>
              <w:top w:val="nil"/>
              <w:left w:val="nil"/>
              <w:bottom w:val="nil"/>
              <w:right w:val="nil"/>
            </w:tcBorders>
            <w:vAlign w:val="bottom"/>
          </w:tcPr>
          <w:p w14:paraId="64AB05D7" w14:textId="38181F3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-0.22</w:t>
            </w:r>
          </w:p>
        </w:tc>
        <w:tc>
          <w:tcPr>
            <w:tcW w:w="1854" w:type="dxa"/>
            <w:tcBorders>
              <w:top w:val="nil"/>
              <w:left w:val="nil"/>
              <w:bottom w:val="nil"/>
              <w:right w:val="nil"/>
            </w:tcBorders>
            <w:vAlign w:val="bottom"/>
          </w:tcPr>
          <w:p w14:paraId="100BF947" w14:textId="74034820"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0.23</w:t>
            </w:r>
          </w:p>
        </w:tc>
      </w:tr>
      <w:tr w:rsidR="0064399E" w:rsidRPr="0071512A" w14:paraId="7B088D24" w14:textId="77777777" w:rsidTr="003B3E77">
        <w:tc>
          <w:tcPr>
            <w:tcW w:w="2284" w:type="dxa"/>
            <w:vAlign w:val="bottom"/>
          </w:tcPr>
          <w:p w14:paraId="2F4D7B1C" w14:textId="64CDA2E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Gambling </w:t>
            </w:r>
          </w:p>
        </w:tc>
        <w:tc>
          <w:tcPr>
            <w:tcW w:w="1883" w:type="dxa"/>
            <w:tcBorders>
              <w:top w:val="nil"/>
              <w:left w:val="nil"/>
              <w:bottom w:val="nil"/>
              <w:right w:val="nil"/>
            </w:tcBorders>
            <w:vAlign w:val="bottom"/>
          </w:tcPr>
          <w:p w14:paraId="4A789EFD" w14:textId="7292E5A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2283" w:type="dxa"/>
            <w:tcBorders>
              <w:top w:val="nil"/>
              <w:left w:val="nil"/>
              <w:bottom w:val="nil"/>
              <w:right w:val="nil"/>
            </w:tcBorders>
            <w:vAlign w:val="bottom"/>
          </w:tcPr>
          <w:p w14:paraId="10782422" w14:textId="554B164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-0.12</w:t>
            </w:r>
          </w:p>
        </w:tc>
        <w:tc>
          <w:tcPr>
            <w:tcW w:w="1416" w:type="dxa"/>
            <w:tcBorders>
              <w:top w:val="nil"/>
              <w:left w:val="nil"/>
              <w:bottom w:val="nil"/>
              <w:right w:val="nil"/>
            </w:tcBorders>
            <w:vAlign w:val="bottom"/>
          </w:tcPr>
          <w:p w14:paraId="6C0EE61E" w14:textId="584FD47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0.09</w:t>
            </w:r>
          </w:p>
        </w:tc>
        <w:tc>
          <w:tcPr>
            <w:tcW w:w="1854" w:type="dxa"/>
            <w:tcBorders>
              <w:top w:val="nil"/>
              <w:left w:val="nil"/>
              <w:bottom w:val="nil"/>
              <w:right w:val="nil"/>
            </w:tcBorders>
            <w:vAlign w:val="bottom"/>
          </w:tcPr>
          <w:p w14:paraId="129F0ED4" w14:textId="5B84950C"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0.20</w:t>
            </w:r>
          </w:p>
        </w:tc>
      </w:tr>
      <w:tr w:rsidR="0064399E" w:rsidRPr="0071512A" w14:paraId="0100A2A2" w14:textId="77777777" w:rsidTr="003B3E77">
        <w:tc>
          <w:tcPr>
            <w:tcW w:w="2284" w:type="dxa"/>
            <w:vAlign w:val="bottom"/>
          </w:tcPr>
          <w:p w14:paraId="7C73BDC2" w14:textId="37432E3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Gaming </w:t>
            </w:r>
          </w:p>
        </w:tc>
        <w:tc>
          <w:tcPr>
            <w:tcW w:w="1883" w:type="dxa"/>
            <w:tcBorders>
              <w:top w:val="nil"/>
              <w:left w:val="nil"/>
              <w:bottom w:val="nil"/>
              <w:right w:val="nil"/>
            </w:tcBorders>
            <w:vAlign w:val="bottom"/>
          </w:tcPr>
          <w:p w14:paraId="7F43C08C" w14:textId="065547F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0.04</w:t>
            </w:r>
          </w:p>
        </w:tc>
        <w:tc>
          <w:tcPr>
            <w:tcW w:w="2283" w:type="dxa"/>
            <w:tcBorders>
              <w:top w:val="nil"/>
              <w:left w:val="nil"/>
              <w:bottom w:val="nil"/>
              <w:right w:val="nil"/>
            </w:tcBorders>
            <w:vAlign w:val="bottom"/>
          </w:tcPr>
          <w:p w14:paraId="653EAB7A" w14:textId="61A90F2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0.02</w:t>
            </w:r>
          </w:p>
        </w:tc>
        <w:tc>
          <w:tcPr>
            <w:tcW w:w="1416" w:type="dxa"/>
            <w:tcBorders>
              <w:top w:val="nil"/>
              <w:left w:val="nil"/>
              <w:bottom w:val="nil"/>
              <w:right w:val="nil"/>
            </w:tcBorders>
            <w:vAlign w:val="bottom"/>
          </w:tcPr>
          <w:p w14:paraId="30454176" w14:textId="4D8AC9F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0.07</w:t>
            </w:r>
          </w:p>
        </w:tc>
        <w:tc>
          <w:tcPr>
            <w:tcW w:w="1854" w:type="dxa"/>
            <w:tcBorders>
              <w:top w:val="nil"/>
              <w:left w:val="nil"/>
              <w:bottom w:val="nil"/>
              <w:right w:val="nil"/>
            </w:tcBorders>
            <w:vAlign w:val="bottom"/>
          </w:tcPr>
          <w:p w14:paraId="6BED130C" w14:textId="41F7F998"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0.20</w:t>
            </w:r>
          </w:p>
        </w:tc>
      </w:tr>
      <w:tr w:rsidR="0064399E" w:rsidRPr="0071512A" w14:paraId="6A572144" w14:textId="77777777" w:rsidTr="003B3E77">
        <w:tc>
          <w:tcPr>
            <w:tcW w:w="2284" w:type="dxa"/>
          </w:tcPr>
          <w:p w14:paraId="00D22143" w14:textId="64AA59D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Purging </w:t>
            </w:r>
          </w:p>
        </w:tc>
        <w:tc>
          <w:tcPr>
            <w:tcW w:w="1883" w:type="dxa"/>
            <w:tcBorders>
              <w:top w:val="nil"/>
              <w:left w:val="nil"/>
              <w:bottom w:val="nil"/>
              <w:right w:val="nil"/>
            </w:tcBorders>
            <w:vAlign w:val="bottom"/>
          </w:tcPr>
          <w:p w14:paraId="1852B413" w14:textId="4C05A00E"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-0.01</w:t>
            </w:r>
          </w:p>
        </w:tc>
        <w:tc>
          <w:tcPr>
            <w:tcW w:w="2283" w:type="dxa"/>
            <w:tcBorders>
              <w:top w:val="nil"/>
              <w:left w:val="nil"/>
              <w:bottom w:val="nil"/>
              <w:right w:val="nil"/>
            </w:tcBorders>
            <w:vAlign w:val="bottom"/>
          </w:tcPr>
          <w:p w14:paraId="37D3013D" w14:textId="5FD2973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0.10</w:t>
            </w:r>
          </w:p>
        </w:tc>
        <w:tc>
          <w:tcPr>
            <w:tcW w:w="1416" w:type="dxa"/>
            <w:tcBorders>
              <w:top w:val="nil"/>
              <w:left w:val="nil"/>
              <w:bottom w:val="nil"/>
              <w:right w:val="nil"/>
            </w:tcBorders>
            <w:vAlign w:val="bottom"/>
          </w:tcPr>
          <w:p w14:paraId="34E35950" w14:textId="0E3C6F9D"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0.14</w:t>
            </w:r>
          </w:p>
        </w:tc>
        <w:tc>
          <w:tcPr>
            <w:tcW w:w="1854" w:type="dxa"/>
            <w:tcBorders>
              <w:top w:val="nil"/>
              <w:left w:val="nil"/>
              <w:bottom w:val="nil"/>
              <w:right w:val="nil"/>
            </w:tcBorders>
            <w:vAlign w:val="bottom"/>
          </w:tcPr>
          <w:p w14:paraId="10E6339F" w14:textId="7798C63D"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0.14</w:t>
            </w:r>
          </w:p>
        </w:tc>
      </w:tr>
      <w:tr w:rsidR="0064399E" w:rsidRPr="0071512A" w14:paraId="497A78D5" w14:textId="77777777" w:rsidTr="003B3E77">
        <w:tc>
          <w:tcPr>
            <w:tcW w:w="2284" w:type="dxa"/>
          </w:tcPr>
          <w:p w14:paraId="4E8E532C" w14:textId="4AFD2A6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Difficulties Reaching Orgasm   </w:t>
            </w:r>
          </w:p>
        </w:tc>
        <w:tc>
          <w:tcPr>
            <w:tcW w:w="1883" w:type="dxa"/>
            <w:vAlign w:val="bottom"/>
          </w:tcPr>
          <w:p w14:paraId="45199095" w14:textId="1627F68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c>
          <w:tcPr>
            <w:tcW w:w="2283" w:type="dxa"/>
            <w:vAlign w:val="bottom"/>
          </w:tcPr>
          <w:p w14:paraId="00CC768E" w14:textId="62EC362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0.16</w:t>
            </w:r>
          </w:p>
        </w:tc>
        <w:tc>
          <w:tcPr>
            <w:tcW w:w="1416" w:type="dxa"/>
            <w:vAlign w:val="bottom"/>
          </w:tcPr>
          <w:p w14:paraId="3EECD192" w14:textId="1BAA6EE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0.01</w:t>
            </w:r>
          </w:p>
        </w:tc>
        <w:tc>
          <w:tcPr>
            <w:tcW w:w="1854" w:type="dxa"/>
            <w:vAlign w:val="bottom"/>
          </w:tcPr>
          <w:p w14:paraId="1E30996C" w14:textId="08C14392"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0.12</w:t>
            </w:r>
          </w:p>
        </w:tc>
      </w:tr>
      <w:tr w:rsidR="0064399E" w:rsidRPr="0071512A" w14:paraId="73E67479" w14:textId="77777777" w:rsidTr="003B3E77">
        <w:tc>
          <w:tcPr>
            <w:tcW w:w="2284" w:type="dxa"/>
          </w:tcPr>
          <w:p w14:paraId="269EC0D9" w14:textId="59195420"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Trichotillomania </w:t>
            </w:r>
          </w:p>
        </w:tc>
        <w:tc>
          <w:tcPr>
            <w:tcW w:w="1883" w:type="dxa"/>
            <w:vAlign w:val="bottom"/>
          </w:tcPr>
          <w:p w14:paraId="33591262" w14:textId="5DA7ADEC"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0.05</w:t>
            </w:r>
          </w:p>
        </w:tc>
        <w:tc>
          <w:tcPr>
            <w:tcW w:w="2283" w:type="dxa"/>
            <w:vAlign w:val="bottom"/>
          </w:tcPr>
          <w:p w14:paraId="7B23135D" w14:textId="0E247B8E"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0.17</w:t>
            </w:r>
          </w:p>
        </w:tc>
        <w:tc>
          <w:tcPr>
            <w:tcW w:w="1416" w:type="dxa"/>
            <w:vAlign w:val="bottom"/>
          </w:tcPr>
          <w:p w14:paraId="0BAAC7DB" w14:textId="511FADD8"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c>
          <w:tcPr>
            <w:tcW w:w="1854" w:type="dxa"/>
            <w:vAlign w:val="bottom"/>
          </w:tcPr>
          <w:p w14:paraId="31C1D3C8" w14:textId="5A454029"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0.10</w:t>
            </w:r>
          </w:p>
        </w:tc>
      </w:tr>
      <w:tr w:rsidR="0064399E" w:rsidRPr="0071512A" w14:paraId="3082A3F0" w14:textId="77777777" w:rsidTr="003B3E77">
        <w:tc>
          <w:tcPr>
            <w:tcW w:w="2284" w:type="dxa"/>
          </w:tcPr>
          <w:p w14:paraId="176D2DC4" w14:textId="2827785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Workaholism    </w:t>
            </w:r>
          </w:p>
        </w:tc>
        <w:tc>
          <w:tcPr>
            <w:tcW w:w="1883" w:type="dxa"/>
            <w:vAlign w:val="bottom"/>
          </w:tcPr>
          <w:p w14:paraId="528175DE" w14:textId="16FDB41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-0.17</w:t>
            </w:r>
          </w:p>
        </w:tc>
        <w:tc>
          <w:tcPr>
            <w:tcW w:w="2283" w:type="dxa"/>
            <w:vAlign w:val="bottom"/>
          </w:tcPr>
          <w:p w14:paraId="4B93B24B" w14:textId="1391F9B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0.24</w:t>
            </w:r>
          </w:p>
        </w:tc>
        <w:tc>
          <w:tcPr>
            <w:tcW w:w="1416" w:type="dxa"/>
            <w:vAlign w:val="bottom"/>
          </w:tcPr>
          <w:p w14:paraId="7C2BCF9E" w14:textId="5377B337"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c>
          <w:tcPr>
            <w:tcW w:w="1854" w:type="dxa"/>
            <w:vAlign w:val="bottom"/>
          </w:tcPr>
          <w:p w14:paraId="37C8E193" w14:textId="08622FF7"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0.05</w:t>
            </w:r>
          </w:p>
        </w:tc>
      </w:tr>
      <w:tr w:rsidR="0064399E" w:rsidRPr="0071512A" w14:paraId="127CD592" w14:textId="77777777" w:rsidTr="003B3E77">
        <w:tc>
          <w:tcPr>
            <w:tcW w:w="2284" w:type="dxa"/>
          </w:tcPr>
          <w:p w14:paraId="09DEC625" w14:textId="1BCD3A0B"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Sexual Distress </w:t>
            </w:r>
          </w:p>
        </w:tc>
        <w:tc>
          <w:tcPr>
            <w:tcW w:w="1883" w:type="dxa"/>
            <w:vAlign w:val="bottom"/>
          </w:tcPr>
          <w:p w14:paraId="42643C5A" w14:textId="2CA27EF3"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0.27</w:t>
            </w:r>
          </w:p>
        </w:tc>
        <w:tc>
          <w:tcPr>
            <w:tcW w:w="2283" w:type="dxa"/>
            <w:vAlign w:val="bottom"/>
          </w:tcPr>
          <w:p w14:paraId="1A6C2A68" w14:textId="509E731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c>
          <w:tcPr>
            <w:tcW w:w="1416" w:type="dxa"/>
            <w:vAlign w:val="bottom"/>
          </w:tcPr>
          <w:p w14:paraId="42A385DD" w14:textId="6C3E9D5F"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0.08</w:t>
            </w:r>
          </w:p>
        </w:tc>
        <w:tc>
          <w:tcPr>
            <w:tcW w:w="1854" w:type="dxa"/>
            <w:vAlign w:val="bottom"/>
          </w:tcPr>
          <w:p w14:paraId="16533DF6" w14:textId="59074F3A"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0.04</w:t>
            </w:r>
          </w:p>
        </w:tc>
      </w:tr>
      <w:tr w:rsidR="0064399E" w:rsidRPr="0071512A" w14:paraId="5FC494FC" w14:textId="77777777" w:rsidTr="00782866">
        <w:tc>
          <w:tcPr>
            <w:tcW w:w="2284" w:type="dxa"/>
          </w:tcPr>
          <w:p w14:paraId="64D3C187" w14:textId="6A3AA965"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Excoriation </w:t>
            </w:r>
          </w:p>
        </w:tc>
        <w:tc>
          <w:tcPr>
            <w:tcW w:w="1883" w:type="dxa"/>
            <w:vAlign w:val="bottom"/>
          </w:tcPr>
          <w:p w14:paraId="2AB437BA" w14:textId="22B70AAA"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0.00</w:t>
            </w:r>
          </w:p>
        </w:tc>
        <w:tc>
          <w:tcPr>
            <w:tcW w:w="2283" w:type="dxa"/>
            <w:vAlign w:val="bottom"/>
          </w:tcPr>
          <w:p w14:paraId="5ECAB2AF" w14:textId="7EE2E9A2"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0.20</w:t>
            </w:r>
          </w:p>
        </w:tc>
        <w:tc>
          <w:tcPr>
            <w:tcW w:w="1416" w:type="dxa"/>
            <w:vAlign w:val="bottom"/>
          </w:tcPr>
          <w:p w14:paraId="2135D4CB" w14:textId="7F684EC6" w:rsidR="0064399E" w:rsidRPr="000E39C9" w:rsidRDefault="0064399E" w:rsidP="0064399E">
            <w:pPr>
              <w:rPr>
                <w:rFonts w:ascii="Times New Roman" w:hAnsi="Times New Roman" w:cs="Times New Roman"/>
                <w:sz w:val="20"/>
                <w:szCs w:val="20"/>
              </w:rPr>
            </w:pPr>
            <w:r w:rsidRPr="000E39C9">
              <w:rPr>
                <w:rFonts w:ascii="Times New Roman" w:hAnsi="Times New Roman" w:cs="Times New Roman"/>
                <w:sz w:val="20"/>
                <w:szCs w:val="20"/>
              </w:rPr>
              <w:t>0.18</w:t>
            </w:r>
          </w:p>
        </w:tc>
        <w:tc>
          <w:tcPr>
            <w:tcW w:w="1854" w:type="dxa"/>
            <w:vAlign w:val="bottom"/>
          </w:tcPr>
          <w:p w14:paraId="293134D5" w14:textId="0CAC777B" w:rsidR="0064399E" w:rsidRPr="000E39C9" w:rsidRDefault="0064399E" w:rsidP="0064399E">
            <w:pPr>
              <w:rPr>
                <w:rFonts w:ascii="Times New Roman" w:hAnsi="Times New Roman" w:cs="Times New Roman"/>
                <w:b/>
                <w:bCs/>
                <w:sz w:val="20"/>
                <w:szCs w:val="20"/>
              </w:rPr>
            </w:pPr>
            <w:r w:rsidRPr="000E39C9">
              <w:rPr>
                <w:rFonts w:ascii="Times New Roman" w:hAnsi="Times New Roman" w:cs="Times New Roman"/>
                <w:sz w:val="20"/>
                <w:szCs w:val="20"/>
              </w:rPr>
              <w:t>0.02</w:t>
            </w:r>
          </w:p>
        </w:tc>
      </w:tr>
      <w:tr w:rsidR="0064399E" w:rsidRPr="0071512A" w14:paraId="78AA061D" w14:textId="77777777" w:rsidTr="003B3E77">
        <w:trPr>
          <w:trHeight w:val="333"/>
        </w:trPr>
        <w:tc>
          <w:tcPr>
            <w:tcW w:w="9720" w:type="dxa"/>
            <w:gridSpan w:val="5"/>
            <w:tcBorders>
              <w:top w:val="single" w:sz="4" w:space="0" w:color="auto"/>
            </w:tcBorders>
          </w:tcPr>
          <w:p w14:paraId="0BD4AAD3" w14:textId="4AED5237" w:rsidR="0064399E" w:rsidRPr="002214F0" w:rsidRDefault="0064399E" w:rsidP="0064399E">
            <w:pPr>
              <w:rPr>
                <w:rFonts w:ascii="Times New Roman" w:hAnsi="Times New Roman" w:cs="Times New Roman"/>
                <w:b/>
                <w:bCs/>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5C25B000" w14:textId="77777777" w:rsidR="00923602" w:rsidRDefault="00923602" w:rsidP="00923602">
      <w:pPr>
        <w:spacing w:line="480" w:lineRule="auto"/>
        <w:rPr>
          <w:rFonts w:ascii="Times New Roman" w:hAnsi="Times New Roman" w:cs="Times New Roman"/>
          <w:b/>
          <w:bCs/>
        </w:rPr>
      </w:pPr>
    </w:p>
    <w:tbl>
      <w:tblPr>
        <w:tblStyle w:val="TableGrid"/>
        <w:tblW w:w="8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2"/>
        <w:gridCol w:w="1057"/>
        <w:gridCol w:w="873"/>
        <w:gridCol w:w="2283"/>
        <w:gridCol w:w="695"/>
        <w:gridCol w:w="1350"/>
      </w:tblGrid>
      <w:tr w:rsidR="004517EB" w:rsidRPr="00B2277C" w14:paraId="573864E0" w14:textId="7EF1D3FC" w:rsidTr="00483649">
        <w:trPr>
          <w:trHeight w:val="639"/>
        </w:trPr>
        <w:tc>
          <w:tcPr>
            <w:tcW w:w="8370" w:type="dxa"/>
            <w:gridSpan w:val="6"/>
            <w:tcBorders>
              <w:bottom w:val="single" w:sz="4" w:space="0" w:color="auto"/>
            </w:tcBorders>
          </w:tcPr>
          <w:p w14:paraId="719177E0" w14:textId="62977C69" w:rsidR="004517EB" w:rsidRPr="00DD6E77" w:rsidRDefault="004517EB" w:rsidP="001C61B8">
            <w:pPr>
              <w:rPr>
                <w:rFonts w:ascii="Times New Roman" w:hAnsi="Times New Roman" w:cs="Times New Roman"/>
                <w:i/>
                <w:iCs/>
                <w:color w:val="000000" w:themeColor="text1"/>
              </w:rPr>
            </w:pPr>
            <w:r w:rsidRPr="00A65627">
              <w:rPr>
                <w:rFonts w:ascii="Times New Roman" w:hAnsi="Times New Roman" w:cs="Times New Roman"/>
                <w:b/>
                <w:bCs/>
                <w:color w:val="000000" w:themeColor="text1"/>
              </w:rPr>
              <w:t>Table S8</w:t>
            </w:r>
          </w:p>
          <w:p w14:paraId="2CDDE21E" w14:textId="46F23DDA" w:rsidR="004517EB" w:rsidRPr="00B2277C" w:rsidRDefault="004517EB" w:rsidP="001C61B8">
            <w:pPr>
              <w:rPr>
                <w:rFonts w:ascii="Times New Roman" w:hAnsi="Times New Roman" w:cs="Times New Roman"/>
                <w:sz w:val="20"/>
                <w:szCs w:val="20"/>
              </w:rPr>
            </w:pPr>
            <w:r w:rsidRPr="002B725C">
              <w:rPr>
                <w:rFonts w:ascii="Times New Roman" w:hAnsi="Times New Roman" w:cs="Times New Roman"/>
                <w:i/>
                <w:iCs/>
                <w:color w:val="000000" w:themeColor="text1"/>
              </w:rPr>
              <w:t xml:space="preserve">Factor Loadings </w:t>
            </w:r>
            <w:r>
              <w:rPr>
                <w:rFonts w:ascii="Times New Roman" w:hAnsi="Times New Roman" w:cs="Times New Roman"/>
                <w:i/>
                <w:iCs/>
                <w:color w:val="000000" w:themeColor="text1"/>
              </w:rPr>
              <w:t>for the</w:t>
            </w:r>
            <w:r w:rsidRPr="002B725C">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5-factor Solution of</w:t>
            </w:r>
            <w:r w:rsidRPr="002B725C">
              <w:rPr>
                <w:rFonts w:ascii="Times New Roman" w:hAnsi="Times New Roman" w:cs="Times New Roman"/>
                <w:i/>
                <w:iCs/>
                <w:color w:val="000000" w:themeColor="text1"/>
              </w:rPr>
              <w:t xml:space="preserve"> </w:t>
            </w:r>
            <w:proofErr w:type="spellStart"/>
            <w:r w:rsidR="00B14F60">
              <w:rPr>
                <w:rFonts w:ascii="Times New Roman" w:hAnsi="Times New Roman" w:cs="Times New Roman"/>
                <w:i/>
                <w:iCs/>
                <w:color w:val="000000" w:themeColor="text1"/>
              </w:rPr>
              <w:t>HiTOP</w:t>
            </w:r>
            <w:proofErr w:type="spellEnd"/>
            <w:r w:rsidR="00B14F60">
              <w:rPr>
                <w:rFonts w:ascii="Times New Roman" w:hAnsi="Times New Roman" w:cs="Times New Roman"/>
                <w:i/>
                <w:iCs/>
                <w:color w:val="000000" w:themeColor="text1"/>
              </w:rPr>
              <w:t>-SR</w:t>
            </w:r>
            <w:r w:rsidRPr="002B725C">
              <w:rPr>
                <w:rFonts w:ascii="Times New Roman" w:hAnsi="Times New Roman" w:cs="Times New Roman"/>
                <w:i/>
                <w:iCs/>
                <w:color w:val="000000" w:themeColor="text1"/>
              </w:rPr>
              <w:t xml:space="preserve"> Scales</w:t>
            </w:r>
          </w:p>
        </w:tc>
      </w:tr>
      <w:tr w:rsidR="004517EB" w:rsidRPr="00B2277C" w14:paraId="2F8C2BC8" w14:textId="274358B9" w:rsidTr="003C399E">
        <w:tc>
          <w:tcPr>
            <w:tcW w:w="2112" w:type="dxa"/>
            <w:tcBorders>
              <w:top w:val="single" w:sz="4" w:space="0" w:color="auto"/>
            </w:tcBorders>
          </w:tcPr>
          <w:p w14:paraId="2982C642" w14:textId="4CD506D1" w:rsidR="004517EB" w:rsidRPr="00207379" w:rsidRDefault="00B14F60" w:rsidP="001C61B8">
            <w:pPr>
              <w:jc w:val="center"/>
              <w:rPr>
                <w:rFonts w:ascii="Times New Roman" w:hAnsi="Times New Roman" w:cs="Times New Roman"/>
                <w:sz w:val="20"/>
                <w:szCs w:val="20"/>
              </w:rPr>
            </w:pPr>
            <w:proofErr w:type="spellStart"/>
            <w:r w:rsidRPr="00207379">
              <w:rPr>
                <w:rFonts w:ascii="Times New Roman" w:hAnsi="Times New Roman" w:cs="Times New Roman"/>
                <w:sz w:val="20"/>
                <w:szCs w:val="20"/>
              </w:rPr>
              <w:t>HiTOP</w:t>
            </w:r>
            <w:proofErr w:type="spellEnd"/>
            <w:r w:rsidRPr="00207379">
              <w:rPr>
                <w:rFonts w:ascii="Times New Roman" w:hAnsi="Times New Roman" w:cs="Times New Roman"/>
                <w:sz w:val="20"/>
                <w:szCs w:val="20"/>
              </w:rPr>
              <w:t>-SR</w:t>
            </w:r>
            <w:r w:rsidR="004517EB" w:rsidRPr="00207379">
              <w:rPr>
                <w:rFonts w:ascii="Times New Roman" w:hAnsi="Times New Roman" w:cs="Times New Roman"/>
                <w:sz w:val="20"/>
                <w:szCs w:val="20"/>
              </w:rPr>
              <w:t xml:space="preserve"> Scale</w:t>
            </w:r>
          </w:p>
        </w:tc>
        <w:tc>
          <w:tcPr>
            <w:tcW w:w="6258" w:type="dxa"/>
            <w:gridSpan w:val="5"/>
            <w:tcBorders>
              <w:top w:val="single" w:sz="4" w:space="0" w:color="auto"/>
              <w:bottom w:val="single" w:sz="4" w:space="0" w:color="auto"/>
            </w:tcBorders>
          </w:tcPr>
          <w:p w14:paraId="18FCA680" w14:textId="77777777" w:rsidR="004517EB" w:rsidRPr="00207379" w:rsidRDefault="004517EB" w:rsidP="001C61B8">
            <w:pPr>
              <w:jc w:val="center"/>
              <w:rPr>
                <w:rFonts w:ascii="Times New Roman" w:hAnsi="Times New Roman" w:cs="Times New Roman"/>
                <w:sz w:val="20"/>
                <w:szCs w:val="20"/>
              </w:rPr>
            </w:pPr>
            <w:r w:rsidRPr="00207379">
              <w:rPr>
                <w:rFonts w:ascii="Times New Roman" w:hAnsi="Times New Roman" w:cs="Times New Roman"/>
                <w:sz w:val="20"/>
                <w:szCs w:val="20"/>
              </w:rPr>
              <w:t>Factor Loadings</w:t>
            </w:r>
          </w:p>
        </w:tc>
      </w:tr>
      <w:tr w:rsidR="004517EB" w:rsidRPr="00B2277C" w14:paraId="3D479BF9" w14:textId="2FBB9C75" w:rsidTr="003C399E">
        <w:tc>
          <w:tcPr>
            <w:tcW w:w="2112" w:type="dxa"/>
          </w:tcPr>
          <w:p w14:paraId="2F7862BC" w14:textId="77777777" w:rsidR="004517EB" w:rsidRPr="00207379" w:rsidRDefault="004517EB" w:rsidP="004517EB">
            <w:pPr>
              <w:rPr>
                <w:rFonts w:ascii="Times New Roman" w:hAnsi="Times New Roman" w:cs="Times New Roman"/>
                <w:sz w:val="20"/>
                <w:szCs w:val="20"/>
              </w:rPr>
            </w:pPr>
          </w:p>
        </w:tc>
        <w:tc>
          <w:tcPr>
            <w:tcW w:w="1057" w:type="dxa"/>
            <w:tcBorders>
              <w:top w:val="single" w:sz="4" w:space="0" w:color="auto"/>
            </w:tcBorders>
          </w:tcPr>
          <w:p w14:paraId="3870A049" w14:textId="0F18BD79" w:rsidR="004517EB" w:rsidRPr="00207379" w:rsidRDefault="004517EB" w:rsidP="004517EB">
            <w:pPr>
              <w:jc w:val="center"/>
              <w:rPr>
                <w:rFonts w:ascii="Times New Roman" w:hAnsi="Times New Roman" w:cs="Times New Roman"/>
                <w:sz w:val="20"/>
                <w:szCs w:val="20"/>
              </w:rPr>
            </w:pPr>
            <w:r w:rsidRPr="00207379">
              <w:rPr>
                <w:rFonts w:ascii="Times New Roman" w:hAnsi="Times New Roman" w:cs="Times New Roman"/>
                <w:sz w:val="20"/>
                <w:szCs w:val="20"/>
              </w:rPr>
              <w:t>Sexual Problems</w:t>
            </w:r>
          </w:p>
        </w:tc>
        <w:tc>
          <w:tcPr>
            <w:tcW w:w="873" w:type="dxa"/>
            <w:tcBorders>
              <w:top w:val="single" w:sz="4" w:space="0" w:color="auto"/>
            </w:tcBorders>
          </w:tcPr>
          <w:p w14:paraId="5225F323" w14:textId="5E43259C" w:rsidR="004517EB" w:rsidRPr="00207379" w:rsidRDefault="004517EB" w:rsidP="004517EB">
            <w:pPr>
              <w:jc w:val="center"/>
              <w:rPr>
                <w:rFonts w:ascii="Times New Roman" w:hAnsi="Times New Roman" w:cs="Times New Roman"/>
                <w:sz w:val="20"/>
                <w:szCs w:val="20"/>
              </w:rPr>
            </w:pPr>
            <w:r w:rsidRPr="00207379">
              <w:rPr>
                <w:rFonts w:ascii="Times New Roman" w:hAnsi="Times New Roman" w:cs="Times New Roman"/>
                <w:sz w:val="20"/>
                <w:szCs w:val="20"/>
              </w:rPr>
              <w:t>Distress</w:t>
            </w:r>
          </w:p>
        </w:tc>
        <w:tc>
          <w:tcPr>
            <w:tcW w:w="2283" w:type="dxa"/>
            <w:tcBorders>
              <w:top w:val="single" w:sz="4" w:space="0" w:color="auto"/>
            </w:tcBorders>
          </w:tcPr>
          <w:p w14:paraId="5106A837" w14:textId="549EF8FC" w:rsidR="004517EB" w:rsidRPr="00207379" w:rsidRDefault="004517EB" w:rsidP="004517EB">
            <w:pPr>
              <w:jc w:val="center"/>
              <w:rPr>
                <w:rFonts w:ascii="Times New Roman" w:hAnsi="Times New Roman" w:cs="Times New Roman"/>
                <w:sz w:val="20"/>
                <w:szCs w:val="20"/>
              </w:rPr>
            </w:pPr>
            <w:r w:rsidRPr="00207379">
              <w:rPr>
                <w:rFonts w:ascii="Times New Roman" w:hAnsi="Times New Roman" w:cs="Times New Roman"/>
                <w:sz w:val="20"/>
                <w:szCs w:val="20"/>
              </w:rPr>
              <w:t>Domineering/</w:t>
            </w:r>
            <w:proofErr w:type="spellStart"/>
            <w:r w:rsidRPr="00207379">
              <w:rPr>
                <w:rFonts w:ascii="Times New Roman" w:hAnsi="Times New Roman" w:cs="Times New Roman"/>
                <w:sz w:val="20"/>
                <w:szCs w:val="20"/>
              </w:rPr>
              <w:t>Anankastia</w:t>
            </w:r>
            <w:proofErr w:type="spellEnd"/>
            <w:r w:rsidRPr="00207379">
              <w:rPr>
                <w:rFonts w:ascii="Times New Roman" w:hAnsi="Times New Roman" w:cs="Times New Roman"/>
                <w:sz w:val="20"/>
                <w:szCs w:val="20"/>
              </w:rPr>
              <w:t>/</w:t>
            </w:r>
          </w:p>
          <w:p w14:paraId="14ED54B1" w14:textId="077017F5" w:rsidR="004517EB" w:rsidRPr="00207379" w:rsidRDefault="004517EB" w:rsidP="004517EB">
            <w:pPr>
              <w:jc w:val="center"/>
              <w:rPr>
                <w:rFonts w:ascii="Times New Roman" w:hAnsi="Times New Roman" w:cs="Times New Roman"/>
                <w:sz w:val="20"/>
                <w:szCs w:val="20"/>
              </w:rPr>
            </w:pPr>
            <w:r w:rsidRPr="00207379">
              <w:rPr>
                <w:rFonts w:ascii="Times New Roman" w:hAnsi="Times New Roman" w:cs="Times New Roman"/>
                <w:sz w:val="20"/>
                <w:szCs w:val="20"/>
              </w:rPr>
              <w:t>Body Focus</w:t>
            </w:r>
          </w:p>
        </w:tc>
        <w:tc>
          <w:tcPr>
            <w:tcW w:w="695" w:type="dxa"/>
            <w:tcBorders>
              <w:top w:val="single" w:sz="4" w:space="0" w:color="auto"/>
            </w:tcBorders>
          </w:tcPr>
          <w:p w14:paraId="6FD6CF02" w14:textId="7253BA8A" w:rsidR="004517EB" w:rsidRPr="00207379" w:rsidRDefault="004517EB" w:rsidP="004517EB">
            <w:pPr>
              <w:jc w:val="center"/>
              <w:rPr>
                <w:rFonts w:ascii="Times New Roman" w:hAnsi="Times New Roman" w:cs="Times New Roman"/>
                <w:sz w:val="20"/>
                <w:szCs w:val="20"/>
              </w:rPr>
            </w:pPr>
            <w:r w:rsidRPr="00207379">
              <w:rPr>
                <w:rFonts w:ascii="Times New Roman" w:hAnsi="Times New Roman" w:cs="Times New Roman"/>
                <w:sz w:val="20"/>
                <w:szCs w:val="20"/>
              </w:rPr>
              <w:t>Fear</w:t>
            </w:r>
          </w:p>
        </w:tc>
        <w:tc>
          <w:tcPr>
            <w:tcW w:w="1350" w:type="dxa"/>
            <w:tcBorders>
              <w:top w:val="single" w:sz="4" w:space="0" w:color="auto"/>
            </w:tcBorders>
          </w:tcPr>
          <w:p w14:paraId="2C088874" w14:textId="77777777" w:rsidR="00483649" w:rsidRPr="00207379" w:rsidRDefault="004517EB" w:rsidP="004517EB">
            <w:pPr>
              <w:jc w:val="center"/>
              <w:rPr>
                <w:rFonts w:ascii="Times New Roman" w:hAnsi="Times New Roman" w:cs="Times New Roman"/>
                <w:sz w:val="20"/>
                <w:szCs w:val="20"/>
              </w:rPr>
            </w:pPr>
            <w:r w:rsidRPr="00207379">
              <w:rPr>
                <w:rFonts w:ascii="Times New Roman" w:hAnsi="Times New Roman" w:cs="Times New Roman"/>
                <w:sz w:val="20"/>
                <w:szCs w:val="20"/>
              </w:rPr>
              <w:t>Externalizing/</w:t>
            </w:r>
          </w:p>
          <w:p w14:paraId="1ED06F39" w14:textId="72290DEF" w:rsidR="004517EB" w:rsidRPr="00207379" w:rsidRDefault="004517EB" w:rsidP="004517EB">
            <w:pPr>
              <w:jc w:val="center"/>
              <w:rPr>
                <w:rFonts w:ascii="Times New Roman" w:hAnsi="Times New Roman" w:cs="Times New Roman"/>
                <w:sz w:val="20"/>
                <w:szCs w:val="20"/>
              </w:rPr>
            </w:pPr>
            <w:r w:rsidRPr="00207379">
              <w:rPr>
                <w:rFonts w:ascii="Times New Roman" w:hAnsi="Times New Roman" w:cs="Times New Roman"/>
                <w:sz w:val="20"/>
                <w:szCs w:val="20"/>
              </w:rPr>
              <w:t>Rarity</w:t>
            </w:r>
          </w:p>
        </w:tc>
      </w:tr>
      <w:tr w:rsidR="008F2D89" w:rsidRPr="00B2277C" w14:paraId="25BAF350" w14:textId="77777777" w:rsidTr="00207379">
        <w:tc>
          <w:tcPr>
            <w:tcW w:w="2112" w:type="dxa"/>
            <w:vAlign w:val="bottom"/>
          </w:tcPr>
          <w:p w14:paraId="58D736C7" w14:textId="30D7063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Low Sexual Arousal</w:t>
            </w:r>
          </w:p>
        </w:tc>
        <w:tc>
          <w:tcPr>
            <w:tcW w:w="1057" w:type="dxa"/>
            <w:tcBorders>
              <w:top w:val="nil"/>
              <w:left w:val="nil"/>
              <w:bottom w:val="nil"/>
              <w:right w:val="nil"/>
            </w:tcBorders>
            <w:vAlign w:val="bottom"/>
          </w:tcPr>
          <w:p w14:paraId="535D5E49" w14:textId="6FE01D5A"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0.99</w:t>
            </w:r>
          </w:p>
        </w:tc>
        <w:tc>
          <w:tcPr>
            <w:tcW w:w="873" w:type="dxa"/>
            <w:tcBorders>
              <w:top w:val="nil"/>
              <w:left w:val="nil"/>
              <w:bottom w:val="nil"/>
              <w:right w:val="nil"/>
            </w:tcBorders>
            <w:vAlign w:val="bottom"/>
          </w:tcPr>
          <w:p w14:paraId="3FF7093C" w14:textId="50AA64E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-0.14</w:t>
            </w:r>
          </w:p>
        </w:tc>
        <w:tc>
          <w:tcPr>
            <w:tcW w:w="2283" w:type="dxa"/>
            <w:tcBorders>
              <w:top w:val="nil"/>
              <w:left w:val="nil"/>
              <w:bottom w:val="nil"/>
              <w:right w:val="nil"/>
            </w:tcBorders>
            <w:vAlign w:val="bottom"/>
          </w:tcPr>
          <w:p w14:paraId="032A2029" w14:textId="4A4EC25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695" w:type="dxa"/>
            <w:tcBorders>
              <w:top w:val="nil"/>
              <w:left w:val="nil"/>
              <w:bottom w:val="nil"/>
              <w:right w:val="nil"/>
            </w:tcBorders>
            <w:vAlign w:val="bottom"/>
          </w:tcPr>
          <w:p w14:paraId="022084D0" w14:textId="1E40BBF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c>
          <w:tcPr>
            <w:tcW w:w="1350" w:type="dxa"/>
            <w:tcBorders>
              <w:top w:val="nil"/>
              <w:left w:val="nil"/>
              <w:bottom w:val="nil"/>
              <w:right w:val="nil"/>
            </w:tcBorders>
            <w:vAlign w:val="bottom"/>
          </w:tcPr>
          <w:p w14:paraId="3493D0B8" w14:textId="0220FFB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r>
      <w:tr w:rsidR="008F2D89" w:rsidRPr="00B2277C" w14:paraId="42963C38" w14:textId="77777777" w:rsidTr="00207379">
        <w:tc>
          <w:tcPr>
            <w:tcW w:w="2112" w:type="dxa"/>
            <w:vAlign w:val="bottom"/>
          </w:tcPr>
          <w:p w14:paraId="3A7B5CF8" w14:textId="4E1E673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Low Sexual Interest</w:t>
            </w:r>
          </w:p>
        </w:tc>
        <w:tc>
          <w:tcPr>
            <w:tcW w:w="1057" w:type="dxa"/>
            <w:tcBorders>
              <w:top w:val="nil"/>
              <w:left w:val="nil"/>
              <w:bottom w:val="nil"/>
              <w:right w:val="nil"/>
            </w:tcBorders>
            <w:vAlign w:val="bottom"/>
          </w:tcPr>
          <w:p w14:paraId="29AA70D5" w14:textId="57002CCC"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0.79</w:t>
            </w:r>
          </w:p>
        </w:tc>
        <w:tc>
          <w:tcPr>
            <w:tcW w:w="873" w:type="dxa"/>
            <w:tcBorders>
              <w:top w:val="nil"/>
              <w:left w:val="nil"/>
              <w:bottom w:val="nil"/>
              <w:right w:val="nil"/>
            </w:tcBorders>
            <w:vAlign w:val="bottom"/>
          </w:tcPr>
          <w:p w14:paraId="0AB773F3" w14:textId="2FA5A4E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2283" w:type="dxa"/>
            <w:tcBorders>
              <w:top w:val="nil"/>
              <w:left w:val="nil"/>
              <w:bottom w:val="nil"/>
              <w:right w:val="nil"/>
            </w:tcBorders>
            <w:vAlign w:val="bottom"/>
          </w:tcPr>
          <w:p w14:paraId="3AE7D937" w14:textId="75421E9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695" w:type="dxa"/>
            <w:tcBorders>
              <w:top w:val="nil"/>
              <w:left w:val="nil"/>
              <w:bottom w:val="nil"/>
              <w:right w:val="nil"/>
            </w:tcBorders>
            <w:vAlign w:val="bottom"/>
          </w:tcPr>
          <w:p w14:paraId="6B84E5B3" w14:textId="7F27DEE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c>
          <w:tcPr>
            <w:tcW w:w="1350" w:type="dxa"/>
            <w:tcBorders>
              <w:top w:val="nil"/>
              <w:left w:val="nil"/>
              <w:bottom w:val="nil"/>
              <w:right w:val="nil"/>
            </w:tcBorders>
            <w:vAlign w:val="bottom"/>
          </w:tcPr>
          <w:p w14:paraId="646CF23F" w14:textId="209BC96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-0.19</w:t>
            </w:r>
          </w:p>
        </w:tc>
      </w:tr>
      <w:tr w:rsidR="008F2D89" w:rsidRPr="00B2277C" w14:paraId="4897704E" w14:textId="77777777" w:rsidTr="00207379">
        <w:tc>
          <w:tcPr>
            <w:tcW w:w="2112" w:type="dxa"/>
            <w:vAlign w:val="bottom"/>
          </w:tcPr>
          <w:p w14:paraId="3F25E0E4" w14:textId="0E77D61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Sexual Distress </w:t>
            </w:r>
          </w:p>
        </w:tc>
        <w:tc>
          <w:tcPr>
            <w:tcW w:w="1057" w:type="dxa"/>
            <w:tcBorders>
              <w:top w:val="nil"/>
              <w:left w:val="nil"/>
              <w:bottom w:val="nil"/>
              <w:right w:val="nil"/>
            </w:tcBorders>
            <w:vAlign w:val="bottom"/>
          </w:tcPr>
          <w:p w14:paraId="2B31516A" w14:textId="1BCEDD65"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0.69</w:t>
            </w:r>
          </w:p>
        </w:tc>
        <w:tc>
          <w:tcPr>
            <w:tcW w:w="873" w:type="dxa"/>
            <w:tcBorders>
              <w:top w:val="nil"/>
              <w:left w:val="nil"/>
              <w:bottom w:val="nil"/>
              <w:right w:val="nil"/>
            </w:tcBorders>
            <w:vAlign w:val="bottom"/>
          </w:tcPr>
          <w:p w14:paraId="1E0D0708" w14:textId="08269F2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c>
          <w:tcPr>
            <w:tcW w:w="2283" w:type="dxa"/>
            <w:tcBorders>
              <w:top w:val="nil"/>
              <w:left w:val="nil"/>
              <w:bottom w:val="nil"/>
              <w:right w:val="nil"/>
            </w:tcBorders>
            <w:vAlign w:val="bottom"/>
          </w:tcPr>
          <w:p w14:paraId="74D3883B" w14:textId="6AADAA9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c>
          <w:tcPr>
            <w:tcW w:w="695" w:type="dxa"/>
            <w:tcBorders>
              <w:top w:val="nil"/>
              <w:left w:val="nil"/>
              <w:bottom w:val="nil"/>
              <w:right w:val="nil"/>
            </w:tcBorders>
            <w:vAlign w:val="bottom"/>
          </w:tcPr>
          <w:p w14:paraId="721E46D4" w14:textId="0D5EC3A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1350" w:type="dxa"/>
            <w:tcBorders>
              <w:top w:val="nil"/>
              <w:left w:val="nil"/>
              <w:bottom w:val="nil"/>
              <w:right w:val="nil"/>
            </w:tcBorders>
            <w:vAlign w:val="bottom"/>
          </w:tcPr>
          <w:p w14:paraId="0E90158D" w14:textId="1FBF27B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r>
      <w:tr w:rsidR="008F2D89" w:rsidRPr="00B2277C" w14:paraId="16389B83" w14:textId="77777777" w:rsidTr="00207379">
        <w:tc>
          <w:tcPr>
            <w:tcW w:w="2112" w:type="dxa"/>
            <w:vAlign w:val="bottom"/>
          </w:tcPr>
          <w:p w14:paraId="215CDE63" w14:textId="74D700E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Difficulties Reaching Orgasm   </w:t>
            </w:r>
          </w:p>
        </w:tc>
        <w:tc>
          <w:tcPr>
            <w:tcW w:w="1057" w:type="dxa"/>
            <w:tcBorders>
              <w:top w:val="nil"/>
              <w:left w:val="nil"/>
              <w:bottom w:val="nil"/>
              <w:right w:val="nil"/>
            </w:tcBorders>
            <w:vAlign w:val="bottom"/>
          </w:tcPr>
          <w:p w14:paraId="02CC3896" w14:textId="08D102D3"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0.68</w:t>
            </w:r>
          </w:p>
        </w:tc>
        <w:tc>
          <w:tcPr>
            <w:tcW w:w="873" w:type="dxa"/>
            <w:tcBorders>
              <w:top w:val="nil"/>
              <w:left w:val="nil"/>
              <w:bottom w:val="nil"/>
              <w:right w:val="nil"/>
            </w:tcBorders>
            <w:vAlign w:val="bottom"/>
          </w:tcPr>
          <w:p w14:paraId="6FA383F1" w14:textId="45AD0E0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-0.08</w:t>
            </w:r>
          </w:p>
        </w:tc>
        <w:tc>
          <w:tcPr>
            <w:tcW w:w="2283" w:type="dxa"/>
            <w:tcBorders>
              <w:top w:val="nil"/>
              <w:left w:val="nil"/>
              <w:bottom w:val="nil"/>
              <w:right w:val="nil"/>
            </w:tcBorders>
            <w:vAlign w:val="bottom"/>
          </w:tcPr>
          <w:p w14:paraId="6F09B042" w14:textId="57C179B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0.08</w:t>
            </w:r>
          </w:p>
        </w:tc>
        <w:tc>
          <w:tcPr>
            <w:tcW w:w="695" w:type="dxa"/>
            <w:tcBorders>
              <w:top w:val="nil"/>
              <w:left w:val="nil"/>
              <w:bottom w:val="nil"/>
              <w:right w:val="nil"/>
            </w:tcBorders>
            <w:vAlign w:val="bottom"/>
          </w:tcPr>
          <w:p w14:paraId="61BBC08C" w14:textId="18D468F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-0.21</w:t>
            </w:r>
          </w:p>
        </w:tc>
        <w:tc>
          <w:tcPr>
            <w:tcW w:w="1350" w:type="dxa"/>
            <w:tcBorders>
              <w:top w:val="nil"/>
              <w:left w:val="nil"/>
              <w:bottom w:val="nil"/>
              <w:right w:val="nil"/>
            </w:tcBorders>
            <w:vAlign w:val="bottom"/>
          </w:tcPr>
          <w:p w14:paraId="7AD69C56" w14:textId="26C160A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r>
      <w:tr w:rsidR="008F2D89" w:rsidRPr="00B2277C" w14:paraId="26F11860" w14:textId="77777777" w:rsidTr="00207379">
        <w:tc>
          <w:tcPr>
            <w:tcW w:w="2112" w:type="dxa"/>
            <w:vAlign w:val="bottom"/>
          </w:tcPr>
          <w:p w14:paraId="623D06B2" w14:textId="66163CC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Sexual Pain</w:t>
            </w:r>
          </w:p>
        </w:tc>
        <w:tc>
          <w:tcPr>
            <w:tcW w:w="1057" w:type="dxa"/>
            <w:tcBorders>
              <w:top w:val="nil"/>
              <w:left w:val="nil"/>
              <w:bottom w:val="nil"/>
              <w:right w:val="nil"/>
            </w:tcBorders>
            <w:vAlign w:val="bottom"/>
          </w:tcPr>
          <w:p w14:paraId="5A36C8CF" w14:textId="63033004"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0.56</w:t>
            </w:r>
          </w:p>
        </w:tc>
        <w:tc>
          <w:tcPr>
            <w:tcW w:w="873" w:type="dxa"/>
            <w:tcBorders>
              <w:top w:val="nil"/>
              <w:left w:val="nil"/>
              <w:bottom w:val="nil"/>
              <w:right w:val="nil"/>
            </w:tcBorders>
            <w:vAlign w:val="bottom"/>
          </w:tcPr>
          <w:p w14:paraId="02C2877E" w14:textId="5A3EF4E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-0.19</w:t>
            </w:r>
          </w:p>
        </w:tc>
        <w:tc>
          <w:tcPr>
            <w:tcW w:w="2283" w:type="dxa"/>
            <w:tcBorders>
              <w:top w:val="nil"/>
              <w:left w:val="nil"/>
              <w:bottom w:val="nil"/>
              <w:right w:val="nil"/>
            </w:tcBorders>
            <w:vAlign w:val="bottom"/>
          </w:tcPr>
          <w:p w14:paraId="7BD49B86" w14:textId="6A3900E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c>
          <w:tcPr>
            <w:tcW w:w="695" w:type="dxa"/>
            <w:tcBorders>
              <w:top w:val="nil"/>
              <w:left w:val="nil"/>
              <w:bottom w:val="nil"/>
              <w:right w:val="nil"/>
            </w:tcBorders>
            <w:vAlign w:val="bottom"/>
          </w:tcPr>
          <w:p w14:paraId="265F7113" w14:textId="132982F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0.19</w:t>
            </w:r>
          </w:p>
        </w:tc>
        <w:tc>
          <w:tcPr>
            <w:tcW w:w="1350" w:type="dxa"/>
            <w:tcBorders>
              <w:top w:val="nil"/>
              <w:left w:val="nil"/>
              <w:bottom w:val="nil"/>
              <w:right w:val="nil"/>
            </w:tcBorders>
            <w:vAlign w:val="bottom"/>
          </w:tcPr>
          <w:p w14:paraId="3681A704" w14:textId="26D4F96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r>
      <w:tr w:rsidR="008F2D89" w:rsidRPr="00B2277C" w14:paraId="09657CAF" w14:textId="77777777" w:rsidTr="00207379">
        <w:tc>
          <w:tcPr>
            <w:tcW w:w="2112" w:type="dxa"/>
            <w:vAlign w:val="bottom"/>
          </w:tcPr>
          <w:p w14:paraId="5D06B30D" w14:textId="639CAD9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Depressed Mood</w:t>
            </w:r>
          </w:p>
        </w:tc>
        <w:tc>
          <w:tcPr>
            <w:tcW w:w="1057" w:type="dxa"/>
            <w:tcBorders>
              <w:top w:val="nil"/>
              <w:left w:val="nil"/>
              <w:bottom w:val="nil"/>
              <w:right w:val="nil"/>
            </w:tcBorders>
            <w:vAlign w:val="bottom"/>
          </w:tcPr>
          <w:p w14:paraId="650FDB47" w14:textId="68C75E4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0.20</w:t>
            </w:r>
          </w:p>
        </w:tc>
        <w:tc>
          <w:tcPr>
            <w:tcW w:w="873" w:type="dxa"/>
            <w:tcBorders>
              <w:top w:val="nil"/>
              <w:left w:val="nil"/>
              <w:bottom w:val="nil"/>
              <w:right w:val="nil"/>
            </w:tcBorders>
            <w:vAlign w:val="bottom"/>
          </w:tcPr>
          <w:p w14:paraId="2C5C1FAA" w14:textId="10A156FF"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0.70</w:t>
            </w:r>
          </w:p>
        </w:tc>
        <w:tc>
          <w:tcPr>
            <w:tcW w:w="2283" w:type="dxa"/>
            <w:tcBorders>
              <w:top w:val="nil"/>
              <w:left w:val="nil"/>
              <w:bottom w:val="nil"/>
              <w:right w:val="nil"/>
            </w:tcBorders>
            <w:vAlign w:val="bottom"/>
          </w:tcPr>
          <w:p w14:paraId="653793AC" w14:textId="5FB8FAB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0.10</w:t>
            </w:r>
          </w:p>
        </w:tc>
        <w:tc>
          <w:tcPr>
            <w:tcW w:w="695" w:type="dxa"/>
            <w:tcBorders>
              <w:top w:val="nil"/>
              <w:left w:val="nil"/>
              <w:bottom w:val="nil"/>
              <w:right w:val="nil"/>
            </w:tcBorders>
            <w:vAlign w:val="bottom"/>
          </w:tcPr>
          <w:p w14:paraId="2029224D" w14:textId="5A9DFEC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c>
          <w:tcPr>
            <w:tcW w:w="1350" w:type="dxa"/>
            <w:tcBorders>
              <w:top w:val="nil"/>
              <w:left w:val="nil"/>
              <w:bottom w:val="nil"/>
              <w:right w:val="nil"/>
            </w:tcBorders>
            <w:vAlign w:val="bottom"/>
          </w:tcPr>
          <w:p w14:paraId="65159E44" w14:textId="2566240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r>
      <w:tr w:rsidR="008F2D89" w:rsidRPr="00B2277C" w14:paraId="3CB52D94" w14:textId="77777777" w:rsidTr="00207379">
        <w:tc>
          <w:tcPr>
            <w:tcW w:w="2112" w:type="dxa"/>
            <w:vAlign w:val="bottom"/>
          </w:tcPr>
          <w:p w14:paraId="7B2164C1" w14:textId="1465CF1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lastRenderedPageBreak/>
              <w:t>Well-being </w:t>
            </w:r>
          </w:p>
        </w:tc>
        <w:tc>
          <w:tcPr>
            <w:tcW w:w="1057" w:type="dxa"/>
            <w:tcBorders>
              <w:top w:val="nil"/>
              <w:left w:val="nil"/>
              <w:bottom w:val="nil"/>
              <w:right w:val="nil"/>
            </w:tcBorders>
            <w:vAlign w:val="bottom"/>
          </w:tcPr>
          <w:p w14:paraId="4B233CA5" w14:textId="3C5AE1D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-0.17</w:t>
            </w:r>
          </w:p>
        </w:tc>
        <w:tc>
          <w:tcPr>
            <w:tcW w:w="873" w:type="dxa"/>
            <w:tcBorders>
              <w:top w:val="nil"/>
              <w:left w:val="nil"/>
              <w:bottom w:val="nil"/>
              <w:right w:val="nil"/>
            </w:tcBorders>
            <w:vAlign w:val="bottom"/>
          </w:tcPr>
          <w:p w14:paraId="21DA5B70" w14:textId="05963C63"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-0.69</w:t>
            </w:r>
          </w:p>
        </w:tc>
        <w:tc>
          <w:tcPr>
            <w:tcW w:w="2283" w:type="dxa"/>
            <w:tcBorders>
              <w:top w:val="nil"/>
              <w:left w:val="nil"/>
              <w:bottom w:val="nil"/>
              <w:right w:val="nil"/>
            </w:tcBorders>
            <w:vAlign w:val="bottom"/>
          </w:tcPr>
          <w:p w14:paraId="50F294D4" w14:textId="6F97688B" w:rsidR="008F2D89" w:rsidRPr="006937A5" w:rsidRDefault="008F2D89" w:rsidP="008F2D89">
            <w:pPr>
              <w:rPr>
                <w:rFonts w:ascii="Times New Roman" w:hAnsi="Times New Roman" w:cs="Times New Roman"/>
                <w:b/>
                <w:bCs/>
                <w:sz w:val="20"/>
                <w:szCs w:val="20"/>
              </w:rPr>
            </w:pPr>
            <w:r w:rsidRPr="006937A5">
              <w:rPr>
                <w:rFonts w:ascii="Times New Roman" w:hAnsi="Times New Roman" w:cs="Times New Roman"/>
                <w:b/>
                <w:bCs/>
                <w:sz w:val="20"/>
                <w:szCs w:val="20"/>
              </w:rPr>
              <w:t>0.35</w:t>
            </w:r>
          </w:p>
        </w:tc>
        <w:tc>
          <w:tcPr>
            <w:tcW w:w="695" w:type="dxa"/>
            <w:tcBorders>
              <w:top w:val="nil"/>
              <w:left w:val="nil"/>
              <w:bottom w:val="nil"/>
              <w:right w:val="nil"/>
            </w:tcBorders>
            <w:vAlign w:val="bottom"/>
          </w:tcPr>
          <w:p w14:paraId="05446B40" w14:textId="1E92A0B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1350" w:type="dxa"/>
            <w:tcBorders>
              <w:top w:val="nil"/>
              <w:left w:val="nil"/>
              <w:bottom w:val="nil"/>
              <w:right w:val="nil"/>
            </w:tcBorders>
            <w:vAlign w:val="bottom"/>
          </w:tcPr>
          <w:p w14:paraId="2CD32EBF" w14:textId="7A2D89C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r>
      <w:tr w:rsidR="008F2D89" w:rsidRPr="00B2277C" w14:paraId="4F904D24" w14:textId="77777777" w:rsidTr="00207379">
        <w:tc>
          <w:tcPr>
            <w:tcW w:w="2112" w:type="dxa"/>
            <w:vAlign w:val="bottom"/>
          </w:tcPr>
          <w:p w14:paraId="1336A442" w14:textId="64BB974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Grandiosity </w:t>
            </w:r>
          </w:p>
        </w:tc>
        <w:tc>
          <w:tcPr>
            <w:tcW w:w="1057" w:type="dxa"/>
            <w:tcBorders>
              <w:top w:val="nil"/>
              <w:left w:val="nil"/>
              <w:bottom w:val="nil"/>
              <w:right w:val="nil"/>
            </w:tcBorders>
            <w:vAlign w:val="bottom"/>
          </w:tcPr>
          <w:p w14:paraId="32484215" w14:textId="7AA67DE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c>
          <w:tcPr>
            <w:tcW w:w="873" w:type="dxa"/>
            <w:tcBorders>
              <w:top w:val="nil"/>
              <w:left w:val="nil"/>
              <w:bottom w:val="nil"/>
              <w:right w:val="nil"/>
            </w:tcBorders>
            <w:vAlign w:val="bottom"/>
          </w:tcPr>
          <w:p w14:paraId="191BEBC2" w14:textId="603A2FD6"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-0.64</w:t>
            </w:r>
          </w:p>
        </w:tc>
        <w:tc>
          <w:tcPr>
            <w:tcW w:w="2283" w:type="dxa"/>
            <w:tcBorders>
              <w:top w:val="nil"/>
              <w:left w:val="nil"/>
              <w:bottom w:val="nil"/>
              <w:right w:val="nil"/>
            </w:tcBorders>
            <w:vAlign w:val="bottom"/>
          </w:tcPr>
          <w:p w14:paraId="5F3039EE" w14:textId="334A01E1" w:rsidR="008F2D89" w:rsidRPr="006937A5" w:rsidRDefault="008F2D89" w:rsidP="008F2D89">
            <w:pPr>
              <w:rPr>
                <w:rFonts w:ascii="Times New Roman" w:hAnsi="Times New Roman" w:cs="Times New Roman"/>
                <w:b/>
                <w:bCs/>
                <w:sz w:val="20"/>
                <w:szCs w:val="20"/>
              </w:rPr>
            </w:pPr>
            <w:r w:rsidRPr="006937A5">
              <w:rPr>
                <w:rFonts w:ascii="Times New Roman" w:hAnsi="Times New Roman" w:cs="Times New Roman"/>
                <w:b/>
                <w:bCs/>
                <w:sz w:val="20"/>
                <w:szCs w:val="20"/>
              </w:rPr>
              <w:t>0.47</w:t>
            </w:r>
          </w:p>
        </w:tc>
        <w:tc>
          <w:tcPr>
            <w:tcW w:w="695" w:type="dxa"/>
            <w:tcBorders>
              <w:top w:val="nil"/>
              <w:left w:val="nil"/>
              <w:bottom w:val="nil"/>
              <w:right w:val="nil"/>
            </w:tcBorders>
            <w:vAlign w:val="bottom"/>
          </w:tcPr>
          <w:p w14:paraId="582B521A" w14:textId="3936E61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1350" w:type="dxa"/>
            <w:tcBorders>
              <w:top w:val="nil"/>
              <w:left w:val="nil"/>
              <w:bottom w:val="nil"/>
              <w:right w:val="nil"/>
            </w:tcBorders>
            <w:vAlign w:val="bottom"/>
          </w:tcPr>
          <w:p w14:paraId="10F985D7" w14:textId="0A26A40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0.02</w:t>
            </w:r>
          </w:p>
        </w:tc>
      </w:tr>
      <w:tr w:rsidR="008F2D89" w:rsidRPr="00B2277C" w14:paraId="065F7CE0" w14:textId="77777777" w:rsidTr="00207379">
        <w:tc>
          <w:tcPr>
            <w:tcW w:w="2112" w:type="dxa"/>
            <w:vAlign w:val="bottom"/>
          </w:tcPr>
          <w:p w14:paraId="43AB17C0" w14:textId="1FE65D8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Lassitude </w:t>
            </w:r>
          </w:p>
        </w:tc>
        <w:tc>
          <w:tcPr>
            <w:tcW w:w="1057" w:type="dxa"/>
            <w:tcBorders>
              <w:top w:val="nil"/>
              <w:left w:val="nil"/>
              <w:bottom w:val="nil"/>
              <w:right w:val="nil"/>
            </w:tcBorders>
            <w:vAlign w:val="bottom"/>
          </w:tcPr>
          <w:p w14:paraId="15BAF353" w14:textId="20D8D5DD"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0.19</w:t>
            </w:r>
          </w:p>
        </w:tc>
        <w:tc>
          <w:tcPr>
            <w:tcW w:w="873" w:type="dxa"/>
            <w:tcBorders>
              <w:top w:val="nil"/>
              <w:left w:val="nil"/>
              <w:bottom w:val="nil"/>
              <w:right w:val="nil"/>
            </w:tcBorders>
            <w:vAlign w:val="bottom"/>
          </w:tcPr>
          <w:p w14:paraId="40157112" w14:textId="131E6B76"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0.64</w:t>
            </w:r>
          </w:p>
        </w:tc>
        <w:tc>
          <w:tcPr>
            <w:tcW w:w="2283" w:type="dxa"/>
            <w:tcBorders>
              <w:top w:val="nil"/>
              <w:left w:val="nil"/>
              <w:bottom w:val="nil"/>
              <w:right w:val="nil"/>
            </w:tcBorders>
            <w:vAlign w:val="bottom"/>
          </w:tcPr>
          <w:p w14:paraId="119FA90B" w14:textId="47427F9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0.24</w:t>
            </w:r>
          </w:p>
        </w:tc>
        <w:tc>
          <w:tcPr>
            <w:tcW w:w="695" w:type="dxa"/>
            <w:tcBorders>
              <w:top w:val="nil"/>
              <w:left w:val="nil"/>
              <w:bottom w:val="nil"/>
              <w:right w:val="nil"/>
            </w:tcBorders>
            <w:vAlign w:val="bottom"/>
          </w:tcPr>
          <w:p w14:paraId="3524B4E2" w14:textId="198F72F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c>
          <w:tcPr>
            <w:tcW w:w="1350" w:type="dxa"/>
            <w:tcBorders>
              <w:top w:val="nil"/>
              <w:left w:val="nil"/>
              <w:bottom w:val="nil"/>
              <w:right w:val="nil"/>
            </w:tcBorders>
            <w:vAlign w:val="bottom"/>
          </w:tcPr>
          <w:p w14:paraId="5C3C0A2E" w14:textId="044CCD0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r>
      <w:tr w:rsidR="008F2D89" w:rsidRPr="00B2277C" w14:paraId="41548F06" w14:textId="77777777" w:rsidTr="00207379">
        <w:tc>
          <w:tcPr>
            <w:tcW w:w="2112" w:type="dxa"/>
            <w:vAlign w:val="bottom"/>
          </w:tcPr>
          <w:p w14:paraId="1FDDE53E" w14:textId="3275CD5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Anhedonia </w:t>
            </w:r>
          </w:p>
        </w:tc>
        <w:tc>
          <w:tcPr>
            <w:tcW w:w="1057" w:type="dxa"/>
            <w:tcBorders>
              <w:top w:val="nil"/>
              <w:left w:val="nil"/>
              <w:bottom w:val="nil"/>
              <w:right w:val="nil"/>
            </w:tcBorders>
            <w:vAlign w:val="bottom"/>
          </w:tcPr>
          <w:p w14:paraId="1EB03632" w14:textId="79E2CF2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0.29</w:t>
            </w:r>
          </w:p>
        </w:tc>
        <w:tc>
          <w:tcPr>
            <w:tcW w:w="873" w:type="dxa"/>
            <w:tcBorders>
              <w:top w:val="nil"/>
              <w:left w:val="nil"/>
              <w:bottom w:val="nil"/>
              <w:right w:val="nil"/>
            </w:tcBorders>
            <w:vAlign w:val="bottom"/>
          </w:tcPr>
          <w:p w14:paraId="691BD841" w14:textId="673B2ED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0.63</w:t>
            </w:r>
          </w:p>
        </w:tc>
        <w:tc>
          <w:tcPr>
            <w:tcW w:w="2283" w:type="dxa"/>
            <w:tcBorders>
              <w:top w:val="nil"/>
              <w:left w:val="nil"/>
              <w:bottom w:val="nil"/>
              <w:right w:val="nil"/>
            </w:tcBorders>
            <w:vAlign w:val="bottom"/>
          </w:tcPr>
          <w:p w14:paraId="6C442960" w14:textId="1B57F31B"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0.01</w:t>
            </w:r>
          </w:p>
        </w:tc>
        <w:tc>
          <w:tcPr>
            <w:tcW w:w="695" w:type="dxa"/>
            <w:tcBorders>
              <w:top w:val="nil"/>
              <w:left w:val="nil"/>
              <w:bottom w:val="nil"/>
              <w:right w:val="nil"/>
            </w:tcBorders>
            <w:vAlign w:val="bottom"/>
          </w:tcPr>
          <w:p w14:paraId="0DF43A12" w14:textId="244E9E6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c>
          <w:tcPr>
            <w:tcW w:w="1350" w:type="dxa"/>
            <w:tcBorders>
              <w:top w:val="nil"/>
              <w:left w:val="nil"/>
              <w:bottom w:val="nil"/>
              <w:right w:val="nil"/>
            </w:tcBorders>
            <w:vAlign w:val="bottom"/>
          </w:tcPr>
          <w:p w14:paraId="6D64711E" w14:textId="1374011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r>
      <w:tr w:rsidR="008F2D89" w:rsidRPr="00B2277C" w14:paraId="3CC41607" w14:textId="77777777" w:rsidTr="00207379">
        <w:tc>
          <w:tcPr>
            <w:tcW w:w="2112" w:type="dxa"/>
            <w:vAlign w:val="bottom"/>
          </w:tcPr>
          <w:p w14:paraId="3492A3EE" w14:textId="5153FE0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Shame/Guilt </w:t>
            </w:r>
          </w:p>
        </w:tc>
        <w:tc>
          <w:tcPr>
            <w:tcW w:w="1057" w:type="dxa"/>
            <w:tcBorders>
              <w:top w:val="nil"/>
              <w:left w:val="nil"/>
              <w:bottom w:val="nil"/>
              <w:right w:val="nil"/>
            </w:tcBorders>
            <w:vAlign w:val="bottom"/>
          </w:tcPr>
          <w:p w14:paraId="78A7B5E7" w14:textId="06C8E17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0.22</w:t>
            </w:r>
          </w:p>
        </w:tc>
        <w:tc>
          <w:tcPr>
            <w:tcW w:w="873" w:type="dxa"/>
            <w:tcBorders>
              <w:top w:val="nil"/>
              <w:left w:val="nil"/>
              <w:bottom w:val="nil"/>
              <w:right w:val="nil"/>
            </w:tcBorders>
            <w:vAlign w:val="bottom"/>
          </w:tcPr>
          <w:p w14:paraId="54FA53F4" w14:textId="5B0E97F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0.61</w:t>
            </w:r>
          </w:p>
        </w:tc>
        <w:tc>
          <w:tcPr>
            <w:tcW w:w="2283" w:type="dxa"/>
            <w:tcBorders>
              <w:top w:val="nil"/>
              <w:left w:val="nil"/>
              <w:bottom w:val="nil"/>
              <w:right w:val="nil"/>
            </w:tcBorders>
            <w:vAlign w:val="bottom"/>
          </w:tcPr>
          <w:p w14:paraId="2273AD35" w14:textId="77728442"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0.23</w:t>
            </w:r>
          </w:p>
        </w:tc>
        <w:tc>
          <w:tcPr>
            <w:tcW w:w="695" w:type="dxa"/>
            <w:tcBorders>
              <w:top w:val="nil"/>
              <w:left w:val="nil"/>
              <w:bottom w:val="nil"/>
              <w:right w:val="nil"/>
            </w:tcBorders>
            <w:vAlign w:val="bottom"/>
          </w:tcPr>
          <w:p w14:paraId="4AC87D81" w14:textId="25C5CF0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1350" w:type="dxa"/>
            <w:tcBorders>
              <w:top w:val="nil"/>
              <w:left w:val="nil"/>
              <w:bottom w:val="nil"/>
              <w:right w:val="nil"/>
            </w:tcBorders>
            <w:vAlign w:val="bottom"/>
          </w:tcPr>
          <w:p w14:paraId="0883A0FF" w14:textId="4091BB2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r>
      <w:tr w:rsidR="008F2D89" w:rsidRPr="00B2277C" w14:paraId="2770C82D" w14:textId="77777777" w:rsidTr="00207379">
        <w:tc>
          <w:tcPr>
            <w:tcW w:w="2112" w:type="dxa"/>
            <w:vAlign w:val="bottom"/>
          </w:tcPr>
          <w:p w14:paraId="112F804C" w14:textId="21B1C03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Non-</w:t>
            </w:r>
            <w:r w:rsidR="004C4FD8">
              <w:rPr>
                <w:rFonts w:ascii="Times New Roman" w:hAnsi="Times New Roman" w:cs="Times New Roman"/>
                <w:sz w:val="20"/>
                <w:szCs w:val="20"/>
              </w:rPr>
              <w:t>P</w:t>
            </w:r>
            <w:r w:rsidRPr="00207379">
              <w:rPr>
                <w:rFonts w:ascii="Times New Roman" w:hAnsi="Times New Roman" w:cs="Times New Roman"/>
                <w:sz w:val="20"/>
                <w:szCs w:val="20"/>
              </w:rPr>
              <w:t>ersistence</w:t>
            </w:r>
          </w:p>
        </w:tc>
        <w:tc>
          <w:tcPr>
            <w:tcW w:w="1057" w:type="dxa"/>
            <w:tcBorders>
              <w:top w:val="nil"/>
              <w:left w:val="nil"/>
              <w:bottom w:val="nil"/>
              <w:right w:val="nil"/>
            </w:tcBorders>
            <w:vAlign w:val="bottom"/>
          </w:tcPr>
          <w:p w14:paraId="66599270" w14:textId="15152AB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873" w:type="dxa"/>
            <w:tcBorders>
              <w:top w:val="nil"/>
              <w:left w:val="nil"/>
              <w:bottom w:val="nil"/>
              <w:right w:val="nil"/>
            </w:tcBorders>
            <w:vAlign w:val="bottom"/>
          </w:tcPr>
          <w:p w14:paraId="1553C0AF" w14:textId="1AACE59F"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0.54</w:t>
            </w:r>
          </w:p>
        </w:tc>
        <w:tc>
          <w:tcPr>
            <w:tcW w:w="2283" w:type="dxa"/>
            <w:tcBorders>
              <w:top w:val="nil"/>
              <w:left w:val="nil"/>
              <w:bottom w:val="nil"/>
              <w:right w:val="nil"/>
            </w:tcBorders>
            <w:vAlign w:val="bottom"/>
          </w:tcPr>
          <w:p w14:paraId="4913C5ED" w14:textId="56947E0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0.25</w:t>
            </w:r>
          </w:p>
        </w:tc>
        <w:tc>
          <w:tcPr>
            <w:tcW w:w="695" w:type="dxa"/>
            <w:tcBorders>
              <w:top w:val="nil"/>
              <w:left w:val="nil"/>
              <w:bottom w:val="nil"/>
              <w:right w:val="nil"/>
            </w:tcBorders>
            <w:vAlign w:val="bottom"/>
          </w:tcPr>
          <w:p w14:paraId="169CF276" w14:textId="447AB58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0.03</w:t>
            </w:r>
          </w:p>
        </w:tc>
        <w:tc>
          <w:tcPr>
            <w:tcW w:w="1350" w:type="dxa"/>
            <w:tcBorders>
              <w:top w:val="nil"/>
              <w:left w:val="nil"/>
              <w:bottom w:val="nil"/>
              <w:right w:val="nil"/>
            </w:tcBorders>
            <w:vAlign w:val="bottom"/>
          </w:tcPr>
          <w:p w14:paraId="1E0E58C9" w14:textId="48A2341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0.14</w:t>
            </w:r>
          </w:p>
        </w:tc>
      </w:tr>
      <w:tr w:rsidR="008F2D89" w:rsidRPr="00B2277C" w14:paraId="677DB9D9" w14:textId="77777777" w:rsidTr="00207379">
        <w:tc>
          <w:tcPr>
            <w:tcW w:w="2112" w:type="dxa"/>
            <w:vAlign w:val="bottom"/>
          </w:tcPr>
          <w:p w14:paraId="25100DD2" w14:textId="41497D9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Cognitive Problems </w:t>
            </w:r>
          </w:p>
        </w:tc>
        <w:tc>
          <w:tcPr>
            <w:tcW w:w="1057" w:type="dxa"/>
            <w:tcBorders>
              <w:top w:val="nil"/>
              <w:left w:val="nil"/>
              <w:bottom w:val="nil"/>
              <w:right w:val="nil"/>
            </w:tcBorders>
            <w:vAlign w:val="bottom"/>
          </w:tcPr>
          <w:p w14:paraId="73EEEBA8" w14:textId="4797860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873" w:type="dxa"/>
            <w:tcBorders>
              <w:top w:val="nil"/>
              <w:left w:val="nil"/>
              <w:bottom w:val="nil"/>
              <w:right w:val="nil"/>
            </w:tcBorders>
            <w:vAlign w:val="bottom"/>
          </w:tcPr>
          <w:p w14:paraId="2FD378FA" w14:textId="0EA7F477"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0.49</w:t>
            </w:r>
          </w:p>
        </w:tc>
        <w:tc>
          <w:tcPr>
            <w:tcW w:w="2283" w:type="dxa"/>
            <w:tcBorders>
              <w:top w:val="nil"/>
              <w:left w:val="nil"/>
              <w:bottom w:val="nil"/>
              <w:right w:val="nil"/>
            </w:tcBorders>
            <w:vAlign w:val="bottom"/>
          </w:tcPr>
          <w:p w14:paraId="5ED4ECB4" w14:textId="0A946BE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0.30</w:t>
            </w:r>
          </w:p>
        </w:tc>
        <w:tc>
          <w:tcPr>
            <w:tcW w:w="695" w:type="dxa"/>
            <w:tcBorders>
              <w:top w:val="nil"/>
              <w:left w:val="nil"/>
              <w:bottom w:val="nil"/>
              <w:right w:val="nil"/>
            </w:tcBorders>
            <w:vAlign w:val="bottom"/>
          </w:tcPr>
          <w:p w14:paraId="2989A616" w14:textId="13A0459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1350" w:type="dxa"/>
            <w:tcBorders>
              <w:top w:val="nil"/>
              <w:left w:val="nil"/>
              <w:bottom w:val="nil"/>
              <w:right w:val="nil"/>
            </w:tcBorders>
            <w:vAlign w:val="bottom"/>
          </w:tcPr>
          <w:p w14:paraId="20B554AA" w14:textId="527D677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r>
      <w:tr w:rsidR="008F2D89" w:rsidRPr="00B2277C" w14:paraId="4E99934D" w14:textId="77777777" w:rsidTr="00207379">
        <w:tc>
          <w:tcPr>
            <w:tcW w:w="2112" w:type="dxa"/>
            <w:vAlign w:val="bottom"/>
          </w:tcPr>
          <w:p w14:paraId="24DC92C6" w14:textId="18F9AE4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Anxious Worry</w:t>
            </w:r>
          </w:p>
        </w:tc>
        <w:tc>
          <w:tcPr>
            <w:tcW w:w="1057" w:type="dxa"/>
            <w:tcBorders>
              <w:top w:val="nil"/>
              <w:left w:val="nil"/>
              <w:bottom w:val="nil"/>
              <w:right w:val="nil"/>
            </w:tcBorders>
            <w:vAlign w:val="bottom"/>
          </w:tcPr>
          <w:p w14:paraId="3CF78222" w14:textId="1D5DCE5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c>
          <w:tcPr>
            <w:tcW w:w="873" w:type="dxa"/>
            <w:tcBorders>
              <w:top w:val="nil"/>
              <w:left w:val="nil"/>
              <w:bottom w:val="nil"/>
              <w:right w:val="nil"/>
            </w:tcBorders>
            <w:vAlign w:val="bottom"/>
          </w:tcPr>
          <w:p w14:paraId="7E4821C6" w14:textId="3F8636C3"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0.49</w:t>
            </w:r>
          </w:p>
        </w:tc>
        <w:tc>
          <w:tcPr>
            <w:tcW w:w="2283" w:type="dxa"/>
            <w:tcBorders>
              <w:top w:val="nil"/>
              <w:left w:val="nil"/>
              <w:bottom w:val="nil"/>
              <w:right w:val="nil"/>
            </w:tcBorders>
            <w:vAlign w:val="bottom"/>
          </w:tcPr>
          <w:p w14:paraId="30449773" w14:textId="7546385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0.25</w:t>
            </w:r>
          </w:p>
        </w:tc>
        <w:tc>
          <w:tcPr>
            <w:tcW w:w="695" w:type="dxa"/>
            <w:tcBorders>
              <w:top w:val="nil"/>
              <w:left w:val="nil"/>
              <w:bottom w:val="nil"/>
              <w:right w:val="nil"/>
            </w:tcBorders>
            <w:vAlign w:val="bottom"/>
          </w:tcPr>
          <w:p w14:paraId="5272ED9E" w14:textId="5E9FC78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0.27</w:t>
            </w:r>
          </w:p>
        </w:tc>
        <w:tc>
          <w:tcPr>
            <w:tcW w:w="1350" w:type="dxa"/>
            <w:tcBorders>
              <w:top w:val="nil"/>
              <w:left w:val="nil"/>
              <w:bottom w:val="nil"/>
              <w:right w:val="nil"/>
            </w:tcBorders>
            <w:vAlign w:val="bottom"/>
          </w:tcPr>
          <w:p w14:paraId="1E12B43F" w14:textId="08191B9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r>
      <w:tr w:rsidR="008F2D89" w:rsidRPr="00B2277C" w14:paraId="1934D70C" w14:textId="77777777" w:rsidTr="00207379">
        <w:tc>
          <w:tcPr>
            <w:tcW w:w="2112" w:type="dxa"/>
            <w:vAlign w:val="bottom"/>
          </w:tcPr>
          <w:p w14:paraId="42BE57AF" w14:textId="410EFA8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Irritability </w:t>
            </w:r>
          </w:p>
        </w:tc>
        <w:tc>
          <w:tcPr>
            <w:tcW w:w="1057" w:type="dxa"/>
            <w:tcBorders>
              <w:top w:val="nil"/>
              <w:left w:val="nil"/>
              <w:bottom w:val="nil"/>
              <w:right w:val="nil"/>
            </w:tcBorders>
            <w:vAlign w:val="bottom"/>
          </w:tcPr>
          <w:p w14:paraId="1B36A1AE" w14:textId="6BF9201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873" w:type="dxa"/>
            <w:tcBorders>
              <w:top w:val="nil"/>
              <w:left w:val="nil"/>
              <w:bottom w:val="nil"/>
              <w:right w:val="nil"/>
            </w:tcBorders>
            <w:vAlign w:val="bottom"/>
          </w:tcPr>
          <w:p w14:paraId="19E5402B" w14:textId="17DCCF88"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0.46</w:t>
            </w:r>
          </w:p>
        </w:tc>
        <w:tc>
          <w:tcPr>
            <w:tcW w:w="2283" w:type="dxa"/>
            <w:tcBorders>
              <w:top w:val="nil"/>
              <w:left w:val="nil"/>
              <w:bottom w:val="nil"/>
              <w:right w:val="nil"/>
            </w:tcBorders>
            <w:vAlign w:val="bottom"/>
          </w:tcPr>
          <w:p w14:paraId="0ADB6EB1" w14:textId="1364C35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0.23</w:t>
            </w:r>
          </w:p>
        </w:tc>
        <w:tc>
          <w:tcPr>
            <w:tcW w:w="695" w:type="dxa"/>
            <w:tcBorders>
              <w:top w:val="nil"/>
              <w:left w:val="nil"/>
              <w:bottom w:val="nil"/>
              <w:right w:val="nil"/>
            </w:tcBorders>
            <w:vAlign w:val="bottom"/>
          </w:tcPr>
          <w:p w14:paraId="1F323134" w14:textId="0BEBE7B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0.20</w:t>
            </w:r>
          </w:p>
        </w:tc>
        <w:tc>
          <w:tcPr>
            <w:tcW w:w="1350" w:type="dxa"/>
            <w:tcBorders>
              <w:top w:val="nil"/>
              <w:left w:val="nil"/>
              <w:bottom w:val="nil"/>
              <w:right w:val="nil"/>
            </w:tcBorders>
            <w:vAlign w:val="bottom"/>
          </w:tcPr>
          <w:p w14:paraId="63965481" w14:textId="51FBC74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r>
      <w:tr w:rsidR="008F2D89" w:rsidRPr="00B2277C" w14:paraId="11AF6E12" w14:textId="77777777" w:rsidTr="00207379">
        <w:tc>
          <w:tcPr>
            <w:tcW w:w="2112" w:type="dxa"/>
            <w:vAlign w:val="bottom"/>
          </w:tcPr>
          <w:p w14:paraId="03406A5B" w14:textId="6588107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Social Aloofness</w:t>
            </w:r>
          </w:p>
        </w:tc>
        <w:tc>
          <w:tcPr>
            <w:tcW w:w="1057" w:type="dxa"/>
            <w:tcBorders>
              <w:top w:val="nil"/>
              <w:left w:val="nil"/>
              <w:bottom w:val="nil"/>
              <w:right w:val="nil"/>
            </w:tcBorders>
            <w:vAlign w:val="bottom"/>
          </w:tcPr>
          <w:p w14:paraId="593CC487" w14:textId="45B6F3E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0.29</w:t>
            </w:r>
          </w:p>
        </w:tc>
        <w:tc>
          <w:tcPr>
            <w:tcW w:w="873" w:type="dxa"/>
            <w:tcBorders>
              <w:top w:val="nil"/>
              <w:left w:val="nil"/>
              <w:bottom w:val="nil"/>
              <w:right w:val="nil"/>
            </w:tcBorders>
            <w:vAlign w:val="bottom"/>
          </w:tcPr>
          <w:p w14:paraId="0B4C53FA" w14:textId="1AA38048"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0.42</w:t>
            </w:r>
          </w:p>
        </w:tc>
        <w:tc>
          <w:tcPr>
            <w:tcW w:w="2283" w:type="dxa"/>
            <w:tcBorders>
              <w:top w:val="nil"/>
              <w:left w:val="nil"/>
              <w:bottom w:val="nil"/>
              <w:right w:val="nil"/>
            </w:tcBorders>
            <w:vAlign w:val="bottom"/>
          </w:tcPr>
          <w:p w14:paraId="0A3E5BA4" w14:textId="1228DE5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695" w:type="dxa"/>
            <w:tcBorders>
              <w:top w:val="nil"/>
              <w:left w:val="nil"/>
              <w:bottom w:val="nil"/>
              <w:right w:val="nil"/>
            </w:tcBorders>
            <w:vAlign w:val="bottom"/>
          </w:tcPr>
          <w:p w14:paraId="154E5070" w14:textId="655FF6E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0.22</w:t>
            </w:r>
          </w:p>
        </w:tc>
        <w:tc>
          <w:tcPr>
            <w:tcW w:w="1350" w:type="dxa"/>
            <w:tcBorders>
              <w:top w:val="nil"/>
              <w:left w:val="nil"/>
              <w:bottom w:val="nil"/>
              <w:right w:val="nil"/>
            </w:tcBorders>
            <w:vAlign w:val="bottom"/>
          </w:tcPr>
          <w:p w14:paraId="78709274" w14:textId="1718D28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r>
      <w:tr w:rsidR="008F2D89" w:rsidRPr="00B2277C" w14:paraId="186C5D8D" w14:textId="77777777" w:rsidTr="00207379">
        <w:tc>
          <w:tcPr>
            <w:tcW w:w="2112" w:type="dxa"/>
            <w:vAlign w:val="bottom"/>
          </w:tcPr>
          <w:p w14:paraId="3A3079B8" w14:textId="49F1B69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Disorganization </w:t>
            </w:r>
          </w:p>
        </w:tc>
        <w:tc>
          <w:tcPr>
            <w:tcW w:w="1057" w:type="dxa"/>
            <w:tcBorders>
              <w:top w:val="nil"/>
              <w:left w:val="nil"/>
              <w:bottom w:val="nil"/>
              <w:right w:val="nil"/>
            </w:tcBorders>
            <w:vAlign w:val="bottom"/>
          </w:tcPr>
          <w:p w14:paraId="70BA6A99" w14:textId="0B1DB4C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c>
          <w:tcPr>
            <w:tcW w:w="873" w:type="dxa"/>
            <w:tcBorders>
              <w:top w:val="nil"/>
              <w:left w:val="nil"/>
              <w:bottom w:val="nil"/>
              <w:right w:val="nil"/>
            </w:tcBorders>
            <w:vAlign w:val="bottom"/>
          </w:tcPr>
          <w:p w14:paraId="3A9858DB" w14:textId="45BD9E17"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0.42</w:t>
            </w:r>
          </w:p>
        </w:tc>
        <w:tc>
          <w:tcPr>
            <w:tcW w:w="2283" w:type="dxa"/>
            <w:tcBorders>
              <w:top w:val="nil"/>
              <w:left w:val="nil"/>
              <w:bottom w:val="nil"/>
              <w:right w:val="nil"/>
            </w:tcBorders>
            <w:vAlign w:val="bottom"/>
          </w:tcPr>
          <w:p w14:paraId="0195AB58" w14:textId="7B92C80F"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0.21</w:t>
            </w:r>
          </w:p>
        </w:tc>
        <w:tc>
          <w:tcPr>
            <w:tcW w:w="695" w:type="dxa"/>
            <w:tcBorders>
              <w:top w:val="nil"/>
              <w:left w:val="nil"/>
              <w:bottom w:val="nil"/>
              <w:right w:val="nil"/>
            </w:tcBorders>
            <w:vAlign w:val="bottom"/>
          </w:tcPr>
          <w:p w14:paraId="65DB0404" w14:textId="4DD1505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0.03</w:t>
            </w:r>
          </w:p>
        </w:tc>
        <w:tc>
          <w:tcPr>
            <w:tcW w:w="1350" w:type="dxa"/>
            <w:tcBorders>
              <w:top w:val="nil"/>
              <w:left w:val="nil"/>
              <w:bottom w:val="nil"/>
              <w:right w:val="nil"/>
            </w:tcBorders>
            <w:vAlign w:val="bottom"/>
          </w:tcPr>
          <w:p w14:paraId="1E35FE60" w14:textId="279D4F7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0.25</w:t>
            </w:r>
          </w:p>
        </w:tc>
      </w:tr>
      <w:tr w:rsidR="008F2D89" w:rsidRPr="00B2277C" w14:paraId="5E9D5BC2" w14:textId="77777777" w:rsidTr="00207379">
        <w:tc>
          <w:tcPr>
            <w:tcW w:w="2112" w:type="dxa"/>
            <w:vAlign w:val="bottom"/>
          </w:tcPr>
          <w:p w14:paraId="7EDD17C4" w14:textId="159AD19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Social Anxiety </w:t>
            </w:r>
          </w:p>
        </w:tc>
        <w:tc>
          <w:tcPr>
            <w:tcW w:w="1057" w:type="dxa"/>
            <w:tcBorders>
              <w:top w:val="nil"/>
              <w:left w:val="nil"/>
              <w:bottom w:val="nil"/>
              <w:right w:val="nil"/>
            </w:tcBorders>
            <w:vAlign w:val="bottom"/>
          </w:tcPr>
          <w:p w14:paraId="02E5A4C1" w14:textId="4241A33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0.14</w:t>
            </w:r>
          </w:p>
        </w:tc>
        <w:tc>
          <w:tcPr>
            <w:tcW w:w="873" w:type="dxa"/>
            <w:tcBorders>
              <w:top w:val="nil"/>
              <w:left w:val="nil"/>
              <w:bottom w:val="nil"/>
              <w:right w:val="nil"/>
            </w:tcBorders>
            <w:vAlign w:val="bottom"/>
          </w:tcPr>
          <w:p w14:paraId="3EEE3ED4" w14:textId="1DA63B28"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0.37</w:t>
            </w:r>
          </w:p>
        </w:tc>
        <w:tc>
          <w:tcPr>
            <w:tcW w:w="2283" w:type="dxa"/>
            <w:tcBorders>
              <w:top w:val="nil"/>
              <w:left w:val="nil"/>
              <w:bottom w:val="nil"/>
              <w:right w:val="nil"/>
            </w:tcBorders>
            <w:vAlign w:val="bottom"/>
          </w:tcPr>
          <w:p w14:paraId="54ED2621" w14:textId="3CBBE262"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0.05</w:t>
            </w:r>
          </w:p>
        </w:tc>
        <w:tc>
          <w:tcPr>
            <w:tcW w:w="695" w:type="dxa"/>
            <w:tcBorders>
              <w:top w:val="nil"/>
              <w:left w:val="nil"/>
              <w:bottom w:val="nil"/>
              <w:right w:val="nil"/>
            </w:tcBorders>
            <w:vAlign w:val="bottom"/>
          </w:tcPr>
          <w:p w14:paraId="28DCAC09" w14:textId="0C9C85B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0.34</w:t>
            </w:r>
          </w:p>
        </w:tc>
        <w:tc>
          <w:tcPr>
            <w:tcW w:w="1350" w:type="dxa"/>
            <w:tcBorders>
              <w:top w:val="nil"/>
              <w:left w:val="nil"/>
              <w:bottom w:val="nil"/>
              <w:right w:val="nil"/>
            </w:tcBorders>
            <w:vAlign w:val="bottom"/>
          </w:tcPr>
          <w:p w14:paraId="34C0AC43" w14:textId="7E59DEE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r>
      <w:tr w:rsidR="008F2D89" w:rsidRPr="00B2277C" w14:paraId="7F89CE3E" w14:textId="77777777" w:rsidTr="00207379">
        <w:tc>
          <w:tcPr>
            <w:tcW w:w="2112" w:type="dxa"/>
            <w:vAlign w:val="bottom"/>
          </w:tcPr>
          <w:p w14:paraId="0C9AE2FA" w14:textId="56C6696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Suicidality </w:t>
            </w:r>
          </w:p>
        </w:tc>
        <w:tc>
          <w:tcPr>
            <w:tcW w:w="1057" w:type="dxa"/>
            <w:tcBorders>
              <w:top w:val="nil"/>
              <w:left w:val="nil"/>
              <w:bottom w:val="nil"/>
              <w:right w:val="nil"/>
            </w:tcBorders>
            <w:vAlign w:val="bottom"/>
          </w:tcPr>
          <w:p w14:paraId="2D023AC8" w14:textId="3F6C06C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c>
          <w:tcPr>
            <w:tcW w:w="873" w:type="dxa"/>
            <w:tcBorders>
              <w:top w:val="nil"/>
              <w:left w:val="nil"/>
              <w:bottom w:val="nil"/>
              <w:right w:val="nil"/>
            </w:tcBorders>
            <w:vAlign w:val="bottom"/>
          </w:tcPr>
          <w:p w14:paraId="4995D9B5" w14:textId="729EEAD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0.34</w:t>
            </w:r>
          </w:p>
        </w:tc>
        <w:tc>
          <w:tcPr>
            <w:tcW w:w="2283" w:type="dxa"/>
            <w:tcBorders>
              <w:top w:val="nil"/>
              <w:left w:val="nil"/>
              <w:bottom w:val="nil"/>
              <w:right w:val="nil"/>
            </w:tcBorders>
            <w:vAlign w:val="bottom"/>
          </w:tcPr>
          <w:p w14:paraId="14CDC06F" w14:textId="4042CEE0"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0.10</w:t>
            </w:r>
          </w:p>
        </w:tc>
        <w:tc>
          <w:tcPr>
            <w:tcW w:w="695" w:type="dxa"/>
            <w:tcBorders>
              <w:top w:val="nil"/>
              <w:left w:val="nil"/>
              <w:bottom w:val="nil"/>
              <w:right w:val="nil"/>
            </w:tcBorders>
            <w:vAlign w:val="bottom"/>
          </w:tcPr>
          <w:p w14:paraId="345C2756" w14:textId="5932379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1350" w:type="dxa"/>
            <w:tcBorders>
              <w:top w:val="nil"/>
              <w:left w:val="nil"/>
              <w:bottom w:val="nil"/>
              <w:right w:val="nil"/>
            </w:tcBorders>
            <w:vAlign w:val="bottom"/>
          </w:tcPr>
          <w:p w14:paraId="4E5DCCE2" w14:textId="45308AB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0.29</w:t>
            </w:r>
          </w:p>
        </w:tc>
      </w:tr>
      <w:tr w:rsidR="008F2D89" w:rsidRPr="00B2277C" w14:paraId="732B7FA5" w14:textId="77777777" w:rsidTr="00207379">
        <w:tc>
          <w:tcPr>
            <w:tcW w:w="2112" w:type="dxa"/>
            <w:vAlign w:val="bottom"/>
          </w:tcPr>
          <w:p w14:paraId="0E599D84" w14:textId="446D977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Body Focus </w:t>
            </w:r>
          </w:p>
        </w:tc>
        <w:tc>
          <w:tcPr>
            <w:tcW w:w="1057" w:type="dxa"/>
            <w:tcBorders>
              <w:top w:val="nil"/>
              <w:left w:val="nil"/>
              <w:bottom w:val="nil"/>
              <w:right w:val="nil"/>
            </w:tcBorders>
            <w:vAlign w:val="bottom"/>
          </w:tcPr>
          <w:p w14:paraId="1EFC822F" w14:textId="099800E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-0.03</w:t>
            </w:r>
          </w:p>
        </w:tc>
        <w:tc>
          <w:tcPr>
            <w:tcW w:w="873" w:type="dxa"/>
            <w:tcBorders>
              <w:top w:val="nil"/>
              <w:left w:val="nil"/>
              <w:bottom w:val="nil"/>
              <w:right w:val="nil"/>
            </w:tcBorders>
            <w:vAlign w:val="bottom"/>
          </w:tcPr>
          <w:p w14:paraId="581B0583" w14:textId="3ECD6257"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-0.09</w:t>
            </w:r>
          </w:p>
        </w:tc>
        <w:tc>
          <w:tcPr>
            <w:tcW w:w="2283" w:type="dxa"/>
            <w:tcBorders>
              <w:top w:val="nil"/>
              <w:left w:val="nil"/>
              <w:bottom w:val="nil"/>
              <w:right w:val="nil"/>
            </w:tcBorders>
            <w:vAlign w:val="bottom"/>
          </w:tcPr>
          <w:p w14:paraId="1FAF5486" w14:textId="5C03D6D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0.63</w:t>
            </w:r>
          </w:p>
        </w:tc>
        <w:tc>
          <w:tcPr>
            <w:tcW w:w="695" w:type="dxa"/>
            <w:tcBorders>
              <w:top w:val="nil"/>
              <w:left w:val="nil"/>
              <w:bottom w:val="nil"/>
              <w:right w:val="nil"/>
            </w:tcBorders>
            <w:vAlign w:val="bottom"/>
          </w:tcPr>
          <w:p w14:paraId="244A5BAB" w14:textId="1191D65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c>
          <w:tcPr>
            <w:tcW w:w="1350" w:type="dxa"/>
            <w:tcBorders>
              <w:top w:val="nil"/>
              <w:left w:val="nil"/>
              <w:bottom w:val="nil"/>
              <w:right w:val="nil"/>
            </w:tcBorders>
            <w:vAlign w:val="bottom"/>
          </w:tcPr>
          <w:p w14:paraId="53AB716F" w14:textId="126AC64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r>
      <w:tr w:rsidR="008F2D89" w:rsidRPr="00B2277C" w14:paraId="26CB06A6" w14:textId="77777777" w:rsidTr="00207379">
        <w:tc>
          <w:tcPr>
            <w:tcW w:w="2112" w:type="dxa"/>
            <w:vAlign w:val="bottom"/>
          </w:tcPr>
          <w:p w14:paraId="20B3510C" w14:textId="4B854AF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Exhibitionism   </w:t>
            </w:r>
          </w:p>
        </w:tc>
        <w:tc>
          <w:tcPr>
            <w:tcW w:w="1057" w:type="dxa"/>
            <w:tcBorders>
              <w:top w:val="nil"/>
              <w:left w:val="nil"/>
              <w:bottom w:val="nil"/>
              <w:right w:val="nil"/>
            </w:tcBorders>
            <w:vAlign w:val="bottom"/>
          </w:tcPr>
          <w:p w14:paraId="1A390EDB" w14:textId="140B5DC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873" w:type="dxa"/>
            <w:tcBorders>
              <w:top w:val="nil"/>
              <w:left w:val="nil"/>
              <w:bottom w:val="nil"/>
              <w:right w:val="nil"/>
            </w:tcBorders>
            <w:vAlign w:val="bottom"/>
          </w:tcPr>
          <w:p w14:paraId="19FBA4B4" w14:textId="3CE4060C"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-0.15</w:t>
            </w:r>
          </w:p>
        </w:tc>
        <w:tc>
          <w:tcPr>
            <w:tcW w:w="2283" w:type="dxa"/>
            <w:tcBorders>
              <w:top w:val="nil"/>
              <w:left w:val="nil"/>
              <w:bottom w:val="nil"/>
              <w:right w:val="nil"/>
            </w:tcBorders>
            <w:vAlign w:val="bottom"/>
          </w:tcPr>
          <w:p w14:paraId="65EA4942" w14:textId="3A98FBB2"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0.59</w:t>
            </w:r>
          </w:p>
        </w:tc>
        <w:tc>
          <w:tcPr>
            <w:tcW w:w="695" w:type="dxa"/>
            <w:tcBorders>
              <w:top w:val="nil"/>
              <w:left w:val="nil"/>
              <w:bottom w:val="nil"/>
              <w:right w:val="nil"/>
            </w:tcBorders>
            <w:vAlign w:val="bottom"/>
          </w:tcPr>
          <w:p w14:paraId="680947D5" w14:textId="0DB5141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c>
          <w:tcPr>
            <w:tcW w:w="1350" w:type="dxa"/>
            <w:tcBorders>
              <w:top w:val="nil"/>
              <w:left w:val="nil"/>
              <w:bottom w:val="nil"/>
              <w:right w:val="nil"/>
            </w:tcBorders>
            <w:vAlign w:val="bottom"/>
          </w:tcPr>
          <w:p w14:paraId="4715B4EF" w14:textId="2B522B7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0.29</w:t>
            </w:r>
          </w:p>
        </w:tc>
      </w:tr>
      <w:tr w:rsidR="008F2D89" w:rsidRPr="00B2277C" w14:paraId="29EA54B6" w14:textId="77777777" w:rsidTr="00207379">
        <w:tc>
          <w:tcPr>
            <w:tcW w:w="2112" w:type="dxa"/>
            <w:vAlign w:val="bottom"/>
          </w:tcPr>
          <w:p w14:paraId="289D3A6E" w14:textId="26F3045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Domineering</w:t>
            </w:r>
          </w:p>
        </w:tc>
        <w:tc>
          <w:tcPr>
            <w:tcW w:w="1057" w:type="dxa"/>
            <w:tcBorders>
              <w:top w:val="nil"/>
              <w:left w:val="nil"/>
              <w:bottom w:val="nil"/>
              <w:right w:val="nil"/>
            </w:tcBorders>
            <w:vAlign w:val="bottom"/>
          </w:tcPr>
          <w:p w14:paraId="32D75166" w14:textId="318C3F6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873" w:type="dxa"/>
            <w:tcBorders>
              <w:top w:val="nil"/>
              <w:left w:val="nil"/>
              <w:bottom w:val="nil"/>
              <w:right w:val="nil"/>
            </w:tcBorders>
            <w:vAlign w:val="bottom"/>
          </w:tcPr>
          <w:p w14:paraId="095A7BD1" w14:textId="7389AAA6"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-0.23</w:t>
            </w:r>
          </w:p>
        </w:tc>
        <w:tc>
          <w:tcPr>
            <w:tcW w:w="2283" w:type="dxa"/>
            <w:tcBorders>
              <w:top w:val="nil"/>
              <w:left w:val="nil"/>
              <w:bottom w:val="nil"/>
              <w:right w:val="nil"/>
            </w:tcBorders>
            <w:vAlign w:val="bottom"/>
          </w:tcPr>
          <w:p w14:paraId="6F4CB885" w14:textId="42B05588"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0.51</w:t>
            </w:r>
          </w:p>
        </w:tc>
        <w:tc>
          <w:tcPr>
            <w:tcW w:w="695" w:type="dxa"/>
            <w:tcBorders>
              <w:top w:val="nil"/>
              <w:left w:val="nil"/>
              <w:bottom w:val="nil"/>
              <w:right w:val="nil"/>
            </w:tcBorders>
            <w:vAlign w:val="bottom"/>
          </w:tcPr>
          <w:p w14:paraId="6D4FBDF9" w14:textId="5A35990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c>
          <w:tcPr>
            <w:tcW w:w="1350" w:type="dxa"/>
            <w:tcBorders>
              <w:top w:val="nil"/>
              <w:left w:val="nil"/>
              <w:bottom w:val="nil"/>
              <w:right w:val="nil"/>
            </w:tcBorders>
            <w:vAlign w:val="bottom"/>
          </w:tcPr>
          <w:p w14:paraId="2737FCCF" w14:textId="160CB76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0.08</w:t>
            </w:r>
          </w:p>
        </w:tc>
      </w:tr>
      <w:tr w:rsidR="008F2D89" w:rsidRPr="00B2277C" w14:paraId="1EABCE6E" w14:textId="77777777" w:rsidTr="00207379">
        <w:tc>
          <w:tcPr>
            <w:tcW w:w="2112" w:type="dxa"/>
            <w:vAlign w:val="bottom"/>
          </w:tcPr>
          <w:p w14:paraId="2FEC6D3B" w14:textId="6C82C63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Entitlement </w:t>
            </w:r>
          </w:p>
        </w:tc>
        <w:tc>
          <w:tcPr>
            <w:tcW w:w="1057" w:type="dxa"/>
            <w:tcBorders>
              <w:top w:val="nil"/>
              <w:left w:val="nil"/>
              <w:bottom w:val="nil"/>
              <w:right w:val="nil"/>
            </w:tcBorders>
            <w:vAlign w:val="bottom"/>
          </w:tcPr>
          <w:p w14:paraId="1C27482D" w14:textId="6DD2305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0.12</w:t>
            </w:r>
          </w:p>
        </w:tc>
        <w:tc>
          <w:tcPr>
            <w:tcW w:w="873" w:type="dxa"/>
            <w:tcBorders>
              <w:top w:val="nil"/>
              <w:left w:val="nil"/>
              <w:bottom w:val="nil"/>
              <w:right w:val="nil"/>
            </w:tcBorders>
            <w:vAlign w:val="bottom"/>
          </w:tcPr>
          <w:p w14:paraId="2A08B4B9" w14:textId="03FC8A8D"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0.09</w:t>
            </w:r>
          </w:p>
        </w:tc>
        <w:tc>
          <w:tcPr>
            <w:tcW w:w="2283" w:type="dxa"/>
            <w:tcBorders>
              <w:top w:val="nil"/>
              <w:left w:val="nil"/>
              <w:bottom w:val="nil"/>
              <w:right w:val="nil"/>
            </w:tcBorders>
            <w:vAlign w:val="bottom"/>
          </w:tcPr>
          <w:p w14:paraId="2B09F6E6" w14:textId="06E88D9F"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0.49</w:t>
            </w:r>
          </w:p>
        </w:tc>
        <w:tc>
          <w:tcPr>
            <w:tcW w:w="695" w:type="dxa"/>
            <w:tcBorders>
              <w:top w:val="nil"/>
              <w:left w:val="nil"/>
              <w:bottom w:val="nil"/>
              <w:right w:val="nil"/>
            </w:tcBorders>
            <w:vAlign w:val="bottom"/>
          </w:tcPr>
          <w:p w14:paraId="3851994A" w14:textId="35D4F62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1350" w:type="dxa"/>
            <w:tcBorders>
              <w:top w:val="nil"/>
              <w:left w:val="nil"/>
              <w:bottom w:val="nil"/>
              <w:right w:val="nil"/>
            </w:tcBorders>
            <w:vAlign w:val="bottom"/>
          </w:tcPr>
          <w:p w14:paraId="2D728D84" w14:textId="3771667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0.20</w:t>
            </w:r>
          </w:p>
        </w:tc>
      </w:tr>
      <w:tr w:rsidR="008F2D89" w:rsidRPr="00B2277C" w14:paraId="291708BC" w14:textId="77777777" w:rsidTr="00207379">
        <w:tc>
          <w:tcPr>
            <w:tcW w:w="2112" w:type="dxa"/>
            <w:vAlign w:val="bottom"/>
          </w:tcPr>
          <w:p w14:paraId="6AD00D7B" w14:textId="5F0CE23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Perfectionism </w:t>
            </w:r>
          </w:p>
        </w:tc>
        <w:tc>
          <w:tcPr>
            <w:tcW w:w="1057" w:type="dxa"/>
            <w:tcBorders>
              <w:top w:val="nil"/>
              <w:left w:val="nil"/>
              <w:bottom w:val="nil"/>
              <w:right w:val="nil"/>
            </w:tcBorders>
            <w:vAlign w:val="bottom"/>
          </w:tcPr>
          <w:p w14:paraId="4AA20831" w14:textId="79E894C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873" w:type="dxa"/>
            <w:tcBorders>
              <w:top w:val="nil"/>
              <w:left w:val="nil"/>
              <w:bottom w:val="nil"/>
              <w:right w:val="nil"/>
            </w:tcBorders>
            <w:vAlign w:val="bottom"/>
          </w:tcPr>
          <w:p w14:paraId="452117D7" w14:textId="237FADA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2283" w:type="dxa"/>
            <w:tcBorders>
              <w:top w:val="nil"/>
              <w:left w:val="nil"/>
              <w:bottom w:val="nil"/>
              <w:right w:val="nil"/>
            </w:tcBorders>
            <w:vAlign w:val="bottom"/>
          </w:tcPr>
          <w:p w14:paraId="219C7D5B" w14:textId="22FEFB5D"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0.46</w:t>
            </w:r>
          </w:p>
        </w:tc>
        <w:tc>
          <w:tcPr>
            <w:tcW w:w="695" w:type="dxa"/>
            <w:tcBorders>
              <w:top w:val="nil"/>
              <w:left w:val="nil"/>
              <w:bottom w:val="nil"/>
              <w:right w:val="nil"/>
            </w:tcBorders>
            <w:vAlign w:val="bottom"/>
          </w:tcPr>
          <w:p w14:paraId="0B81D544" w14:textId="67F954A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1350" w:type="dxa"/>
            <w:tcBorders>
              <w:top w:val="nil"/>
              <w:left w:val="nil"/>
              <w:bottom w:val="nil"/>
              <w:right w:val="nil"/>
            </w:tcBorders>
            <w:vAlign w:val="bottom"/>
          </w:tcPr>
          <w:p w14:paraId="0EDF56F1" w14:textId="2491AA1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r>
      <w:tr w:rsidR="008F2D89" w:rsidRPr="00B2277C" w14:paraId="0EF38266" w14:textId="77777777" w:rsidTr="00207379">
        <w:tc>
          <w:tcPr>
            <w:tcW w:w="2112" w:type="dxa"/>
            <w:vAlign w:val="bottom"/>
          </w:tcPr>
          <w:p w14:paraId="54EF3C0F" w14:textId="4D88EF6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Checking </w:t>
            </w:r>
          </w:p>
        </w:tc>
        <w:tc>
          <w:tcPr>
            <w:tcW w:w="1057" w:type="dxa"/>
            <w:tcBorders>
              <w:top w:val="nil"/>
              <w:left w:val="nil"/>
              <w:bottom w:val="nil"/>
              <w:right w:val="nil"/>
            </w:tcBorders>
            <w:vAlign w:val="bottom"/>
          </w:tcPr>
          <w:p w14:paraId="78DFEE5A" w14:textId="62D1D67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873" w:type="dxa"/>
            <w:tcBorders>
              <w:top w:val="nil"/>
              <w:left w:val="nil"/>
              <w:bottom w:val="nil"/>
              <w:right w:val="nil"/>
            </w:tcBorders>
            <w:vAlign w:val="bottom"/>
          </w:tcPr>
          <w:p w14:paraId="41C7E9E8" w14:textId="5B59B49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0.22</w:t>
            </w:r>
          </w:p>
        </w:tc>
        <w:tc>
          <w:tcPr>
            <w:tcW w:w="2283" w:type="dxa"/>
            <w:tcBorders>
              <w:top w:val="nil"/>
              <w:left w:val="nil"/>
              <w:bottom w:val="nil"/>
              <w:right w:val="nil"/>
            </w:tcBorders>
            <w:vAlign w:val="bottom"/>
          </w:tcPr>
          <w:p w14:paraId="2D6542D2" w14:textId="0A84CB88"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0.41</w:t>
            </w:r>
          </w:p>
        </w:tc>
        <w:tc>
          <w:tcPr>
            <w:tcW w:w="695" w:type="dxa"/>
            <w:tcBorders>
              <w:top w:val="nil"/>
              <w:left w:val="nil"/>
              <w:bottom w:val="nil"/>
              <w:right w:val="nil"/>
            </w:tcBorders>
            <w:vAlign w:val="bottom"/>
          </w:tcPr>
          <w:p w14:paraId="20C14E74" w14:textId="231356D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0.29</w:t>
            </w:r>
          </w:p>
        </w:tc>
        <w:tc>
          <w:tcPr>
            <w:tcW w:w="1350" w:type="dxa"/>
            <w:tcBorders>
              <w:top w:val="nil"/>
              <w:left w:val="nil"/>
              <w:bottom w:val="nil"/>
              <w:right w:val="nil"/>
            </w:tcBorders>
            <w:vAlign w:val="bottom"/>
          </w:tcPr>
          <w:p w14:paraId="32EB7BA7" w14:textId="1721511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r>
      <w:tr w:rsidR="008F2D89" w:rsidRPr="00B2277C" w14:paraId="529507DF" w14:textId="77777777" w:rsidTr="00207379">
        <w:tc>
          <w:tcPr>
            <w:tcW w:w="2112" w:type="dxa"/>
            <w:vAlign w:val="bottom"/>
          </w:tcPr>
          <w:p w14:paraId="089E7E0E" w14:textId="0AD4FA0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Muscle Building </w:t>
            </w:r>
          </w:p>
        </w:tc>
        <w:tc>
          <w:tcPr>
            <w:tcW w:w="1057" w:type="dxa"/>
            <w:tcBorders>
              <w:top w:val="nil"/>
              <w:left w:val="nil"/>
              <w:bottom w:val="nil"/>
              <w:right w:val="nil"/>
            </w:tcBorders>
            <w:vAlign w:val="bottom"/>
          </w:tcPr>
          <w:p w14:paraId="4356A13F" w14:textId="1780A32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0.03</w:t>
            </w:r>
          </w:p>
        </w:tc>
        <w:tc>
          <w:tcPr>
            <w:tcW w:w="873" w:type="dxa"/>
            <w:tcBorders>
              <w:top w:val="nil"/>
              <w:left w:val="nil"/>
              <w:bottom w:val="nil"/>
              <w:right w:val="nil"/>
            </w:tcBorders>
            <w:vAlign w:val="bottom"/>
          </w:tcPr>
          <w:p w14:paraId="6D74D6A2" w14:textId="140704D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-0.23</w:t>
            </w:r>
          </w:p>
        </w:tc>
        <w:tc>
          <w:tcPr>
            <w:tcW w:w="2283" w:type="dxa"/>
            <w:tcBorders>
              <w:top w:val="nil"/>
              <w:left w:val="nil"/>
              <w:bottom w:val="nil"/>
              <w:right w:val="nil"/>
            </w:tcBorders>
            <w:vAlign w:val="bottom"/>
          </w:tcPr>
          <w:p w14:paraId="365B0282" w14:textId="746893A7"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0.40</w:t>
            </w:r>
          </w:p>
        </w:tc>
        <w:tc>
          <w:tcPr>
            <w:tcW w:w="695" w:type="dxa"/>
            <w:tcBorders>
              <w:top w:val="nil"/>
              <w:left w:val="nil"/>
              <w:bottom w:val="nil"/>
              <w:right w:val="nil"/>
            </w:tcBorders>
            <w:vAlign w:val="bottom"/>
          </w:tcPr>
          <w:p w14:paraId="5C7C003A" w14:textId="64E6915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c>
          <w:tcPr>
            <w:tcW w:w="1350" w:type="dxa"/>
            <w:tcBorders>
              <w:top w:val="nil"/>
              <w:left w:val="nil"/>
              <w:bottom w:val="nil"/>
              <w:right w:val="nil"/>
            </w:tcBorders>
            <w:vAlign w:val="bottom"/>
          </w:tcPr>
          <w:p w14:paraId="1C21AA75" w14:textId="0C07899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r>
      <w:tr w:rsidR="008F2D89" w:rsidRPr="00B2277C" w14:paraId="47460E93" w14:textId="77777777" w:rsidTr="00207379">
        <w:tc>
          <w:tcPr>
            <w:tcW w:w="2112" w:type="dxa"/>
            <w:vAlign w:val="bottom"/>
          </w:tcPr>
          <w:p w14:paraId="67D48973" w14:textId="28C4886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Somatic Preoccupation</w:t>
            </w:r>
          </w:p>
        </w:tc>
        <w:tc>
          <w:tcPr>
            <w:tcW w:w="1057" w:type="dxa"/>
            <w:tcBorders>
              <w:top w:val="nil"/>
              <w:left w:val="nil"/>
              <w:bottom w:val="nil"/>
              <w:right w:val="nil"/>
            </w:tcBorders>
            <w:vAlign w:val="bottom"/>
          </w:tcPr>
          <w:p w14:paraId="5FAA0014" w14:textId="13567AD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873" w:type="dxa"/>
            <w:tcBorders>
              <w:top w:val="nil"/>
              <w:left w:val="nil"/>
              <w:bottom w:val="nil"/>
              <w:right w:val="nil"/>
            </w:tcBorders>
            <w:vAlign w:val="bottom"/>
          </w:tcPr>
          <w:p w14:paraId="17D1F069" w14:textId="3F09FC2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-0.02</w:t>
            </w:r>
          </w:p>
        </w:tc>
        <w:tc>
          <w:tcPr>
            <w:tcW w:w="2283" w:type="dxa"/>
            <w:tcBorders>
              <w:top w:val="nil"/>
              <w:left w:val="nil"/>
              <w:bottom w:val="nil"/>
              <w:right w:val="nil"/>
            </w:tcBorders>
            <w:vAlign w:val="bottom"/>
          </w:tcPr>
          <w:p w14:paraId="6C00AA42" w14:textId="0EA41D73"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0.39</w:t>
            </w:r>
          </w:p>
        </w:tc>
        <w:tc>
          <w:tcPr>
            <w:tcW w:w="695" w:type="dxa"/>
            <w:tcBorders>
              <w:top w:val="nil"/>
              <w:left w:val="nil"/>
              <w:bottom w:val="nil"/>
              <w:right w:val="nil"/>
            </w:tcBorders>
            <w:vAlign w:val="bottom"/>
          </w:tcPr>
          <w:p w14:paraId="70909611" w14:textId="34C7C3DA"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0.33</w:t>
            </w:r>
          </w:p>
        </w:tc>
        <w:tc>
          <w:tcPr>
            <w:tcW w:w="1350" w:type="dxa"/>
            <w:tcBorders>
              <w:top w:val="nil"/>
              <w:left w:val="nil"/>
              <w:bottom w:val="nil"/>
              <w:right w:val="nil"/>
            </w:tcBorders>
            <w:vAlign w:val="bottom"/>
          </w:tcPr>
          <w:p w14:paraId="75DA002F" w14:textId="2295346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r>
      <w:tr w:rsidR="008F2D89" w:rsidRPr="00B2277C" w14:paraId="4F8049BE" w14:textId="77777777" w:rsidTr="00207379">
        <w:tc>
          <w:tcPr>
            <w:tcW w:w="2112" w:type="dxa"/>
            <w:vAlign w:val="bottom"/>
          </w:tcPr>
          <w:p w14:paraId="2DE98352" w14:textId="49ED0A3B" w:rsidR="008F2D89" w:rsidRPr="00207379" w:rsidRDefault="008F2D89" w:rsidP="008F2D89">
            <w:pPr>
              <w:rPr>
                <w:rFonts w:ascii="Times New Roman" w:hAnsi="Times New Roman" w:cs="Times New Roman"/>
                <w:sz w:val="20"/>
                <w:szCs w:val="20"/>
              </w:rPr>
            </w:pPr>
            <w:proofErr w:type="spellStart"/>
            <w:r w:rsidRPr="00207379">
              <w:rPr>
                <w:rFonts w:ascii="Times New Roman" w:hAnsi="Times New Roman" w:cs="Times New Roman"/>
                <w:sz w:val="20"/>
                <w:szCs w:val="20"/>
              </w:rPr>
              <w:t>Hyperdeliberation</w:t>
            </w:r>
            <w:proofErr w:type="spellEnd"/>
          </w:p>
        </w:tc>
        <w:tc>
          <w:tcPr>
            <w:tcW w:w="1057" w:type="dxa"/>
            <w:tcBorders>
              <w:top w:val="nil"/>
              <w:left w:val="nil"/>
              <w:bottom w:val="nil"/>
              <w:right w:val="nil"/>
            </w:tcBorders>
            <w:vAlign w:val="bottom"/>
          </w:tcPr>
          <w:p w14:paraId="725FB621" w14:textId="66FEA18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c>
          <w:tcPr>
            <w:tcW w:w="873" w:type="dxa"/>
            <w:tcBorders>
              <w:top w:val="nil"/>
              <w:left w:val="nil"/>
              <w:bottom w:val="nil"/>
              <w:right w:val="nil"/>
            </w:tcBorders>
            <w:vAlign w:val="bottom"/>
          </w:tcPr>
          <w:p w14:paraId="5CDB0BEB" w14:textId="732F2EA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-0.17</w:t>
            </w:r>
          </w:p>
        </w:tc>
        <w:tc>
          <w:tcPr>
            <w:tcW w:w="2283" w:type="dxa"/>
            <w:tcBorders>
              <w:top w:val="nil"/>
              <w:left w:val="nil"/>
              <w:bottom w:val="nil"/>
              <w:right w:val="nil"/>
            </w:tcBorders>
            <w:vAlign w:val="bottom"/>
          </w:tcPr>
          <w:p w14:paraId="5A6520D8" w14:textId="456D7EC0"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0.38</w:t>
            </w:r>
          </w:p>
        </w:tc>
        <w:tc>
          <w:tcPr>
            <w:tcW w:w="695" w:type="dxa"/>
            <w:tcBorders>
              <w:top w:val="nil"/>
              <w:left w:val="nil"/>
              <w:bottom w:val="nil"/>
              <w:right w:val="nil"/>
            </w:tcBorders>
            <w:vAlign w:val="bottom"/>
          </w:tcPr>
          <w:p w14:paraId="74A9DC93" w14:textId="0407CA7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0.21</w:t>
            </w:r>
          </w:p>
        </w:tc>
        <w:tc>
          <w:tcPr>
            <w:tcW w:w="1350" w:type="dxa"/>
            <w:tcBorders>
              <w:top w:val="nil"/>
              <w:left w:val="nil"/>
              <w:bottom w:val="nil"/>
              <w:right w:val="nil"/>
            </w:tcBorders>
            <w:vAlign w:val="bottom"/>
          </w:tcPr>
          <w:p w14:paraId="337FF900" w14:textId="7C0AF6E2"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-0.37</w:t>
            </w:r>
          </w:p>
        </w:tc>
      </w:tr>
      <w:tr w:rsidR="008F2D89" w:rsidRPr="00B2277C" w14:paraId="4DAA5FC1" w14:textId="77777777" w:rsidTr="00207379">
        <w:tc>
          <w:tcPr>
            <w:tcW w:w="2112" w:type="dxa"/>
            <w:vAlign w:val="bottom"/>
          </w:tcPr>
          <w:p w14:paraId="3CBCE393" w14:textId="2A9E030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Dietary Restraint</w:t>
            </w:r>
          </w:p>
        </w:tc>
        <w:tc>
          <w:tcPr>
            <w:tcW w:w="1057" w:type="dxa"/>
            <w:tcBorders>
              <w:top w:val="nil"/>
              <w:left w:val="nil"/>
              <w:bottom w:val="nil"/>
              <w:right w:val="nil"/>
            </w:tcBorders>
            <w:vAlign w:val="bottom"/>
          </w:tcPr>
          <w:p w14:paraId="35735B2A" w14:textId="754999B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c>
          <w:tcPr>
            <w:tcW w:w="873" w:type="dxa"/>
            <w:tcBorders>
              <w:top w:val="nil"/>
              <w:left w:val="nil"/>
              <w:bottom w:val="nil"/>
              <w:right w:val="nil"/>
            </w:tcBorders>
            <w:vAlign w:val="bottom"/>
          </w:tcPr>
          <w:p w14:paraId="257D2F27" w14:textId="116D90C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c>
          <w:tcPr>
            <w:tcW w:w="2283" w:type="dxa"/>
            <w:tcBorders>
              <w:top w:val="nil"/>
              <w:left w:val="nil"/>
              <w:bottom w:val="nil"/>
              <w:right w:val="nil"/>
            </w:tcBorders>
            <w:vAlign w:val="bottom"/>
          </w:tcPr>
          <w:p w14:paraId="4E86BD4A" w14:textId="3FA4630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0.37</w:t>
            </w:r>
          </w:p>
        </w:tc>
        <w:tc>
          <w:tcPr>
            <w:tcW w:w="695" w:type="dxa"/>
            <w:tcBorders>
              <w:top w:val="nil"/>
              <w:left w:val="nil"/>
              <w:bottom w:val="nil"/>
              <w:right w:val="nil"/>
            </w:tcBorders>
            <w:vAlign w:val="bottom"/>
          </w:tcPr>
          <w:p w14:paraId="22189CB9" w14:textId="106926E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0.00</w:t>
            </w:r>
          </w:p>
        </w:tc>
        <w:tc>
          <w:tcPr>
            <w:tcW w:w="1350" w:type="dxa"/>
            <w:tcBorders>
              <w:top w:val="nil"/>
              <w:left w:val="nil"/>
              <w:bottom w:val="nil"/>
              <w:right w:val="nil"/>
            </w:tcBorders>
            <w:vAlign w:val="bottom"/>
          </w:tcPr>
          <w:p w14:paraId="25411AB5" w14:textId="42F119C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-0.14</w:t>
            </w:r>
          </w:p>
        </w:tc>
      </w:tr>
      <w:tr w:rsidR="008F2D89" w:rsidRPr="00B2277C" w14:paraId="31B8C69A" w14:textId="77777777" w:rsidTr="00207379">
        <w:tc>
          <w:tcPr>
            <w:tcW w:w="2112" w:type="dxa"/>
            <w:vAlign w:val="bottom"/>
          </w:tcPr>
          <w:p w14:paraId="101FBBF2" w14:textId="648637B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Hoarding  </w:t>
            </w:r>
          </w:p>
        </w:tc>
        <w:tc>
          <w:tcPr>
            <w:tcW w:w="1057" w:type="dxa"/>
            <w:tcBorders>
              <w:top w:val="nil"/>
              <w:left w:val="nil"/>
              <w:bottom w:val="nil"/>
              <w:right w:val="nil"/>
            </w:tcBorders>
            <w:vAlign w:val="bottom"/>
          </w:tcPr>
          <w:p w14:paraId="2C79ED96" w14:textId="7DE8B71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0.08</w:t>
            </w:r>
          </w:p>
        </w:tc>
        <w:tc>
          <w:tcPr>
            <w:tcW w:w="873" w:type="dxa"/>
            <w:tcBorders>
              <w:top w:val="nil"/>
              <w:left w:val="nil"/>
              <w:bottom w:val="nil"/>
              <w:right w:val="nil"/>
            </w:tcBorders>
            <w:vAlign w:val="bottom"/>
          </w:tcPr>
          <w:p w14:paraId="5C9C4F95" w14:textId="7AE1A3C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0.27</w:t>
            </w:r>
          </w:p>
        </w:tc>
        <w:tc>
          <w:tcPr>
            <w:tcW w:w="2283" w:type="dxa"/>
            <w:tcBorders>
              <w:top w:val="nil"/>
              <w:left w:val="nil"/>
              <w:bottom w:val="nil"/>
              <w:right w:val="nil"/>
            </w:tcBorders>
            <w:vAlign w:val="bottom"/>
          </w:tcPr>
          <w:p w14:paraId="73A5FAE4" w14:textId="56F9F265"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0.36</w:t>
            </w:r>
          </w:p>
        </w:tc>
        <w:tc>
          <w:tcPr>
            <w:tcW w:w="695" w:type="dxa"/>
            <w:tcBorders>
              <w:top w:val="nil"/>
              <w:left w:val="nil"/>
              <w:bottom w:val="nil"/>
              <w:right w:val="nil"/>
            </w:tcBorders>
            <w:vAlign w:val="bottom"/>
          </w:tcPr>
          <w:p w14:paraId="4196EF05" w14:textId="7B6063C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1350" w:type="dxa"/>
            <w:tcBorders>
              <w:top w:val="nil"/>
              <w:left w:val="nil"/>
              <w:bottom w:val="nil"/>
              <w:right w:val="nil"/>
            </w:tcBorders>
            <w:vAlign w:val="bottom"/>
          </w:tcPr>
          <w:p w14:paraId="565C65C3" w14:textId="4C4567F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r>
      <w:tr w:rsidR="008F2D89" w:rsidRPr="00B2277C" w14:paraId="2D5DA4F7" w14:textId="77777777" w:rsidTr="00207379">
        <w:tc>
          <w:tcPr>
            <w:tcW w:w="2112" w:type="dxa"/>
            <w:vAlign w:val="bottom"/>
          </w:tcPr>
          <w:p w14:paraId="5B0C1120" w14:textId="5C88522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Problematic Shopping</w:t>
            </w:r>
          </w:p>
        </w:tc>
        <w:tc>
          <w:tcPr>
            <w:tcW w:w="1057" w:type="dxa"/>
            <w:tcBorders>
              <w:top w:val="nil"/>
              <w:left w:val="nil"/>
              <w:bottom w:val="nil"/>
              <w:right w:val="nil"/>
            </w:tcBorders>
            <w:vAlign w:val="bottom"/>
          </w:tcPr>
          <w:p w14:paraId="78F9E2A5" w14:textId="0CCDC3E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0.08</w:t>
            </w:r>
          </w:p>
        </w:tc>
        <w:tc>
          <w:tcPr>
            <w:tcW w:w="873" w:type="dxa"/>
            <w:tcBorders>
              <w:top w:val="nil"/>
              <w:left w:val="nil"/>
              <w:bottom w:val="nil"/>
              <w:right w:val="nil"/>
            </w:tcBorders>
            <w:vAlign w:val="bottom"/>
          </w:tcPr>
          <w:p w14:paraId="2578D4F8" w14:textId="5341DF2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0.20</w:t>
            </w:r>
          </w:p>
        </w:tc>
        <w:tc>
          <w:tcPr>
            <w:tcW w:w="2283" w:type="dxa"/>
            <w:tcBorders>
              <w:top w:val="nil"/>
              <w:left w:val="nil"/>
              <w:bottom w:val="nil"/>
              <w:right w:val="nil"/>
            </w:tcBorders>
            <w:vAlign w:val="bottom"/>
          </w:tcPr>
          <w:p w14:paraId="278EFFB1" w14:textId="3CC3DF19"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0.35</w:t>
            </w:r>
          </w:p>
        </w:tc>
        <w:tc>
          <w:tcPr>
            <w:tcW w:w="695" w:type="dxa"/>
            <w:tcBorders>
              <w:top w:val="nil"/>
              <w:left w:val="nil"/>
              <w:bottom w:val="nil"/>
              <w:right w:val="nil"/>
            </w:tcBorders>
            <w:vAlign w:val="bottom"/>
          </w:tcPr>
          <w:p w14:paraId="33F3FBB9" w14:textId="1A56D15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1350" w:type="dxa"/>
            <w:tcBorders>
              <w:top w:val="nil"/>
              <w:left w:val="nil"/>
              <w:bottom w:val="nil"/>
              <w:right w:val="nil"/>
            </w:tcBorders>
            <w:vAlign w:val="bottom"/>
          </w:tcPr>
          <w:p w14:paraId="320CBA8E" w14:textId="073A4BB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0.03</w:t>
            </w:r>
          </w:p>
        </w:tc>
      </w:tr>
      <w:tr w:rsidR="008F2D89" w:rsidRPr="00B2277C" w14:paraId="43389812" w14:textId="77777777" w:rsidTr="00207379">
        <w:tc>
          <w:tcPr>
            <w:tcW w:w="2112" w:type="dxa"/>
            <w:vAlign w:val="bottom"/>
          </w:tcPr>
          <w:p w14:paraId="30CFD867" w14:textId="3254AE5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Body Dissatisfaction</w:t>
            </w:r>
          </w:p>
        </w:tc>
        <w:tc>
          <w:tcPr>
            <w:tcW w:w="1057" w:type="dxa"/>
            <w:tcBorders>
              <w:top w:val="nil"/>
              <w:left w:val="nil"/>
              <w:bottom w:val="nil"/>
              <w:right w:val="nil"/>
            </w:tcBorders>
            <w:vAlign w:val="bottom"/>
          </w:tcPr>
          <w:p w14:paraId="30ADA469" w14:textId="7E80B7C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0.20</w:t>
            </w:r>
          </w:p>
        </w:tc>
        <w:tc>
          <w:tcPr>
            <w:tcW w:w="873" w:type="dxa"/>
            <w:tcBorders>
              <w:top w:val="nil"/>
              <w:left w:val="nil"/>
              <w:bottom w:val="nil"/>
              <w:right w:val="nil"/>
            </w:tcBorders>
            <w:vAlign w:val="bottom"/>
          </w:tcPr>
          <w:p w14:paraId="10892471" w14:textId="625F6B1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0.31</w:t>
            </w:r>
          </w:p>
        </w:tc>
        <w:tc>
          <w:tcPr>
            <w:tcW w:w="2283" w:type="dxa"/>
            <w:tcBorders>
              <w:top w:val="nil"/>
              <w:left w:val="nil"/>
              <w:bottom w:val="nil"/>
              <w:right w:val="nil"/>
            </w:tcBorders>
            <w:vAlign w:val="bottom"/>
          </w:tcPr>
          <w:p w14:paraId="7847C3C9" w14:textId="3C8E1DCF"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0.33</w:t>
            </w:r>
          </w:p>
        </w:tc>
        <w:tc>
          <w:tcPr>
            <w:tcW w:w="695" w:type="dxa"/>
            <w:tcBorders>
              <w:top w:val="nil"/>
              <w:left w:val="nil"/>
              <w:bottom w:val="nil"/>
              <w:right w:val="nil"/>
            </w:tcBorders>
            <w:vAlign w:val="bottom"/>
          </w:tcPr>
          <w:p w14:paraId="742EF3D2" w14:textId="138CAD8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c>
          <w:tcPr>
            <w:tcW w:w="1350" w:type="dxa"/>
            <w:tcBorders>
              <w:top w:val="nil"/>
              <w:left w:val="nil"/>
              <w:bottom w:val="nil"/>
              <w:right w:val="nil"/>
            </w:tcBorders>
            <w:vAlign w:val="bottom"/>
          </w:tcPr>
          <w:p w14:paraId="484CBE98" w14:textId="0865AD3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r>
      <w:tr w:rsidR="008F2D89" w:rsidRPr="00B2277C" w14:paraId="6F984701" w14:textId="77777777" w:rsidTr="00207379">
        <w:tc>
          <w:tcPr>
            <w:tcW w:w="2112" w:type="dxa"/>
            <w:vAlign w:val="bottom"/>
          </w:tcPr>
          <w:p w14:paraId="16D31471" w14:textId="00C5EAB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Rigidity </w:t>
            </w:r>
          </w:p>
        </w:tc>
        <w:tc>
          <w:tcPr>
            <w:tcW w:w="1057" w:type="dxa"/>
            <w:tcBorders>
              <w:top w:val="nil"/>
              <w:left w:val="nil"/>
              <w:bottom w:val="nil"/>
              <w:right w:val="nil"/>
            </w:tcBorders>
            <w:vAlign w:val="bottom"/>
          </w:tcPr>
          <w:p w14:paraId="3AC3E34E" w14:textId="324E023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0.17</w:t>
            </w:r>
          </w:p>
        </w:tc>
        <w:tc>
          <w:tcPr>
            <w:tcW w:w="873" w:type="dxa"/>
            <w:tcBorders>
              <w:top w:val="nil"/>
              <w:left w:val="nil"/>
              <w:bottom w:val="nil"/>
              <w:right w:val="nil"/>
            </w:tcBorders>
            <w:vAlign w:val="bottom"/>
          </w:tcPr>
          <w:p w14:paraId="07F40048" w14:textId="0352DD1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0.22</w:t>
            </w:r>
          </w:p>
        </w:tc>
        <w:tc>
          <w:tcPr>
            <w:tcW w:w="2283" w:type="dxa"/>
            <w:tcBorders>
              <w:top w:val="nil"/>
              <w:left w:val="nil"/>
              <w:bottom w:val="nil"/>
              <w:right w:val="nil"/>
            </w:tcBorders>
            <w:vAlign w:val="bottom"/>
          </w:tcPr>
          <w:p w14:paraId="36BB6E93" w14:textId="79C7CEDF"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0.32</w:t>
            </w:r>
          </w:p>
        </w:tc>
        <w:tc>
          <w:tcPr>
            <w:tcW w:w="695" w:type="dxa"/>
            <w:tcBorders>
              <w:top w:val="nil"/>
              <w:left w:val="nil"/>
              <w:bottom w:val="nil"/>
              <w:right w:val="nil"/>
            </w:tcBorders>
            <w:vAlign w:val="bottom"/>
          </w:tcPr>
          <w:p w14:paraId="4F8DBB84" w14:textId="30F8D61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c>
          <w:tcPr>
            <w:tcW w:w="1350" w:type="dxa"/>
            <w:tcBorders>
              <w:top w:val="nil"/>
              <w:left w:val="nil"/>
              <w:bottom w:val="nil"/>
              <w:right w:val="nil"/>
            </w:tcBorders>
            <w:vAlign w:val="bottom"/>
          </w:tcPr>
          <w:p w14:paraId="0B5FA70D" w14:textId="336BA66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r>
      <w:tr w:rsidR="008F2D89" w:rsidRPr="00B2277C" w14:paraId="633E86E7" w14:textId="77777777" w:rsidTr="00207379">
        <w:tc>
          <w:tcPr>
            <w:tcW w:w="2112" w:type="dxa"/>
            <w:vAlign w:val="bottom"/>
          </w:tcPr>
          <w:p w14:paraId="7968582D" w14:textId="68CE879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Deceitfulness </w:t>
            </w:r>
          </w:p>
        </w:tc>
        <w:tc>
          <w:tcPr>
            <w:tcW w:w="1057" w:type="dxa"/>
            <w:tcBorders>
              <w:top w:val="nil"/>
              <w:left w:val="nil"/>
              <w:bottom w:val="nil"/>
              <w:right w:val="nil"/>
            </w:tcBorders>
            <w:vAlign w:val="bottom"/>
          </w:tcPr>
          <w:p w14:paraId="330BBFC4" w14:textId="306792E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873" w:type="dxa"/>
            <w:tcBorders>
              <w:top w:val="nil"/>
              <w:left w:val="nil"/>
              <w:bottom w:val="nil"/>
              <w:right w:val="nil"/>
            </w:tcBorders>
            <w:vAlign w:val="bottom"/>
          </w:tcPr>
          <w:p w14:paraId="64C8A0FC" w14:textId="706C7BC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2283" w:type="dxa"/>
            <w:tcBorders>
              <w:top w:val="nil"/>
              <w:left w:val="nil"/>
              <w:bottom w:val="nil"/>
              <w:right w:val="nil"/>
            </w:tcBorders>
            <w:vAlign w:val="bottom"/>
          </w:tcPr>
          <w:p w14:paraId="7FD4DB21" w14:textId="6A02DEFD"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0.32</w:t>
            </w:r>
          </w:p>
        </w:tc>
        <w:tc>
          <w:tcPr>
            <w:tcW w:w="695" w:type="dxa"/>
            <w:tcBorders>
              <w:top w:val="nil"/>
              <w:left w:val="nil"/>
              <w:bottom w:val="nil"/>
              <w:right w:val="nil"/>
            </w:tcBorders>
            <w:vAlign w:val="bottom"/>
          </w:tcPr>
          <w:p w14:paraId="23E77D4C" w14:textId="024B159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0.02</w:t>
            </w:r>
          </w:p>
        </w:tc>
        <w:tc>
          <w:tcPr>
            <w:tcW w:w="1350" w:type="dxa"/>
            <w:tcBorders>
              <w:top w:val="nil"/>
              <w:left w:val="nil"/>
              <w:bottom w:val="nil"/>
              <w:right w:val="nil"/>
            </w:tcBorders>
            <w:vAlign w:val="bottom"/>
          </w:tcPr>
          <w:p w14:paraId="02BE8D47" w14:textId="00CEE71A"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0.32</w:t>
            </w:r>
          </w:p>
        </w:tc>
      </w:tr>
      <w:tr w:rsidR="008F2D89" w:rsidRPr="00B2277C" w14:paraId="0422B73A" w14:textId="77777777" w:rsidTr="00207379">
        <w:tc>
          <w:tcPr>
            <w:tcW w:w="2112" w:type="dxa"/>
            <w:vAlign w:val="bottom"/>
          </w:tcPr>
          <w:p w14:paraId="7A597F35" w14:textId="29ED134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Situational Phobias</w:t>
            </w:r>
          </w:p>
        </w:tc>
        <w:tc>
          <w:tcPr>
            <w:tcW w:w="1057" w:type="dxa"/>
            <w:tcBorders>
              <w:top w:val="nil"/>
              <w:left w:val="nil"/>
              <w:bottom w:val="nil"/>
              <w:right w:val="nil"/>
            </w:tcBorders>
            <w:vAlign w:val="bottom"/>
          </w:tcPr>
          <w:p w14:paraId="56721222" w14:textId="718766F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c>
          <w:tcPr>
            <w:tcW w:w="873" w:type="dxa"/>
            <w:tcBorders>
              <w:top w:val="nil"/>
              <w:left w:val="nil"/>
              <w:bottom w:val="nil"/>
              <w:right w:val="nil"/>
            </w:tcBorders>
            <w:vAlign w:val="bottom"/>
          </w:tcPr>
          <w:p w14:paraId="712E822F" w14:textId="02D9A18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2283" w:type="dxa"/>
            <w:tcBorders>
              <w:top w:val="nil"/>
              <w:left w:val="nil"/>
              <w:bottom w:val="nil"/>
              <w:right w:val="nil"/>
            </w:tcBorders>
            <w:vAlign w:val="bottom"/>
          </w:tcPr>
          <w:p w14:paraId="20452B21" w14:textId="4D64829B"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0.03</w:t>
            </w:r>
          </w:p>
        </w:tc>
        <w:tc>
          <w:tcPr>
            <w:tcW w:w="695" w:type="dxa"/>
            <w:tcBorders>
              <w:top w:val="nil"/>
              <w:left w:val="nil"/>
              <w:bottom w:val="nil"/>
              <w:right w:val="nil"/>
            </w:tcBorders>
            <w:vAlign w:val="bottom"/>
          </w:tcPr>
          <w:p w14:paraId="1894539A" w14:textId="460470C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0.68</w:t>
            </w:r>
          </w:p>
        </w:tc>
        <w:tc>
          <w:tcPr>
            <w:tcW w:w="1350" w:type="dxa"/>
            <w:tcBorders>
              <w:top w:val="nil"/>
              <w:left w:val="nil"/>
              <w:bottom w:val="nil"/>
              <w:right w:val="nil"/>
            </w:tcBorders>
            <w:vAlign w:val="bottom"/>
          </w:tcPr>
          <w:p w14:paraId="0D5800C8" w14:textId="7EA50DD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r>
      <w:tr w:rsidR="008F2D89" w:rsidRPr="00B2277C" w14:paraId="5797A754" w14:textId="77777777" w:rsidTr="00207379">
        <w:tc>
          <w:tcPr>
            <w:tcW w:w="2112" w:type="dxa"/>
            <w:vAlign w:val="bottom"/>
          </w:tcPr>
          <w:p w14:paraId="7FF5D448" w14:textId="7B2D49E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Agoraphobia </w:t>
            </w:r>
          </w:p>
        </w:tc>
        <w:tc>
          <w:tcPr>
            <w:tcW w:w="1057" w:type="dxa"/>
            <w:tcBorders>
              <w:top w:val="nil"/>
              <w:left w:val="nil"/>
              <w:bottom w:val="nil"/>
              <w:right w:val="nil"/>
            </w:tcBorders>
            <w:vAlign w:val="bottom"/>
          </w:tcPr>
          <w:p w14:paraId="14DDCE23" w14:textId="2EEC2B1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0.12</w:t>
            </w:r>
          </w:p>
        </w:tc>
        <w:tc>
          <w:tcPr>
            <w:tcW w:w="873" w:type="dxa"/>
            <w:tcBorders>
              <w:top w:val="nil"/>
              <w:left w:val="nil"/>
              <w:bottom w:val="nil"/>
              <w:right w:val="nil"/>
            </w:tcBorders>
            <w:vAlign w:val="bottom"/>
          </w:tcPr>
          <w:p w14:paraId="1C39D17C" w14:textId="3244244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0.03</w:t>
            </w:r>
          </w:p>
        </w:tc>
        <w:tc>
          <w:tcPr>
            <w:tcW w:w="2283" w:type="dxa"/>
            <w:tcBorders>
              <w:top w:val="nil"/>
              <w:left w:val="nil"/>
              <w:bottom w:val="nil"/>
              <w:right w:val="nil"/>
            </w:tcBorders>
            <w:vAlign w:val="bottom"/>
          </w:tcPr>
          <w:p w14:paraId="7126416F" w14:textId="70891F0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c>
          <w:tcPr>
            <w:tcW w:w="695" w:type="dxa"/>
            <w:tcBorders>
              <w:top w:val="nil"/>
              <w:left w:val="nil"/>
              <w:bottom w:val="nil"/>
              <w:right w:val="nil"/>
            </w:tcBorders>
            <w:vAlign w:val="bottom"/>
          </w:tcPr>
          <w:p w14:paraId="63A932C9" w14:textId="354903D6"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0.66</w:t>
            </w:r>
          </w:p>
        </w:tc>
        <w:tc>
          <w:tcPr>
            <w:tcW w:w="1350" w:type="dxa"/>
            <w:tcBorders>
              <w:top w:val="nil"/>
              <w:left w:val="nil"/>
              <w:bottom w:val="nil"/>
              <w:right w:val="nil"/>
            </w:tcBorders>
            <w:vAlign w:val="bottom"/>
          </w:tcPr>
          <w:p w14:paraId="6D0E45C6" w14:textId="1DEF962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r>
      <w:tr w:rsidR="008F2D89" w:rsidRPr="00B2277C" w14:paraId="0AEE94BF" w14:textId="77777777" w:rsidTr="00207379">
        <w:tc>
          <w:tcPr>
            <w:tcW w:w="2112" w:type="dxa"/>
            <w:vAlign w:val="bottom"/>
          </w:tcPr>
          <w:p w14:paraId="023E69CA" w14:textId="4B2867B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Hypervigilance </w:t>
            </w:r>
          </w:p>
        </w:tc>
        <w:tc>
          <w:tcPr>
            <w:tcW w:w="1057" w:type="dxa"/>
            <w:tcBorders>
              <w:top w:val="nil"/>
              <w:left w:val="nil"/>
              <w:bottom w:val="nil"/>
              <w:right w:val="nil"/>
            </w:tcBorders>
            <w:vAlign w:val="bottom"/>
          </w:tcPr>
          <w:p w14:paraId="2F6D20C8" w14:textId="24277D6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0.12</w:t>
            </w:r>
          </w:p>
        </w:tc>
        <w:tc>
          <w:tcPr>
            <w:tcW w:w="873" w:type="dxa"/>
            <w:tcBorders>
              <w:top w:val="nil"/>
              <w:left w:val="nil"/>
              <w:bottom w:val="nil"/>
              <w:right w:val="nil"/>
            </w:tcBorders>
            <w:vAlign w:val="bottom"/>
          </w:tcPr>
          <w:p w14:paraId="088F6D8E" w14:textId="1FAF8E2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0.17</w:t>
            </w:r>
          </w:p>
        </w:tc>
        <w:tc>
          <w:tcPr>
            <w:tcW w:w="2283" w:type="dxa"/>
            <w:tcBorders>
              <w:top w:val="nil"/>
              <w:left w:val="nil"/>
              <w:bottom w:val="nil"/>
              <w:right w:val="nil"/>
            </w:tcBorders>
            <w:vAlign w:val="bottom"/>
          </w:tcPr>
          <w:p w14:paraId="016AA35A" w14:textId="07AD82E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0.26</w:t>
            </w:r>
          </w:p>
        </w:tc>
        <w:tc>
          <w:tcPr>
            <w:tcW w:w="695" w:type="dxa"/>
            <w:tcBorders>
              <w:top w:val="nil"/>
              <w:left w:val="nil"/>
              <w:bottom w:val="nil"/>
              <w:right w:val="nil"/>
            </w:tcBorders>
            <w:vAlign w:val="bottom"/>
          </w:tcPr>
          <w:p w14:paraId="73096119" w14:textId="5056E12F"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0.53</w:t>
            </w:r>
          </w:p>
        </w:tc>
        <w:tc>
          <w:tcPr>
            <w:tcW w:w="1350" w:type="dxa"/>
            <w:tcBorders>
              <w:top w:val="nil"/>
              <w:left w:val="nil"/>
              <w:bottom w:val="nil"/>
              <w:right w:val="nil"/>
            </w:tcBorders>
            <w:vAlign w:val="bottom"/>
          </w:tcPr>
          <w:p w14:paraId="49DEFF22" w14:textId="7CBABDF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0.00</w:t>
            </w:r>
          </w:p>
        </w:tc>
      </w:tr>
      <w:tr w:rsidR="008F2D89" w:rsidRPr="00B2277C" w14:paraId="2640D3D4" w14:textId="77777777" w:rsidTr="00207379">
        <w:tc>
          <w:tcPr>
            <w:tcW w:w="2112" w:type="dxa"/>
            <w:vAlign w:val="bottom"/>
          </w:tcPr>
          <w:p w14:paraId="021C8991" w14:textId="1178110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Disease Conviction </w:t>
            </w:r>
          </w:p>
        </w:tc>
        <w:tc>
          <w:tcPr>
            <w:tcW w:w="1057" w:type="dxa"/>
            <w:tcBorders>
              <w:top w:val="nil"/>
              <w:left w:val="nil"/>
              <w:bottom w:val="nil"/>
              <w:right w:val="nil"/>
            </w:tcBorders>
            <w:vAlign w:val="bottom"/>
          </w:tcPr>
          <w:p w14:paraId="1BD632C8" w14:textId="639A47C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0.12</w:t>
            </w:r>
          </w:p>
        </w:tc>
        <w:tc>
          <w:tcPr>
            <w:tcW w:w="873" w:type="dxa"/>
            <w:tcBorders>
              <w:top w:val="nil"/>
              <w:left w:val="nil"/>
              <w:bottom w:val="nil"/>
              <w:right w:val="nil"/>
            </w:tcBorders>
            <w:vAlign w:val="bottom"/>
          </w:tcPr>
          <w:p w14:paraId="0366D17E" w14:textId="0D6C186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2283" w:type="dxa"/>
            <w:tcBorders>
              <w:top w:val="nil"/>
              <w:left w:val="nil"/>
              <w:bottom w:val="nil"/>
              <w:right w:val="nil"/>
            </w:tcBorders>
            <w:vAlign w:val="bottom"/>
          </w:tcPr>
          <w:p w14:paraId="1A7F870C" w14:textId="027D739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695" w:type="dxa"/>
            <w:tcBorders>
              <w:top w:val="nil"/>
              <w:left w:val="nil"/>
              <w:bottom w:val="nil"/>
              <w:right w:val="nil"/>
            </w:tcBorders>
            <w:vAlign w:val="bottom"/>
          </w:tcPr>
          <w:p w14:paraId="296C9AA6" w14:textId="2BACB61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0.51</w:t>
            </w:r>
          </w:p>
        </w:tc>
        <w:tc>
          <w:tcPr>
            <w:tcW w:w="1350" w:type="dxa"/>
            <w:tcBorders>
              <w:top w:val="nil"/>
              <w:left w:val="nil"/>
              <w:bottom w:val="nil"/>
              <w:right w:val="nil"/>
            </w:tcBorders>
            <w:vAlign w:val="bottom"/>
          </w:tcPr>
          <w:p w14:paraId="46758A20" w14:textId="192BD19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r>
      <w:tr w:rsidR="008F2D89" w:rsidRPr="00B2277C" w14:paraId="75B9B7CB" w14:textId="77777777" w:rsidTr="00207379">
        <w:tc>
          <w:tcPr>
            <w:tcW w:w="2112" w:type="dxa"/>
            <w:vAlign w:val="bottom"/>
          </w:tcPr>
          <w:p w14:paraId="5FF3CB19" w14:textId="248FD7B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Panic </w:t>
            </w:r>
          </w:p>
        </w:tc>
        <w:tc>
          <w:tcPr>
            <w:tcW w:w="1057" w:type="dxa"/>
            <w:tcBorders>
              <w:top w:val="nil"/>
              <w:left w:val="nil"/>
              <w:bottom w:val="nil"/>
              <w:right w:val="nil"/>
            </w:tcBorders>
            <w:vAlign w:val="bottom"/>
          </w:tcPr>
          <w:p w14:paraId="26C37AEA" w14:textId="4AAC3D5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c>
          <w:tcPr>
            <w:tcW w:w="873" w:type="dxa"/>
            <w:tcBorders>
              <w:top w:val="nil"/>
              <w:left w:val="nil"/>
              <w:bottom w:val="nil"/>
              <w:right w:val="nil"/>
            </w:tcBorders>
            <w:vAlign w:val="bottom"/>
          </w:tcPr>
          <w:p w14:paraId="344F2E03" w14:textId="3DA6D70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c>
          <w:tcPr>
            <w:tcW w:w="2283" w:type="dxa"/>
            <w:tcBorders>
              <w:top w:val="nil"/>
              <w:left w:val="nil"/>
              <w:bottom w:val="nil"/>
              <w:right w:val="nil"/>
            </w:tcBorders>
            <w:vAlign w:val="bottom"/>
          </w:tcPr>
          <w:p w14:paraId="5CA4FC1C" w14:textId="6E3388FB"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0.14</w:t>
            </w:r>
          </w:p>
        </w:tc>
        <w:tc>
          <w:tcPr>
            <w:tcW w:w="695" w:type="dxa"/>
            <w:tcBorders>
              <w:top w:val="nil"/>
              <w:left w:val="nil"/>
              <w:bottom w:val="nil"/>
              <w:right w:val="nil"/>
            </w:tcBorders>
            <w:vAlign w:val="bottom"/>
          </w:tcPr>
          <w:p w14:paraId="4068A1E7" w14:textId="086E46F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0.50</w:t>
            </w:r>
          </w:p>
        </w:tc>
        <w:tc>
          <w:tcPr>
            <w:tcW w:w="1350" w:type="dxa"/>
            <w:tcBorders>
              <w:top w:val="nil"/>
              <w:left w:val="nil"/>
              <w:bottom w:val="nil"/>
              <w:right w:val="nil"/>
            </w:tcBorders>
            <w:vAlign w:val="bottom"/>
          </w:tcPr>
          <w:p w14:paraId="0917EBB2" w14:textId="7CFEA21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r>
      <w:tr w:rsidR="008F2D89" w:rsidRPr="00B2277C" w14:paraId="56AAB5BE" w14:textId="77777777" w:rsidTr="00207379">
        <w:tc>
          <w:tcPr>
            <w:tcW w:w="2112" w:type="dxa"/>
            <w:vAlign w:val="bottom"/>
          </w:tcPr>
          <w:p w14:paraId="577581CD" w14:textId="3D17FA0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Animal-Insect Phobia</w:t>
            </w:r>
          </w:p>
        </w:tc>
        <w:tc>
          <w:tcPr>
            <w:tcW w:w="1057" w:type="dxa"/>
            <w:tcBorders>
              <w:top w:val="nil"/>
              <w:left w:val="nil"/>
              <w:bottom w:val="nil"/>
              <w:right w:val="nil"/>
            </w:tcBorders>
            <w:vAlign w:val="bottom"/>
          </w:tcPr>
          <w:p w14:paraId="520182CB" w14:textId="074EBD52"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c>
          <w:tcPr>
            <w:tcW w:w="873" w:type="dxa"/>
            <w:tcBorders>
              <w:top w:val="nil"/>
              <w:left w:val="nil"/>
              <w:bottom w:val="nil"/>
              <w:right w:val="nil"/>
            </w:tcBorders>
            <w:vAlign w:val="bottom"/>
          </w:tcPr>
          <w:p w14:paraId="1F03801D" w14:textId="0BA99E25"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c>
          <w:tcPr>
            <w:tcW w:w="2283" w:type="dxa"/>
            <w:tcBorders>
              <w:top w:val="nil"/>
              <w:left w:val="nil"/>
              <w:bottom w:val="nil"/>
              <w:right w:val="nil"/>
            </w:tcBorders>
            <w:vAlign w:val="bottom"/>
          </w:tcPr>
          <w:p w14:paraId="64568E42" w14:textId="68F1A76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0.12</w:t>
            </w:r>
          </w:p>
        </w:tc>
        <w:tc>
          <w:tcPr>
            <w:tcW w:w="695" w:type="dxa"/>
            <w:tcBorders>
              <w:top w:val="nil"/>
              <w:left w:val="nil"/>
              <w:bottom w:val="nil"/>
              <w:right w:val="nil"/>
            </w:tcBorders>
            <w:vAlign w:val="bottom"/>
          </w:tcPr>
          <w:p w14:paraId="679C5CE1" w14:textId="7A93FBF7"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0.48</w:t>
            </w:r>
          </w:p>
        </w:tc>
        <w:tc>
          <w:tcPr>
            <w:tcW w:w="1350" w:type="dxa"/>
            <w:tcBorders>
              <w:top w:val="nil"/>
              <w:left w:val="nil"/>
              <w:bottom w:val="nil"/>
              <w:right w:val="nil"/>
            </w:tcBorders>
            <w:vAlign w:val="bottom"/>
          </w:tcPr>
          <w:p w14:paraId="74A41AF2" w14:textId="2C2A4E2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-0.05</w:t>
            </w:r>
          </w:p>
        </w:tc>
      </w:tr>
      <w:tr w:rsidR="008F2D89" w:rsidRPr="00B2277C" w14:paraId="4898E759" w14:textId="77777777" w:rsidTr="00207379">
        <w:tc>
          <w:tcPr>
            <w:tcW w:w="2112" w:type="dxa"/>
            <w:vAlign w:val="bottom"/>
          </w:tcPr>
          <w:p w14:paraId="309B7720" w14:textId="33495B6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Trauma Reactions</w:t>
            </w:r>
          </w:p>
        </w:tc>
        <w:tc>
          <w:tcPr>
            <w:tcW w:w="1057" w:type="dxa"/>
            <w:tcBorders>
              <w:top w:val="nil"/>
              <w:left w:val="nil"/>
              <w:bottom w:val="nil"/>
              <w:right w:val="nil"/>
            </w:tcBorders>
            <w:vAlign w:val="bottom"/>
          </w:tcPr>
          <w:p w14:paraId="5735DB85" w14:textId="26B699B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c>
          <w:tcPr>
            <w:tcW w:w="873" w:type="dxa"/>
            <w:tcBorders>
              <w:top w:val="nil"/>
              <w:left w:val="nil"/>
              <w:bottom w:val="nil"/>
              <w:right w:val="nil"/>
            </w:tcBorders>
            <w:vAlign w:val="bottom"/>
          </w:tcPr>
          <w:p w14:paraId="48334F70" w14:textId="5E3B34A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0.13</w:t>
            </w:r>
          </w:p>
        </w:tc>
        <w:tc>
          <w:tcPr>
            <w:tcW w:w="2283" w:type="dxa"/>
            <w:tcBorders>
              <w:top w:val="nil"/>
              <w:left w:val="nil"/>
              <w:bottom w:val="nil"/>
              <w:right w:val="nil"/>
            </w:tcBorders>
            <w:vAlign w:val="bottom"/>
          </w:tcPr>
          <w:p w14:paraId="737B5885" w14:textId="723F114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c>
          <w:tcPr>
            <w:tcW w:w="695" w:type="dxa"/>
            <w:tcBorders>
              <w:top w:val="nil"/>
              <w:left w:val="nil"/>
              <w:bottom w:val="nil"/>
              <w:right w:val="nil"/>
            </w:tcBorders>
            <w:vAlign w:val="bottom"/>
          </w:tcPr>
          <w:p w14:paraId="5DFFE88A" w14:textId="75CDAE72"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0.46</w:t>
            </w:r>
          </w:p>
        </w:tc>
        <w:tc>
          <w:tcPr>
            <w:tcW w:w="1350" w:type="dxa"/>
            <w:tcBorders>
              <w:top w:val="nil"/>
              <w:left w:val="nil"/>
              <w:bottom w:val="nil"/>
              <w:right w:val="nil"/>
            </w:tcBorders>
            <w:vAlign w:val="bottom"/>
          </w:tcPr>
          <w:p w14:paraId="3D88EA7F" w14:textId="16407CD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0.23</w:t>
            </w:r>
          </w:p>
        </w:tc>
      </w:tr>
      <w:tr w:rsidR="008F2D89" w:rsidRPr="00B2277C" w14:paraId="19CD9497" w14:textId="77777777" w:rsidTr="00207379">
        <w:tc>
          <w:tcPr>
            <w:tcW w:w="2112" w:type="dxa"/>
            <w:vAlign w:val="bottom"/>
          </w:tcPr>
          <w:p w14:paraId="6CF667E0" w14:textId="743AC45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Dissociation </w:t>
            </w:r>
          </w:p>
        </w:tc>
        <w:tc>
          <w:tcPr>
            <w:tcW w:w="1057" w:type="dxa"/>
            <w:tcBorders>
              <w:top w:val="nil"/>
              <w:left w:val="nil"/>
              <w:bottom w:val="nil"/>
              <w:right w:val="nil"/>
            </w:tcBorders>
            <w:vAlign w:val="bottom"/>
          </w:tcPr>
          <w:p w14:paraId="43FBF1B6" w14:textId="5512917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0.07</w:t>
            </w:r>
          </w:p>
        </w:tc>
        <w:tc>
          <w:tcPr>
            <w:tcW w:w="873" w:type="dxa"/>
            <w:tcBorders>
              <w:top w:val="nil"/>
              <w:left w:val="nil"/>
              <w:bottom w:val="nil"/>
              <w:right w:val="nil"/>
            </w:tcBorders>
            <w:vAlign w:val="bottom"/>
          </w:tcPr>
          <w:p w14:paraId="3374BE31" w14:textId="41DBC2E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c>
          <w:tcPr>
            <w:tcW w:w="2283" w:type="dxa"/>
            <w:tcBorders>
              <w:top w:val="nil"/>
              <w:left w:val="nil"/>
              <w:bottom w:val="nil"/>
              <w:right w:val="nil"/>
            </w:tcBorders>
            <w:vAlign w:val="bottom"/>
          </w:tcPr>
          <w:p w14:paraId="20B126EF" w14:textId="4A55E7A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c>
          <w:tcPr>
            <w:tcW w:w="695" w:type="dxa"/>
            <w:tcBorders>
              <w:top w:val="nil"/>
              <w:left w:val="nil"/>
              <w:bottom w:val="nil"/>
              <w:right w:val="nil"/>
            </w:tcBorders>
            <w:vAlign w:val="bottom"/>
          </w:tcPr>
          <w:p w14:paraId="472F5D17" w14:textId="4277A04D"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0.46</w:t>
            </w:r>
          </w:p>
        </w:tc>
        <w:tc>
          <w:tcPr>
            <w:tcW w:w="1350" w:type="dxa"/>
            <w:tcBorders>
              <w:top w:val="nil"/>
              <w:left w:val="nil"/>
              <w:bottom w:val="nil"/>
              <w:right w:val="nil"/>
            </w:tcBorders>
            <w:vAlign w:val="bottom"/>
          </w:tcPr>
          <w:p w14:paraId="7F131305" w14:textId="708D6DD7"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0.44</w:t>
            </w:r>
          </w:p>
        </w:tc>
      </w:tr>
      <w:tr w:rsidR="008F2D89" w:rsidRPr="00B2277C" w14:paraId="324D8593" w14:textId="77777777" w:rsidTr="00207379">
        <w:tc>
          <w:tcPr>
            <w:tcW w:w="2112" w:type="dxa"/>
            <w:vAlign w:val="bottom"/>
          </w:tcPr>
          <w:p w14:paraId="5F39395B" w14:textId="0B5594A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Health Anxiety</w:t>
            </w:r>
          </w:p>
        </w:tc>
        <w:tc>
          <w:tcPr>
            <w:tcW w:w="1057" w:type="dxa"/>
            <w:tcBorders>
              <w:top w:val="nil"/>
              <w:left w:val="nil"/>
              <w:bottom w:val="nil"/>
              <w:right w:val="nil"/>
            </w:tcBorders>
            <w:vAlign w:val="bottom"/>
          </w:tcPr>
          <w:p w14:paraId="315A43CF" w14:textId="0A8DEC9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0.14</w:t>
            </w:r>
          </w:p>
        </w:tc>
        <w:tc>
          <w:tcPr>
            <w:tcW w:w="873" w:type="dxa"/>
            <w:tcBorders>
              <w:top w:val="nil"/>
              <w:left w:val="nil"/>
              <w:bottom w:val="nil"/>
              <w:right w:val="nil"/>
            </w:tcBorders>
            <w:vAlign w:val="bottom"/>
          </w:tcPr>
          <w:p w14:paraId="6EE81751" w14:textId="436E634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2283" w:type="dxa"/>
            <w:tcBorders>
              <w:top w:val="nil"/>
              <w:left w:val="nil"/>
              <w:bottom w:val="nil"/>
              <w:right w:val="nil"/>
            </w:tcBorders>
            <w:vAlign w:val="bottom"/>
          </w:tcPr>
          <w:p w14:paraId="58D36454" w14:textId="34A9737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0.23</w:t>
            </w:r>
          </w:p>
        </w:tc>
        <w:tc>
          <w:tcPr>
            <w:tcW w:w="695" w:type="dxa"/>
            <w:tcBorders>
              <w:top w:val="nil"/>
              <w:left w:val="nil"/>
              <w:bottom w:val="nil"/>
              <w:right w:val="nil"/>
            </w:tcBorders>
            <w:vAlign w:val="bottom"/>
          </w:tcPr>
          <w:p w14:paraId="40BCC58E" w14:textId="6286789D"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0.44</w:t>
            </w:r>
          </w:p>
        </w:tc>
        <w:tc>
          <w:tcPr>
            <w:tcW w:w="1350" w:type="dxa"/>
            <w:tcBorders>
              <w:top w:val="nil"/>
              <w:left w:val="nil"/>
              <w:bottom w:val="nil"/>
              <w:right w:val="nil"/>
            </w:tcBorders>
            <w:vAlign w:val="bottom"/>
          </w:tcPr>
          <w:p w14:paraId="24F3A6AA" w14:textId="0B7A90E4"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-0.07</w:t>
            </w:r>
          </w:p>
        </w:tc>
      </w:tr>
      <w:tr w:rsidR="008F2D89" w:rsidRPr="00B2277C" w14:paraId="07163175" w14:textId="77777777" w:rsidTr="00207379">
        <w:tc>
          <w:tcPr>
            <w:tcW w:w="2112" w:type="dxa"/>
            <w:vAlign w:val="bottom"/>
          </w:tcPr>
          <w:p w14:paraId="079D181D" w14:textId="42E10E5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Conversion Symptoms  </w:t>
            </w:r>
          </w:p>
        </w:tc>
        <w:tc>
          <w:tcPr>
            <w:tcW w:w="1057" w:type="dxa"/>
            <w:tcBorders>
              <w:top w:val="nil"/>
              <w:left w:val="nil"/>
              <w:bottom w:val="nil"/>
              <w:right w:val="nil"/>
            </w:tcBorders>
            <w:vAlign w:val="bottom"/>
          </w:tcPr>
          <w:p w14:paraId="30B2BDDE" w14:textId="5F703A1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873" w:type="dxa"/>
            <w:tcBorders>
              <w:top w:val="nil"/>
              <w:left w:val="nil"/>
              <w:bottom w:val="nil"/>
              <w:right w:val="nil"/>
            </w:tcBorders>
            <w:vAlign w:val="bottom"/>
          </w:tcPr>
          <w:p w14:paraId="542AC35E" w14:textId="58490FE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2283" w:type="dxa"/>
            <w:tcBorders>
              <w:top w:val="nil"/>
              <w:left w:val="nil"/>
              <w:bottom w:val="nil"/>
              <w:right w:val="nil"/>
            </w:tcBorders>
            <w:vAlign w:val="bottom"/>
          </w:tcPr>
          <w:p w14:paraId="0795BF33" w14:textId="5798ECB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695" w:type="dxa"/>
            <w:tcBorders>
              <w:top w:val="nil"/>
              <w:left w:val="nil"/>
              <w:bottom w:val="nil"/>
              <w:right w:val="nil"/>
            </w:tcBorders>
            <w:vAlign w:val="bottom"/>
          </w:tcPr>
          <w:p w14:paraId="16D4B709" w14:textId="30FC3D09"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0.43</w:t>
            </w:r>
          </w:p>
        </w:tc>
        <w:tc>
          <w:tcPr>
            <w:tcW w:w="1350" w:type="dxa"/>
            <w:tcBorders>
              <w:top w:val="nil"/>
              <w:left w:val="nil"/>
              <w:bottom w:val="nil"/>
              <w:right w:val="nil"/>
            </w:tcBorders>
            <w:vAlign w:val="bottom"/>
          </w:tcPr>
          <w:p w14:paraId="797E8DE3" w14:textId="3C117928"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0.39</w:t>
            </w:r>
          </w:p>
        </w:tc>
      </w:tr>
      <w:tr w:rsidR="008F2D89" w:rsidRPr="00B2277C" w14:paraId="62EDD342" w14:textId="77777777" w:rsidTr="00207379">
        <w:tc>
          <w:tcPr>
            <w:tcW w:w="2112" w:type="dxa"/>
            <w:vAlign w:val="bottom"/>
          </w:tcPr>
          <w:p w14:paraId="13C604B8" w14:textId="720E9FAC"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Counting </w:t>
            </w:r>
          </w:p>
        </w:tc>
        <w:tc>
          <w:tcPr>
            <w:tcW w:w="1057" w:type="dxa"/>
            <w:tcBorders>
              <w:top w:val="nil"/>
              <w:left w:val="nil"/>
              <w:bottom w:val="nil"/>
              <w:right w:val="nil"/>
            </w:tcBorders>
            <w:vAlign w:val="bottom"/>
          </w:tcPr>
          <w:p w14:paraId="2EAFC543" w14:textId="1278598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873" w:type="dxa"/>
            <w:tcBorders>
              <w:top w:val="nil"/>
              <w:left w:val="nil"/>
              <w:bottom w:val="nil"/>
              <w:right w:val="nil"/>
            </w:tcBorders>
            <w:vAlign w:val="bottom"/>
          </w:tcPr>
          <w:p w14:paraId="282F5A95" w14:textId="3E80F9A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-0.15</w:t>
            </w:r>
          </w:p>
        </w:tc>
        <w:tc>
          <w:tcPr>
            <w:tcW w:w="2283" w:type="dxa"/>
            <w:tcBorders>
              <w:top w:val="nil"/>
              <w:left w:val="nil"/>
              <w:bottom w:val="nil"/>
              <w:right w:val="nil"/>
            </w:tcBorders>
            <w:vAlign w:val="bottom"/>
          </w:tcPr>
          <w:p w14:paraId="3BB2C54B" w14:textId="3891BD3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0.17</w:t>
            </w:r>
          </w:p>
        </w:tc>
        <w:tc>
          <w:tcPr>
            <w:tcW w:w="695" w:type="dxa"/>
            <w:tcBorders>
              <w:top w:val="nil"/>
              <w:left w:val="nil"/>
              <w:bottom w:val="nil"/>
              <w:right w:val="nil"/>
            </w:tcBorders>
            <w:vAlign w:val="bottom"/>
          </w:tcPr>
          <w:p w14:paraId="5447ACCE" w14:textId="3D246C1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0.41</w:t>
            </w:r>
          </w:p>
        </w:tc>
        <w:tc>
          <w:tcPr>
            <w:tcW w:w="1350" w:type="dxa"/>
            <w:tcBorders>
              <w:top w:val="nil"/>
              <w:left w:val="nil"/>
              <w:bottom w:val="nil"/>
              <w:right w:val="nil"/>
            </w:tcBorders>
            <w:vAlign w:val="bottom"/>
          </w:tcPr>
          <w:p w14:paraId="5CBD3D84" w14:textId="7E39988D"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0.17</w:t>
            </w:r>
          </w:p>
        </w:tc>
      </w:tr>
      <w:tr w:rsidR="008F2D89" w:rsidRPr="00B2277C" w14:paraId="0D6E9468" w14:textId="77777777" w:rsidTr="00207379">
        <w:tc>
          <w:tcPr>
            <w:tcW w:w="2112" w:type="dxa"/>
            <w:vAlign w:val="bottom"/>
          </w:tcPr>
          <w:p w14:paraId="54C8F968" w14:textId="31798DF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Suspiciousness</w:t>
            </w:r>
          </w:p>
        </w:tc>
        <w:tc>
          <w:tcPr>
            <w:tcW w:w="1057" w:type="dxa"/>
            <w:tcBorders>
              <w:top w:val="nil"/>
              <w:left w:val="nil"/>
              <w:bottom w:val="nil"/>
              <w:right w:val="nil"/>
            </w:tcBorders>
            <w:vAlign w:val="bottom"/>
          </w:tcPr>
          <w:p w14:paraId="3D14E944" w14:textId="0F2D041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0.17</w:t>
            </w:r>
          </w:p>
        </w:tc>
        <w:tc>
          <w:tcPr>
            <w:tcW w:w="873" w:type="dxa"/>
            <w:tcBorders>
              <w:top w:val="nil"/>
              <w:left w:val="nil"/>
              <w:bottom w:val="nil"/>
              <w:right w:val="nil"/>
            </w:tcBorders>
            <w:vAlign w:val="bottom"/>
          </w:tcPr>
          <w:p w14:paraId="6645B16A" w14:textId="125CD77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0.11</w:t>
            </w:r>
          </w:p>
        </w:tc>
        <w:tc>
          <w:tcPr>
            <w:tcW w:w="2283" w:type="dxa"/>
            <w:tcBorders>
              <w:top w:val="nil"/>
              <w:left w:val="nil"/>
              <w:bottom w:val="nil"/>
              <w:right w:val="nil"/>
            </w:tcBorders>
            <w:vAlign w:val="bottom"/>
          </w:tcPr>
          <w:p w14:paraId="1AB415F0" w14:textId="55D0F05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0.10</w:t>
            </w:r>
          </w:p>
        </w:tc>
        <w:tc>
          <w:tcPr>
            <w:tcW w:w="695" w:type="dxa"/>
            <w:tcBorders>
              <w:top w:val="nil"/>
              <w:left w:val="nil"/>
              <w:bottom w:val="nil"/>
              <w:right w:val="nil"/>
            </w:tcBorders>
            <w:vAlign w:val="bottom"/>
          </w:tcPr>
          <w:p w14:paraId="09BA5748" w14:textId="7050A565"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0.40</w:t>
            </w:r>
          </w:p>
        </w:tc>
        <w:tc>
          <w:tcPr>
            <w:tcW w:w="1350" w:type="dxa"/>
            <w:tcBorders>
              <w:top w:val="nil"/>
              <w:left w:val="nil"/>
              <w:bottom w:val="nil"/>
              <w:right w:val="nil"/>
            </w:tcBorders>
            <w:vAlign w:val="bottom"/>
          </w:tcPr>
          <w:p w14:paraId="4CB31662" w14:textId="73B31FA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0.26</w:t>
            </w:r>
          </w:p>
        </w:tc>
      </w:tr>
      <w:tr w:rsidR="008F2D89" w:rsidRPr="00B2277C" w14:paraId="42E24289" w14:textId="77777777" w:rsidTr="00207379">
        <w:tc>
          <w:tcPr>
            <w:tcW w:w="2112" w:type="dxa"/>
            <w:vAlign w:val="bottom"/>
          </w:tcPr>
          <w:p w14:paraId="28A5BD19" w14:textId="28BF716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Nightmares </w:t>
            </w:r>
          </w:p>
        </w:tc>
        <w:tc>
          <w:tcPr>
            <w:tcW w:w="1057" w:type="dxa"/>
            <w:tcBorders>
              <w:top w:val="nil"/>
              <w:left w:val="nil"/>
              <w:right w:val="nil"/>
            </w:tcBorders>
            <w:vAlign w:val="bottom"/>
          </w:tcPr>
          <w:p w14:paraId="7954413E" w14:textId="60274EE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873" w:type="dxa"/>
            <w:tcBorders>
              <w:top w:val="nil"/>
              <w:left w:val="nil"/>
              <w:right w:val="nil"/>
            </w:tcBorders>
            <w:vAlign w:val="bottom"/>
          </w:tcPr>
          <w:p w14:paraId="3057ED92" w14:textId="37237B1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0.08</w:t>
            </w:r>
          </w:p>
        </w:tc>
        <w:tc>
          <w:tcPr>
            <w:tcW w:w="2283" w:type="dxa"/>
            <w:tcBorders>
              <w:top w:val="nil"/>
              <w:left w:val="nil"/>
              <w:right w:val="nil"/>
            </w:tcBorders>
            <w:vAlign w:val="bottom"/>
          </w:tcPr>
          <w:p w14:paraId="3841D23B" w14:textId="253EBF4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0.09</w:t>
            </w:r>
          </w:p>
        </w:tc>
        <w:tc>
          <w:tcPr>
            <w:tcW w:w="695" w:type="dxa"/>
            <w:tcBorders>
              <w:top w:val="nil"/>
              <w:left w:val="nil"/>
              <w:right w:val="nil"/>
            </w:tcBorders>
            <w:vAlign w:val="bottom"/>
          </w:tcPr>
          <w:p w14:paraId="502AF341" w14:textId="6DFBB96B"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0.40</w:t>
            </w:r>
          </w:p>
        </w:tc>
        <w:tc>
          <w:tcPr>
            <w:tcW w:w="1350" w:type="dxa"/>
            <w:tcBorders>
              <w:top w:val="nil"/>
              <w:left w:val="nil"/>
              <w:right w:val="nil"/>
            </w:tcBorders>
            <w:vAlign w:val="bottom"/>
          </w:tcPr>
          <w:p w14:paraId="1AC2EBF1" w14:textId="7C003E1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0.19</w:t>
            </w:r>
          </w:p>
        </w:tc>
      </w:tr>
      <w:tr w:rsidR="008F2D89" w:rsidRPr="00B2277C" w14:paraId="7C43A3CD" w14:textId="77777777" w:rsidTr="00207379">
        <w:tc>
          <w:tcPr>
            <w:tcW w:w="2112" w:type="dxa"/>
            <w:vAlign w:val="bottom"/>
          </w:tcPr>
          <w:p w14:paraId="2F58DAF7" w14:textId="7422792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Food Selectivity</w:t>
            </w:r>
          </w:p>
        </w:tc>
        <w:tc>
          <w:tcPr>
            <w:tcW w:w="1057" w:type="dxa"/>
            <w:tcBorders>
              <w:top w:val="nil"/>
              <w:left w:val="nil"/>
              <w:bottom w:val="nil"/>
              <w:right w:val="nil"/>
            </w:tcBorders>
            <w:vAlign w:val="bottom"/>
          </w:tcPr>
          <w:p w14:paraId="7ED4F57E" w14:textId="34B7FEB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0.06</w:t>
            </w:r>
          </w:p>
        </w:tc>
        <w:tc>
          <w:tcPr>
            <w:tcW w:w="873" w:type="dxa"/>
            <w:tcBorders>
              <w:top w:val="nil"/>
              <w:left w:val="nil"/>
              <w:bottom w:val="nil"/>
              <w:right w:val="nil"/>
            </w:tcBorders>
            <w:vAlign w:val="bottom"/>
          </w:tcPr>
          <w:p w14:paraId="4ADAD2B7" w14:textId="375EC3C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0.02</w:t>
            </w:r>
          </w:p>
        </w:tc>
        <w:tc>
          <w:tcPr>
            <w:tcW w:w="2283" w:type="dxa"/>
            <w:tcBorders>
              <w:top w:val="nil"/>
              <w:left w:val="nil"/>
              <w:bottom w:val="nil"/>
              <w:right w:val="nil"/>
            </w:tcBorders>
            <w:vAlign w:val="bottom"/>
          </w:tcPr>
          <w:p w14:paraId="47D29E8E" w14:textId="49C3BC6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0.19</w:t>
            </w:r>
          </w:p>
        </w:tc>
        <w:tc>
          <w:tcPr>
            <w:tcW w:w="695" w:type="dxa"/>
            <w:tcBorders>
              <w:top w:val="nil"/>
              <w:left w:val="nil"/>
              <w:bottom w:val="nil"/>
              <w:right w:val="nil"/>
            </w:tcBorders>
            <w:vAlign w:val="bottom"/>
          </w:tcPr>
          <w:p w14:paraId="761992E3" w14:textId="47D02D63"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0.39</w:t>
            </w:r>
          </w:p>
        </w:tc>
        <w:tc>
          <w:tcPr>
            <w:tcW w:w="1350" w:type="dxa"/>
            <w:tcBorders>
              <w:top w:val="nil"/>
              <w:left w:val="nil"/>
              <w:bottom w:val="nil"/>
              <w:right w:val="nil"/>
            </w:tcBorders>
            <w:vAlign w:val="bottom"/>
          </w:tcPr>
          <w:p w14:paraId="4E24FE7B" w14:textId="3598E740"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r>
      <w:tr w:rsidR="008F2D89" w:rsidRPr="00B2277C" w14:paraId="257175A5" w14:textId="77777777" w:rsidTr="00207379">
        <w:tc>
          <w:tcPr>
            <w:tcW w:w="2112" w:type="dxa"/>
            <w:vAlign w:val="bottom"/>
          </w:tcPr>
          <w:p w14:paraId="333A26AB" w14:textId="1FD7F2D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Bodily Distress</w:t>
            </w:r>
          </w:p>
        </w:tc>
        <w:tc>
          <w:tcPr>
            <w:tcW w:w="1057" w:type="dxa"/>
            <w:tcBorders>
              <w:top w:val="nil"/>
              <w:left w:val="nil"/>
              <w:bottom w:val="nil"/>
              <w:right w:val="nil"/>
            </w:tcBorders>
            <w:vAlign w:val="bottom"/>
          </w:tcPr>
          <w:p w14:paraId="58EA500D" w14:textId="18EEA08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0.22</w:t>
            </w:r>
          </w:p>
        </w:tc>
        <w:tc>
          <w:tcPr>
            <w:tcW w:w="873" w:type="dxa"/>
            <w:tcBorders>
              <w:top w:val="nil"/>
              <w:left w:val="nil"/>
              <w:bottom w:val="nil"/>
              <w:right w:val="nil"/>
            </w:tcBorders>
            <w:vAlign w:val="bottom"/>
          </w:tcPr>
          <w:p w14:paraId="300DEC13" w14:textId="62779861"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0.33</w:t>
            </w:r>
          </w:p>
        </w:tc>
        <w:tc>
          <w:tcPr>
            <w:tcW w:w="2283" w:type="dxa"/>
            <w:tcBorders>
              <w:top w:val="nil"/>
              <w:left w:val="nil"/>
              <w:bottom w:val="nil"/>
              <w:right w:val="nil"/>
            </w:tcBorders>
            <w:vAlign w:val="bottom"/>
          </w:tcPr>
          <w:p w14:paraId="21265737" w14:textId="0B5F7713"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0.27</w:t>
            </w:r>
          </w:p>
        </w:tc>
        <w:tc>
          <w:tcPr>
            <w:tcW w:w="695" w:type="dxa"/>
            <w:tcBorders>
              <w:top w:val="nil"/>
              <w:left w:val="nil"/>
              <w:bottom w:val="nil"/>
              <w:right w:val="nil"/>
            </w:tcBorders>
            <w:vAlign w:val="bottom"/>
          </w:tcPr>
          <w:p w14:paraId="56ECA94D" w14:textId="7097E310"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0.36</w:t>
            </w:r>
          </w:p>
        </w:tc>
        <w:tc>
          <w:tcPr>
            <w:tcW w:w="1350" w:type="dxa"/>
            <w:tcBorders>
              <w:top w:val="nil"/>
              <w:left w:val="nil"/>
              <w:bottom w:val="nil"/>
              <w:right w:val="nil"/>
            </w:tcBorders>
            <w:vAlign w:val="bottom"/>
          </w:tcPr>
          <w:p w14:paraId="5027E462" w14:textId="1D79CD0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-0.02</w:t>
            </w:r>
          </w:p>
        </w:tc>
      </w:tr>
      <w:tr w:rsidR="008F2D89" w:rsidRPr="00B2277C" w14:paraId="0C47074D" w14:textId="77777777" w:rsidTr="00207379">
        <w:tc>
          <w:tcPr>
            <w:tcW w:w="2112" w:type="dxa"/>
            <w:vAlign w:val="bottom"/>
          </w:tcPr>
          <w:p w14:paraId="520FDB94" w14:textId="26532FD7"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Blood-Injection Phobia</w:t>
            </w:r>
          </w:p>
        </w:tc>
        <w:tc>
          <w:tcPr>
            <w:tcW w:w="1057" w:type="dxa"/>
            <w:tcBorders>
              <w:top w:val="nil"/>
              <w:left w:val="nil"/>
              <w:bottom w:val="nil"/>
              <w:right w:val="nil"/>
            </w:tcBorders>
            <w:vAlign w:val="bottom"/>
          </w:tcPr>
          <w:p w14:paraId="4567A930" w14:textId="07D8EFA4"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0.01</w:t>
            </w:r>
          </w:p>
        </w:tc>
        <w:tc>
          <w:tcPr>
            <w:tcW w:w="873" w:type="dxa"/>
            <w:tcBorders>
              <w:top w:val="nil"/>
              <w:left w:val="nil"/>
              <w:bottom w:val="nil"/>
              <w:right w:val="nil"/>
            </w:tcBorders>
            <w:vAlign w:val="bottom"/>
          </w:tcPr>
          <w:p w14:paraId="34D269E9" w14:textId="24742B0B"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2283" w:type="dxa"/>
            <w:tcBorders>
              <w:top w:val="nil"/>
              <w:left w:val="nil"/>
              <w:bottom w:val="nil"/>
              <w:right w:val="nil"/>
            </w:tcBorders>
            <w:vAlign w:val="bottom"/>
          </w:tcPr>
          <w:p w14:paraId="0735D076" w14:textId="0A0F99A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0.08</w:t>
            </w:r>
          </w:p>
        </w:tc>
        <w:tc>
          <w:tcPr>
            <w:tcW w:w="695" w:type="dxa"/>
            <w:tcBorders>
              <w:top w:val="nil"/>
              <w:left w:val="nil"/>
              <w:bottom w:val="nil"/>
              <w:right w:val="nil"/>
            </w:tcBorders>
            <w:vAlign w:val="bottom"/>
          </w:tcPr>
          <w:p w14:paraId="368AF6EA" w14:textId="28AA2A26"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0.35</w:t>
            </w:r>
          </w:p>
        </w:tc>
        <w:tc>
          <w:tcPr>
            <w:tcW w:w="1350" w:type="dxa"/>
            <w:tcBorders>
              <w:top w:val="nil"/>
              <w:left w:val="nil"/>
              <w:bottom w:val="nil"/>
              <w:right w:val="nil"/>
            </w:tcBorders>
            <w:vAlign w:val="bottom"/>
          </w:tcPr>
          <w:p w14:paraId="0C2F43C1" w14:textId="15662D0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-0.03</w:t>
            </w:r>
          </w:p>
        </w:tc>
      </w:tr>
      <w:tr w:rsidR="008F2D89" w:rsidRPr="00B2277C" w14:paraId="7D4ADB03" w14:textId="77777777" w:rsidTr="00207379">
        <w:tc>
          <w:tcPr>
            <w:tcW w:w="2112" w:type="dxa"/>
            <w:vAlign w:val="bottom"/>
          </w:tcPr>
          <w:p w14:paraId="772D8826" w14:textId="73B52F2E"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Delusions</w:t>
            </w:r>
          </w:p>
        </w:tc>
        <w:tc>
          <w:tcPr>
            <w:tcW w:w="1057" w:type="dxa"/>
            <w:tcBorders>
              <w:top w:val="nil"/>
              <w:left w:val="nil"/>
              <w:bottom w:val="nil"/>
              <w:right w:val="nil"/>
            </w:tcBorders>
            <w:vAlign w:val="bottom"/>
          </w:tcPr>
          <w:p w14:paraId="28CD1AAF" w14:textId="7BA759DF"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0.02</w:t>
            </w:r>
          </w:p>
        </w:tc>
        <w:tc>
          <w:tcPr>
            <w:tcW w:w="873" w:type="dxa"/>
            <w:tcBorders>
              <w:top w:val="nil"/>
              <w:left w:val="nil"/>
              <w:bottom w:val="nil"/>
              <w:right w:val="nil"/>
            </w:tcBorders>
            <w:vAlign w:val="bottom"/>
          </w:tcPr>
          <w:p w14:paraId="5F856F3C" w14:textId="65DA3329"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-0.16</w:t>
            </w:r>
          </w:p>
        </w:tc>
        <w:tc>
          <w:tcPr>
            <w:tcW w:w="2283" w:type="dxa"/>
            <w:tcBorders>
              <w:top w:val="nil"/>
              <w:left w:val="nil"/>
              <w:bottom w:val="nil"/>
              <w:right w:val="nil"/>
            </w:tcBorders>
            <w:vAlign w:val="bottom"/>
          </w:tcPr>
          <w:p w14:paraId="1D092B76" w14:textId="63348701"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0.04</w:t>
            </w:r>
          </w:p>
        </w:tc>
        <w:tc>
          <w:tcPr>
            <w:tcW w:w="695" w:type="dxa"/>
            <w:tcBorders>
              <w:top w:val="nil"/>
              <w:left w:val="nil"/>
              <w:bottom w:val="nil"/>
              <w:right w:val="nil"/>
            </w:tcBorders>
            <w:vAlign w:val="bottom"/>
          </w:tcPr>
          <w:p w14:paraId="03D51F78" w14:textId="464B66CC"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0.34</w:t>
            </w:r>
          </w:p>
        </w:tc>
        <w:tc>
          <w:tcPr>
            <w:tcW w:w="1350" w:type="dxa"/>
            <w:tcBorders>
              <w:top w:val="nil"/>
              <w:left w:val="nil"/>
              <w:bottom w:val="nil"/>
              <w:right w:val="nil"/>
            </w:tcBorders>
            <w:vAlign w:val="bottom"/>
          </w:tcPr>
          <w:p w14:paraId="2224EAA7" w14:textId="6245E65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0.27</w:t>
            </w:r>
          </w:p>
        </w:tc>
      </w:tr>
      <w:tr w:rsidR="008F2D89" w:rsidRPr="00B2277C" w14:paraId="69234C16" w14:textId="77777777" w:rsidTr="00207379">
        <w:tc>
          <w:tcPr>
            <w:tcW w:w="2112" w:type="dxa"/>
            <w:vAlign w:val="bottom"/>
          </w:tcPr>
          <w:p w14:paraId="60252552" w14:textId="5D438C7A"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Cynicism</w:t>
            </w:r>
          </w:p>
        </w:tc>
        <w:tc>
          <w:tcPr>
            <w:tcW w:w="1057" w:type="dxa"/>
            <w:tcBorders>
              <w:top w:val="nil"/>
              <w:left w:val="nil"/>
              <w:bottom w:val="nil"/>
              <w:right w:val="nil"/>
            </w:tcBorders>
            <w:vAlign w:val="bottom"/>
          </w:tcPr>
          <w:p w14:paraId="0C15AD6F" w14:textId="0C506A76"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0.19</w:t>
            </w:r>
          </w:p>
        </w:tc>
        <w:tc>
          <w:tcPr>
            <w:tcW w:w="873" w:type="dxa"/>
            <w:tcBorders>
              <w:top w:val="nil"/>
              <w:left w:val="nil"/>
              <w:bottom w:val="nil"/>
              <w:right w:val="nil"/>
            </w:tcBorders>
            <w:vAlign w:val="bottom"/>
          </w:tcPr>
          <w:p w14:paraId="36AB2B5B" w14:textId="1787D078"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0.17</w:t>
            </w:r>
          </w:p>
        </w:tc>
        <w:tc>
          <w:tcPr>
            <w:tcW w:w="2283" w:type="dxa"/>
            <w:tcBorders>
              <w:top w:val="nil"/>
              <w:left w:val="nil"/>
              <w:bottom w:val="nil"/>
              <w:right w:val="nil"/>
            </w:tcBorders>
            <w:vAlign w:val="bottom"/>
          </w:tcPr>
          <w:p w14:paraId="5FAB0618" w14:textId="755AF96D" w:rsidR="008F2D89" w:rsidRPr="00207379" w:rsidRDefault="008F2D89" w:rsidP="008F2D89">
            <w:pPr>
              <w:rPr>
                <w:rFonts w:ascii="Times New Roman" w:hAnsi="Times New Roman" w:cs="Times New Roman"/>
                <w:sz w:val="20"/>
                <w:szCs w:val="20"/>
              </w:rPr>
            </w:pPr>
            <w:r w:rsidRPr="00207379">
              <w:rPr>
                <w:rFonts w:ascii="Times New Roman" w:hAnsi="Times New Roman" w:cs="Times New Roman"/>
                <w:sz w:val="20"/>
                <w:szCs w:val="20"/>
              </w:rPr>
              <w:t>0.18</w:t>
            </w:r>
          </w:p>
        </w:tc>
        <w:tc>
          <w:tcPr>
            <w:tcW w:w="695" w:type="dxa"/>
            <w:tcBorders>
              <w:top w:val="nil"/>
              <w:left w:val="nil"/>
              <w:bottom w:val="nil"/>
              <w:right w:val="nil"/>
            </w:tcBorders>
            <w:vAlign w:val="bottom"/>
          </w:tcPr>
          <w:p w14:paraId="3F159DDC" w14:textId="647A6ECE"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b/>
                <w:bCs/>
                <w:sz w:val="20"/>
                <w:szCs w:val="20"/>
              </w:rPr>
              <w:t>0.32</w:t>
            </w:r>
          </w:p>
        </w:tc>
        <w:tc>
          <w:tcPr>
            <w:tcW w:w="1350" w:type="dxa"/>
            <w:tcBorders>
              <w:top w:val="nil"/>
              <w:left w:val="nil"/>
              <w:bottom w:val="nil"/>
              <w:right w:val="nil"/>
            </w:tcBorders>
            <w:vAlign w:val="bottom"/>
          </w:tcPr>
          <w:p w14:paraId="3B55E447" w14:textId="52837F70" w:rsidR="008F2D89" w:rsidRPr="00207379" w:rsidRDefault="008F2D89" w:rsidP="008F2D89">
            <w:pPr>
              <w:rPr>
                <w:rFonts w:ascii="Times New Roman" w:hAnsi="Times New Roman" w:cs="Times New Roman"/>
                <w:b/>
                <w:bCs/>
                <w:sz w:val="20"/>
                <w:szCs w:val="20"/>
              </w:rPr>
            </w:pPr>
            <w:r w:rsidRPr="00207379">
              <w:rPr>
                <w:rFonts w:ascii="Times New Roman" w:hAnsi="Times New Roman" w:cs="Times New Roman"/>
                <w:sz w:val="20"/>
                <w:szCs w:val="20"/>
              </w:rPr>
              <w:t>0.16</w:t>
            </w:r>
          </w:p>
        </w:tc>
      </w:tr>
      <w:tr w:rsidR="003C399E" w:rsidRPr="00B2277C" w14:paraId="13F27279" w14:textId="77777777" w:rsidTr="00207379">
        <w:tc>
          <w:tcPr>
            <w:tcW w:w="2112" w:type="dxa"/>
            <w:vAlign w:val="bottom"/>
          </w:tcPr>
          <w:p w14:paraId="0F109997" w14:textId="270024ED"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Risk Taking</w:t>
            </w:r>
          </w:p>
        </w:tc>
        <w:tc>
          <w:tcPr>
            <w:tcW w:w="1057" w:type="dxa"/>
            <w:tcBorders>
              <w:top w:val="nil"/>
              <w:left w:val="nil"/>
              <w:bottom w:val="nil"/>
              <w:right w:val="nil"/>
            </w:tcBorders>
            <w:vAlign w:val="bottom"/>
          </w:tcPr>
          <w:p w14:paraId="0AE0FF24" w14:textId="58950074"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0.00</w:t>
            </w:r>
          </w:p>
        </w:tc>
        <w:tc>
          <w:tcPr>
            <w:tcW w:w="873" w:type="dxa"/>
            <w:tcBorders>
              <w:top w:val="nil"/>
              <w:left w:val="nil"/>
              <w:bottom w:val="nil"/>
              <w:right w:val="nil"/>
            </w:tcBorders>
            <w:vAlign w:val="bottom"/>
          </w:tcPr>
          <w:p w14:paraId="74A8ADEA" w14:textId="7FCA5F6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-0.09</w:t>
            </w:r>
          </w:p>
        </w:tc>
        <w:tc>
          <w:tcPr>
            <w:tcW w:w="2283" w:type="dxa"/>
            <w:tcBorders>
              <w:top w:val="nil"/>
              <w:left w:val="nil"/>
              <w:bottom w:val="nil"/>
              <w:right w:val="nil"/>
            </w:tcBorders>
            <w:vAlign w:val="bottom"/>
          </w:tcPr>
          <w:p w14:paraId="0624DFCD" w14:textId="4D92BD2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0.19</w:t>
            </w:r>
          </w:p>
        </w:tc>
        <w:tc>
          <w:tcPr>
            <w:tcW w:w="695" w:type="dxa"/>
            <w:tcBorders>
              <w:top w:val="nil"/>
              <w:left w:val="nil"/>
              <w:bottom w:val="nil"/>
              <w:right w:val="nil"/>
            </w:tcBorders>
            <w:vAlign w:val="bottom"/>
          </w:tcPr>
          <w:p w14:paraId="4FAA5D44" w14:textId="6C081763"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sz w:val="20"/>
                <w:szCs w:val="20"/>
              </w:rPr>
              <w:t>-0.22</w:t>
            </w:r>
          </w:p>
        </w:tc>
        <w:tc>
          <w:tcPr>
            <w:tcW w:w="1350" w:type="dxa"/>
            <w:tcBorders>
              <w:top w:val="nil"/>
              <w:left w:val="nil"/>
              <w:bottom w:val="nil"/>
              <w:right w:val="nil"/>
            </w:tcBorders>
            <w:vAlign w:val="bottom"/>
          </w:tcPr>
          <w:p w14:paraId="55C8D078" w14:textId="08074A4B"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0.64</w:t>
            </w:r>
          </w:p>
        </w:tc>
      </w:tr>
      <w:tr w:rsidR="003C399E" w:rsidRPr="00B2277C" w14:paraId="6CB87E44" w14:textId="77777777" w:rsidTr="00207379">
        <w:tc>
          <w:tcPr>
            <w:tcW w:w="2112" w:type="dxa"/>
            <w:vAlign w:val="bottom"/>
          </w:tcPr>
          <w:p w14:paraId="4D474921" w14:textId="3DAE67F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Oppositionality </w:t>
            </w:r>
          </w:p>
        </w:tc>
        <w:tc>
          <w:tcPr>
            <w:tcW w:w="1057" w:type="dxa"/>
            <w:tcBorders>
              <w:top w:val="nil"/>
              <w:left w:val="nil"/>
              <w:bottom w:val="nil"/>
              <w:right w:val="nil"/>
            </w:tcBorders>
            <w:vAlign w:val="bottom"/>
          </w:tcPr>
          <w:p w14:paraId="42CD680E" w14:textId="636BD0A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0.05</w:t>
            </w:r>
          </w:p>
        </w:tc>
        <w:tc>
          <w:tcPr>
            <w:tcW w:w="873" w:type="dxa"/>
            <w:tcBorders>
              <w:top w:val="nil"/>
              <w:left w:val="nil"/>
              <w:bottom w:val="nil"/>
              <w:right w:val="nil"/>
            </w:tcBorders>
            <w:vAlign w:val="bottom"/>
          </w:tcPr>
          <w:p w14:paraId="5D1DBE98" w14:textId="1DD2859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0.09</w:t>
            </w:r>
          </w:p>
        </w:tc>
        <w:tc>
          <w:tcPr>
            <w:tcW w:w="2283" w:type="dxa"/>
            <w:tcBorders>
              <w:top w:val="nil"/>
              <w:left w:val="nil"/>
              <w:bottom w:val="nil"/>
              <w:right w:val="nil"/>
            </w:tcBorders>
            <w:vAlign w:val="bottom"/>
          </w:tcPr>
          <w:p w14:paraId="5925C16E" w14:textId="76FFB563"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0.11</w:t>
            </w:r>
          </w:p>
        </w:tc>
        <w:tc>
          <w:tcPr>
            <w:tcW w:w="695" w:type="dxa"/>
            <w:tcBorders>
              <w:top w:val="nil"/>
              <w:left w:val="nil"/>
              <w:bottom w:val="nil"/>
              <w:right w:val="nil"/>
            </w:tcBorders>
            <w:vAlign w:val="bottom"/>
          </w:tcPr>
          <w:p w14:paraId="187A8E9A" w14:textId="568B531D"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sz w:val="20"/>
                <w:szCs w:val="20"/>
              </w:rPr>
              <w:t>0.05</w:t>
            </w:r>
          </w:p>
        </w:tc>
        <w:tc>
          <w:tcPr>
            <w:tcW w:w="1350" w:type="dxa"/>
            <w:tcBorders>
              <w:top w:val="nil"/>
              <w:left w:val="nil"/>
              <w:bottom w:val="nil"/>
              <w:right w:val="nil"/>
            </w:tcBorders>
            <w:vAlign w:val="bottom"/>
          </w:tcPr>
          <w:p w14:paraId="30BD642A" w14:textId="3C1256CC"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0.54</w:t>
            </w:r>
          </w:p>
        </w:tc>
      </w:tr>
      <w:tr w:rsidR="003C399E" w:rsidRPr="00B2277C" w14:paraId="6B61D765" w14:textId="77777777" w:rsidTr="00207379">
        <w:tc>
          <w:tcPr>
            <w:tcW w:w="2112" w:type="dxa"/>
            <w:vAlign w:val="bottom"/>
          </w:tcPr>
          <w:p w14:paraId="3BC44385" w14:textId="6C3018E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Manipulativeness </w:t>
            </w:r>
          </w:p>
        </w:tc>
        <w:tc>
          <w:tcPr>
            <w:tcW w:w="1057" w:type="dxa"/>
            <w:tcBorders>
              <w:top w:val="nil"/>
              <w:left w:val="nil"/>
              <w:bottom w:val="nil"/>
              <w:right w:val="nil"/>
            </w:tcBorders>
            <w:vAlign w:val="bottom"/>
          </w:tcPr>
          <w:p w14:paraId="735F1FD4" w14:textId="465B67E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0.05</w:t>
            </w:r>
          </w:p>
        </w:tc>
        <w:tc>
          <w:tcPr>
            <w:tcW w:w="873" w:type="dxa"/>
            <w:tcBorders>
              <w:top w:val="nil"/>
              <w:left w:val="nil"/>
              <w:bottom w:val="nil"/>
              <w:right w:val="nil"/>
            </w:tcBorders>
            <w:vAlign w:val="bottom"/>
          </w:tcPr>
          <w:p w14:paraId="2354F20B" w14:textId="727D185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-0.03</w:t>
            </w:r>
          </w:p>
        </w:tc>
        <w:tc>
          <w:tcPr>
            <w:tcW w:w="2283" w:type="dxa"/>
            <w:tcBorders>
              <w:top w:val="nil"/>
              <w:left w:val="nil"/>
              <w:bottom w:val="nil"/>
              <w:right w:val="nil"/>
            </w:tcBorders>
            <w:vAlign w:val="bottom"/>
          </w:tcPr>
          <w:p w14:paraId="0CD64460" w14:textId="4B6D142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0.18</w:t>
            </w:r>
          </w:p>
        </w:tc>
        <w:tc>
          <w:tcPr>
            <w:tcW w:w="695" w:type="dxa"/>
            <w:tcBorders>
              <w:top w:val="nil"/>
              <w:left w:val="nil"/>
              <w:bottom w:val="nil"/>
              <w:right w:val="nil"/>
            </w:tcBorders>
            <w:vAlign w:val="bottom"/>
          </w:tcPr>
          <w:p w14:paraId="1309C914" w14:textId="43F9C97C"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sz w:val="20"/>
                <w:szCs w:val="20"/>
              </w:rPr>
              <w:t>-0.02</w:t>
            </w:r>
          </w:p>
        </w:tc>
        <w:tc>
          <w:tcPr>
            <w:tcW w:w="1350" w:type="dxa"/>
            <w:tcBorders>
              <w:top w:val="nil"/>
              <w:left w:val="nil"/>
              <w:bottom w:val="nil"/>
              <w:right w:val="nil"/>
            </w:tcBorders>
            <w:vAlign w:val="bottom"/>
          </w:tcPr>
          <w:p w14:paraId="7973D290" w14:textId="60D32D3A"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0.53</w:t>
            </w:r>
          </w:p>
        </w:tc>
      </w:tr>
      <w:tr w:rsidR="003C399E" w:rsidRPr="00B2277C" w14:paraId="087FC642" w14:textId="77777777" w:rsidTr="00207379">
        <w:tc>
          <w:tcPr>
            <w:tcW w:w="2112" w:type="dxa"/>
            <w:vAlign w:val="bottom"/>
          </w:tcPr>
          <w:p w14:paraId="5ED0C728" w14:textId="5F96195D"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Eccentricity </w:t>
            </w:r>
          </w:p>
        </w:tc>
        <w:tc>
          <w:tcPr>
            <w:tcW w:w="1057" w:type="dxa"/>
            <w:tcBorders>
              <w:top w:val="nil"/>
              <w:left w:val="nil"/>
              <w:bottom w:val="nil"/>
              <w:right w:val="nil"/>
            </w:tcBorders>
            <w:vAlign w:val="bottom"/>
          </w:tcPr>
          <w:p w14:paraId="0A752A58" w14:textId="29FB5FFA"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0.07</w:t>
            </w:r>
          </w:p>
        </w:tc>
        <w:tc>
          <w:tcPr>
            <w:tcW w:w="873" w:type="dxa"/>
            <w:tcBorders>
              <w:top w:val="nil"/>
              <w:left w:val="nil"/>
              <w:bottom w:val="nil"/>
              <w:right w:val="nil"/>
            </w:tcBorders>
            <w:vAlign w:val="bottom"/>
          </w:tcPr>
          <w:p w14:paraId="4BE61928" w14:textId="5D0517A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0.05</w:t>
            </w:r>
          </w:p>
        </w:tc>
        <w:tc>
          <w:tcPr>
            <w:tcW w:w="2283" w:type="dxa"/>
            <w:tcBorders>
              <w:top w:val="nil"/>
              <w:left w:val="nil"/>
              <w:bottom w:val="nil"/>
              <w:right w:val="nil"/>
            </w:tcBorders>
            <w:vAlign w:val="bottom"/>
          </w:tcPr>
          <w:p w14:paraId="555FED4B" w14:textId="0673D193"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0.20</w:t>
            </w:r>
          </w:p>
        </w:tc>
        <w:tc>
          <w:tcPr>
            <w:tcW w:w="695" w:type="dxa"/>
            <w:tcBorders>
              <w:top w:val="nil"/>
              <w:left w:val="nil"/>
              <w:bottom w:val="nil"/>
              <w:right w:val="nil"/>
            </w:tcBorders>
            <w:vAlign w:val="bottom"/>
          </w:tcPr>
          <w:p w14:paraId="5C1F4750" w14:textId="1D28F0FE"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sz w:val="20"/>
                <w:szCs w:val="20"/>
              </w:rPr>
              <w:t>0.17</w:t>
            </w:r>
          </w:p>
        </w:tc>
        <w:tc>
          <w:tcPr>
            <w:tcW w:w="1350" w:type="dxa"/>
            <w:tcBorders>
              <w:top w:val="nil"/>
              <w:left w:val="nil"/>
              <w:bottom w:val="nil"/>
              <w:right w:val="nil"/>
            </w:tcBorders>
            <w:vAlign w:val="bottom"/>
          </w:tcPr>
          <w:p w14:paraId="36FFA593" w14:textId="38110E2F"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0.50</w:t>
            </w:r>
          </w:p>
        </w:tc>
      </w:tr>
      <w:tr w:rsidR="003C399E" w:rsidRPr="00B2277C" w14:paraId="65290DF5" w14:textId="77777777" w:rsidTr="00207379">
        <w:tc>
          <w:tcPr>
            <w:tcW w:w="2112" w:type="dxa"/>
            <w:vAlign w:val="bottom"/>
          </w:tcPr>
          <w:p w14:paraId="6C50F57A" w14:textId="5D11308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Non-</w:t>
            </w:r>
            <w:proofErr w:type="spellStart"/>
            <w:r w:rsidR="004C4FD8">
              <w:rPr>
                <w:rFonts w:ascii="Times New Roman" w:hAnsi="Times New Roman" w:cs="Times New Roman"/>
                <w:sz w:val="20"/>
                <w:szCs w:val="20"/>
              </w:rPr>
              <w:t>P</w:t>
            </w:r>
            <w:r w:rsidRPr="00207379">
              <w:rPr>
                <w:rFonts w:ascii="Times New Roman" w:hAnsi="Times New Roman" w:cs="Times New Roman"/>
                <w:sz w:val="20"/>
                <w:szCs w:val="20"/>
              </w:rPr>
              <w:t>lanfulness</w:t>
            </w:r>
            <w:proofErr w:type="spellEnd"/>
          </w:p>
        </w:tc>
        <w:tc>
          <w:tcPr>
            <w:tcW w:w="1057" w:type="dxa"/>
            <w:tcBorders>
              <w:top w:val="nil"/>
              <w:left w:val="nil"/>
              <w:bottom w:val="nil"/>
              <w:right w:val="nil"/>
            </w:tcBorders>
            <w:vAlign w:val="bottom"/>
          </w:tcPr>
          <w:p w14:paraId="78E628ED" w14:textId="7385D9F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0.01</w:t>
            </w:r>
          </w:p>
        </w:tc>
        <w:tc>
          <w:tcPr>
            <w:tcW w:w="873" w:type="dxa"/>
            <w:tcBorders>
              <w:top w:val="nil"/>
              <w:left w:val="nil"/>
              <w:bottom w:val="nil"/>
              <w:right w:val="nil"/>
            </w:tcBorders>
            <w:vAlign w:val="bottom"/>
          </w:tcPr>
          <w:p w14:paraId="30BD039C" w14:textId="689B256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0.26</w:t>
            </w:r>
          </w:p>
        </w:tc>
        <w:tc>
          <w:tcPr>
            <w:tcW w:w="2283" w:type="dxa"/>
            <w:tcBorders>
              <w:top w:val="nil"/>
              <w:left w:val="nil"/>
              <w:bottom w:val="nil"/>
              <w:right w:val="nil"/>
            </w:tcBorders>
            <w:vAlign w:val="bottom"/>
          </w:tcPr>
          <w:p w14:paraId="5E4046B8" w14:textId="64F6F38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0.23</w:t>
            </w:r>
          </w:p>
        </w:tc>
        <w:tc>
          <w:tcPr>
            <w:tcW w:w="695" w:type="dxa"/>
            <w:tcBorders>
              <w:top w:val="nil"/>
              <w:left w:val="nil"/>
              <w:bottom w:val="nil"/>
              <w:right w:val="nil"/>
            </w:tcBorders>
            <w:vAlign w:val="bottom"/>
          </w:tcPr>
          <w:p w14:paraId="62E5F2E2" w14:textId="244B25C9"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0.03</w:t>
            </w:r>
          </w:p>
        </w:tc>
        <w:tc>
          <w:tcPr>
            <w:tcW w:w="1350" w:type="dxa"/>
            <w:tcBorders>
              <w:top w:val="nil"/>
              <w:left w:val="nil"/>
              <w:bottom w:val="nil"/>
              <w:right w:val="nil"/>
            </w:tcBorders>
            <w:vAlign w:val="bottom"/>
          </w:tcPr>
          <w:p w14:paraId="2AA3B37A" w14:textId="6A44E422"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0.50</w:t>
            </w:r>
          </w:p>
        </w:tc>
      </w:tr>
      <w:tr w:rsidR="003C399E" w:rsidRPr="00B2277C" w14:paraId="39A6B2DB" w14:textId="77777777" w:rsidTr="00207379">
        <w:tc>
          <w:tcPr>
            <w:tcW w:w="2112" w:type="dxa"/>
            <w:vAlign w:val="bottom"/>
          </w:tcPr>
          <w:p w14:paraId="479C2C78" w14:textId="4B32B28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Risk Aversion </w:t>
            </w:r>
          </w:p>
        </w:tc>
        <w:tc>
          <w:tcPr>
            <w:tcW w:w="1057" w:type="dxa"/>
            <w:tcBorders>
              <w:top w:val="nil"/>
              <w:left w:val="nil"/>
              <w:bottom w:val="nil"/>
              <w:right w:val="nil"/>
            </w:tcBorders>
            <w:vAlign w:val="bottom"/>
          </w:tcPr>
          <w:p w14:paraId="4D62CB1A" w14:textId="335BDDB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0.11</w:t>
            </w:r>
          </w:p>
        </w:tc>
        <w:tc>
          <w:tcPr>
            <w:tcW w:w="873" w:type="dxa"/>
            <w:tcBorders>
              <w:top w:val="nil"/>
              <w:left w:val="nil"/>
              <w:bottom w:val="nil"/>
              <w:right w:val="nil"/>
            </w:tcBorders>
            <w:vAlign w:val="bottom"/>
          </w:tcPr>
          <w:p w14:paraId="62167BF6" w14:textId="6656BB7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0.08</w:t>
            </w:r>
          </w:p>
        </w:tc>
        <w:tc>
          <w:tcPr>
            <w:tcW w:w="2283" w:type="dxa"/>
            <w:tcBorders>
              <w:top w:val="nil"/>
              <w:left w:val="nil"/>
              <w:bottom w:val="nil"/>
              <w:right w:val="nil"/>
            </w:tcBorders>
            <w:vAlign w:val="bottom"/>
          </w:tcPr>
          <w:p w14:paraId="139E6C34" w14:textId="2863486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0.24</w:t>
            </w:r>
          </w:p>
        </w:tc>
        <w:tc>
          <w:tcPr>
            <w:tcW w:w="695" w:type="dxa"/>
            <w:tcBorders>
              <w:top w:val="nil"/>
              <w:left w:val="nil"/>
              <w:bottom w:val="nil"/>
              <w:right w:val="nil"/>
            </w:tcBorders>
            <w:vAlign w:val="bottom"/>
          </w:tcPr>
          <w:p w14:paraId="3FA9C694" w14:textId="03DCA442"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0.44</w:t>
            </w:r>
          </w:p>
        </w:tc>
        <w:tc>
          <w:tcPr>
            <w:tcW w:w="1350" w:type="dxa"/>
            <w:tcBorders>
              <w:top w:val="nil"/>
              <w:left w:val="nil"/>
              <w:bottom w:val="nil"/>
              <w:right w:val="nil"/>
            </w:tcBorders>
            <w:vAlign w:val="bottom"/>
          </w:tcPr>
          <w:p w14:paraId="6F3404BD" w14:textId="4296247C"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-0.49</w:t>
            </w:r>
          </w:p>
        </w:tc>
      </w:tr>
      <w:tr w:rsidR="003C399E" w:rsidRPr="00B2277C" w14:paraId="30ADCEC7" w14:textId="77777777" w:rsidTr="00207379">
        <w:tc>
          <w:tcPr>
            <w:tcW w:w="2112" w:type="dxa"/>
            <w:vAlign w:val="bottom"/>
          </w:tcPr>
          <w:p w14:paraId="53651A6D" w14:textId="373642A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Risky Sex </w:t>
            </w:r>
          </w:p>
        </w:tc>
        <w:tc>
          <w:tcPr>
            <w:tcW w:w="1057" w:type="dxa"/>
            <w:tcBorders>
              <w:top w:val="nil"/>
              <w:left w:val="nil"/>
              <w:bottom w:val="nil"/>
              <w:right w:val="nil"/>
            </w:tcBorders>
            <w:vAlign w:val="bottom"/>
          </w:tcPr>
          <w:p w14:paraId="68B3BB5C" w14:textId="5E346C3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0.01</w:t>
            </w:r>
          </w:p>
        </w:tc>
        <w:tc>
          <w:tcPr>
            <w:tcW w:w="873" w:type="dxa"/>
            <w:tcBorders>
              <w:top w:val="nil"/>
              <w:left w:val="nil"/>
              <w:bottom w:val="nil"/>
              <w:right w:val="nil"/>
            </w:tcBorders>
            <w:vAlign w:val="bottom"/>
          </w:tcPr>
          <w:p w14:paraId="5227B613" w14:textId="3A64E27C"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-0.01</w:t>
            </w:r>
          </w:p>
        </w:tc>
        <w:tc>
          <w:tcPr>
            <w:tcW w:w="2283" w:type="dxa"/>
            <w:tcBorders>
              <w:top w:val="nil"/>
              <w:left w:val="nil"/>
              <w:bottom w:val="nil"/>
              <w:right w:val="nil"/>
            </w:tcBorders>
            <w:vAlign w:val="bottom"/>
          </w:tcPr>
          <w:p w14:paraId="5880E831" w14:textId="130E51D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0.10</w:t>
            </w:r>
          </w:p>
        </w:tc>
        <w:tc>
          <w:tcPr>
            <w:tcW w:w="695" w:type="dxa"/>
            <w:tcBorders>
              <w:top w:val="nil"/>
              <w:left w:val="nil"/>
              <w:bottom w:val="nil"/>
              <w:right w:val="nil"/>
            </w:tcBorders>
            <w:vAlign w:val="bottom"/>
          </w:tcPr>
          <w:p w14:paraId="64589237" w14:textId="3221034C"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sz w:val="20"/>
                <w:szCs w:val="20"/>
              </w:rPr>
              <w:t>-0.02</w:t>
            </w:r>
          </w:p>
        </w:tc>
        <w:tc>
          <w:tcPr>
            <w:tcW w:w="1350" w:type="dxa"/>
            <w:tcBorders>
              <w:top w:val="nil"/>
              <w:left w:val="nil"/>
              <w:bottom w:val="nil"/>
              <w:right w:val="nil"/>
            </w:tcBorders>
            <w:vAlign w:val="bottom"/>
          </w:tcPr>
          <w:p w14:paraId="34EE2FD5" w14:textId="039B3746"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0.44</w:t>
            </w:r>
          </w:p>
        </w:tc>
      </w:tr>
      <w:tr w:rsidR="003C399E" w:rsidRPr="00B2277C" w14:paraId="3DE6627A" w14:textId="77777777" w:rsidTr="00207379">
        <w:tc>
          <w:tcPr>
            <w:tcW w:w="2112" w:type="dxa"/>
            <w:vAlign w:val="bottom"/>
          </w:tcPr>
          <w:p w14:paraId="5B1CD68A" w14:textId="33BD2EE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Manic Energy</w:t>
            </w:r>
          </w:p>
        </w:tc>
        <w:tc>
          <w:tcPr>
            <w:tcW w:w="1057" w:type="dxa"/>
            <w:tcBorders>
              <w:top w:val="nil"/>
              <w:left w:val="nil"/>
              <w:bottom w:val="nil"/>
              <w:right w:val="nil"/>
            </w:tcBorders>
            <w:vAlign w:val="bottom"/>
          </w:tcPr>
          <w:p w14:paraId="7C5F42AC" w14:textId="582FA0B8"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-0.04</w:t>
            </w:r>
          </w:p>
        </w:tc>
        <w:tc>
          <w:tcPr>
            <w:tcW w:w="873" w:type="dxa"/>
            <w:tcBorders>
              <w:top w:val="nil"/>
              <w:left w:val="nil"/>
              <w:bottom w:val="nil"/>
              <w:right w:val="nil"/>
            </w:tcBorders>
            <w:vAlign w:val="bottom"/>
          </w:tcPr>
          <w:p w14:paraId="6D8DB8D1" w14:textId="43C9B48D"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-0.17</w:t>
            </w:r>
          </w:p>
        </w:tc>
        <w:tc>
          <w:tcPr>
            <w:tcW w:w="2283" w:type="dxa"/>
            <w:tcBorders>
              <w:top w:val="nil"/>
              <w:left w:val="nil"/>
              <w:bottom w:val="nil"/>
              <w:right w:val="nil"/>
            </w:tcBorders>
            <w:vAlign w:val="bottom"/>
          </w:tcPr>
          <w:p w14:paraId="70F81F30" w14:textId="7039828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0.21</w:t>
            </w:r>
          </w:p>
        </w:tc>
        <w:tc>
          <w:tcPr>
            <w:tcW w:w="695" w:type="dxa"/>
            <w:tcBorders>
              <w:top w:val="nil"/>
              <w:left w:val="nil"/>
              <w:bottom w:val="nil"/>
              <w:right w:val="nil"/>
            </w:tcBorders>
            <w:vAlign w:val="bottom"/>
          </w:tcPr>
          <w:p w14:paraId="79D1589D" w14:textId="4AC82A6A"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0.23</w:t>
            </w:r>
          </w:p>
        </w:tc>
        <w:tc>
          <w:tcPr>
            <w:tcW w:w="1350" w:type="dxa"/>
            <w:tcBorders>
              <w:top w:val="nil"/>
              <w:left w:val="nil"/>
              <w:bottom w:val="nil"/>
              <w:right w:val="nil"/>
            </w:tcBorders>
            <w:vAlign w:val="bottom"/>
          </w:tcPr>
          <w:p w14:paraId="6F4179B1" w14:textId="0F85EC83"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0.42</w:t>
            </w:r>
          </w:p>
        </w:tc>
      </w:tr>
      <w:tr w:rsidR="003C399E" w:rsidRPr="00B2277C" w14:paraId="4C070CBC" w14:textId="77777777" w:rsidTr="00207379">
        <w:tc>
          <w:tcPr>
            <w:tcW w:w="2112" w:type="dxa"/>
            <w:vAlign w:val="bottom"/>
          </w:tcPr>
          <w:p w14:paraId="4EFAF75D" w14:textId="1828C08C"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lastRenderedPageBreak/>
              <w:t>Sex-Related Substance Use</w:t>
            </w:r>
          </w:p>
        </w:tc>
        <w:tc>
          <w:tcPr>
            <w:tcW w:w="1057" w:type="dxa"/>
            <w:tcBorders>
              <w:top w:val="nil"/>
              <w:left w:val="nil"/>
              <w:bottom w:val="nil"/>
              <w:right w:val="nil"/>
            </w:tcBorders>
            <w:vAlign w:val="bottom"/>
          </w:tcPr>
          <w:p w14:paraId="0CF08394" w14:textId="66C5BFB9"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0.28</w:t>
            </w:r>
          </w:p>
        </w:tc>
        <w:tc>
          <w:tcPr>
            <w:tcW w:w="873" w:type="dxa"/>
            <w:tcBorders>
              <w:top w:val="nil"/>
              <w:left w:val="nil"/>
              <w:bottom w:val="nil"/>
              <w:right w:val="nil"/>
            </w:tcBorders>
            <w:vAlign w:val="bottom"/>
          </w:tcPr>
          <w:p w14:paraId="01F4819D" w14:textId="3333CA5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-0.09</w:t>
            </w:r>
          </w:p>
        </w:tc>
        <w:tc>
          <w:tcPr>
            <w:tcW w:w="2283" w:type="dxa"/>
            <w:tcBorders>
              <w:top w:val="nil"/>
              <w:left w:val="nil"/>
              <w:bottom w:val="nil"/>
              <w:right w:val="nil"/>
            </w:tcBorders>
            <w:vAlign w:val="bottom"/>
          </w:tcPr>
          <w:p w14:paraId="1C1D0408" w14:textId="1D7FB7B3"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-0.03</w:t>
            </w:r>
          </w:p>
        </w:tc>
        <w:tc>
          <w:tcPr>
            <w:tcW w:w="695" w:type="dxa"/>
            <w:tcBorders>
              <w:top w:val="nil"/>
              <w:left w:val="nil"/>
              <w:bottom w:val="nil"/>
              <w:right w:val="nil"/>
            </w:tcBorders>
            <w:vAlign w:val="bottom"/>
          </w:tcPr>
          <w:p w14:paraId="20306FE4" w14:textId="54F4EA3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-0.03</w:t>
            </w:r>
          </w:p>
        </w:tc>
        <w:tc>
          <w:tcPr>
            <w:tcW w:w="1350" w:type="dxa"/>
            <w:tcBorders>
              <w:top w:val="nil"/>
              <w:left w:val="nil"/>
              <w:bottom w:val="nil"/>
              <w:right w:val="nil"/>
            </w:tcBorders>
            <w:vAlign w:val="bottom"/>
          </w:tcPr>
          <w:p w14:paraId="7D414528" w14:textId="05AD72DE"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0.42</w:t>
            </w:r>
          </w:p>
        </w:tc>
      </w:tr>
      <w:tr w:rsidR="003C399E" w:rsidRPr="00B2277C" w14:paraId="2C14AECF" w14:textId="77777777" w:rsidTr="00207379">
        <w:tc>
          <w:tcPr>
            <w:tcW w:w="2112" w:type="dxa"/>
            <w:vAlign w:val="bottom"/>
          </w:tcPr>
          <w:p w14:paraId="26D8083D" w14:textId="44A6626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Hallucinations</w:t>
            </w:r>
          </w:p>
        </w:tc>
        <w:tc>
          <w:tcPr>
            <w:tcW w:w="1057" w:type="dxa"/>
            <w:tcBorders>
              <w:top w:val="nil"/>
              <w:left w:val="nil"/>
              <w:bottom w:val="nil"/>
              <w:right w:val="nil"/>
            </w:tcBorders>
            <w:vAlign w:val="bottom"/>
          </w:tcPr>
          <w:p w14:paraId="48C0E15A" w14:textId="5BDC4F1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0.07</w:t>
            </w:r>
          </w:p>
        </w:tc>
        <w:tc>
          <w:tcPr>
            <w:tcW w:w="873" w:type="dxa"/>
            <w:tcBorders>
              <w:top w:val="nil"/>
              <w:left w:val="nil"/>
              <w:bottom w:val="nil"/>
              <w:right w:val="nil"/>
            </w:tcBorders>
            <w:vAlign w:val="bottom"/>
          </w:tcPr>
          <w:p w14:paraId="2A9227B1" w14:textId="16EA80E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-0.10</w:t>
            </w:r>
          </w:p>
        </w:tc>
        <w:tc>
          <w:tcPr>
            <w:tcW w:w="2283" w:type="dxa"/>
            <w:tcBorders>
              <w:top w:val="nil"/>
              <w:left w:val="nil"/>
              <w:bottom w:val="nil"/>
              <w:right w:val="nil"/>
            </w:tcBorders>
            <w:vAlign w:val="bottom"/>
          </w:tcPr>
          <w:p w14:paraId="44097DA7" w14:textId="39F235D8"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-0.08</w:t>
            </w:r>
          </w:p>
        </w:tc>
        <w:tc>
          <w:tcPr>
            <w:tcW w:w="695" w:type="dxa"/>
            <w:tcBorders>
              <w:top w:val="nil"/>
              <w:left w:val="nil"/>
              <w:bottom w:val="nil"/>
              <w:right w:val="nil"/>
            </w:tcBorders>
            <w:vAlign w:val="bottom"/>
          </w:tcPr>
          <w:p w14:paraId="3B264D07" w14:textId="0D47D02F"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0.31</w:t>
            </w:r>
          </w:p>
        </w:tc>
        <w:tc>
          <w:tcPr>
            <w:tcW w:w="1350" w:type="dxa"/>
            <w:tcBorders>
              <w:top w:val="nil"/>
              <w:left w:val="nil"/>
              <w:bottom w:val="nil"/>
              <w:right w:val="nil"/>
            </w:tcBorders>
            <w:vAlign w:val="bottom"/>
          </w:tcPr>
          <w:p w14:paraId="4765EBD2" w14:textId="01A246D4"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0.40</w:t>
            </w:r>
          </w:p>
        </w:tc>
      </w:tr>
      <w:tr w:rsidR="003C399E" w:rsidRPr="00B2277C" w14:paraId="2184D640" w14:textId="77777777" w:rsidTr="00207379">
        <w:tc>
          <w:tcPr>
            <w:tcW w:w="2112" w:type="dxa"/>
            <w:vAlign w:val="bottom"/>
          </w:tcPr>
          <w:p w14:paraId="30601427" w14:textId="6E5D827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Antisocial Behavior </w:t>
            </w:r>
          </w:p>
        </w:tc>
        <w:tc>
          <w:tcPr>
            <w:tcW w:w="1057" w:type="dxa"/>
            <w:tcBorders>
              <w:top w:val="nil"/>
              <w:left w:val="nil"/>
              <w:bottom w:val="nil"/>
              <w:right w:val="nil"/>
            </w:tcBorders>
            <w:vAlign w:val="bottom"/>
          </w:tcPr>
          <w:p w14:paraId="70F1E346" w14:textId="23F4784A"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0.02</w:t>
            </w:r>
          </w:p>
        </w:tc>
        <w:tc>
          <w:tcPr>
            <w:tcW w:w="873" w:type="dxa"/>
            <w:tcBorders>
              <w:top w:val="nil"/>
              <w:left w:val="nil"/>
              <w:bottom w:val="nil"/>
              <w:right w:val="nil"/>
            </w:tcBorders>
            <w:vAlign w:val="bottom"/>
          </w:tcPr>
          <w:p w14:paraId="0AA8DCBC" w14:textId="3A5C340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-0.02</w:t>
            </w:r>
          </w:p>
        </w:tc>
        <w:tc>
          <w:tcPr>
            <w:tcW w:w="2283" w:type="dxa"/>
            <w:tcBorders>
              <w:top w:val="nil"/>
              <w:left w:val="nil"/>
              <w:bottom w:val="nil"/>
              <w:right w:val="nil"/>
            </w:tcBorders>
            <w:vAlign w:val="bottom"/>
          </w:tcPr>
          <w:p w14:paraId="0B28C5C8" w14:textId="5ED0890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-0.06</w:t>
            </w:r>
          </w:p>
        </w:tc>
        <w:tc>
          <w:tcPr>
            <w:tcW w:w="695" w:type="dxa"/>
            <w:tcBorders>
              <w:top w:val="nil"/>
              <w:left w:val="nil"/>
              <w:bottom w:val="nil"/>
              <w:right w:val="nil"/>
            </w:tcBorders>
            <w:vAlign w:val="bottom"/>
          </w:tcPr>
          <w:p w14:paraId="363846F3" w14:textId="1117AB6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0.12</w:t>
            </w:r>
          </w:p>
        </w:tc>
        <w:tc>
          <w:tcPr>
            <w:tcW w:w="1350" w:type="dxa"/>
            <w:tcBorders>
              <w:top w:val="nil"/>
              <w:left w:val="nil"/>
              <w:bottom w:val="nil"/>
              <w:right w:val="nil"/>
            </w:tcBorders>
            <w:vAlign w:val="bottom"/>
          </w:tcPr>
          <w:p w14:paraId="2806A215" w14:textId="46D315D7"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0.39</w:t>
            </w:r>
          </w:p>
        </w:tc>
      </w:tr>
      <w:tr w:rsidR="003C399E" w:rsidRPr="00B2277C" w14:paraId="0DE3577C" w14:textId="77777777" w:rsidTr="00207379">
        <w:tc>
          <w:tcPr>
            <w:tcW w:w="2112" w:type="dxa"/>
            <w:vAlign w:val="bottom"/>
          </w:tcPr>
          <w:p w14:paraId="62CC4E46" w14:textId="172B597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Social Aggression </w:t>
            </w:r>
          </w:p>
        </w:tc>
        <w:tc>
          <w:tcPr>
            <w:tcW w:w="1057" w:type="dxa"/>
            <w:tcBorders>
              <w:top w:val="nil"/>
              <w:left w:val="nil"/>
              <w:bottom w:val="nil"/>
              <w:right w:val="nil"/>
            </w:tcBorders>
            <w:vAlign w:val="bottom"/>
          </w:tcPr>
          <w:p w14:paraId="52E3C804" w14:textId="471C4D8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0.09</w:t>
            </w:r>
          </w:p>
        </w:tc>
        <w:tc>
          <w:tcPr>
            <w:tcW w:w="873" w:type="dxa"/>
            <w:tcBorders>
              <w:top w:val="nil"/>
              <w:left w:val="nil"/>
              <w:bottom w:val="nil"/>
              <w:right w:val="nil"/>
            </w:tcBorders>
            <w:vAlign w:val="bottom"/>
          </w:tcPr>
          <w:p w14:paraId="077D3393" w14:textId="321EF46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0.01</w:t>
            </w:r>
          </w:p>
        </w:tc>
        <w:tc>
          <w:tcPr>
            <w:tcW w:w="2283" w:type="dxa"/>
            <w:tcBorders>
              <w:top w:val="nil"/>
              <w:left w:val="nil"/>
              <w:bottom w:val="nil"/>
              <w:right w:val="nil"/>
            </w:tcBorders>
            <w:vAlign w:val="bottom"/>
          </w:tcPr>
          <w:p w14:paraId="69303404" w14:textId="0D481D2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0.15</w:t>
            </w:r>
          </w:p>
        </w:tc>
        <w:tc>
          <w:tcPr>
            <w:tcW w:w="695" w:type="dxa"/>
            <w:tcBorders>
              <w:top w:val="nil"/>
              <w:left w:val="nil"/>
              <w:bottom w:val="nil"/>
              <w:right w:val="nil"/>
            </w:tcBorders>
            <w:vAlign w:val="bottom"/>
          </w:tcPr>
          <w:p w14:paraId="79485E55" w14:textId="7F07958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0.13</w:t>
            </w:r>
          </w:p>
        </w:tc>
        <w:tc>
          <w:tcPr>
            <w:tcW w:w="1350" w:type="dxa"/>
            <w:tcBorders>
              <w:top w:val="nil"/>
              <w:left w:val="nil"/>
              <w:bottom w:val="nil"/>
              <w:right w:val="nil"/>
            </w:tcBorders>
            <w:vAlign w:val="bottom"/>
          </w:tcPr>
          <w:p w14:paraId="6857DDC2" w14:textId="13762193"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0.37</w:t>
            </w:r>
          </w:p>
        </w:tc>
      </w:tr>
      <w:tr w:rsidR="003C399E" w:rsidRPr="00B2277C" w14:paraId="5A809030" w14:textId="77777777" w:rsidTr="00207379">
        <w:tc>
          <w:tcPr>
            <w:tcW w:w="2112" w:type="dxa"/>
            <w:vAlign w:val="bottom"/>
          </w:tcPr>
          <w:p w14:paraId="3B9F01B2" w14:textId="152D65F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Callousness </w:t>
            </w:r>
          </w:p>
        </w:tc>
        <w:tc>
          <w:tcPr>
            <w:tcW w:w="1057" w:type="dxa"/>
            <w:tcBorders>
              <w:top w:val="nil"/>
              <w:left w:val="nil"/>
              <w:bottom w:val="nil"/>
              <w:right w:val="nil"/>
            </w:tcBorders>
            <w:vAlign w:val="bottom"/>
          </w:tcPr>
          <w:p w14:paraId="5E10CE12" w14:textId="3BBBA1F4"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0.18</w:t>
            </w:r>
          </w:p>
        </w:tc>
        <w:tc>
          <w:tcPr>
            <w:tcW w:w="873" w:type="dxa"/>
            <w:tcBorders>
              <w:top w:val="nil"/>
              <w:left w:val="nil"/>
              <w:bottom w:val="nil"/>
              <w:right w:val="nil"/>
            </w:tcBorders>
            <w:vAlign w:val="bottom"/>
          </w:tcPr>
          <w:p w14:paraId="45BE8286" w14:textId="5CAF8ED9"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0.15</w:t>
            </w:r>
          </w:p>
        </w:tc>
        <w:tc>
          <w:tcPr>
            <w:tcW w:w="2283" w:type="dxa"/>
            <w:tcBorders>
              <w:top w:val="nil"/>
              <w:left w:val="nil"/>
              <w:bottom w:val="nil"/>
              <w:right w:val="nil"/>
            </w:tcBorders>
            <w:vAlign w:val="bottom"/>
          </w:tcPr>
          <w:p w14:paraId="38A21D6E" w14:textId="099E6388"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sz w:val="20"/>
                <w:szCs w:val="20"/>
              </w:rPr>
              <w:t>0.02</w:t>
            </w:r>
          </w:p>
        </w:tc>
        <w:tc>
          <w:tcPr>
            <w:tcW w:w="695" w:type="dxa"/>
            <w:tcBorders>
              <w:top w:val="nil"/>
              <w:left w:val="nil"/>
              <w:bottom w:val="nil"/>
              <w:right w:val="nil"/>
            </w:tcBorders>
            <w:vAlign w:val="bottom"/>
          </w:tcPr>
          <w:p w14:paraId="3E4FDB21" w14:textId="3941876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0.10</w:t>
            </w:r>
          </w:p>
        </w:tc>
        <w:tc>
          <w:tcPr>
            <w:tcW w:w="1350" w:type="dxa"/>
            <w:tcBorders>
              <w:top w:val="nil"/>
              <w:left w:val="nil"/>
              <w:bottom w:val="nil"/>
              <w:right w:val="nil"/>
            </w:tcBorders>
            <w:vAlign w:val="bottom"/>
          </w:tcPr>
          <w:p w14:paraId="1896567C" w14:textId="348AE293"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0.37</w:t>
            </w:r>
          </w:p>
        </w:tc>
      </w:tr>
      <w:tr w:rsidR="003C399E" w:rsidRPr="00B2277C" w14:paraId="46F31E65" w14:textId="77777777" w:rsidTr="00207379">
        <w:tc>
          <w:tcPr>
            <w:tcW w:w="2112" w:type="dxa"/>
            <w:vAlign w:val="bottom"/>
          </w:tcPr>
          <w:p w14:paraId="26BA4C71" w14:textId="376FF5F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NSSI    </w:t>
            </w:r>
          </w:p>
        </w:tc>
        <w:tc>
          <w:tcPr>
            <w:tcW w:w="1057" w:type="dxa"/>
            <w:tcBorders>
              <w:top w:val="nil"/>
              <w:left w:val="nil"/>
              <w:bottom w:val="nil"/>
              <w:right w:val="nil"/>
            </w:tcBorders>
            <w:vAlign w:val="bottom"/>
          </w:tcPr>
          <w:p w14:paraId="54134C9D" w14:textId="089AD2E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0.10</w:t>
            </w:r>
          </w:p>
        </w:tc>
        <w:tc>
          <w:tcPr>
            <w:tcW w:w="873" w:type="dxa"/>
            <w:tcBorders>
              <w:top w:val="nil"/>
              <w:left w:val="nil"/>
              <w:bottom w:val="nil"/>
              <w:right w:val="nil"/>
            </w:tcBorders>
            <w:vAlign w:val="bottom"/>
          </w:tcPr>
          <w:p w14:paraId="036EFA68" w14:textId="3DBA659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0.11</w:t>
            </w:r>
          </w:p>
        </w:tc>
        <w:tc>
          <w:tcPr>
            <w:tcW w:w="2283" w:type="dxa"/>
            <w:tcBorders>
              <w:top w:val="nil"/>
              <w:left w:val="nil"/>
              <w:bottom w:val="nil"/>
              <w:right w:val="nil"/>
            </w:tcBorders>
            <w:vAlign w:val="bottom"/>
          </w:tcPr>
          <w:p w14:paraId="53891350" w14:textId="00C1D92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0.07</w:t>
            </w:r>
          </w:p>
        </w:tc>
        <w:tc>
          <w:tcPr>
            <w:tcW w:w="695" w:type="dxa"/>
            <w:tcBorders>
              <w:top w:val="nil"/>
              <w:left w:val="nil"/>
              <w:bottom w:val="nil"/>
              <w:right w:val="nil"/>
            </w:tcBorders>
            <w:vAlign w:val="bottom"/>
          </w:tcPr>
          <w:p w14:paraId="4CB6D25B" w14:textId="2C8A8C1A"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0.13</w:t>
            </w:r>
          </w:p>
        </w:tc>
        <w:tc>
          <w:tcPr>
            <w:tcW w:w="1350" w:type="dxa"/>
            <w:tcBorders>
              <w:top w:val="nil"/>
              <w:left w:val="nil"/>
              <w:bottom w:val="nil"/>
              <w:right w:val="nil"/>
            </w:tcBorders>
            <w:vAlign w:val="bottom"/>
          </w:tcPr>
          <w:p w14:paraId="1CB0D549" w14:textId="20ACD826"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0.35</w:t>
            </w:r>
          </w:p>
        </w:tc>
      </w:tr>
      <w:tr w:rsidR="003C399E" w:rsidRPr="00B2277C" w14:paraId="548EB38E" w14:textId="58B03190" w:rsidTr="00207379">
        <w:tc>
          <w:tcPr>
            <w:tcW w:w="2112" w:type="dxa"/>
            <w:vAlign w:val="bottom"/>
          </w:tcPr>
          <w:p w14:paraId="7F37771F" w14:textId="55562F19"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Paraphilias </w:t>
            </w:r>
          </w:p>
        </w:tc>
        <w:tc>
          <w:tcPr>
            <w:tcW w:w="1057" w:type="dxa"/>
            <w:tcBorders>
              <w:top w:val="nil"/>
              <w:left w:val="nil"/>
              <w:bottom w:val="nil"/>
              <w:right w:val="nil"/>
            </w:tcBorders>
            <w:vAlign w:val="bottom"/>
          </w:tcPr>
          <w:p w14:paraId="0DE1CE09" w14:textId="1A251FF9"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0.16</w:t>
            </w:r>
          </w:p>
        </w:tc>
        <w:tc>
          <w:tcPr>
            <w:tcW w:w="873" w:type="dxa"/>
            <w:tcBorders>
              <w:top w:val="nil"/>
              <w:left w:val="nil"/>
              <w:bottom w:val="nil"/>
              <w:right w:val="nil"/>
            </w:tcBorders>
            <w:vAlign w:val="bottom"/>
          </w:tcPr>
          <w:p w14:paraId="2AA9E6CB" w14:textId="7AFB17C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-0.18</w:t>
            </w:r>
          </w:p>
        </w:tc>
        <w:tc>
          <w:tcPr>
            <w:tcW w:w="2283" w:type="dxa"/>
            <w:tcBorders>
              <w:top w:val="nil"/>
              <w:left w:val="nil"/>
              <w:bottom w:val="nil"/>
              <w:right w:val="nil"/>
            </w:tcBorders>
            <w:vAlign w:val="bottom"/>
          </w:tcPr>
          <w:p w14:paraId="5307C413" w14:textId="00EE2D0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0.04</w:t>
            </w:r>
          </w:p>
        </w:tc>
        <w:tc>
          <w:tcPr>
            <w:tcW w:w="695" w:type="dxa"/>
            <w:tcBorders>
              <w:top w:val="nil"/>
              <w:left w:val="nil"/>
              <w:bottom w:val="nil"/>
              <w:right w:val="nil"/>
            </w:tcBorders>
            <w:vAlign w:val="bottom"/>
          </w:tcPr>
          <w:p w14:paraId="6BF9EDEF" w14:textId="771B0F6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0.03</w:t>
            </w:r>
          </w:p>
        </w:tc>
        <w:tc>
          <w:tcPr>
            <w:tcW w:w="1350" w:type="dxa"/>
            <w:tcBorders>
              <w:top w:val="nil"/>
              <w:left w:val="nil"/>
              <w:bottom w:val="nil"/>
              <w:right w:val="nil"/>
            </w:tcBorders>
            <w:vAlign w:val="bottom"/>
          </w:tcPr>
          <w:p w14:paraId="6E29CC47" w14:textId="4FAB909D"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0.35</w:t>
            </w:r>
          </w:p>
        </w:tc>
      </w:tr>
      <w:tr w:rsidR="003C399E" w:rsidRPr="00B2277C" w14:paraId="76A3F87A" w14:textId="5812FCD9" w:rsidTr="00207379">
        <w:tc>
          <w:tcPr>
            <w:tcW w:w="2112" w:type="dxa"/>
            <w:vAlign w:val="bottom"/>
          </w:tcPr>
          <w:p w14:paraId="018B40DB" w14:textId="1D6F5D0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Affective Lability</w:t>
            </w:r>
          </w:p>
        </w:tc>
        <w:tc>
          <w:tcPr>
            <w:tcW w:w="1057" w:type="dxa"/>
            <w:tcBorders>
              <w:top w:val="nil"/>
              <w:left w:val="nil"/>
              <w:bottom w:val="nil"/>
              <w:right w:val="nil"/>
            </w:tcBorders>
            <w:vAlign w:val="bottom"/>
          </w:tcPr>
          <w:p w14:paraId="5643C51C" w14:textId="02EBC719"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0.08</w:t>
            </w:r>
          </w:p>
        </w:tc>
        <w:tc>
          <w:tcPr>
            <w:tcW w:w="873" w:type="dxa"/>
            <w:tcBorders>
              <w:top w:val="nil"/>
              <w:left w:val="nil"/>
              <w:bottom w:val="nil"/>
              <w:right w:val="nil"/>
            </w:tcBorders>
            <w:vAlign w:val="bottom"/>
          </w:tcPr>
          <w:p w14:paraId="00ED9BD1" w14:textId="34FE208D"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0.28</w:t>
            </w:r>
          </w:p>
        </w:tc>
        <w:tc>
          <w:tcPr>
            <w:tcW w:w="2283" w:type="dxa"/>
            <w:tcBorders>
              <w:top w:val="nil"/>
              <w:left w:val="nil"/>
              <w:bottom w:val="nil"/>
              <w:right w:val="nil"/>
            </w:tcBorders>
            <w:vAlign w:val="bottom"/>
          </w:tcPr>
          <w:p w14:paraId="367F5B4C" w14:textId="17B72A2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0.23</w:t>
            </w:r>
          </w:p>
        </w:tc>
        <w:tc>
          <w:tcPr>
            <w:tcW w:w="695" w:type="dxa"/>
            <w:tcBorders>
              <w:top w:val="nil"/>
              <w:left w:val="nil"/>
              <w:bottom w:val="nil"/>
              <w:right w:val="nil"/>
            </w:tcBorders>
            <w:vAlign w:val="bottom"/>
          </w:tcPr>
          <w:p w14:paraId="4EDE3931" w14:textId="0C3D4AF4"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0.23</w:t>
            </w:r>
          </w:p>
        </w:tc>
        <w:tc>
          <w:tcPr>
            <w:tcW w:w="1350" w:type="dxa"/>
            <w:tcBorders>
              <w:top w:val="nil"/>
              <w:left w:val="nil"/>
              <w:bottom w:val="nil"/>
              <w:right w:val="nil"/>
            </w:tcBorders>
            <w:vAlign w:val="bottom"/>
          </w:tcPr>
          <w:p w14:paraId="3E44F626" w14:textId="5DA220A3"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0.33</w:t>
            </w:r>
          </w:p>
        </w:tc>
      </w:tr>
      <w:tr w:rsidR="003C399E" w:rsidRPr="00B2277C" w14:paraId="781C01B6" w14:textId="676104F2" w:rsidTr="00207379">
        <w:tc>
          <w:tcPr>
            <w:tcW w:w="2112" w:type="dxa"/>
            <w:vAlign w:val="bottom"/>
          </w:tcPr>
          <w:p w14:paraId="0B805703" w14:textId="13A1A4A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Restricted Eating</w:t>
            </w:r>
          </w:p>
        </w:tc>
        <w:tc>
          <w:tcPr>
            <w:tcW w:w="1057" w:type="dxa"/>
            <w:tcBorders>
              <w:top w:val="nil"/>
              <w:left w:val="nil"/>
              <w:bottom w:val="nil"/>
              <w:right w:val="nil"/>
            </w:tcBorders>
            <w:vAlign w:val="bottom"/>
          </w:tcPr>
          <w:p w14:paraId="5596B6C6" w14:textId="1A1F66F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0.10</w:t>
            </w:r>
          </w:p>
        </w:tc>
        <w:tc>
          <w:tcPr>
            <w:tcW w:w="873" w:type="dxa"/>
            <w:tcBorders>
              <w:top w:val="nil"/>
              <w:left w:val="nil"/>
              <w:bottom w:val="nil"/>
              <w:right w:val="nil"/>
            </w:tcBorders>
            <w:vAlign w:val="bottom"/>
          </w:tcPr>
          <w:p w14:paraId="11EEBBF9" w14:textId="0C1A184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0.10</w:t>
            </w:r>
          </w:p>
        </w:tc>
        <w:tc>
          <w:tcPr>
            <w:tcW w:w="2283" w:type="dxa"/>
            <w:tcBorders>
              <w:top w:val="nil"/>
              <w:left w:val="nil"/>
              <w:bottom w:val="nil"/>
              <w:right w:val="nil"/>
            </w:tcBorders>
            <w:vAlign w:val="bottom"/>
          </w:tcPr>
          <w:p w14:paraId="0EAE0478" w14:textId="1800C11A"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0.19</w:t>
            </w:r>
          </w:p>
        </w:tc>
        <w:tc>
          <w:tcPr>
            <w:tcW w:w="695" w:type="dxa"/>
            <w:tcBorders>
              <w:top w:val="nil"/>
              <w:left w:val="nil"/>
              <w:bottom w:val="nil"/>
              <w:right w:val="nil"/>
            </w:tcBorders>
            <w:vAlign w:val="bottom"/>
          </w:tcPr>
          <w:p w14:paraId="44EE2E3C" w14:textId="4C0CF9B8"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0.15</w:t>
            </w:r>
          </w:p>
        </w:tc>
        <w:tc>
          <w:tcPr>
            <w:tcW w:w="1350" w:type="dxa"/>
            <w:tcBorders>
              <w:top w:val="nil"/>
              <w:left w:val="nil"/>
              <w:bottom w:val="nil"/>
              <w:right w:val="nil"/>
            </w:tcBorders>
            <w:vAlign w:val="bottom"/>
          </w:tcPr>
          <w:p w14:paraId="007087F2" w14:textId="084A9A9D"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0.32</w:t>
            </w:r>
          </w:p>
        </w:tc>
      </w:tr>
      <w:tr w:rsidR="003C399E" w:rsidRPr="00B2277C" w14:paraId="7DA7BCEC" w14:textId="7197660F" w:rsidTr="00207379">
        <w:tc>
          <w:tcPr>
            <w:tcW w:w="2112" w:type="dxa"/>
            <w:vAlign w:val="bottom"/>
          </w:tcPr>
          <w:p w14:paraId="4251236A" w14:textId="2EBD2464"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Restlessness</w:t>
            </w:r>
          </w:p>
        </w:tc>
        <w:tc>
          <w:tcPr>
            <w:tcW w:w="1057" w:type="dxa"/>
            <w:tcBorders>
              <w:top w:val="nil"/>
              <w:left w:val="nil"/>
              <w:bottom w:val="nil"/>
              <w:right w:val="nil"/>
            </w:tcBorders>
            <w:vAlign w:val="bottom"/>
          </w:tcPr>
          <w:p w14:paraId="3DC87E23" w14:textId="07312EA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0.07</w:t>
            </w:r>
          </w:p>
        </w:tc>
        <w:tc>
          <w:tcPr>
            <w:tcW w:w="873" w:type="dxa"/>
            <w:tcBorders>
              <w:top w:val="nil"/>
              <w:left w:val="nil"/>
              <w:bottom w:val="nil"/>
              <w:right w:val="nil"/>
            </w:tcBorders>
            <w:vAlign w:val="bottom"/>
          </w:tcPr>
          <w:p w14:paraId="4F9BDC61" w14:textId="3646911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0.07</w:t>
            </w:r>
          </w:p>
        </w:tc>
        <w:tc>
          <w:tcPr>
            <w:tcW w:w="2283" w:type="dxa"/>
            <w:tcBorders>
              <w:top w:val="nil"/>
              <w:left w:val="nil"/>
              <w:bottom w:val="nil"/>
              <w:right w:val="nil"/>
            </w:tcBorders>
            <w:vAlign w:val="bottom"/>
          </w:tcPr>
          <w:p w14:paraId="29626303" w14:textId="4232740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0.19</w:t>
            </w:r>
          </w:p>
        </w:tc>
        <w:tc>
          <w:tcPr>
            <w:tcW w:w="695" w:type="dxa"/>
            <w:tcBorders>
              <w:top w:val="nil"/>
              <w:left w:val="nil"/>
              <w:bottom w:val="nil"/>
              <w:right w:val="nil"/>
            </w:tcBorders>
            <w:vAlign w:val="bottom"/>
          </w:tcPr>
          <w:p w14:paraId="3E7D218A" w14:textId="3EEFE3F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0.23</w:t>
            </w:r>
          </w:p>
        </w:tc>
        <w:tc>
          <w:tcPr>
            <w:tcW w:w="1350" w:type="dxa"/>
            <w:tcBorders>
              <w:top w:val="nil"/>
              <w:left w:val="nil"/>
              <w:bottom w:val="nil"/>
              <w:right w:val="nil"/>
            </w:tcBorders>
            <w:vAlign w:val="bottom"/>
          </w:tcPr>
          <w:p w14:paraId="617C6E7E" w14:textId="1B055A22" w:rsidR="003C399E" w:rsidRPr="00207379" w:rsidRDefault="003C399E" w:rsidP="003C399E">
            <w:pPr>
              <w:rPr>
                <w:rFonts w:ascii="Times New Roman" w:hAnsi="Times New Roman" w:cs="Times New Roman"/>
                <w:b/>
                <w:bCs/>
                <w:sz w:val="20"/>
                <w:szCs w:val="20"/>
              </w:rPr>
            </w:pPr>
            <w:r w:rsidRPr="00207379">
              <w:rPr>
                <w:rFonts w:ascii="Times New Roman" w:hAnsi="Times New Roman" w:cs="Times New Roman"/>
                <w:b/>
                <w:bCs/>
                <w:sz w:val="20"/>
                <w:szCs w:val="20"/>
              </w:rPr>
              <w:t>0.30</w:t>
            </w:r>
          </w:p>
        </w:tc>
      </w:tr>
      <w:tr w:rsidR="003C399E" w:rsidRPr="00B2277C" w14:paraId="58ECDE78" w14:textId="42455C47" w:rsidTr="003C399E">
        <w:tc>
          <w:tcPr>
            <w:tcW w:w="2112" w:type="dxa"/>
          </w:tcPr>
          <w:p w14:paraId="2707B22E" w14:textId="5E2F567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Appetite Loss </w:t>
            </w:r>
          </w:p>
        </w:tc>
        <w:tc>
          <w:tcPr>
            <w:tcW w:w="1057" w:type="dxa"/>
            <w:vAlign w:val="bottom"/>
          </w:tcPr>
          <w:p w14:paraId="6D4B5FB5" w14:textId="45D5310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0.06</w:t>
            </w:r>
          </w:p>
        </w:tc>
        <w:tc>
          <w:tcPr>
            <w:tcW w:w="873" w:type="dxa"/>
            <w:vAlign w:val="bottom"/>
          </w:tcPr>
          <w:p w14:paraId="7FA38A27" w14:textId="2198410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0.15</w:t>
            </w:r>
          </w:p>
        </w:tc>
        <w:tc>
          <w:tcPr>
            <w:tcW w:w="2283" w:type="dxa"/>
            <w:vAlign w:val="bottom"/>
          </w:tcPr>
          <w:p w14:paraId="3FF7ED7C" w14:textId="360D997D"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0.12</w:t>
            </w:r>
          </w:p>
        </w:tc>
        <w:tc>
          <w:tcPr>
            <w:tcW w:w="695" w:type="dxa"/>
            <w:vAlign w:val="bottom"/>
          </w:tcPr>
          <w:p w14:paraId="255E7681" w14:textId="444D4D9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0.23</w:t>
            </w:r>
          </w:p>
        </w:tc>
        <w:tc>
          <w:tcPr>
            <w:tcW w:w="1350" w:type="dxa"/>
            <w:vAlign w:val="bottom"/>
          </w:tcPr>
          <w:p w14:paraId="33F4FF24" w14:textId="53EA188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0.29</w:t>
            </w:r>
          </w:p>
        </w:tc>
      </w:tr>
      <w:tr w:rsidR="003C399E" w:rsidRPr="00B2277C" w14:paraId="0903C406" w14:textId="145777FE" w:rsidTr="003C399E">
        <w:tc>
          <w:tcPr>
            <w:tcW w:w="2112" w:type="dxa"/>
          </w:tcPr>
          <w:p w14:paraId="4E616EDA" w14:textId="697C4F5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Restricted Affectivity</w:t>
            </w:r>
          </w:p>
        </w:tc>
        <w:tc>
          <w:tcPr>
            <w:tcW w:w="1057" w:type="dxa"/>
            <w:vAlign w:val="bottom"/>
          </w:tcPr>
          <w:p w14:paraId="0AE679B0" w14:textId="52EA6A8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0.28</w:t>
            </w:r>
          </w:p>
        </w:tc>
        <w:tc>
          <w:tcPr>
            <w:tcW w:w="873" w:type="dxa"/>
            <w:vAlign w:val="bottom"/>
          </w:tcPr>
          <w:p w14:paraId="46D71C45" w14:textId="1D7A84CC"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0.25</w:t>
            </w:r>
          </w:p>
        </w:tc>
        <w:tc>
          <w:tcPr>
            <w:tcW w:w="2283" w:type="dxa"/>
            <w:vAlign w:val="bottom"/>
          </w:tcPr>
          <w:p w14:paraId="456459E9" w14:textId="7B5FF9E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0.00</w:t>
            </w:r>
          </w:p>
        </w:tc>
        <w:tc>
          <w:tcPr>
            <w:tcW w:w="695" w:type="dxa"/>
            <w:vAlign w:val="bottom"/>
          </w:tcPr>
          <w:p w14:paraId="35DA0721" w14:textId="23D82533"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0.07</w:t>
            </w:r>
          </w:p>
        </w:tc>
        <w:tc>
          <w:tcPr>
            <w:tcW w:w="1350" w:type="dxa"/>
            <w:vAlign w:val="bottom"/>
          </w:tcPr>
          <w:p w14:paraId="08503B68" w14:textId="4A9810C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0.28</w:t>
            </w:r>
          </w:p>
        </w:tc>
      </w:tr>
      <w:tr w:rsidR="003C399E" w:rsidRPr="00B2277C" w14:paraId="5CC6613D" w14:textId="2E383564" w:rsidTr="003C399E">
        <w:tc>
          <w:tcPr>
            <w:tcW w:w="2112" w:type="dxa"/>
          </w:tcPr>
          <w:p w14:paraId="2025B0F0" w14:textId="3743DD4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Fantasy Proneness</w:t>
            </w:r>
          </w:p>
        </w:tc>
        <w:tc>
          <w:tcPr>
            <w:tcW w:w="1057" w:type="dxa"/>
            <w:vAlign w:val="bottom"/>
          </w:tcPr>
          <w:p w14:paraId="6101B603" w14:textId="2D1BDE2A"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0.09</w:t>
            </w:r>
          </w:p>
        </w:tc>
        <w:tc>
          <w:tcPr>
            <w:tcW w:w="873" w:type="dxa"/>
            <w:vAlign w:val="bottom"/>
          </w:tcPr>
          <w:p w14:paraId="19B06E3A" w14:textId="659B4EA9"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0.21</w:t>
            </w:r>
          </w:p>
        </w:tc>
        <w:tc>
          <w:tcPr>
            <w:tcW w:w="2283" w:type="dxa"/>
            <w:vAlign w:val="bottom"/>
          </w:tcPr>
          <w:p w14:paraId="20817872" w14:textId="47F6DAA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0.27</w:t>
            </w:r>
          </w:p>
        </w:tc>
        <w:tc>
          <w:tcPr>
            <w:tcW w:w="695" w:type="dxa"/>
            <w:vAlign w:val="bottom"/>
          </w:tcPr>
          <w:p w14:paraId="21F66AEF" w14:textId="57F1E08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0.22</w:t>
            </w:r>
          </w:p>
        </w:tc>
        <w:tc>
          <w:tcPr>
            <w:tcW w:w="1350" w:type="dxa"/>
            <w:vAlign w:val="bottom"/>
          </w:tcPr>
          <w:p w14:paraId="05710B2D" w14:textId="04A91CD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0.27</w:t>
            </w:r>
          </w:p>
        </w:tc>
      </w:tr>
      <w:tr w:rsidR="003C399E" w:rsidRPr="00B2277C" w14:paraId="6B42C8E8" w14:textId="4A1F42C5" w:rsidTr="003C399E">
        <w:tc>
          <w:tcPr>
            <w:tcW w:w="2112" w:type="dxa"/>
          </w:tcPr>
          <w:p w14:paraId="0B8A0E4D" w14:textId="2B6E887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Excessive Exercise </w:t>
            </w:r>
          </w:p>
        </w:tc>
        <w:tc>
          <w:tcPr>
            <w:tcW w:w="1057" w:type="dxa"/>
            <w:vAlign w:val="bottom"/>
          </w:tcPr>
          <w:p w14:paraId="4A534E34" w14:textId="5C6BDA03"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0.14</w:t>
            </w:r>
          </w:p>
        </w:tc>
        <w:tc>
          <w:tcPr>
            <w:tcW w:w="873" w:type="dxa"/>
            <w:vAlign w:val="bottom"/>
          </w:tcPr>
          <w:p w14:paraId="78EBFD80" w14:textId="409C6EBC"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-0.24</w:t>
            </w:r>
          </w:p>
        </w:tc>
        <w:tc>
          <w:tcPr>
            <w:tcW w:w="2283" w:type="dxa"/>
            <w:vAlign w:val="bottom"/>
          </w:tcPr>
          <w:p w14:paraId="106904D3" w14:textId="592DA4AA"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0.16</w:t>
            </w:r>
          </w:p>
        </w:tc>
        <w:tc>
          <w:tcPr>
            <w:tcW w:w="695" w:type="dxa"/>
            <w:vAlign w:val="bottom"/>
          </w:tcPr>
          <w:p w14:paraId="27EAC6BB" w14:textId="3A82734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0.06</w:t>
            </w:r>
          </w:p>
        </w:tc>
        <w:tc>
          <w:tcPr>
            <w:tcW w:w="1350" w:type="dxa"/>
            <w:vAlign w:val="bottom"/>
          </w:tcPr>
          <w:p w14:paraId="74D6B09F" w14:textId="26B85B6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0.25</w:t>
            </w:r>
          </w:p>
        </w:tc>
      </w:tr>
      <w:tr w:rsidR="003C399E" w:rsidRPr="00B2277C" w14:paraId="6F89E905" w14:textId="47334436" w:rsidTr="003C399E">
        <w:tc>
          <w:tcPr>
            <w:tcW w:w="2112" w:type="dxa"/>
            <w:vAlign w:val="bottom"/>
          </w:tcPr>
          <w:p w14:paraId="7C2263F0" w14:textId="0F9F61EF"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Angry Hostility</w:t>
            </w:r>
          </w:p>
        </w:tc>
        <w:tc>
          <w:tcPr>
            <w:tcW w:w="1057" w:type="dxa"/>
            <w:tcBorders>
              <w:top w:val="nil"/>
              <w:left w:val="nil"/>
              <w:bottom w:val="nil"/>
              <w:right w:val="nil"/>
            </w:tcBorders>
            <w:vAlign w:val="bottom"/>
          </w:tcPr>
          <w:p w14:paraId="4E60F189" w14:textId="7A35590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0.08</w:t>
            </w:r>
          </w:p>
        </w:tc>
        <w:tc>
          <w:tcPr>
            <w:tcW w:w="873" w:type="dxa"/>
            <w:tcBorders>
              <w:top w:val="nil"/>
              <w:left w:val="nil"/>
              <w:bottom w:val="nil"/>
              <w:right w:val="nil"/>
            </w:tcBorders>
            <w:vAlign w:val="bottom"/>
          </w:tcPr>
          <w:p w14:paraId="781EFEA4" w14:textId="59328A3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0.28</w:t>
            </w:r>
          </w:p>
        </w:tc>
        <w:tc>
          <w:tcPr>
            <w:tcW w:w="2283" w:type="dxa"/>
            <w:tcBorders>
              <w:top w:val="nil"/>
              <w:left w:val="nil"/>
              <w:bottom w:val="nil"/>
              <w:right w:val="nil"/>
            </w:tcBorders>
            <w:vAlign w:val="bottom"/>
          </w:tcPr>
          <w:p w14:paraId="581BCCAB" w14:textId="0B16A390"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0.13</w:t>
            </w:r>
          </w:p>
        </w:tc>
        <w:tc>
          <w:tcPr>
            <w:tcW w:w="695" w:type="dxa"/>
            <w:tcBorders>
              <w:top w:val="nil"/>
              <w:left w:val="nil"/>
              <w:bottom w:val="nil"/>
              <w:right w:val="nil"/>
            </w:tcBorders>
            <w:vAlign w:val="bottom"/>
          </w:tcPr>
          <w:p w14:paraId="3D8795F6" w14:textId="15E12D1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0.25</w:t>
            </w:r>
          </w:p>
        </w:tc>
        <w:tc>
          <w:tcPr>
            <w:tcW w:w="1350" w:type="dxa"/>
            <w:tcBorders>
              <w:top w:val="nil"/>
              <w:left w:val="nil"/>
              <w:bottom w:val="nil"/>
              <w:right w:val="nil"/>
            </w:tcBorders>
            <w:vAlign w:val="bottom"/>
          </w:tcPr>
          <w:p w14:paraId="1590D00B" w14:textId="353F6B9D"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0.21</w:t>
            </w:r>
          </w:p>
        </w:tc>
      </w:tr>
      <w:tr w:rsidR="003C399E" w:rsidRPr="00B2277C" w14:paraId="13587469" w14:textId="44E0CFEF" w:rsidTr="003C399E">
        <w:tc>
          <w:tcPr>
            <w:tcW w:w="2112" w:type="dxa"/>
            <w:vAlign w:val="bottom"/>
          </w:tcPr>
          <w:p w14:paraId="5EAA03F9" w14:textId="7B500CD1"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Premature Orgasm</w:t>
            </w:r>
          </w:p>
        </w:tc>
        <w:tc>
          <w:tcPr>
            <w:tcW w:w="1057" w:type="dxa"/>
            <w:tcBorders>
              <w:top w:val="nil"/>
              <w:left w:val="nil"/>
              <w:bottom w:val="nil"/>
              <w:right w:val="nil"/>
            </w:tcBorders>
            <w:vAlign w:val="bottom"/>
          </w:tcPr>
          <w:p w14:paraId="3B675EE5" w14:textId="5072A872"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0.15</w:t>
            </w:r>
          </w:p>
        </w:tc>
        <w:tc>
          <w:tcPr>
            <w:tcW w:w="873" w:type="dxa"/>
            <w:tcBorders>
              <w:top w:val="nil"/>
              <w:left w:val="nil"/>
              <w:bottom w:val="nil"/>
              <w:right w:val="nil"/>
            </w:tcBorders>
            <w:vAlign w:val="bottom"/>
          </w:tcPr>
          <w:p w14:paraId="07B03F34" w14:textId="11BA250B"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-0.11</w:t>
            </w:r>
          </w:p>
        </w:tc>
        <w:tc>
          <w:tcPr>
            <w:tcW w:w="2283" w:type="dxa"/>
            <w:tcBorders>
              <w:top w:val="nil"/>
              <w:left w:val="nil"/>
              <w:bottom w:val="nil"/>
              <w:right w:val="nil"/>
            </w:tcBorders>
            <w:vAlign w:val="bottom"/>
          </w:tcPr>
          <w:p w14:paraId="0F75505C" w14:textId="044E124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0.04</w:t>
            </w:r>
          </w:p>
        </w:tc>
        <w:tc>
          <w:tcPr>
            <w:tcW w:w="695" w:type="dxa"/>
            <w:tcBorders>
              <w:top w:val="nil"/>
              <w:left w:val="nil"/>
              <w:bottom w:val="nil"/>
              <w:right w:val="nil"/>
            </w:tcBorders>
            <w:vAlign w:val="bottom"/>
          </w:tcPr>
          <w:p w14:paraId="2298A22E" w14:textId="51B1DD3C"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0.06</w:t>
            </w:r>
          </w:p>
        </w:tc>
        <w:tc>
          <w:tcPr>
            <w:tcW w:w="1350" w:type="dxa"/>
            <w:tcBorders>
              <w:top w:val="nil"/>
              <w:left w:val="nil"/>
              <w:bottom w:val="nil"/>
              <w:right w:val="nil"/>
            </w:tcBorders>
            <w:vAlign w:val="bottom"/>
          </w:tcPr>
          <w:p w14:paraId="5492807F" w14:textId="09380E98"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0.21</w:t>
            </w:r>
          </w:p>
        </w:tc>
      </w:tr>
      <w:tr w:rsidR="003C399E" w:rsidRPr="00B2277C" w14:paraId="0A5F685D" w14:textId="7834CC31" w:rsidTr="003C399E">
        <w:tc>
          <w:tcPr>
            <w:tcW w:w="2112" w:type="dxa"/>
            <w:vAlign w:val="bottom"/>
          </w:tcPr>
          <w:p w14:paraId="208B4E34" w14:textId="6B974A8C"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Gambling </w:t>
            </w:r>
          </w:p>
        </w:tc>
        <w:tc>
          <w:tcPr>
            <w:tcW w:w="1057" w:type="dxa"/>
            <w:tcBorders>
              <w:top w:val="nil"/>
              <w:left w:val="nil"/>
              <w:bottom w:val="nil"/>
              <w:right w:val="nil"/>
            </w:tcBorders>
            <w:vAlign w:val="bottom"/>
          </w:tcPr>
          <w:p w14:paraId="1B43F423" w14:textId="4F1AB055"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0.03</w:t>
            </w:r>
          </w:p>
        </w:tc>
        <w:tc>
          <w:tcPr>
            <w:tcW w:w="873" w:type="dxa"/>
            <w:tcBorders>
              <w:top w:val="nil"/>
              <w:left w:val="nil"/>
              <w:bottom w:val="nil"/>
              <w:right w:val="nil"/>
            </w:tcBorders>
            <w:vAlign w:val="bottom"/>
          </w:tcPr>
          <w:p w14:paraId="18F9B4FD" w14:textId="5FFDCE1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-0.05</w:t>
            </w:r>
          </w:p>
        </w:tc>
        <w:tc>
          <w:tcPr>
            <w:tcW w:w="2283" w:type="dxa"/>
            <w:tcBorders>
              <w:top w:val="nil"/>
              <w:left w:val="nil"/>
              <w:bottom w:val="nil"/>
              <w:right w:val="nil"/>
            </w:tcBorders>
            <w:vAlign w:val="bottom"/>
          </w:tcPr>
          <w:p w14:paraId="3EA11252" w14:textId="76D14416"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-0.09</w:t>
            </w:r>
          </w:p>
        </w:tc>
        <w:tc>
          <w:tcPr>
            <w:tcW w:w="695" w:type="dxa"/>
            <w:tcBorders>
              <w:top w:val="nil"/>
              <w:left w:val="nil"/>
              <w:bottom w:val="nil"/>
              <w:right w:val="nil"/>
            </w:tcBorders>
            <w:vAlign w:val="bottom"/>
          </w:tcPr>
          <w:p w14:paraId="4448A769" w14:textId="5DFBB03E"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0.08</w:t>
            </w:r>
          </w:p>
        </w:tc>
        <w:tc>
          <w:tcPr>
            <w:tcW w:w="1350" w:type="dxa"/>
            <w:tcBorders>
              <w:top w:val="nil"/>
              <w:left w:val="nil"/>
              <w:bottom w:val="nil"/>
              <w:right w:val="nil"/>
            </w:tcBorders>
            <w:vAlign w:val="bottom"/>
          </w:tcPr>
          <w:p w14:paraId="324B35E5" w14:textId="273063C7" w:rsidR="003C399E" w:rsidRPr="00207379" w:rsidRDefault="003C399E" w:rsidP="003C399E">
            <w:pPr>
              <w:rPr>
                <w:rFonts w:ascii="Times New Roman" w:hAnsi="Times New Roman" w:cs="Times New Roman"/>
                <w:sz w:val="20"/>
                <w:szCs w:val="20"/>
              </w:rPr>
            </w:pPr>
            <w:r w:rsidRPr="00207379">
              <w:rPr>
                <w:rFonts w:ascii="Times New Roman" w:hAnsi="Times New Roman" w:cs="Times New Roman"/>
                <w:sz w:val="20"/>
                <w:szCs w:val="20"/>
              </w:rPr>
              <w:t>0.20</w:t>
            </w:r>
          </w:p>
        </w:tc>
      </w:tr>
      <w:tr w:rsidR="005034F8" w:rsidRPr="00B2277C" w14:paraId="154039AA" w14:textId="581E29ED" w:rsidTr="005034F8">
        <w:tc>
          <w:tcPr>
            <w:tcW w:w="2112" w:type="dxa"/>
            <w:vAlign w:val="bottom"/>
          </w:tcPr>
          <w:p w14:paraId="175956AA" w14:textId="5FCB945C"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Gaming </w:t>
            </w:r>
          </w:p>
        </w:tc>
        <w:tc>
          <w:tcPr>
            <w:tcW w:w="1057" w:type="dxa"/>
            <w:tcBorders>
              <w:top w:val="nil"/>
              <w:left w:val="nil"/>
              <w:bottom w:val="nil"/>
              <w:right w:val="nil"/>
            </w:tcBorders>
            <w:vAlign w:val="bottom"/>
          </w:tcPr>
          <w:p w14:paraId="595E73D9" w14:textId="3A13C76F"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0.02</w:t>
            </w:r>
          </w:p>
        </w:tc>
        <w:tc>
          <w:tcPr>
            <w:tcW w:w="873" w:type="dxa"/>
            <w:tcBorders>
              <w:top w:val="nil"/>
              <w:left w:val="nil"/>
              <w:bottom w:val="nil"/>
              <w:right w:val="nil"/>
            </w:tcBorders>
            <w:vAlign w:val="bottom"/>
          </w:tcPr>
          <w:p w14:paraId="178F3F99" w14:textId="02F0D8EF"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0.04</w:t>
            </w:r>
          </w:p>
        </w:tc>
        <w:tc>
          <w:tcPr>
            <w:tcW w:w="2283" w:type="dxa"/>
            <w:tcBorders>
              <w:top w:val="nil"/>
              <w:left w:val="nil"/>
              <w:bottom w:val="nil"/>
              <w:right w:val="nil"/>
            </w:tcBorders>
            <w:vAlign w:val="bottom"/>
          </w:tcPr>
          <w:p w14:paraId="6D879C68" w14:textId="732A46F1"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0.03</w:t>
            </w:r>
          </w:p>
        </w:tc>
        <w:tc>
          <w:tcPr>
            <w:tcW w:w="695" w:type="dxa"/>
            <w:tcBorders>
              <w:top w:val="nil"/>
              <w:left w:val="nil"/>
              <w:bottom w:val="nil"/>
              <w:right w:val="nil"/>
            </w:tcBorders>
            <w:vAlign w:val="bottom"/>
          </w:tcPr>
          <w:p w14:paraId="06883B18" w14:textId="1FC7188A"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0.06</w:t>
            </w:r>
          </w:p>
        </w:tc>
        <w:tc>
          <w:tcPr>
            <w:tcW w:w="1350" w:type="dxa"/>
            <w:tcBorders>
              <w:top w:val="nil"/>
              <w:left w:val="nil"/>
              <w:bottom w:val="nil"/>
              <w:right w:val="nil"/>
            </w:tcBorders>
            <w:vAlign w:val="bottom"/>
          </w:tcPr>
          <w:p w14:paraId="334FBE31" w14:textId="439D1CDE"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0.19</w:t>
            </w:r>
          </w:p>
        </w:tc>
      </w:tr>
      <w:tr w:rsidR="005034F8" w:rsidRPr="00B2277C" w14:paraId="21B80539" w14:textId="60612B5D" w:rsidTr="005034F8">
        <w:tc>
          <w:tcPr>
            <w:tcW w:w="2112" w:type="dxa"/>
            <w:vAlign w:val="bottom"/>
          </w:tcPr>
          <w:p w14:paraId="2771F1AA" w14:textId="0AF85F8F" w:rsidR="005034F8" w:rsidRPr="00207379" w:rsidRDefault="00812797" w:rsidP="005034F8">
            <w:pPr>
              <w:rPr>
                <w:rFonts w:ascii="Times New Roman" w:hAnsi="Times New Roman" w:cs="Times New Roman"/>
                <w:sz w:val="20"/>
                <w:szCs w:val="20"/>
              </w:rPr>
            </w:pPr>
            <w:r>
              <w:rPr>
                <w:rFonts w:ascii="Times New Roman" w:hAnsi="Times New Roman" w:cs="Times New Roman"/>
                <w:sz w:val="20"/>
                <w:szCs w:val="20"/>
              </w:rPr>
              <w:t>Harmful Alcohol Use</w:t>
            </w:r>
          </w:p>
        </w:tc>
        <w:tc>
          <w:tcPr>
            <w:tcW w:w="1057" w:type="dxa"/>
            <w:tcBorders>
              <w:top w:val="nil"/>
              <w:left w:val="nil"/>
              <w:bottom w:val="nil"/>
              <w:right w:val="nil"/>
            </w:tcBorders>
            <w:vAlign w:val="bottom"/>
          </w:tcPr>
          <w:p w14:paraId="5950CB51" w14:textId="4D01FC12"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-0.04</w:t>
            </w:r>
          </w:p>
        </w:tc>
        <w:tc>
          <w:tcPr>
            <w:tcW w:w="873" w:type="dxa"/>
            <w:tcBorders>
              <w:top w:val="nil"/>
              <w:left w:val="nil"/>
              <w:bottom w:val="nil"/>
              <w:right w:val="nil"/>
            </w:tcBorders>
            <w:vAlign w:val="bottom"/>
          </w:tcPr>
          <w:p w14:paraId="0B94C3FC" w14:textId="314945B8"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-0.04</w:t>
            </w:r>
          </w:p>
        </w:tc>
        <w:tc>
          <w:tcPr>
            <w:tcW w:w="2283" w:type="dxa"/>
            <w:tcBorders>
              <w:top w:val="nil"/>
              <w:left w:val="nil"/>
              <w:bottom w:val="nil"/>
              <w:right w:val="nil"/>
            </w:tcBorders>
            <w:vAlign w:val="bottom"/>
          </w:tcPr>
          <w:p w14:paraId="652F610D" w14:textId="3E84722D"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0.16</w:t>
            </w:r>
          </w:p>
        </w:tc>
        <w:tc>
          <w:tcPr>
            <w:tcW w:w="695" w:type="dxa"/>
            <w:tcBorders>
              <w:top w:val="nil"/>
              <w:left w:val="nil"/>
              <w:bottom w:val="nil"/>
              <w:right w:val="nil"/>
            </w:tcBorders>
            <w:vAlign w:val="bottom"/>
          </w:tcPr>
          <w:p w14:paraId="65AB2D00" w14:textId="47766B43"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-0.23</w:t>
            </w:r>
          </w:p>
        </w:tc>
        <w:tc>
          <w:tcPr>
            <w:tcW w:w="1350" w:type="dxa"/>
            <w:tcBorders>
              <w:top w:val="nil"/>
              <w:left w:val="nil"/>
              <w:bottom w:val="nil"/>
              <w:right w:val="nil"/>
            </w:tcBorders>
            <w:vAlign w:val="bottom"/>
          </w:tcPr>
          <w:p w14:paraId="72EA4DCF" w14:textId="37270285" w:rsidR="005034F8" w:rsidRPr="00207379" w:rsidRDefault="005034F8" w:rsidP="005034F8">
            <w:pPr>
              <w:rPr>
                <w:rFonts w:ascii="Times New Roman" w:hAnsi="Times New Roman" w:cs="Times New Roman"/>
                <w:sz w:val="20"/>
                <w:szCs w:val="20"/>
              </w:rPr>
            </w:pPr>
            <w:r w:rsidRPr="00207379">
              <w:rPr>
                <w:rFonts w:ascii="Times New Roman" w:hAnsi="Times New Roman" w:cs="Times New Roman"/>
                <w:sz w:val="20"/>
                <w:szCs w:val="20"/>
              </w:rPr>
              <w:t>0.19</w:t>
            </w:r>
          </w:p>
        </w:tc>
      </w:tr>
      <w:tr w:rsidR="006F0A37" w:rsidRPr="00B2277C" w14:paraId="5E3800B6" w14:textId="523B509B" w:rsidTr="006F0A37">
        <w:tc>
          <w:tcPr>
            <w:tcW w:w="2112" w:type="dxa"/>
            <w:vAlign w:val="bottom"/>
          </w:tcPr>
          <w:p w14:paraId="753D6644" w14:textId="330A5FE9"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Insomnia </w:t>
            </w:r>
          </w:p>
        </w:tc>
        <w:tc>
          <w:tcPr>
            <w:tcW w:w="1057" w:type="dxa"/>
            <w:tcBorders>
              <w:top w:val="nil"/>
              <w:left w:val="nil"/>
              <w:bottom w:val="nil"/>
              <w:right w:val="nil"/>
            </w:tcBorders>
            <w:vAlign w:val="bottom"/>
          </w:tcPr>
          <w:p w14:paraId="4F893072" w14:textId="041C9018"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0.19</w:t>
            </w:r>
          </w:p>
        </w:tc>
        <w:tc>
          <w:tcPr>
            <w:tcW w:w="873" w:type="dxa"/>
            <w:tcBorders>
              <w:top w:val="nil"/>
              <w:left w:val="nil"/>
              <w:bottom w:val="nil"/>
              <w:right w:val="nil"/>
            </w:tcBorders>
            <w:vAlign w:val="bottom"/>
          </w:tcPr>
          <w:p w14:paraId="5D1454E9" w14:textId="19617A3B"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0.29</w:t>
            </w:r>
          </w:p>
        </w:tc>
        <w:tc>
          <w:tcPr>
            <w:tcW w:w="2283" w:type="dxa"/>
            <w:tcBorders>
              <w:top w:val="nil"/>
              <w:left w:val="nil"/>
              <w:bottom w:val="nil"/>
              <w:right w:val="nil"/>
            </w:tcBorders>
            <w:vAlign w:val="bottom"/>
          </w:tcPr>
          <w:p w14:paraId="700A6421" w14:textId="106FB8EE"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0.09</w:t>
            </w:r>
          </w:p>
        </w:tc>
        <w:tc>
          <w:tcPr>
            <w:tcW w:w="695" w:type="dxa"/>
            <w:tcBorders>
              <w:top w:val="nil"/>
              <w:left w:val="nil"/>
              <w:bottom w:val="nil"/>
              <w:right w:val="nil"/>
            </w:tcBorders>
            <w:vAlign w:val="bottom"/>
          </w:tcPr>
          <w:p w14:paraId="59B03EFF" w14:textId="554DDC47"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0.22</w:t>
            </w:r>
          </w:p>
        </w:tc>
        <w:tc>
          <w:tcPr>
            <w:tcW w:w="1350" w:type="dxa"/>
            <w:tcBorders>
              <w:top w:val="nil"/>
              <w:left w:val="nil"/>
              <w:bottom w:val="nil"/>
              <w:right w:val="nil"/>
            </w:tcBorders>
            <w:vAlign w:val="bottom"/>
          </w:tcPr>
          <w:p w14:paraId="596DA3F6" w14:textId="0CDCAE95"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0.13</w:t>
            </w:r>
          </w:p>
        </w:tc>
      </w:tr>
      <w:tr w:rsidR="006F0A37" w:rsidRPr="00B2277C" w14:paraId="1E3FFE64" w14:textId="2D736E34" w:rsidTr="006F0A37">
        <w:tc>
          <w:tcPr>
            <w:tcW w:w="2112" w:type="dxa"/>
            <w:vAlign w:val="bottom"/>
          </w:tcPr>
          <w:p w14:paraId="7D88B317" w14:textId="2BFF1292"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Purging </w:t>
            </w:r>
          </w:p>
        </w:tc>
        <w:tc>
          <w:tcPr>
            <w:tcW w:w="1057" w:type="dxa"/>
            <w:tcBorders>
              <w:top w:val="nil"/>
              <w:left w:val="nil"/>
              <w:bottom w:val="nil"/>
              <w:right w:val="nil"/>
            </w:tcBorders>
            <w:vAlign w:val="bottom"/>
          </w:tcPr>
          <w:p w14:paraId="004B8314" w14:textId="0199955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0.18</w:t>
            </w:r>
          </w:p>
        </w:tc>
        <w:tc>
          <w:tcPr>
            <w:tcW w:w="873" w:type="dxa"/>
            <w:tcBorders>
              <w:top w:val="nil"/>
              <w:left w:val="nil"/>
              <w:bottom w:val="nil"/>
              <w:right w:val="nil"/>
            </w:tcBorders>
            <w:vAlign w:val="bottom"/>
          </w:tcPr>
          <w:p w14:paraId="6BF04432" w14:textId="44D59705"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-0.06</w:t>
            </w:r>
          </w:p>
        </w:tc>
        <w:tc>
          <w:tcPr>
            <w:tcW w:w="2283" w:type="dxa"/>
            <w:tcBorders>
              <w:top w:val="nil"/>
              <w:left w:val="nil"/>
              <w:bottom w:val="nil"/>
              <w:right w:val="nil"/>
            </w:tcBorders>
            <w:vAlign w:val="bottom"/>
          </w:tcPr>
          <w:p w14:paraId="7B751943" w14:textId="5A2BD4FE"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0.12</w:t>
            </w:r>
          </w:p>
        </w:tc>
        <w:tc>
          <w:tcPr>
            <w:tcW w:w="695" w:type="dxa"/>
            <w:tcBorders>
              <w:top w:val="nil"/>
              <w:left w:val="nil"/>
              <w:bottom w:val="nil"/>
              <w:right w:val="nil"/>
            </w:tcBorders>
            <w:vAlign w:val="bottom"/>
          </w:tcPr>
          <w:p w14:paraId="56572B88" w14:textId="62AEF85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0.08</w:t>
            </w:r>
          </w:p>
        </w:tc>
        <w:tc>
          <w:tcPr>
            <w:tcW w:w="1350" w:type="dxa"/>
            <w:tcBorders>
              <w:top w:val="nil"/>
              <w:left w:val="nil"/>
              <w:bottom w:val="nil"/>
              <w:right w:val="nil"/>
            </w:tcBorders>
            <w:vAlign w:val="bottom"/>
          </w:tcPr>
          <w:p w14:paraId="692DD48C" w14:textId="2EDE089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0.11</w:t>
            </w:r>
          </w:p>
        </w:tc>
      </w:tr>
      <w:tr w:rsidR="006F0A37" w:rsidRPr="00B2277C" w14:paraId="77BC7C4E" w14:textId="66D4B69D" w:rsidTr="00207379">
        <w:tc>
          <w:tcPr>
            <w:tcW w:w="2112" w:type="dxa"/>
          </w:tcPr>
          <w:p w14:paraId="2586254B" w14:textId="0DCB67B0"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Trichotillomania </w:t>
            </w:r>
          </w:p>
        </w:tc>
        <w:tc>
          <w:tcPr>
            <w:tcW w:w="1057" w:type="dxa"/>
            <w:vAlign w:val="bottom"/>
          </w:tcPr>
          <w:p w14:paraId="26518756" w14:textId="4E89F791"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0.06</w:t>
            </w:r>
          </w:p>
        </w:tc>
        <w:tc>
          <w:tcPr>
            <w:tcW w:w="873" w:type="dxa"/>
            <w:vAlign w:val="bottom"/>
          </w:tcPr>
          <w:p w14:paraId="20C1C6F6" w14:textId="6778CB12"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0.09</w:t>
            </w:r>
          </w:p>
        </w:tc>
        <w:tc>
          <w:tcPr>
            <w:tcW w:w="2283" w:type="dxa"/>
            <w:vAlign w:val="bottom"/>
          </w:tcPr>
          <w:p w14:paraId="44FA813E" w14:textId="2344AB9D"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0.15</w:t>
            </w:r>
          </w:p>
        </w:tc>
        <w:tc>
          <w:tcPr>
            <w:tcW w:w="695" w:type="dxa"/>
            <w:vAlign w:val="bottom"/>
          </w:tcPr>
          <w:p w14:paraId="593CF200" w14:textId="531CA516"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0.07</w:t>
            </w:r>
          </w:p>
        </w:tc>
        <w:tc>
          <w:tcPr>
            <w:tcW w:w="1350" w:type="dxa"/>
            <w:vAlign w:val="bottom"/>
          </w:tcPr>
          <w:p w14:paraId="121CD8F9" w14:textId="56838A4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0.07</w:t>
            </w:r>
          </w:p>
        </w:tc>
      </w:tr>
      <w:tr w:rsidR="006F0A37" w:rsidRPr="00B2277C" w14:paraId="3CFF552E" w14:textId="77777777" w:rsidTr="00207379">
        <w:tc>
          <w:tcPr>
            <w:tcW w:w="2112" w:type="dxa"/>
          </w:tcPr>
          <w:p w14:paraId="79BFEBD3" w14:textId="2692BFD8"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Romantic Disinterest </w:t>
            </w:r>
          </w:p>
        </w:tc>
        <w:tc>
          <w:tcPr>
            <w:tcW w:w="1057" w:type="dxa"/>
            <w:vAlign w:val="bottom"/>
          </w:tcPr>
          <w:p w14:paraId="52C70652" w14:textId="4561CD7C"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0.27</w:t>
            </w:r>
          </w:p>
        </w:tc>
        <w:tc>
          <w:tcPr>
            <w:tcW w:w="873" w:type="dxa"/>
            <w:vAlign w:val="bottom"/>
          </w:tcPr>
          <w:p w14:paraId="384A5D9E" w14:textId="5414D7A0"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0.18</w:t>
            </w:r>
          </w:p>
        </w:tc>
        <w:tc>
          <w:tcPr>
            <w:tcW w:w="2283" w:type="dxa"/>
            <w:vAlign w:val="bottom"/>
          </w:tcPr>
          <w:p w14:paraId="17F64A79" w14:textId="3EA0FD33"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-0.09</w:t>
            </w:r>
          </w:p>
        </w:tc>
        <w:tc>
          <w:tcPr>
            <w:tcW w:w="695" w:type="dxa"/>
            <w:vAlign w:val="bottom"/>
          </w:tcPr>
          <w:p w14:paraId="5E93AFCA" w14:textId="411E72D5"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0.11</w:t>
            </w:r>
          </w:p>
        </w:tc>
        <w:tc>
          <w:tcPr>
            <w:tcW w:w="1350" w:type="dxa"/>
            <w:vAlign w:val="bottom"/>
          </w:tcPr>
          <w:p w14:paraId="62CBBC2F" w14:textId="48281F09"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0.06</w:t>
            </w:r>
          </w:p>
        </w:tc>
      </w:tr>
      <w:tr w:rsidR="006F0A37" w:rsidRPr="00B2277C" w14:paraId="595ECF4D" w14:textId="77777777" w:rsidTr="00207379">
        <w:tc>
          <w:tcPr>
            <w:tcW w:w="2112" w:type="dxa"/>
            <w:vAlign w:val="bottom"/>
          </w:tcPr>
          <w:p w14:paraId="739A5561" w14:textId="679858B5"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Submissiveness  </w:t>
            </w:r>
          </w:p>
        </w:tc>
        <w:tc>
          <w:tcPr>
            <w:tcW w:w="1057" w:type="dxa"/>
            <w:tcBorders>
              <w:top w:val="nil"/>
              <w:left w:val="nil"/>
              <w:right w:val="nil"/>
            </w:tcBorders>
            <w:vAlign w:val="bottom"/>
          </w:tcPr>
          <w:p w14:paraId="02CA6DBE" w14:textId="4E856A19"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0.19</w:t>
            </w:r>
          </w:p>
        </w:tc>
        <w:tc>
          <w:tcPr>
            <w:tcW w:w="873" w:type="dxa"/>
            <w:tcBorders>
              <w:top w:val="nil"/>
              <w:left w:val="nil"/>
              <w:right w:val="nil"/>
            </w:tcBorders>
            <w:vAlign w:val="bottom"/>
          </w:tcPr>
          <w:p w14:paraId="2AE0BD1C" w14:textId="6F4420FD"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0.29</w:t>
            </w:r>
          </w:p>
        </w:tc>
        <w:tc>
          <w:tcPr>
            <w:tcW w:w="2283" w:type="dxa"/>
            <w:tcBorders>
              <w:top w:val="nil"/>
              <w:left w:val="nil"/>
              <w:right w:val="nil"/>
            </w:tcBorders>
            <w:vAlign w:val="bottom"/>
          </w:tcPr>
          <w:p w14:paraId="0AC39FAA" w14:textId="23B276E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-0.02</w:t>
            </w:r>
          </w:p>
        </w:tc>
        <w:tc>
          <w:tcPr>
            <w:tcW w:w="695" w:type="dxa"/>
            <w:tcBorders>
              <w:top w:val="nil"/>
              <w:left w:val="nil"/>
              <w:right w:val="nil"/>
            </w:tcBorders>
            <w:vAlign w:val="bottom"/>
          </w:tcPr>
          <w:p w14:paraId="0DD0E1A0" w14:textId="10896D64"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0.21</w:t>
            </w:r>
          </w:p>
        </w:tc>
        <w:tc>
          <w:tcPr>
            <w:tcW w:w="1350" w:type="dxa"/>
            <w:tcBorders>
              <w:top w:val="nil"/>
              <w:left w:val="nil"/>
              <w:right w:val="nil"/>
            </w:tcBorders>
            <w:vAlign w:val="bottom"/>
          </w:tcPr>
          <w:p w14:paraId="216C78B0" w14:textId="03366282"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0.01</w:t>
            </w:r>
          </w:p>
        </w:tc>
      </w:tr>
      <w:tr w:rsidR="006F0A37" w:rsidRPr="00B2277C" w14:paraId="01B45D5D" w14:textId="77777777" w:rsidTr="00207379">
        <w:tc>
          <w:tcPr>
            <w:tcW w:w="2112" w:type="dxa"/>
            <w:vAlign w:val="bottom"/>
          </w:tcPr>
          <w:p w14:paraId="06EE8146" w14:textId="5A90181B"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Workaholism    </w:t>
            </w:r>
          </w:p>
        </w:tc>
        <w:tc>
          <w:tcPr>
            <w:tcW w:w="1057" w:type="dxa"/>
            <w:tcBorders>
              <w:top w:val="nil"/>
              <w:left w:val="nil"/>
              <w:right w:val="nil"/>
            </w:tcBorders>
            <w:vAlign w:val="bottom"/>
          </w:tcPr>
          <w:p w14:paraId="06E21241" w14:textId="586DCC26"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0.16</w:t>
            </w:r>
          </w:p>
        </w:tc>
        <w:tc>
          <w:tcPr>
            <w:tcW w:w="873" w:type="dxa"/>
            <w:tcBorders>
              <w:top w:val="nil"/>
              <w:left w:val="nil"/>
              <w:right w:val="nil"/>
            </w:tcBorders>
            <w:vAlign w:val="bottom"/>
          </w:tcPr>
          <w:p w14:paraId="29E30774" w14:textId="073DAD1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-0.16</w:t>
            </w:r>
          </w:p>
        </w:tc>
        <w:tc>
          <w:tcPr>
            <w:tcW w:w="2283" w:type="dxa"/>
            <w:tcBorders>
              <w:top w:val="nil"/>
              <w:left w:val="nil"/>
              <w:right w:val="nil"/>
            </w:tcBorders>
            <w:vAlign w:val="bottom"/>
          </w:tcPr>
          <w:p w14:paraId="05A1BDB1" w14:textId="6427242C"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0.27</w:t>
            </w:r>
          </w:p>
        </w:tc>
        <w:tc>
          <w:tcPr>
            <w:tcW w:w="695" w:type="dxa"/>
            <w:tcBorders>
              <w:top w:val="nil"/>
              <w:left w:val="nil"/>
              <w:right w:val="nil"/>
            </w:tcBorders>
            <w:vAlign w:val="bottom"/>
          </w:tcPr>
          <w:p w14:paraId="28F6ECE5" w14:textId="4CA3A8BD"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0.01</w:t>
            </w:r>
          </w:p>
        </w:tc>
        <w:tc>
          <w:tcPr>
            <w:tcW w:w="1350" w:type="dxa"/>
            <w:tcBorders>
              <w:top w:val="nil"/>
              <w:left w:val="nil"/>
              <w:right w:val="nil"/>
            </w:tcBorders>
            <w:vAlign w:val="bottom"/>
          </w:tcPr>
          <w:p w14:paraId="23EACC82" w14:textId="3D8D450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0.01</w:t>
            </w:r>
          </w:p>
        </w:tc>
      </w:tr>
      <w:tr w:rsidR="006F0A37" w:rsidRPr="00B2277C" w14:paraId="74104F6F" w14:textId="77777777" w:rsidTr="00207379">
        <w:tc>
          <w:tcPr>
            <w:tcW w:w="2112" w:type="dxa"/>
          </w:tcPr>
          <w:p w14:paraId="3D487AF0" w14:textId="73676471"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Excoriation </w:t>
            </w:r>
          </w:p>
        </w:tc>
        <w:tc>
          <w:tcPr>
            <w:tcW w:w="1057" w:type="dxa"/>
            <w:vAlign w:val="bottom"/>
          </w:tcPr>
          <w:p w14:paraId="20A11CA9" w14:textId="5DF6EF43"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-0.01</w:t>
            </w:r>
          </w:p>
        </w:tc>
        <w:tc>
          <w:tcPr>
            <w:tcW w:w="873" w:type="dxa"/>
            <w:vAlign w:val="bottom"/>
          </w:tcPr>
          <w:p w14:paraId="5FD54035" w14:textId="6545D6A6"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0.08</w:t>
            </w:r>
          </w:p>
        </w:tc>
        <w:tc>
          <w:tcPr>
            <w:tcW w:w="2283" w:type="dxa"/>
            <w:vAlign w:val="bottom"/>
          </w:tcPr>
          <w:p w14:paraId="130D0FAB" w14:textId="43487B11"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0.19</w:t>
            </w:r>
          </w:p>
        </w:tc>
        <w:tc>
          <w:tcPr>
            <w:tcW w:w="695" w:type="dxa"/>
            <w:vAlign w:val="bottom"/>
          </w:tcPr>
          <w:p w14:paraId="771EC180" w14:textId="4EA61012"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0.19</w:t>
            </w:r>
          </w:p>
        </w:tc>
        <w:tc>
          <w:tcPr>
            <w:tcW w:w="1350" w:type="dxa"/>
            <w:vAlign w:val="bottom"/>
          </w:tcPr>
          <w:p w14:paraId="71F2360C" w14:textId="53C354A9"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0.00</w:t>
            </w:r>
          </w:p>
        </w:tc>
      </w:tr>
      <w:tr w:rsidR="006F0A37" w:rsidRPr="00B2277C" w14:paraId="1EDCD97F" w14:textId="77777777" w:rsidTr="00536A65">
        <w:trPr>
          <w:trHeight w:val="279"/>
        </w:trPr>
        <w:tc>
          <w:tcPr>
            <w:tcW w:w="2112" w:type="dxa"/>
            <w:tcBorders>
              <w:bottom w:val="single" w:sz="4" w:space="0" w:color="auto"/>
            </w:tcBorders>
          </w:tcPr>
          <w:p w14:paraId="6FB12686" w14:textId="55FCEC27" w:rsidR="006F0A37" w:rsidRPr="00207379" w:rsidRDefault="00207379" w:rsidP="00207379">
            <w:pPr>
              <w:rPr>
                <w:rFonts w:ascii="Times New Roman" w:hAnsi="Times New Roman" w:cs="Times New Roman"/>
                <w:sz w:val="20"/>
                <w:szCs w:val="20"/>
              </w:rPr>
            </w:pPr>
            <w:r w:rsidRPr="00207379">
              <w:rPr>
                <w:rFonts w:ascii="Times New Roman" w:hAnsi="Times New Roman" w:cs="Times New Roman"/>
                <w:sz w:val="20"/>
                <w:szCs w:val="20"/>
              </w:rPr>
              <w:t>Binge Eating</w:t>
            </w:r>
          </w:p>
        </w:tc>
        <w:tc>
          <w:tcPr>
            <w:tcW w:w="1057" w:type="dxa"/>
            <w:tcBorders>
              <w:bottom w:val="single" w:sz="4" w:space="0" w:color="auto"/>
            </w:tcBorders>
            <w:vAlign w:val="bottom"/>
          </w:tcPr>
          <w:p w14:paraId="7A1FDAB6" w14:textId="6AB50DC8"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0.18</w:t>
            </w:r>
          </w:p>
        </w:tc>
        <w:tc>
          <w:tcPr>
            <w:tcW w:w="873" w:type="dxa"/>
            <w:tcBorders>
              <w:bottom w:val="single" w:sz="4" w:space="0" w:color="auto"/>
            </w:tcBorders>
            <w:vAlign w:val="bottom"/>
          </w:tcPr>
          <w:p w14:paraId="331677DF" w14:textId="3EDE972F"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0.23</w:t>
            </w:r>
          </w:p>
        </w:tc>
        <w:tc>
          <w:tcPr>
            <w:tcW w:w="2283" w:type="dxa"/>
            <w:tcBorders>
              <w:bottom w:val="single" w:sz="4" w:space="0" w:color="auto"/>
            </w:tcBorders>
            <w:vAlign w:val="bottom"/>
          </w:tcPr>
          <w:p w14:paraId="00017451" w14:textId="7C5AC4A1"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0.23</w:t>
            </w:r>
          </w:p>
        </w:tc>
        <w:tc>
          <w:tcPr>
            <w:tcW w:w="695" w:type="dxa"/>
            <w:tcBorders>
              <w:bottom w:val="single" w:sz="4" w:space="0" w:color="auto"/>
            </w:tcBorders>
            <w:vAlign w:val="bottom"/>
          </w:tcPr>
          <w:p w14:paraId="52D7F3C8" w14:textId="41365D88"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-0.02</w:t>
            </w:r>
          </w:p>
        </w:tc>
        <w:tc>
          <w:tcPr>
            <w:tcW w:w="1350" w:type="dxa"/>
            <w:tcBorders>
              <w:bottom w:val="single" w:sz="4" w:space="0" w:color="auto"/>
            </w:tcBorders>
            <w:vAlign w:val="bottom"/>
          </w:tcPr>
          <w:p w14:paraId="41B02DE1" w14:textId="5DAF0CC9" w:rsidR="006F0A37" w:rsidRPr="00207379" w:rsidRDefault="006F0A37" w:rsidP="006F0A37">
            <w:pPr>
              <w:rPr>
                <w:rFonts w:ascii="Times New Roman" w:hAnsi="Times New Roman" w:cs="Times New Roman"/>
                <w:sz w:val="20"/>
                <w:szCs w:val="20"/>
              </w:rPr>
            </w:pPr>
            <w:r w:rsidRPr="00207379">
              <w:rPr>
                <w:rFonts w:ascii="Times New Roman" w:hAnsi="Times New Roman" w:cs="Times New Roman"/>
                <w:sz w:val="20"/>
                <w:szCs w:val="20"/>
              </w:rPr>
              <w:t>-0.03</w:t>
            </w:r>
          </w:p>
        </w:tc>
      </w:tr>
      <w:tr w:rsidR="006F0A37" w:rsidRPr="00B2277C" w14:paraId="64A52CE0" w14:textId="079FCD2B" w:rsidTr="00207379">
        <w:trPr>
          <w:trHeight w:val="404"/>
        </w:trPr>
        <w:tc>
          <w:tcPr>
            <w:tcW w:w="8370" w:type="dxa"/>
            <w:gridSpan w:val="6"/>
            <w:tcBorders>
              <w:top w:val="single" w:sz="4" w:space="0" w:color="auto"/>
            </w:tcBorders>
          </w:tcPr>
          <w:p w14:paraId="36B8A52B" w14:textId="3B3F78A8" w:rsidR="006F0A37" w:rsidRPr="00B2277C" w:rsidRDefault="006F0A37" w:rsidP="006F0A37">
            <w:pPr>
              <w:rPr>
                <w:rFonts w:ascii="Times New Roman" w:hAnsi="Times New Roman" w:cs="Times New Roman"/>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76AE63AB" w14:textId="77777777" w:rsidR="00EC7758" w:rsidRDefault="00EC7758" w:rsidP="00923602">
      <w:pPr>
        <w:spacing w:line="480" w:lineRule="auto"/>
        <w:rPr>
          <w:rFonts w:ascii="Times New Roman" w:hAnsi="Times New Roman" w:cs="Times New Roman"/>
          <w:b/>
          <w:bCs/>
        </w:rPr>
      </w:pPr>
    </w:p>
    <w:tbl>
      <w:tblPr>
        <w:tblStyle w:val="TableGrid"/>
        <w:tblW w:w="8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7"/>
        <w:gridCol w:w="1081"/>
        <w:gridCol w:w="980"/>
        <w:gridCol w:w="1327"/>
        <w:gridCol w:w="679"/>
        <w:gridCol w:w="775"/>
        <w:gridCol w:w="1294"/>
      </w:tblGrid>
      <w:tr w:rsidR="00CE691D" w:rsidRPr="00D115AA" w14:paraId="13E46FBC" w14:textId="45A698A6" w:rsidTr="00CE691D">
        <w:trPr>
          <w:trHeight w:val="621"/>
        </w:trPr>
        <w:tc>
          <w:tcPr>
            <w:tcW w:w="8223" w:type="dxa"/>
            <w:gridSpan w:val="7"/>
            <w:tcBorders>
              <w:bottom w:val="single" w:sz="4" w:space="0" w:color="auto"/>
            </w:tcBorders>
          </w:tcPr>
          <w:p w14:paraId="2788D882" w14:textId="033BD345" w:rsidR="00CE691D" w:rsidRPr="00027A52" w:rsidRDefault="00CE691D" w:rsidP="001C61B8">
            <w:pPr>
              <w:rPr>
                <w:rFonts w:ascii="Times New Roman" w:hAnsi="Times New Roman" w:cs="Times New Roman"/>
                <w:b/>
                <w:bCs/>
                <w:color w:val="000000" w:themeColor="text1"/>
              </w:rPr>
            </w:pPr>
            <w:r w:rsidRPr="00A65627">
              <w:rPr>
                <w:rFonts w:ascii="Times New Roman" w:hAnsi="Times New Roman" w:cs="Times New Roman"/>
                <w:b/>
                <w:bCs/>
                <w:color w:val="000000" w:themeColor="text1"/>
              </w:rPr>
              <w:t>Table S9</w:t>
            </w:r>
          </w:p>
          <w:p w14:paraId="2A081A44" w14:textId="1CF0F2BD" w:rsidR="00CE691D" w:rsidRPr="00D115AA" w:rsidRDefault="00CE691D" w:rsidP="001C61B8">
            <w:pPr>
              <w:rPr>
                <w:rFonts w:ascii="Times New Roman" w:hAnsi="Times New Roman" w:cs="Times New Roman"/>
                <w:sz w:val="20"/>
                <w:szCs w:val="20"/>
              </w:rPr>
            </w:pPr>
            <w:r w:rsidRPr="002B725C">
              <w:rPr>
                <w:rFonts w:ascii="Times New Roman" w:hAnsi="Times New Roman" w:cs="Times New Roman"/>
                <w:i/>
                <w:iCs/>
                <w:color w:val="000000" w:themeColor="text1"/>
              </w:rPr>
              <w:t xml:space="preserve">Factor Loadings </w:t>
            </w:r>
            <w:r>
              <w:rPr>
                <w:rFonts w:ascii="Times New Roman" w:hAnsi="Times New Roman" w:cs="Times New Roman"/>
                <w:i/>
                <w:iCs/>
                <w:color w:val="000000" w:themeColor="text1"/>
              </w:rPr>
              <w:t>for the</w:t>
            </w:r>
            <w:r w:rsidRPr="002B725C">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6-factor Solution of</w:t>
            </w:r>
            <w:r w:rsidRPr="002B725C">
              <w:rPr>
                <w:rFonts w:ascii="Times New Roman" w:hAnsi="Times New Roman" w:cs="Times New Roman"/>
                <w:i/>
                <w:iCs/>
                <w:color w:val="000000" w:themeColor="text1"/>
              </w:rPr>
              <w:t xml:space="preserve"> </w:t>
            </w:r>
            <w:proofErr w:type="spellStart"/>
            <w:r w:rsidR="00B14F60">
              <w:rPr>
                <w:rFonts w:ascii="Times New Roman" w:hAnsi="Times New Roman" w:cs="Times New Roman"/>
                <w:i/>
                <w:iCs/>
                <w:color w:val="000000" w:themeColor="text1"/>
              </w:rPr>
              <w:t>HiTOP</w:t>
            </w:r>
            <w:proofErr w:type="spellEnd"/>
            <w:r w:rsidR="00B14F60">
              <w:rPr>
                <w:rFonts w:ascii="Times New Roman" w:hAnsi="Times New Roman" w:cs="Times New Roman"/>
                <w:i/>
                <w:iCs/>
                <w:color w:val="000000" w:themeColor="text1"/>
              </w:rPr>
              <w:t>-SR</w:t>
            </w:r>
            <w:r w:rsidRPr="002B725C">
              <w:rPr>
                <w:rFonts w:ascii="Times New Roman" w:hAnsi="Times New Roman" w:cs="Times New Roman"/>
                <w:i/>
                <w:iCs/>
                <w:color w:val="000000" w:themeColor="text1"/>
              </w:rPr>
              <w:t xml:space="preserve"> Scales</w:t>
            </w:r>
          </w:p>
        </w:tc>
      </w:tr>
      <w:tr w:rsidR="00CE691D" w:rsidRPr="00D115AA" w14:paraId="3187AFA5" w14:textId="27D86212" w:rsidTr="000863AC">
        <w:tc>
          <w:tcPr>
            <w:tcW w:w="2112" w:type="dxa"/>
            <w:tcBorders>
              <w:top w:val="single" w:sz="4" w:space="0" w:color="auto"/>
            </w:tcBorders>
          </w:tcPr>
          <w:p w14:paraId="3D9F2848" w14:textId="3A397A70" w:rsidR="00CE691D" w:rsidRPr="00D115AA" w:rsidRDefault="00B14F60" w:rsidP="001C61B8">
            <w:pPr>
              <w:jc w:val="cente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CE691D" w:rsidRPr="000A26ED">
              <w:rPr>
                <w:rFonts w:ascii="Times New Roman" w:hAnsi="Times New Roman" w:cs="Times New Roman"/>
                <w:sz w:val="20"/>
                <w:szCs w:val="20"/>
              </w:rPr>
              <w:t xml:space="preserve"> Scale</w:t>
            </w:r>
          </w:p>
        </w:tc>
        <w:tc>
          <w:tcPr>
            <w:tcW w:w="6111" w:type="dxa"/>
            <w:gridSpan w:val="6"/>
            <w:tcBorders>
              <w:top w:val="single" w:sz="4" w:space="0" w:color="auto"/>
              <w:bottom w:val="single" w:sz="4" w:space="0" w:color="auto"/>
            </w:tcBorders>
          </w:tcPr>
          <w:p w14:paraId="1DD939B6" w14:textId="77777777" w:rsidR="00CE691D" w:rsidRPr="00D115AA" w:rsidRDefault="00CE691D" w:rsidP="001C61B8">
            <w:pPr>
              <w:jc w:val="center"/>
              <w:rPr>
                <w:rFonts w:ascii="Times New Roman" w:hAnsi="Times New Roman" w:cs="Times New Roman"/>
                <w:sz w:val="20"/>
                <w:szCs w:val="20"/>
              </w:rPr>
            </w:pPr>
            <w:r>
              <w:rPr>
                <w:rFonts w:ascii="Times New Roman" w:hAnsi="Times New Roman" w:cs="Times New Roman"/>
                <w:sz w:val="20"/>
                <w:szCs w:val="20"/>
              </w:rPr>
              <w:t>Factor Loadings</w:t>
            </w:r>
          </w:p>
        </w:tc>
      </w:tr>
      <w:tr w:rsidR="00CE691D" w:rsidRPr="00D115AA" w14:paraId="2D96038D" w14:textId="64A0163B" w:rsidTr="000863AC">
        <w:trPr>
          <w:trHeight w:val="593"/>
        </w:trPr>
        <w:tc>
          <w:tcPr>
            <w:tcW w:w="2112" w:type="dxa"/>
          </w:tcPr>
          <w:p w14:paraId="3D6A0D15" w14:textId="77777777" w:rsidR="00CE691D" w:rsidRPr="00D115AA" w:rsidRDefault="00CE691D" w:rsidP="00CE691D">
            <w:pPr>
              <w:rPr>
                <w:rFonts w:ascii="Times New Roman" w:hAnsi="Times New Roman" w:cs="Times New Roman"/>
                <w:sz w:val="20"/>
                <w:szCs w:val="20"/>
              </w:rPr>
            </w:pPr>
          </w:p>
        </w:tc>
        <w:tc>
          <w:tcPr>
            <w:tcW w:w="1088" w:type="dxa"/>
            <w:tcBorders>
              <w:top w:val="single" w:sz="4" w:space="0" w:color="auto"/>
            </w:tcBorders>
          </w:tcPr>
          <w:p w14:paraId="2884A4B0" w14:textId="7D3A9D28" w:rsidR="00CE691D" w:rsidRPr="00D115AA" w:rsidRDefault="00CE691D" w:rsidP="00483649">
            <w:pPr>
              <w:jc w:val="center"/>
              <w:rPr>
                <w:rFonts w:ascii="Times New Roman" w:hAnsi="Times New Roman" w:cs="Times New Roman"/>
                <w:sz w:val="20"/>
                <w:szCs w:val="20"/>
              </w:rPr>
            </w:pPr>
            <w:r w:rsidRPr="00D115AA">
              <w:rPr>
                <w:rFonts w:ascii="Times New Roman" w:hAnsi="Times New Roman" w:cs="Times New Roman"/>
                <w:sz w:val="20"/>
                <w:szCs w:val="20"/>
              </w:rPr>
              <w:t>Sexual Problems</w:t>
            </w:r>
          </w:p>
        </w:tc>
        <w:tc>
          <w:tcPr>
            <w:tcW w:w="987" w:type="dxa"/>
            <w:tcBorders>
              <w:top w:val="single" w:sz="4" w:space="0" w:color="auto"/>
            </w:tcBorders>
          </w:tcPr>
          <w:p w14:paraId="6324C7F5" w14:textId="40FD87B5" w:rsidR="00CE691D" w:rsidRPr="00D115AA" w:rsidRDefault="00CE691D" w:rsidP="00483649">
            <w:pPr>
              <w:jc w:val="center"/>
              <w:rPr>
                <w:rFonts w:ascii="Times New Roman" w:hAnsi="Times New Roman" w:cs="Times New Roman"/>
                <w:sz w:val="20"/>
                <w:szCs w:val="20"/>
              </w:rPr>
            </w:pPr>
            <w:r w:rsidRPr="00D115AA">
              <w:rPr>
                <w:rFonts w:ascii="Times New Roman" w:hAnsi="Times New Roman" w:cs="Times New Roman"/>
                <w:sz w:val="20"/>
                <w:szCs w:val="20"/>
              </w:rPr>
              <w:t>Distress</w:t>
            </w:r>
          </w:p>
        </w:tc>
        <w:tc>
          <w:tcPr>
            <w:tcW w:w="1277" w:type="dxa"/>
            <w:tcBorders>
              <w:top w:val="single" w:sz="4" w:space="0" w:color="auto"/>
            </w:tcBorders>
          </w:tcPr>
          <w:p w14:paraId="5AB11754" w14:textId="6719CC5F" w:rsidR="00CE691D" w:rsidRDefault="006937A5" w:rsidP="00483649">
            <w:pPr>
              <w:jc w:val="center"/>
              <w:rPr>
                <w:rFonts w:ascii="Times New Roman" w:hAnsi="Times New Roman" w:cs="Times New Roman"/>
                <w:sz w:val="20"/>
                <w:szCs w:val="20"/>
              </w:rPr>
            </w:pPr>
            <w:r>
              <w:rPr>
                <w:rFonts w:ascii="Times New Roman" w:hAnsi="Times New Roman" w:cs="Times New Roman"/>
                <w:sz w:val="20"/>
                <w:szCs w:val="20"/>
              </w:rPr>
              <w:t>Domineering/</w:t>
            </w:r>
          </w:p>
          <w:p w14:paraId="1517E06B" w14:textId="56D8E2F5" w:rsidR="00CE691D" w:rsidRPr="00D115AA" w:rsidRDefault="00CE691D" w:rsidP="00483649">
            <w:pPr>
              <w:jc w:val="center"/>
              <w:rPr>
                <w:rFonts w:ascii="Times New Roman" w:hAnsi="Times New Roman" w:cs="Times New Roman"/>
                <w:sz w:val="20"/>
                <w:szCs w:val="20"/>
              </w:rPr>
            </w:pPr>
            <w:r>
              <w:rPr>
                <w:rFonts w:ascii="Times New Roman" w:hAnsi="Times New Roman" w:cs="Times New Roman"/>
                <w:sz w:val="20"/>
                <w:szCs w:val="20"/>
              </w:rPr>
              <w:t>Body Focus</w:t>
            </w:r>
          </w:p>
        </w:tc>
        <w:tc>
          <w:tcPr>
            <w:tcW w:w="686" w:type="dxa"/>
            <w:tcBorders>
              <w:top w:val="single" w:sz="4" w:space="0" w:color="auto"/>
            </w:tcBorders>
          </w:tcPr>
          <w:p w14:paraId="50091740" w14:textId="2B7F75EF" w:rsidR="00CE691D" w:rsidRPr="00D115AA" w:rsidRDefault="00CE691D" w:rsidP="00483649">
            <w:pPr>
              <w:jc w:val="center"/>
              <w:rPr>
                <w:rFonts w:ascii="Times New Roman" w:hAnsi="Times New Roman" w:cs="Times New Roman"/>
                <w:sz w:val="20"/>
                <w:szCs w:val="20"/>
              </w:rPr>
            </w:pPr>
            <w:r w:rsidRPr="00D115AA">
              <w:rPr>
                <w:rFonts w:ascii="Times New Roman" w:hAnsi="Times New Roman" w:cs="Times New Roman"/>
                <w:sz w:val="20"/>
                <w:szCs w:val="20"/>
              </w:rPr>
              <w:t>Fear</w:t>
            </w:r>
          </w:p>
        </w:tc>
        <w:tc>
          <w:tcPr>
            <w:tcW w:w="779" w:type="dxa"/>
            <w:tcBorders>
              <w:top w:val="single" w:sz="4" w:space="0" w:color="auto"/>
            </w:tcBorders>
          </w:tcPr>
          <w:p w14:paraId="07CDDCCD" w14:textId="53DC2BBD" w:rsidR="00CE691D" w:rsidRPr="00D115AA" w:rsidRDefault="00CE691D" w:rsidP="00483649">
            <w:pPr>
              <w:jc w:val="center"/>
              <w:rPr>
                <w:rFonts w:ascii="Times New Roman" w:hAnsi="Times New Roman" w:cs="Times New Roman"/>
                <w:sz w:val="20"/>
                <w:szCs w:val="20"/>
              </w:rPr>
            </w:pPr>
            <w:r>
              <w:rPr>
                <w:rFonts w:ascii="Times New Roman" w:hAnsi="Times New Roman" w:cs="Times New Roman"/>
                <w:sz w:val="20"/>
                <w:szCs w:val="20"/>
              </w:rPr>
              <w:t>Rarity</w:t>
            </w:r>
          </w:p>
        </w:tc>
        <w:tc>
          <w:tcPr>
            <w:tcW w:w="1294" w:type="dxa"/>
            <w:tcBorders>
              <w:top w:val="single" w:sz="4" w:space="0" w:color="auto"/>
            </w:tcBorders>
          </w:tcPr>
          <w:p w14:paraId="7F9C632F" w14:textId="4086CA4D" w:rsidR="00CE691D" w:rsidRPr="00D115AA" w:rsidRDefault="00CE691D" w:rsidP="00483649">
            <w:pPr>
              <w:jc w:val="center"/>
              <w:rPr>
                <w:rFonts w:ascii="Times New Roman" w:hAnsi="Times New Roman" w:cs="Times New Roman"/>
                <w:sz w:val="20"/>
                <w:szCs w:val="20"/>
              </w:rPr>
            </w:pPr>
            <w:r w:rsidRPr="00D115AA">
              <w:rPr>
                <w:rFonts w:ascii="Times New Roman" w:hAnsi="Times New Roman" w:cs="Times New Roman"/>
                <w:sz w:val="20"/>
                <w:szCs w:val="20"/>
              </w:rPr>
              <w:t>Externalizing</w:t>
            </w:r>
          </w:p>
        </w:tc>
      </w:tr>
      <w:tr w:rsidR="00EC7758" w:rsidRPr="00D115AA" w14:paraId="3B43D75C" w14:textId="77777777" w:rsidTr="002D4CB5">
        <w:tc>
          <w:tcPr>
            <w:tcW w:w="2112" w:type="dxa"/>
            <w:vAlign w:val="bottom"/>
          </w:tcPr>
          <w:p w14:paraId="5079CAAE" w14:textId="2E1853A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Low Sexual Arousal</w:t>
            </w:r>
          </w:p>
        </w:tc>
        <w:tc>
          <w:tcPr>
            <w:tcW w:w="1088" w:type="dxa"/>
            <w:tcBorders>
              <w:top w:val="nil"/>
              <w:left w:val="nil"/>
              <w:bottom w:val="nil"/>
              <w:right w:val="nil"/>
            </w:tcBorders>
            <w:vAlign w:val="bottom"/>
          </w:tcPr>
          <w:p w14:paraId="6B614708" w14:textId="5D2EF057"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0.96</w:t>
            </w:r>
          </w:p>
        </w:tc>
        <w:tc>
          <w:tcPr>
            <w:tcW w:w="987" w:type="dxa"/>
            <w:tcBorders>
              <w:top w:val="nil"/>
              <w:left w:val="nil"/>
              <w:bottom w:val="nil"/>
              <w:right w:val="nil"/>
            </w:tcBorders>
            <w:vAlign w:val="bottom"/>
          </w:tcPr>
          <w:p w14:paraId="0DEEE53C" w14:textId="2C786BA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-0.14</w:t>
            </w:r>
          </w:p>
        </w:tc>
        <w:tc>
          <w:tcPr>
            <w:tcW w:w="1277" w:type="dxa"/>
            <w:tcBorders>
              <w:top w:val="nil"/>
              <w:left w:val="nil"/>
              <w:bottom w:val="nil"/>
              <w:right w:val="nil"/>
            </w:tcBorders>
            <w:vAlign w:val="bottom"/>
          </w:tcPr>
          <w:p w14:paraId="20DCF4DB" w14:textId="1AE4808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-0.04</w:t>
            </w:r>
          </w:p>
        </w:tc>
        <w:tc>
          <w:tcPr>
            <w:tcW w:w="686" w:type="dxa"/>
            <w:tcBorders>
              <w:top w:val="nil"/>
              <w:left w:val="nil"/>
              <w:bottom w:val="nil"/>
              <w:right w:val="nil"/>
            </w:tcBorders>
            <w:vAlign w:val="bottom"/>
          </w:tcPr>
          <w:p w14:paraId="57AA4907" w14:textId="504FF4F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-0.09</w:t>
            </w:r>
          </w:p>
        </w:tc>
        <w:tc>
          <w:tcPr>
            <w:tcW w:w="779" w:type="dxa"/>
            <w:tcBorders>
              <w:top w:val="nil"/>
              <w:left w:val="nil"/>
              <w:bottom w:val="nil"/>
              <w:right w:val="nil"/>
            </w:tcBorders>
            <w:vAlign w:val="bottom"/>
          </w:tcPr>
          <w:p w14:paraId="3AC078B8" w14:textId="0AD50C3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c>
          <w:tcPr>
            <w:tcW w:w="1294" w:type="dxa"/>
            <w:tcBorders>
              <w:top w:val="nil"/>
              <w:left w:val="nil"/>
              <w:bottom w:val="nil"/>
              <w:right w:val="nil"/>
            </w:tcBorders>
            <w:vAlign w:val="bottom"/>
          </w:tcPr>
          <w:p w14:paraId="04E40942" w14:textId="40A45D4C"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-0.03</w:t>
            </w:r>
          </w:p>
        </w:tc>
      </w:tr>
      <w:tr w:rsidR="00EC7758" w:rsidRPr="00D115AA" w14:paraId="517C4D3A" w14:textId="77777777" w:rsidTr="002D4CB5">
        <w:tc>
          <w:tcPr>
            <w:tcW w:w="2112" w:type="dxa"/>
            <w:vAlign w:val="bottom"/>
          </w:tcPr>
          <w:p w14:paraId="142B2127" w14:textId="1F84B683"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Low Sexual Interest</w:t>
            </w:r>
          </w:p>
        </w:tc>
        <w:tc>
          <w:tcPr>
            <w:tcW w:w="1088" w:type="dxa"/>
            <w:tcBorders>
              <w:top w:val="nil"/>
              <w:left w:val="nil"/>
              <w:bottom w:val="nil"/>
              <w:right w:val="nil"/>
            </w:tcBorders>
            <w:vAlign w:val="bottom"/>
          </w:tcPr>
          <w:p w14:paraId="55A38EC9" w14:textId="070C8E56"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0.77</w:t>
            </w:r>
          </w:p>
        </w:tc>
        <w:tc>
          <w:tcPr>
            <w:tcW w:w="987" w:type="dxa"/>
            <w:tcBorders>
              <w:top w:val="nil"/>
              <w:left w:val="nil"/>
              <w:bottom w:val="nil"/>
              <w:right w:val="nil"/>
            </w:tcBorders>
            <w:vAlign w:val="bottom"/>
          </w:tcPr>
          <w:p w14:paraId="7EA9A901" w14:textId="7D86763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-0.04</w:t>
            </w:r>
          </w:p>
        </w:tc>
        <w:tc>
          <w:tcPr>
            <w:tcW w:w="1277" w:type="dxa"/>
            <w:tcBorders>
              <w:top w:val="nil"/>
              <w:left w:val="nil"/>
              <w:bottom w:val="nil"/>
              <w:right w:val="nil"/>
            </w:tcBorders>
            <w:vAlign w:val="bottom"/>
          </w:tcPr>
          <w:p w14:paraId="4DC59275" w14:textId="1962393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-0.16</w:t>
            </w:r>
          </w:p>
        </w:tc>
        <w:tc>
          <w:tcPr>
            <w:tcW w:w="686" w:type="dxa"/>
            <w:tcBorders>
              <w:top w:val="nil"/>
              <w:left w:val="nil"/>
              <w:bottom w:val="nil"/>
              <w:right w:val="nil"/>
            </w:tcBorders>
            <w:vAlign w:val="bottom"/>
          </w:tcPr>
          <w:p w14:paraId="2F907F87" w14:textId="7C8FFCF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0.11</w:t>
            </w:r>
          </w:p>
        </w:tc>
        <w:tc>
          <w:tcPr>
            <w:tcW w:w="779" w:type="dxa"/>
            <w:tcBorders>
              <w:top w:val="nil"/>
              <w:left w:val="nil"/>
              <w:bottom w:val="nil"/>
              <w:right w:val="nil"/>
            </w:tcBorders>
            <w:vAlign w:val="bottom"/>
          </w:tcPr>
          <w:p w14:paraId="55791C88" w14:textId="7598FCC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-0.18</w:t>
            </w:r>
          </w:p>
        </w:tc>
        <w:tc>
          <w:tcPr>
            <w:tcW w:w="1294" w:type="dxa"/>
            <w:tcBorders>
              <w:top w:val="nil"/>
              <w:left w:val="nil"/>
              <w:bottom w:val="nil"/>
              <w:right w:val="nil"/>
            </w:tcBorders>
            <w:vAlign w:val="bottom"/>
          </w:tcPr>
          <w:p w14:paraId="224879FB" w14:textId="28C8FACF"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0.05</w:t>
            </w:r>
          </w:p>
        </w:tc>
      </w:tr>
      <w:tr w:rsidR="00EC7758" w:rsidRPr="00D115AA" w14:paraId="1B104713" w14:textId="77777777" w:rsidTr="002D4CB5">
        <w:tc>
          <w:tcPr>
            <w:tcW w:w="2112" w:type="dxa"/>
            <w:vAlign w:val="bottom"/>
          </w:tcPr>
          <w:p w14:paraId="4EA2BF7B" w14:textId="46E31A8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Sexual Distress </w:t>
            </w:r>
          </w:p>
        </w:tc>
        <w:tc>
          <w:tcPr>
            <w:tcW w:w="1088" w:type="dxa"/>
            <w:tcBorders>
              <w:top w:val="nil"/>
              <w:left w:val="nil"/>
              <w:bottom w:val="nil"/>
              <w:right w:val="nil"/>
            </w:tcBorders>
            <w:vAlign w:val="bottom"/>
          </w:tcPr>
          <w:p w14:paraId="5498B5F0" w14:textId="643DFA70"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0.69</w:t>
            </w:r>
          </w:p>
        </w:tc>
        <w:tc>
          <w:tcPr>
            <w:tcW w:w="987" w:type="dxa"/>
            <w:tcBorders>
              <w:top w:val="nil"/>
              <w:left w:val="nil"/>
              <w:bottom w:val="nil"/>
              <w:right w:val="nil"/>
            </w:tcBorders>
            <w:vAlign w:val="bottom"/>
          </w:tcPr>
          <w:p w14:paraId="01889361" w14:textId="5C92D282"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c>
          <w:tcPr>
            <w:tcW w:w="1277" w:type="dxa"/>
            <w:tcBorders>
              <w:top w:val="nil"/>
              <w:left w:val="nil"/>
              <w:bottom w:val="nil"/>
              <w:right w:val="nil"/>
            </w:tcBorders>
            <w:vAlign w:val="bottom"/>
          </w:tcPr>
          <w:p w14:paraId="6F8AA5E2" w14:textId="0691ABC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c>
          <w:tcPr>
            <w:tcW w:w="686" w:type="dxa"/>
            <w:tcBorders>
              <w:top w:val="nil"/>
              <w:left w:val="nil"/>
              <w:bottom w:val="nil"/>
              <w:right w:val="nil"/>
            </w:tcBorders>
            <w:vAlign w:val="bottom"/>
          </w:tcPr>
          <w:p w14:paraId="350AD167" w14:textId="0939AFF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c>
          <w:tcPr>
            <w:tcW w:w="779" w:type="dxa"/>
            <w:tcBorders>
              <w:top w:val="nil"/>
              <w:left w:val="nil"/>
              <w:bottom w:val="nil"/>
              <w:right w:val="nil"/>
            </w:tcBorders>
            <w:vAlign w:val="bottom"/>
          </w:tcPr>
          <w:p w14:paraId="7B103CD9" w14:textId="63644D7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0.01</w:t>
            </w:r>
          </w:p>
        </w:tc>
        <w:tc>
          <w:tcPr>
            <w:tcW w:w="1294" w:type="dxa"/>
            <w:tcBorders>
              <w:top w:val="nil"/>
              <w:left w:val="nil"/>
              <w:bottom w:val="nil"/>
              <w:right w:val="nil"/>
            </w:tcBorders>
            <w:vAlign w:val="bottom"/>
          </w:tcPr>
          <w:p w14:paraId="38FB4845" w14:textId="35D8934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-0.09</w:t>
            </w:r>
          </w:p>
        </w:tc>
      </w:tr>
      <w:tr w:rsidR="00EC7758" w:rsidRPr="00D115AA" w14:paraId="0E4D117D" w14:textId="77777777" w:rsidTr="002D4CB5">
        <w:tc>
          <w:tcPr>
            <w:tcW w:w="2112" w:type="dxa"/>
            <w:vAlign w:val="bottom"/>
          </w:tcPr>
          <w:p w14:paraId="4E59B1DD" w14:textId="71B2D32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Difficulties Reaching Orgasm   </w:t>
            </w:r>
          </w:p>
        </w:tc>
        <w:tc>
          <w:tcPr>
            <w:tcW w:w="1088" w:type="dxa"/>
            <w:tcBorders>
              <w:top w:val="nil"/>
              <w:left w:val="nil"/>
              <w:bottom w:val="nil"/>
              <w:right w:val="nil"/>
            </w:tcBorders>
            <w:vAlign w:val="bottom"/>
          </w:tcPr>
          <w:p w14:paraId="6209498B" w14:textId="37664978"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0.68</w:t>
            </w:r>
          </w:p>
        </w:tc>
        <w:tc>
          <w:tcPr>
            <w:tcW w:w="987" w:type="dxa"/>
            <w:tcBorders>
              <w:top w:val="nil"/>
              <w:left w:val="nil"/>
              <w:bottom w:val="nil"/>
              <w:right w:val="nil"/>
            </w:tcBorders>
            <w:vAlign w:val="bottom"/>
          </w:tcPr>
          <w:p w14:paraId="195746AB" w14:textId="02BE8A8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c>
          <w:tcPr>
            <w:tcW w:w="1277" w:type="dxa"/>
            <w:tcBorders>
              <w:top w:val="nil"/>
              <w:left w:val="nil"/>
              <w:bottom w:val="nil"/>
              <w:right w:val="nil"/>
            </w:tcBorders>
            <w:vAlign w:val="bottom"/>
          </w:tcPr>
          <w:p w14:paraId="443EDA8C" w14:textId="2174C0A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0.13</w:t>
            </w:r>
          </w:p>
        </w:tc>
        <w:tc>
          <w:tcPr>
            <w:tcW w:w="686" w:type="dxa"/>
            <w:tcBorders>
              <w:top w:val="nil"/>
              <w:left w:val="nil"/>
              <w:bottom w:val="nil"/>
              <w:right w:val="nil"/>
            </w:tcBorders>
            <w:vAlign w:val="bottom"/>
          </w:tcPr>
          <w:p w14:paraId="3A531130" w14:textId="6CDB8456"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-0.18</w:t>
            </w:r>
          </w:p>
        </w:tc>
        <w:tc>
          <w:tcPr>
            <w:tcW w:w="779" w:type="dxa"/>
            <w:tcBorders>
              <w:top w:val="nil"/>
              <w:left w:val="nil"/>
              <w:bottom w:val="nil"/>
              <w:right w:val="nil"/>
            </w:tcBorders>
            <w:vAlign w:val="bottom"/>
          </w:tcPr>
          <w:p w14:paraId="1FC74099" w14:textId="4D20638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0.03</w:t>
            </w:r>
          </w:p>
        </w:tc>
        <w:tc>
          <w:tcPr>
            <w:tcW w:w="1294" w:type="dxa"/>
            <w:tcBorders>
              <w:top w:val="nil"/>
              <w:left w:val="nil"/>
              <w:bottom w:val="nil"/>
              <w:right w:val="nil"/>
            </w:tcBorders>
            <w:vAlign w:val="bottom"/>
          </w:tcPr>
          <w:p w14:paraId="3A05DF1C" w14:textId="3306166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r>
      <w:tr w:rsidR="00EC7758" w:rsidRPr="00D115AA" w14:paraId="5CECDEED" w14:textId="77777777" w:rsidTr="002D4CB5">
        <w:tc>
          <w:tcPr>
            <w:tcW w:w="2112" w:type="dxa"/>
            <w:vAlign w:val="bottom"/>
          </w:tcPr>
          <w:p w14:paraId="1893802B" w14:textId="711BE05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Sexual Pain</w:t>
            </w:r>
          </w:p>
        </w:tc>
        <w:tc>
          <w:tcPr>
            <w:tcW w:w="1088" w:type="dxa"/>
            <w:tcBorders>
              <w:top w:val="nil"/>
              <w:left w:val="nil"/>
              <w:bottom w:val="nil"/>
              <w:right w:val="nil"/>
            </w:tcBorders>
            <w:vAlign w:val="bottom"/>
          </w:tcPr>
          <w:p w14:paraId="6DA8BF3F" w14:textId="211B6AED"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0.56</w:t>
            </w:r>
          </w:p>
        </w:tc>
        <w:tc>
          <w:tcPr>
            <w:tcW w:w="987" w:type="dxa"/>
            <w:tcBorders>
              <w:top w:val="nil"/>
              <w:left w:val="nil"/>
              <w:bottom w:val="nil"/>
              <w:right w:val="nil"/>
            </w:tcBorders>
            <w:vAlign w:val="bottom"/>
          </w:tcPr>
          <w:p w14:paraId="7DBDB49E" w14:textId="7542D1F3"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-0.15</w:t>
            </w:r>
          </w:p>
        </w:tc>
        <w:tc>
          <w:tcPr>
            <w:tcW w:w="1277" w:type="dxa"/>
            <w:tcBorders>
              <w:top w:val="nil"/>
              <w:left w:val="nil"/>
              <w:bottom w:val="nil"/>
              <w:right w:val="nil"/>
            </w:tcBorders>
            <w:vAlign w:val="bottom"/>
          </w:tcPr>
          <w:p w14:paraId="71C6FE6B" w14:textId="27C84D7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c>
          <w:tcPr>
            <w:tcW w:w="686" w:type="dxa"/>
            <w:tcBorders>
              <w:top w:val="nil"/>
              <w:left w:val="nil"/>
              <w:bottom w:val="nil"/>
              <w:right w:val="nil"/>
            </w:tcBorders>
            <w:vAlign w:val="bottom"/>
          </w:tcPr>
          <w:p w14:paraId="7A1B33CC" w14:textId="10D148CC"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c>
          <w:tcPr>
            <w:tcW w:w="779" w:type="dxa"/>
            <w:tcBorders>
              <w:top w:val="nil"/>
              <w:left w:val="nil"/>
              <w:bottom w:val="nil"/>
              <w:right w:val="nil"/>
            </w:tcBorders>
            <w:vAlign w:val="bottom"/>
          </w:tcPr>
          <w:p w14:paraId="009F0CBA" w14:textId="5303572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0.24</w:t>
            </w:r>
          </w:p>
        </w:tc>
        <w:tc>
          <w:tcPr>
            <w:tcW w:w="1294" w:type="dxa"/>
            <w:tcBorders>
              <w:top w:val="nil"/>
              <w:left w:val="nil"/>
              <w:bottom w:val="nil"/>
              <w:right w:val="nil"/>
            </w:tcBorders>
            <w:vAlign w:val="bottom"/>
          </w:tcPr>
          <w:p w14:paraId="70B7F989" w14:textId="3369035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-0.12</w:t>
            </w:r>
          </w:p>
        </w:tc>
      </w:tr>
      <w:tr w:rsidR="00EC7758" w:rsidRPr="00D115AA" w14:paraId="50C0BE70" w14:textId="77777777" w:rsidTr="002D4CB5">
        <w:tc>
          <w:tcPr>
            <w:tcW w:w="2112" w:type="dxa"/>
            <w:vAlign w:val="bottom"/>
          </w:tcPr>
          <w:p w14:paraId="62908EC0" w14:textId="20D29E6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Lassitude </w:t>
            </w:r>
          </w:p>
        </w:tc>
        <w:tc>
          <w:tcPr>
            <w:tcW w:w="1088" w:type="dxa"/>
            <w:tcBorders>
              <w:top w:val="nil"/>
              <w:left w:val="nil"/>
              <w:bottom w:val="nil"/>
              <w:right w:val="nil"/>
            </w:tcBorders>
            <w:vAlign w:val="bottom"/>
          </w:tcPr>
          <w:p w14:paraId="5EC159B4" w14:textId="606E65F5"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0.20</w:t>
            </w:r>
          </w:p>
        </w:tc>
        <w:tc>
          <w:tcPr>
            <w:tcW w:w="987" w:type="dxa"/>
            <w:tcBorders>
              <w:top w:val="nil"/>
              <w:left w:val="nil"/>
              <w:bottom w:val="nil"/>
              <w:right w:val="nil"/>
            </w:tcBorders>
            <w:vAlign w:val="bottom"/>
          </w:tcPr>
          <w:p w14:paraId="3A9B3531" w14:textId="6D05C806"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0.66</w:t>
            </w:r>
          </w:p>
        </w:tc>
        <w:tc>
          <w:tcPr>
            <w:tcW w:w="1277" w:type="dxa"/>
            <w:tcBorders>
              <w:top w:val="nil"/>
              <w:left w:val="nil"/>
              <w:bottom w:val="nil"/>
              <w:right w:val="nil"/>
            </w:tcBorders>
            <w:vAlign w:val="bottom"/>
          </w:tcPr>
          <w:p w14:paraId="6F547ABB" w14:textId="10A72F0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0.01</w:t>
            </w:r>
          </w:p>
        </w:tc>
        <w:tc>
          <w:tcPr>
            <w:tcW w:w="686" w:type="dxa"/>
            <w:tcBorders>
              <w:top w:val="nil"/>
              <w:left w:val="nil"/>
              <w:bottom w:val="nil"/>
              <w:right w:val="nil"/>
            </w:tcBorders>
            <w:vAlign w:val="bottom"/>
          </w:tcPr>
          <w:p w14:paraId="16F54149" w14:textId="7BEA8C1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0.17</w:t>
            </w:r>
          </w:p>
        </w:tc>
        <w:tc>
          <w:tcPr>
            <w:tcW w:w="779" w:type="dxa"/>
            <w:tcBorders>
              <w:top w:val="nil"/>
              <w:left w:val="nil"/>
              <w:bottom w:val="nil"/>
              <w:right w:val="nil"/>
            </w:tcBorders>
            <w:vAlign w:val="bottom"/>
          </w:tcPr>
          <w:p w14:paraId="59D64FD4" w14:textId="72EEF90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c>
          <w:tcPr>
            <w:tcW w:w="1294" w:type="dxa"/>
            <w:tcBorders>
              <w:top w:val="nil"/>
              <w:left w:val="nil"/>
              <w:bottom w:val="nil"/>
              <w:right w:val="nil"/>
            </w:tcBorders>
            <w:vAlign w:val="bottom"/>
          </w:tcPr>
          <w:p w14:paraId="0DC16EB5" w14:textId="4AC091A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r>
      <w:tr w:rsidR="00EC7758" w:rsidRPr="00D115AA" w14:paraId="5C53AEFE" w14:textId="77777777" w:rsidTr="002D4CB5">
        <w:tc>
          <w:tcPr>
            <w:tcW w:w="2112" w:type="dxa"/>
            <w:vAlign w:val="bottom"/>
          </w:tcPr>
          <w:p w14:paraId="4754D7A4" w14:textId="475DAC0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Depressed Mood</w:t>
            </w:r>
          </w:p>
        </w:tc>
        <w:tc>
          <w:tcPr>
            <w:tcW w:w="1088" w:type="dxa"/>
            <w:tcBorders>
              <w:top w:val="nil"/>
              <w:left w:val="nil"/>
              <w:bottom w:val="nil"/>
              <w:right w:val="nil"/>
            </w:tcBorders>
            <w:vAlign w:val="bottom"/>
          </w:tcPr>
          <w:p w14:paraId="1CE19A07" w14:textId="7C2B9DFE"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0.19</w:t>
            </w:r>
          </w:p>
        </w:tc>
        <w:tc>
          <w:tcPr>
            <w:tcW w:w="987" w:type="dxa"/>
            <w:tcBorders>
              <w:top w:val="nil"/>
              <w:left w:val="nil"/>
              <w:bottom w:val="nil"/>
              <w:right w:val="nil"/>
            </w:tcBorders>
            <w:vAlign w:val="bottom"/>
          </w:tcPr>
          <w:p w14:paraId="15DEC427" w14:textId="62956D20"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0.65</w:t>
            </w:r>
          </w:p>
        </w:tc>
        <w:tc>
          <w:tcPr>
            <w:tcW w:w="1277" w:type="dxa"/>
            <w:tcBorders>
              <w:top w:val="nil"/>
              <w:left w:val="nil"/>
              <w:bottom w:val="nil"/>
              <w:right w:val="nil"/>
            </w:tcBorders>
            <w:vAlign w:val="bottom"/>
          </w:tcPr>
          <w:p w14:paraId="1E17DC32" w14:textId="1AEB0BB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-0.11</w:t>
            </w:r>
          </w:p>
        </w:tc>
        <w:tc>
          <w:tcPr>
            <w:tcW w:w="686" w:type="dxa"/>
            <w:tcBorders>
              <w:top w:val="nil"/>
              <w:left w:val="nil"/>
              <w:bottom w:val="nil"/>
              <w:right w:val="nil"/>
            </w:tcBorders>
            <w:vAlign w:val="bottom"/>
          </w:tcPr>
          <w:p w14:paraId="14671D58" w14:textId="74673DBF"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c>
          <w:tcPr>
            <w:tcW w:w="779" w:type="dxa"/>
            <w:tcBorders>
              <w:top w:val="nil"/>
              <w:left w:val="nil"/>
              <w:bottom w:val="nil"/>
              <w:right w:val="nil"/>
            </w:tcBorders>
            <w:vAlign w:val="bottom"/>
          </w:tcPr>
          <w:p w14:paraId="52DD6EC4" w14:textId="45D7875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0.11</w:t>
            </w:r>
          </w:p>
        </w:tc>
        <w:tc>
          <w:tcPr>
            <w:tcW w:w="1294" w:type="dxa"/>
            <w:tcBorders>
              <w:top w:val="nil"/>
              <w:left w:val="nil"/>
              <w:bottom w:val="nil"/>
              <w:right w:val="nil"/>
            </w:tcBorders>
            <w:vAlign w:val="bottom"/>
          </w:tcPr>
          <w:p w14:paraId="13EF3F14" w14:textId="6B711A7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0.18</w:t>
            </w:r>
          </w:p>
        </w:tc>
      </w:tr>
      <w:tr w:rsidR="00EC7758" w:rsidRPr="00D115AA" w14:paraId="6923F714" w14:textId="77777777" w:rsidTr="002D4CB5">
        <w:tc>
          <w:tcPr>
            <w:tcW w:w="2112" w:type="dxa"/>
            <w:vAlign w:val="bottom"/>
          </w:tcPr>
          <w:p w14:paraId="284CC2C9" w14:textId="0391FE4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Shame/Guilt </w:t>
            </w:r>
          </w:p>
        </w:tc>
        <w:tc>
          <w:tcPr>
            <w:tcW w:w="1088" w:type="dxa"/>
            <w:tcBorders>
              <w:top w:val="nil"/>
              <w:left w:val="nil"/>
              <w:bottom w:val="nil"/>
              <w:right w:val="nil"/>
            </w:tcBorders>
            <w:vAlign w:val="bottom"/>
          </w:tcPr>
          <w:p w14:paraId="23D96EAA" w14:textId="54D58D01"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0.22</w:t>
            </w:r>
          </w:p>
        </w:tc>
        <w:tc>
          <w:tcPr>
            <w:tcW w:w="987" w:type="dxa"/>
            <w:tcBorders>
              <w:top w:val="nil"/>
              <w:left w:val="nil"/>
              <w:bottom w:val="nil"/>
              <w:right w:val="nil"/>
            </w:tcBorders>
            <w:vAlign w:val="bottom"/>
          </w:tcPr>
          <w:p w14:paraId="67773AD5" w14:textId="5704F55E"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0.62</w:t>
            </w:r>
          </w:p>
        </w:tc>
        <w:tc>
          <w:tcPr>
            <w:tcW w:w="1277" w:type="dxa"/>
            <w:tcBorders>
              <w:top w:val="nil"/>
              <w:left w:val="nil"/>
              <w:bottom w:val="nil"/>
              <w:right w:val="nil"/>
            </w:tcBorders>
            <w:vAlign w:val="bottom"/>
          </w:tcPr>
          <w:p w14:paraId="6418FDBB" w14:textId="3D8245D2"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0.04</w:t>
            </w:r>
          </w:p>
        </w:tc>
        <w:tc>
          <w:tcPr>
            <w:tcW w:w="686" w:type="dxa"/>
            <w:tcBorders>
              <w:top w:val="nil"/>
              <w:left w:val="nil"/>
              <w:bottom w:val="nil"/>
              <w:right w:val="nil"/>
            </w:tcBorders>
            <w:vAlign w:val="bottom"/>
          </w:tcPr>
          <w:p w14:paraId="2DCACE8B" w14:textId="7F6313BF"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779" w:type="dxa"/>
            <w:tcBorders>
              <w:top w:val="nil"/>
              <w:left w:val="nil"/>
              <w:bottom w:val="nil"/>
              <w:right w:val="nil"/>
            </w:tcBorders>
            <w:vAlign w:val="bottom"/>
          </w:tcPr>
          <w:p w14:paraId="58627BA4" w14:textId="7CB02BFB"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1294" w:type="dxa"/>
            <w:tcBorders>
              <w:top w:val="nil"/>
              <w:left w:val="nil"/>
              <w:bottom w:val="nil"/>
              <w:right w:val="nil"/>
            </w:tcBorders>
            <w:vAlign w:val="bottom"/>
          </w:tcPr>
          <w:p w14:paraId="552E37EA" w14:textId="08B2AC9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0.11</w:t>
            </w:r>
          </w:p>
        </w:tc>
      </w:tr>
      <w:tr w:rsidR="00EC7758" w:rsidRPr="00D115AA" w14:paraId="2CE0FD77" w14:textId="77777777" w:rsidTr="002D4CB5">
        <w:tc>
          <w:tcPr>
            <w:tcW w:w="2112" w:type="dxa"/>
            <w:vAlign w:val="bottom"/>
          </w:tcPr>
          <w:p w14:paraId="16B17981" w14:textId="20B9844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Non-</w:t>
            </w:r>
            <w:r w:rsidR="004C4FD8">
              <w:rPr>
                <w:rFonts w:ascii="Times New Roman" w:hAnsi="Times New Roman" w:cs="Times New Roman"/>
                <w:sz w:val="20"/>
                <w:szCs w:val="20"/>
              </w:rPr>
              <w:t>P</w:t>
            </w:r>
            <w:r w:rsidRPr="002D4CB5">
              <w:rPr>
                <w:rFonts w:ascii="Times New Roman" w:hAnsi="Times New Roman" w:cs="Times New Roman"/>
                <w:sz w:val="20"/>
                <w:szCs w:val="20"/>
              </w:rPr>
              <w:t>ersistence</w:t>
            </w:r>
          </w:p>
        </w:tc>
        <w:tc>
          <w:tcPr>
            <w:tcW w:w="1088" w:type="dxa"/>
            <w:tcBorders>
              <w:top w:val="nil"/>
              <w:left w:val="nil"/>
              <w:bottom w:val="nil"/>
              <w:right w:val="nil"/>
            </w:tcBorders>
            <w:vAlign w:val="bottom"/>
          </w:tcPr>
          <w:p w14:paraId="318F0116" w14:textId="56504A66"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c>
          <w:tcPr>
            <w:tcW w:w="987" w:type="dxa"/>
            <w:tcBorders>
              <w:top w:val="nil"/>
              <w:left w:val="nil"/>
              <w:bottom w:val="nil"/>
              <w:right w:val="nil"/>
            </w:tcBorders>
            <w:vAlign w:val="bottom"/>
          </w:tcPr>
          <w:p w14:paraId="56297DCF" w14:textId="65221FB6"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0.54</w:t>
            </w:r>
          </w:p>
        </w:tc>
        <w:tc>
          <w:tcPr>
            <w:tcW w:w="1277" w:type="dxa"/>
            <w:tcBorders>
              <w:top w:val="nil"/>
              <w:left w:val="nil"/>
              <w:bottom w:val="nil"/>
              <w:right w:val="nil"/>
            </w:tcBorders>
            <w:vAlign w:val="bottom"/>
          </w:tcPr>
          <w:p w14:paraId="10CC5FB8" w14:textId="2B6A505F"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686" w:type="dxa"/>
            <w:tcBorders>
              <w:top w:val="nil"/>
              <w:left w:val="nil"/>
              <w:bottom w:val="nil"/>
              <w:right w:val="nil"/>
            </w:tcBorders>
            <w:vAlign w:val="bottom"/>
          </w:tcPr>
          <w:p w14:paraId="0B80D071" w14:textId="38267143"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0.06</w:t>
            </w:r>
          </w:p>
        </w:tc>
        <w:tc>
          <w:tcPr>
            <w:tcW w:w="779" w:type="dxa"/>
            <w:tcBorders>
              <w:top w:val="nil"/>
              <w:left w:val="nil"/>
              <w:bottom w:val="nil"/>
              <w:right w:val="nil"/>
            </w:tcBorders>
            <w:vAlign w:val="bottom"/>
          </w:tcPr>
          <w:p w14:paraId="67C9342C" w14:textId="1E68286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0.05</w:t>
            </w:r>
          </w:p>
        </w:tc>
        <w:tc>
          <w:tcPr>
            <w:tcW w:w="1294" w:type="dxa"/>
            <w:tcBorders>
              <w:top w:val="nil"/>
              <w:left w:val="nil"/>
              <w:bottom w:val="nil"/>
              <w:right w:val="nil"/>
            </w:tcBorders>
            <w:vAlign w:val="bottom"/>
          </w:tcPr>
          <w:p w14:paraId="2CE373DF" w14:textId="6806A99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0.22</w:t>
            </w:r>
          </w:p>
        </w:tc>
      </w:tr>
      <w:tr w:rsidR="00EC7758" w:rsidRPr="00D115AA" w14:paraId="1A7B53EC" w14:textId="77777777" w:rsidTr="002D4CB5">
        <w:tc>
          <w:tcPr>
            <w:tcW w:w="2112" w:type="dxa"/>
            <w:vAlign w:val="bottom"/>
          </w:tcPr>
          <w:p w14:paraId="48B0CF58" w14:textId="09084F1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Cognitive Problems </w:t>
            </w:r>
          </w:p>
        </w:tc>
        <w:tc>
          <w:tcPr>
            <w:tcW w:w="1088" w:type="dxa"/>
            <w:tcBorders>
              <w:top w:val="nil"/>
              <w:left w:val="nil"/>
              <w:bottom w:val="nil"/>
              <w:right w:val="nil"/>
            </w:tcBorders>
            <w:vAlign w:val="bottom"/>
          </w:tcPr>
          <w:p w14:paraId="420F32D8" w14:textId="6B5FD33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c>
          <w:tcPr>
            <w:tcW w:w="987" w:type="dxa"/>
            <w:tcBorders>
              <w:top w:val="nil"/>
              <w:left w:val="nil"/>
              <w:bottom w:val="nil"/>
              <w:right w:val="nil"/>
            </w:tcBorders>
            <w:vAlign w:val="bottom"/>
          </w:tcPr>
          <w:p w14:paraId="5C1E5412" w14:textId="315CD02E"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0.53</w:t>
            </w:r>
          </w:p>
        </w:tc>
        <w:tc>
          <w:tcPr>
            <w:tcW w:w="1277" w:type="dxa"/>
            <w:tcBorders>
              <w:top w:val="nil"/>
              <w:left w:val="nil"/>
              <w:bottom w:val="nil"/>
              <w:right w:val="nil"/>
            </w:tcBorders>
            <w:vAlign w:val="bottom"/>
          </w:tcPr>
          <w:p w14:paraId="128C1AF2" w14:textId="54CC419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0.15</w:t>
            </w:r>
          </w:p>
        </w:tc>
        <w:tc>
          <w:tcPr>
            <w:tcW w:w="686" w:type="dxa"/>
            <w:tcBorders>
              <w:top w:val="nil"/>
              <w:left w:val="nil"/>
              <w:bottom w:val="nil"/>
              <w:right w:val="nil"/>
            </w:tcBorders>
            <w:vAlign w:val="bottom"/>
          </w:tcPr>
          <w:p w14:paraId="23F278AD" w14:textId="232B15A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0.14</w:t>
            </w:r>
          </w:p>
        </w:tc>
        <w:tc>
          <w:tcPr>
            <w:tcW w:w="779" w:type="dxa"/>
            <w:tcBorders>
              <w:top w:val="nil"/>
              <w:left w:val="nil"/>
              <w:bottom w:val="nil"/>
              <w:right w:val="nil"/>
            </w:tcBorders>
            <w:vAlign w:val="bottom"/>
          </w:tcPr>
          <w:p w14:paraId="280C589F" w14:textId="062D4E6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0.18</w:t>
            </w:r>
          </w:p>
        </w:tc>
        <w:tc>
          <w:tcPr>
            <w:tcW w:w="1294" w:type="dxa"/>
            <w:tcBorders>
              <w:top w:val="nil"/>
              <w:left w:val="nil"/>
              <w:bottom w:val="nil"/>
              <w:right w:val="nil"/>
            </w:tcBorders>
            <w:vAlign w:val="bottom"/>
          </w:tcPr>
          <w:p w14:paraId="7CB08215" w14:textId="30091DA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0.14</w:t>
            </w:r>
          </w:p>
        </w:tc>
      </w:tr>
      <w:tr w:rsidR="00EC7758" w:rsidRPr="00D115AA" w14:paraId="36E2BB60" w14:textId="77777777" w:rsidTr="002D4CB5">
        <w:tc>
          <w:tcPr>
            <w:tcW w:w="2112" w:type="dxa"/>
            <w:vAlign w:val="bottom"/>
          </w:tcPr>
          <w:p w14:paraId="1AC3A363" w14:textId="0033372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Anhedonia </w:t>
            </w:r>
          </w:p>
        </w:tc>
        <w:tc>
          <w:tcPr>
            <w:tcW w:w="1088" w:type="dxa"/>
            <w:tcBorders>
              <w:top w:val="nil"/>
              <w:left w:val="nil"/>
              <w:bottom w:val="nil"/>
              <w:right w:val="nil"/>
            </w:tcBorders>
            <w:vAlign w:val="bottom"/>
          </w:tcPr>
          <w:p w14:paraId="5E5FCC21" w14:textId="3638D8B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0.27</w:t>
            </w:r>
          </w:p>
        </w:tc>
        <w:tc>
          <w:tcPr>
            <w:tcW w:w="987" w:type="dxa"/>
            <w:tcBorders>
              <w:top w:val="nil"/>
              <w:left w:val="nil"/>
              <w:bottom w:val="nil"/>
              <w:right w:val="nil"/>
            </w:tcBorders>
            <w:vAlign w:val="bottom"/>
          </w:tcPr>
          <w:p w14:paraId="1C26EC8D" w14:textId="2CE36922"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0.52</w:t>
            </w:r>
          </w:p>
        </w:tc>
        <w:tc>
          <w:tcPr>
            <w:tcW w:w="1277" w:type="dxa"/>
            <w:tcBorders>
              <w:top w:val="nil"/>
              <w:left w:val="nil"/>
              <w:bottom w:val="nil"/>
              <w:right w:val="nil"/>
            </w:tcBorders>
            <w:vAlign w:val="bottom"/>
          </w:tcPr>
          <w:p w14:paraId="1C4D998B" w14:textId="1266FDB2"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-0.18</w:t>
            </w:r>
          </w:p>
        </w:tc>
        <w:tc>
          <w:tcPr>
            <w:tcW w:w="686" w:type="dxa"/>
            <w:tcBorders>
              <w:top w:val="nil"/>
              <w:left w:val="nil"/>
              <w:bottom w:val="nil"/>
              <w:right w:val="nil"/>
            </w:tcBorders>
            <w:vAlign w:val="bottom"/>
          </w:tcPr>
          <w:p w14:paraId="68082570" w14:textId="0EE6E00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779" w:type="dxa"/>
            <w:tcBorders>
              <w:top w:val="nil"/>
              <w:left w:val="nil"/>
              <w:bottom w:val="nil"/>
              <w:right w:val="nil"/>
            </w:tcBorders>
            <w:vAlign w:val="bottom"/>
          </w:tcPr>
          <w:p w14:paraId="1B911F85" w14:textId="37C3729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0.03</w:t>
            </w:r>
          </w:p>
        </w:tc>
        <w:tc>
          <w:tcPr>
            <w:tcW w:w="1294" w:type="dxa"/>
            <w:tcBorders>
              <w:top w:val="nil"/>
              <w:left w:val="nil"/>
              <w:bottom w:val="nil"/>
              <w:right w:val="nil"/>
            </w:tcBorders>
            <w:vAlign w:val="bottom"/>
          </w:tcPr>
          <w:p w14:paraId="2972DF06" w14:textId="7D527B6B"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0.26</w:t>
            </w:r>
          </w:p>
        </w:tc>
      </w:tr>
      <w:tr w:rsidR="00EC7758" w:rsidRPr="00D115AA" w14:paraId="09F509A0" w14:textId="77777777" w:rsidTr="002D4CB5">
        <w:tc>
          <w:tcPr>
            <w:tcW w:w="2112" w:type="dxa"/>
            <w:vAlign w:val="bottom"/>
          </w:tcPr>
          <w:p w14:paraId="5FE7BC06" w14:textId="0867DC8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Anxious Worry</w:t>
            </w:r>
          </w:p>
        </w:tc>
        <w:tc>
          <w:tcPr>
            <w:tcW w:w="1088" w:type="dxa"/>
            <w:tcBorders>
              <w:top w:val="nil"/>
              <w:left w:val="nil"/>
              <w:bottom w:val="nil"/>
              <w:right w:val="nil"/>
            </w:tcBorders>
            <w:vAlign w:val="bottom"/>
          </w:tcPr>
          <w:p w14:paraId="58252D70" w14:textId="510DFEE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c>
          <w:tcPr>
            <w:tcW w:w="987" w:type="dxa"/>
            <w:tcBorders>
              <w:top w:val="nil"/>
              <w:left w:val="nil"/>
              <w:bottom w:val="nil"/>
              <w:right w:val="nil"/>
            </w:tcBorders>
            <w:vAlign w:val="bottom"/>
          </w:tcPr>
          <w:p w14:paraId="254CF3D0" w14:textId="79090F90"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0.52</w:t>
            </w:r>
          </w:p>
        </w:tc>
        <w:tc>
          <w:tcPr>
            <w:tcW w:w="1277" w:type="dxa"/>
            <w:tcBorders>
              <w:top w:val="nil"/>
              <w:left w:val="nil"/>
              <w:bottom w:val="nil"/>
              <w:right w:val="nil"/>
            </w:tcBorders>
            <w:vAlign w:val="bottom"/>
          </w:tcPr>
          <w:p w14:paraId="1432290A" w14:textId="0054161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0.06</w:t>
            </w:r>
          </w:p>
        </w:tc>
        <w:tc>
          <w:tcPr>
            <w:tcW w:w="686" w:type="dxa"/>
            <w:tcBorders>
              <w:top w:val="nil"/>
              <w:left w:val="nil"/>
              <w:bottom w:val="nil"/>
              <w:right w:val="nil"/>
            </w:tcBorders>
            <w:vAlign w:val="bottom"/>
          </w:tcPr>
          <w:p w14:paraId="635D1A21" w14:textId="12E015AE"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0.32</w:t>
            </w:r>
          </w:p>
        </w:tc>
        <w:tc>
          <w:tcPr>
            <w:tcW w:w="779" w:type="dxa"/>
            <w:tcBorders>
              <w:top w:val="nil"/>
              <w:left w:val="nil"/>
              <w:bottom w:val="nil"/>
              <w:right w:val="nil"/>
            </w:tcBorders>
            <w:vAlign w:val="bottom"/>
          </w:tcPr>
          <w:p w14:paraId="05C0585B" w14:textId="27C1C936"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0.13</w:t>
            </w:r>
          </w:p>
        </w:tc>
        <w:tc>
          <w:tcPr>
            <w:tcW w:w="1294" w:type="dxa"/>
            <w:tcBorders>
              <w:top w:val="nil"/>
              <w:left w:val="nil"/>
              <w:bottom w:val="nil"/>
              <w:right w:val="nil"/>
            </w:tcBorders>
            <w:vAlign w:val="bottom"/>
          </w:tcPr>
          <w:p w14:paraId="3F0A51E8" w14:textId="4C53C07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0.00</w:t>
            </w:r>
          </w:p>
        </w:tc>
      </w:tr>
      <w:tr w:rsidR="00EC7758" w:rsidRPr="00D115AA" w14:paraId="72B89256" w14:textId="77777777" w:rsidTr="002D4CB5">
        <w:tc>
          <w:tcPr>
            <w:tcW w:w="2112" w:type="dxa"/>
            <w:vAlign w:val="bottom"/>
          </w:tcPr>
          <w:p w14:paraId="084B4DD7" w14:textId="3BA0D6D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Disorganization </w:t>
            </w:r>
          </w:p>
        </w:tc>
        <w:tc>
          <w:tcPr>
            <w:tcW w:w="1088" w:type="dxa"/>
            <w:tcBorders>
              <w:top w:val="nil"/>
              <w:left w:val="nil"/>
              <w:bottom w:val="nil"/>
              <w:right w:val="nil"/>
            </w:tcBorders>
            <w:vAlign w:val="bottom"/>
          </w:tcPr>
          <w:p w14:paraId="4BF5F7C3" w14:textId="73A866E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0.06</w:t>
            </w:r>
          </w:p>
        </w:tc>
        <w:tc>
          <w:tcPr>
            <w:tcW w:w="987" w:type="dxa"/>
            <w:tcBorders>
              <w:top w:val="nil"/>
              <w:left w:val="nil"/>
              <w:bottom w:val="nil"/>
              <w:right w:val="nil"/>
            </w:tcBorders>
            <w:vAlign w:val="bottom"/>
          </w:tcPr>
          <w:p w14:paraId="362ED8B2" w14:textId="4C435162"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0.45</w:t>
            </w:r>
          </w:p>
        </w:tc>
        <w:tc>
          <w:tcPr>
            <w:tcW w:w="1277" w:type="dxa"/>
            <w:tcBorders>
              <w:top w:val="nil"/>
              <w:left w:val="nil"/>
              <w:bottom w:val="nil"/>
              <w:right w:val="nil"/>
            </w:tcBorders>
            <w:vAlign w:val="bottom"/>
          </w:tcPr>
          <w:p w14:paraId="3E3BEADF" w14:textId="0E7DAED2"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0.11</w:t>
            </w:r>
          </w:p>
        </w:tc>
        <w:tc>
          <w:tcPr>
            <w:tcW w:w="686" w:type="dxa"/>
            <w:tcBorders>
              <w:top w:val="nil"/>
              <w:left w:val="nil"/>
              <w:bottom w:val="nil"/>
              <w:right w:val="nil"/>
            </w:tcBorders>
            <w:vAlign w:val="bottom"/>
          </w:tcPr>
          <w:p w14:paraId="1BAE4E6C" w14:textId="0370DCC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c>
          <w:tcPr>
            <w:tcW w:w="779" w:type="dxa"/>
            <w:tcBorders>
              <w:top w:val="nil"/>
              <w:left w:val="nil"/>
              <w:bottom w:val="nil"/>
              <w:right w:val="nil"/>
            </w:tcBorders>
            <w:vAlign w:val="bottom"/>
          </w:tcPr>
          <w:p w14:paraId="09033DCF" w14:textId="4D1C3D1C"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0.19</w:t>
            </w:r>
          </w:p>
        </w:tc>
        <w:tc>
          <w:tcPr>
            <w:tcW w:w="1294" w:type="dxa"/>
            <w:tcBorders>
              <w:top w:val="nil"/>
              <w:left w:val="nil"/>
              <w:bottom w:val="nil"/>
              <w:right w:val="nil"/>
            </w:tcBorders>
            <w:vAlign w:val="bottom"/>
          </w:tcPr>
          <w:p w14:paraId="5C66E6FE" w14:textId="6052593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0.16</w:t>
            </w:r>
          </w:p>
        </w:tc>
      </w:tr>
      <w:tr w:rsidR="00EC7758" w:rsidRPr="00D115AA" w14:paraId="3D794819" w14:textId="77777777" w:rsidTr="002D4CB5">
        <w:tc>
          <w:tcPr>
            <w:tcW w:w="2112" w:type="dxa"/>
            <w:vAlign w:val="bottom"/>
          </w:tcPr>
          <w:p w14:paraId="669D1EAA" w14:textId="05930A0B"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Bodily Distress</w:t>
            </w:r>
          </w:p>
        </w:tc>
        <w:tc>
          <w:tcPr>
            <w:tcW w:w="1088" w:type="dxa"/>
            <w:tcBorders>
              <w:top w:val="nil"/>
              <w:left w:val="nil"/>
              <w:bottom w:val="nil"/>
              <w:right w:val="nil"/>
            </w:tcBorders>
            <w:vAlign w:val="bottom"/>
          </w:tcPr>
          <w:p w14:paraId="34AE4151" w14:textId="69E10053"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0.22</w:t>
            </w:r>
          </w:p>
        </w:tc>
        <w:tc>
          <w:tcPr>
            <w:tcW w:w="987" w:type="dxa"/>
            <w:tcBorders>
              <w:top w:val="nil"/>
              <w:left w:val="nil"/>
              <w:bottom w:val="nil"/>
              <w:right w:val="nil"/>
            </w:tcBorders>
            <w:vAlign w:val="bottom"/>
          </w:tcPr>
          <w:p w14:paraId="1C0C86F0" w14:textId="771196B4"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0.38</w:t>
            </w:r>
          </w:p>
        </w:tc>
        <w:tc>
          <w:tcPr>
            <w:tcW w:w="1277" w:type="dxa"/>
            <w:tcBorders>
              <w:top w:val="nil"/>
              <w:left w:val="nil"/>
              <w:bottom w:val="nil"/>
              <w:right w:val="nil"/>
            </w:tcBorders>
            <w:vAlign w:val="bottom"/>
          </w:tcPr>
          <w:p w14:paraId="27A155BE" w14:textId="49B8D923"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0.12</w:t>
            </w:r>
          </w:p>
        </w:tc>
        <w:tc>
          <w:tcPr>
            <w:tcW w:w="686" w:type="dxa"/>
            <w:tcBorders>
              <w:top w:val="nil"/>
              <w:left w:val="nil"/>
              <w:bottom w:val="nil"/>
              <w:right w:val="nil"/>
            </w:tcBorders>
            <w:vAlign w:val="bottom"/>
          </w:tcPr>
          <w:p w14:paraId="73632878" w14:textId="644E1338"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0.37</w:t>
            </w:r>
          </w:p>
        </w:tc>
        <w:tc>
          <w:tcPr>
            <w:tcW w:w="779" w:type="dxa"/>
            <w:tcBorders>
              <w:top w:val="nil"/>
              <w:left w:val="nil"/>
              <w:bottom w:val="nil"/>
              <w:right w:val="nil"/>
            </w:tcBorders>
            <w:vAlign w:val="bottom"/>
          </w:tcPr>
          <w:p w14:paraId="3E148A9D" w14:textId="2C84000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0.21</w:t>
            </w:r>
          </w:p>
        </w:tc>
        <w:tc>
          <w:tcPr>
            <w:tcW w:w="1294" w:type="dxa"/>
            <w:tcBorders>
              <w:top w:val="nil"/>
              <w:left w:val="nil"/>
              <w:bottom w:val="nil"/>
              <w:right w:val="nil"/>
            </w:tcBorders>
            <w:vAlign w:val="bottom"/>
          </w:tcPr>
          <w:p w14:paraId="35168F03" w14:textId="75E4E302"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-0.01</w:t>
            </w:r>
          </w:p>
        </w:tc>
      </w:tr>
      <w:tr w:rsidR="00EC7758" w:rsidRPr="00D115AA" w14:paraId="488E52B6" w14:textId="77777777" w:rsidTr="002D4CB5">
        <w:tc>
          <w:tcPr>
            <w:tcW w:w="2112" w:type="dxa"/>
            <w:vAlign w:val="bottom"/>
          </w:tcPr>
          <w:p w14:paraId="06626D03" w14:textId="76B9131B"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Body Dissatisfaction</w:t>
            </w:r>
          </w:p>
        </w:tc>
        <w:tc>
          <w:tcPr>
            <w:tcW w:w="1088" w:type="dxa"/>
            <w:tcBorders>
              <w:top w:val="nil"/>
              <w:left w:val="nil"/>
              <w:bottom w:val="nil"/>
              <w:right w:val="nil"/>
            </w:tcBorders>
            <w:vAlign w:val="bottom"/>
          </w:tcPr>
          <w:p w14:paraId="08FCB2AE" w14:textId="510A99AC"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0.20</w:t>
            </w:r>
          </w:p>
        </w:tc>
        <w:tc>
          <w:tcPr>
            <w:tcW w:w="987" w:type="dxa"/>
            <w:tcBorders>
              <w:top w:val="nil"/>
              <w:left w:val="nil"/>
              <w:bottom w:val="nil"/>
              <w:right w:val="nil"/>
            </w:tcBorders>
            <w:vAlign w:val="bottom"/>
          </w:tcPr>
          <w:p w14:paraId="615F8597" w14:textId="5244BF00"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0.37</w:t>
            </w:r>
          </w:p>
        </w:tc>
        <w:tc>
          <w:tcPr>
            <w:tcW w:w="1277" w:type="dxa"/>
            <w:tcBorders>
              <w:top w:val="nil"/>
              <w:left w:val="nil"/>
              <w:bottom w:val="nil"/>
              <w:right w:val="nil"/>
            </w:tcBorders>
            <w:vAlign w:val="bottom"/>
          </w:tcPr>
          <w:p w14:paraId="2894DD87" w14:textId="3260E66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0.16</w:t>
            </w:r>
          </w:p>
        </w:tc>
        <w:tc>
          <w:tcPr>
            <w:tcW w:w="686" w:type="dxa"/>
            <w:tcBorders>
              <w:top w:val="nil"/>
              <w:left w:val="nil"/>
              <w:bottom w:val="nil"/>
              <w:right w:val="nil"/>
            </w:tcBorders>
            <w:vAlign w:val="bottom"/>
          </w:tcPr>
          <w:p w14:paraId="72035E8E" w14:textId="4344ABE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0.20</w:t>
            </w:r>
          </w:p>
        </w:tc>
        <w:tc>
          <w:tcPr>
            <w:tcW w:w="779" w:type="dxa"/>
            <w:tcBorders>
              <w:top w:val="nil"/>
              <w:left w:val="nil"/>
              <w:bottom w:val="nil"/>
              <w:right w:val="nil"/>
            </w:tcBorders>
            <w:vAlign w:val="bottom"/>
          </w:tcPr>
          <w:p w14:paraId="064F579D" w14:textId="45CD45E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-0.13</w:t>
            </w:r>
          </w:p>
        </w:tc>
        <w:tc>
          <w:tcPr>
            <w:tcW w:w="1294" w:type="dxa"/>
            <w:tcBorders>
              <w:top w:val="nil"/>
              <w:left w:val="nil"/>
              <w:bottom w:val="nil"/>
              <w:right w:val="nil"/>
            </w:tcBorders>
            <w:vAlign w:val="bottom"/>
          </w:tcPr>
          <w:p w14:paraId="2CE0D669" w14:textId="6D64E5E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0.01</w:t>
            </w:r>
          </w:p>
        </w:tc>
      </w:tr>
      <w:tr w:rsidR="00EC7758" w:rsidRPr="00D115AA" w14:paraId="539858DA" w14:textId="77777777" w:rsidTr="002D4CB5">
        <w:tc>
          <w:tcPr>
            <w:tcW w:w="2112" w:type="dxa"/>
            <w:vAlign w:val="bottom"/>
          </w:tcPr>
          <w:p w14:paraId="12DEFEE4" w14:textId="104966B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Suicidality </w:t>
            </w:r>
          </w:p>
        </w:tc>
        <w:tc>
          <w:tcPr>
            <w:tcW w:w="1088" w:type="dxa"/>
            <w:tcBorders>
              <w:top w:val="nil"/>
              <w:left w:val="nil"/>
              <w:bottom w:val="nil"/>
              <w:right w:val="nil"/>
            </w:tcBorders>
            <w:vAlign w:val="bottom"/>
          </w:tcPr>
          <w:p w14:paraId="0FE53637" w14:textId="4C336BA3"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c>
          <w:tcPr>
            <w:tcW w:w="987" w:type="dxa"/>
            <w:tcBorders>
              <w:top w:val="nil"/>
              <w:left w:val="nil"/>
              <w:bottom w:val="nil"/>
              <w:right w:val="nil"/>
            </w:tcBorders>
            <w:vAlign w:val="bottom"/>
          </w:tcPr>
          <w:p w14:paraId="675D9719" w14:textId="22253A5E"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0.35</w:t>
            </w:r>
          </w:p>
        </w:tc>
        <w:tc>
          <w:tcPr>
            <w:tcW w:w="1277" w:type="dxa"/>
            <w:tcBorders>
              <w:top w:val="nil"/>
              <w:left w:val="nil"/>
              <w:bottom w:val="nil"/>
              <w:right w:val="nil"/>
            </w:tcBorders>
            <w:vAlign w:val="bottom"/>
          </w:tcPr>
          <w:p w14:paraId="0C7A7FFD" w14:textId="030C6966"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0.04</w:t>
            </w:r>
          </w:p>
        </w:tc>
        <w:tc>
          <w:tcPr>
            <w:tcW w:w="686" w:type="dxa"/>
            <w:tcBorders>
              <w:top w:val="nil"/>
              <w:left w:val="nil"/>
              <w:bottom w:val="nil"/>
              <w:right w:val="nil"/>
            </w:tcBorders>
            <w:vAlign w:val="bottom"/>
          </w:tcPr>
          <w:p w14:paraId="528CC195" w14:textId="00B2333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c>
          <w:tcPr>
            <w:tcW w:w="779" w:type="dxa"/>
            <w:tcBorders>
              <w:top w:val="nil"/>
              <w:left w:val="nil"/>
              <w:bottom w:val="nil"/>
              <w:right w:val="nil"/>
            </w:tcBorders>
            <w:vAlign w:val="bottom"/>
          </w:tcPr>
          <w:p w14:paraId="7CEB6590" w14:textId="0EC716B1"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0.35</w:t>
            </w:r>
          </w:p>
        </w:tc>
        <w:tc>
          <w:tcPr>
            <w:tcW w:w="1294" w:type="dxa"/>
            <w:tcBorders>
              <w:top w:val="nil"/>
              <w:left w:val="nil"/>
              <w:bottom w:val="nil"/>
              <w:right w:val="nil"/>
            </w:tcBorders>
            <w:vAlign w:val="bottom"/>
          </w:tcPr>
          <w:p w14:paraId="6DA44FDA" w14:textId="4B54949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r>
      <w:tr w:rsidR="00EC7758" w:rsidRPr="00D115AA" w14:paraId="09C1B893" w14:textId="77777777" w:rsidTr="002D4CB5">
        <w:tc>
          <w:tcPr>
            <w:tcW w:w="2112" w:type="dxa"/>
            <w:vAlign w:val="bottom"/>
          </w:tcPr>
          <w:p w14:paraId="27A00604" w14:textId="5F1D0B7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lastRenderedPageBreak/>
              <w:t>Checking </w:t>
            </w:r>
          </w:p>
        </w:tc>
        <w:tc>
          <w:tcPr>
            <w:tcW w:w="1088" w:type="dxa"/>
            <w:tcBorders>
              <w:top w:val="nil"/>
              <w:left w:val="nil"/>
              <w:bottom w:val="nil"/>
              <w:right w:val="nil"/>
            </w:tcBorders>
            <w:vAlign w:val="bottom"/>
          </w:tcPr>
          <w:p w14:paraId="4113A14B" w14:textId="6855DAB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0.11</w:t>
            </w:r>
          </w:p>
        </w:tc>
        <w:tc>
          <w:tcPr>
            <w:tcW w:w="987" w:type="dxa"/>
            <w:tcBorders>
              <w:top w:val="nil"/>
              <w:left w:val="nil"/>
              <w:bottom w:val="nil"/>
              <w:right w:val="nil"/>
            </w:tcBorders>
            <w:vAlign w:val="bottom"/>
          </w:tcPr>
          <w:p w14:paraId="291F8BEB" w14:textId="5CA2A4C0"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0.31</w:t>
            </w:r>
          </w:p>
        </w:tc>
        <w:tc>
          <w:tcPr>
            <w:tcW w:w="1277" w:type="dxa"/>
            <w:tcBorders>
              <w:top w:val="nil"/>
              <w:left w:val="nil"/>
              <w:bottom w:val="nil"/>
              <w:right w:val="nil"/>
            </w:tcBorders>
            <w:vAlign w:val="bottom"/>
          </w:tcPr>
          <w:p w14:paraId="3A478FC3" w14:textId="5227339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0.29</w:t>
            </w:r>
          </w:p>
        </w:tc>
        <w:tc>
          <w:tcPr>
            <w:tcW w:w="686" w:type="dxa"/>
            <w:tcBorders>
              <w:top w:val="nil"/>
              <w:left w:val="nil"/>
              <w:bottom w:val="nil"/>
              <w:right w:val="nil"/>
            </w:tcBorders>
            <w:vAlign w:val="bottom"/>
          </w:tcPr>
          <w:p w14:paraId="6662FA10" w14:textId="289A9EE1"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0.30</w:t>
            </w:r>
          </w:p>
        </w:tc>
        <w:tc>
          <w:tcPr>
            <w:tcW w:w="779" w:type="dxa"/>
            <w:tcBorders>
              <w:top w:val="nil"/>
              <w:left w:val="nil"/>
              <w:bottom w:val="nil"/>
              <w:right w:val="nil"/>
            </w:tcBorders>
            <w:vAlign w:val="bottom"/>
          </w:tcPr>
          <w:p w14:paraId="7E2029ED" w14:textId="4B3BA17E"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0.17</w:t>
            </w:r>
          </w:p>
        </w:tc>
        <w:tc>
          <w:tcPr>
            <w:tcW w:w="1294" w:type="dxa"/>
            <w:tcBorders>
              <w:top w:val="nil"/>
              <w:left w:val="nil"/>
              <w:bottom w:val="nil"/>
              <w:right w:val="nil"/>
            </w:tcBorders>
            <w:vAlign w:val="bottom"/>
          </w:tcPr>
          <w:p w14:paraId="32F55B70" w14:textId="6494144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0.06</w:t>
            </w:r>
          </w:p>
        </w:tc>
      </w:tr>
      <w:tr w:rsidR="00EC7758" w:rsidRPr="00D115AA" w14:paraId="6D76F36D" w14:textId="77777777" w:rsidTr="002D4CB5">
        <w:tc>
          <w:tcPr>
            <w:tcW w:w="2112" w:type="dxa"/>
            <w:vAlign w:val="bottom"/>
          </w:tcPr>
          <w:p w14:paraId="2EB30AD3" w14:textId="631F6FD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Hoarding  </w:t>
            </w:r>
          </w:p>
        </w:tc>
        <w:tc>
          <w:tcPr>
            <w:tcW w:w="1088" w:type="dxa"/>
            <w:tcBorders>
              <w:top w:val="nil"/>
              <w:left w:val="nil"/>
              <w:bottom w:val="nil"/>
              <w:right w:val="nil"/>
            </w:tcBorders>
            <w:vAlign w:val="bottom"/>
          </w:tcPr>
          <w:p w14:paraId="25B31519" w14:textId="05CFEB4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c>
          <w:tcPr>
            <w:tcW w:w="987" w:type="dxa"/>
            <w:tcBorders>
              <w:top w:val="nil"/>
              <w:left w:val="nil"/>
              <w:bottom w:val="nil"/>
              <w:right w:val="nil"/>
            </w:tcBorders>
            <w:vAlign w:val="bottom"/>
          </w:tcPr>
          <w:p w14:paraId="623D2EC1" w14:textId="51BE29C5"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0.31</w:t>
            </w:r>
          </w:p>
        </w:tc>
        <w:tc>
          <w:tcPr>
            <w:tcW w:w="1277" w:type="dxa"/>
            <w:tcBorders>
              <w:top w:val="nil"/>
              <w:left w:val="nil"/>
              <w:bottom w:val="nil"/>
              <w:right w:val="nil"/>
            </w:tcBorders>
            <w:vAlign w:val="bottom"/>
          </w:tcPr>
          <w:p w14:paraId="603797AD" w14:textId="6CC0E05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0.24</w:t>
            </w:r>
          </w:p>
        </w:tc>
        <w:tc>
          <w:tcPr>
            <w:tcW w:w="686" w:type="dxa"/>
            <w:tcBorders>
              <w:top w:val="nil"/>
              <w:left w:val="nil"/>
              <w:bottom w:val="nil"/>
              <w:right w:val="nil"/>
            </w:tcBorders>
            <w:vAlign w:val="bottom"/>
          </w:tcPr>
          <w:p w14:paraId="4FC2A176" w14:textId="5CACEA0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0.16</w:t>
            </w:r>
          </w:p>
        </w:tc>
        <w:tc>
          <w:tcPr>
            <w:tcW w:w="779" w:type="dxa"/>
            <w:tcBorders>
              <w:top w:val="nil"/>
              <w:left w:val="nil"/>
              <w:bottom w:val="nil"/>
              <w:right w:val="nil"/>
            </w:tcBorders>
            <w:vAlign w:val="bottom"/>
          </w:tcPr>
          <w:p w14:paraId="78B90EFF" w14:textId="5B5124BB"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0.03</w:t>
            </w:r>
          </w:p>
        </w:tc>
        <w:tc>
          <w:tcPr>
            <w:tcW w:w="1294" w:type="dxa"/>
            <w:tcBorders>
              <w:top w:val="nil"/>
              <w:left w:val="nil"/>
              <w:bottom w:val="nil"/>
              <w:right w:val="nil"/>
            </w:tcBorders>
            <w:vAlign w:val="bottom"/>
          </w:tcPr>
          <w:p w14:paraId="6E813263" w14:textId="025AEE1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0.19</w:t>
            </w:r>
          </w:p>
        </w:tc>
      </w:tr>
      <w:tr w:rsidR="00EC7758" w:rsidRPr="00D115AA" w14:paraId="7A8A142F" w14:textId="77777777" w:rsidTr="002D4CB5">
        <w:tc>
          <w:tcPr>
            <w:tcW w:w="2112" w:type="dxa"/>
            <w:vAlign w:val="bottom"/>
          </w:tcPr>
          <w:p w14:paraId="77C5F80E" w14:textId="1EF20DD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Exhibitionism   </w:t>
            </w:r>
          </w:p>
        </w:tc>
        <w:tc>
          <w:tcPr>
            <w:tcW w:w="1088" w:type="dxa"/>
            <w:tcBorders>
              <w:top w:val="nil"/>
              <w:left w:val="nil"/>
              <w:bottom w:val="nil"/>
              <w:right w:val="nil"/>
            </w:tcBorders>
            <w:vAlign w:val="bottom"/>
          </w:tcPr>
          <w:p w14:paraId="00CA27ED" w14:textId="20DACE5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987" w:type="dxa"/>
            <w:tcBorders>
              <w:top w:val="nil"/>
              <w:left w:val="nil"/>
              <w:bottom w:val="nil"/>
              <w:right w:val="nil"/>
            </w:tcBorders>
            <w:vAlign w:val="bottom"/>
          </w:tcPr>
          <w:p w14:paraId="666A65B8" w14:textId="2D0E523E"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0.05</w:t>
            </w:r>
          </w:p>
        </w:tc>
        <w:tc>
          <w:tcPr>
            <w:tcW w:w="1277" w:type="dxa"/>
            <w:tcBorders>
              <w:top w:val="nil"/>
              <w:left w:val="nil"/>
              <w:bottom w:val="nil"/>
              <w:right w:val="nil"/>
            </w:tcBorders>
            <w:vAlign w:val="bottom"/>
          </w:tcPr>
          <w:p w14:paraId="1ACD2DA5" w14:textId="5BE47BDA"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0.63</w:t>
            </w:r>
          </w:p>
        </w:tc>
        <w:tc>
          <w:tcPr>
            <w:tcW w:w="686" w:type="dxa"/>
            <w:tcBorders>
              <w:top w:val="nil"/>
              <w:left w:val="nil"/>
              <w:bottom w:val="nil"/>
              <w:right w:val="nil"/>
            </w:tcBorders>
            <w:vAlign w:val="bottom"/>
          </w:tcPr>
          <w:p w14:paraId="4C5CE42A" w14:textId="5A37E48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-0.14</w:t>
            </w:r>
          </w:p>
        </w:tc>
        <w:tc>
          <w:tcPr>
            <w:tcW w:w="779" w:type="dxa"/>
            <w:tcBorders>
              <w:top w:val="nil"/>
              <w:left w:val="nil"/>
              <w:bottom w:val="nil"/>
              <w:right w:val="nil"/>
            </w:tcBorders>
            <w:vAlign w:val="bottom"/>
          </w:tcPr>
          <w:p w14:paraId="22A9F534" w14:textId="0D370A4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0.05</w:t>
            </w:r>
          </w:p>
        </w:tc>
        <w:tc>
          <w:tcPr>
            <w:tcW w:w="1294" w:type="dxa"/>
            <w:tcBorders>
              <w:top w:val="nil"/>
              <w:left w:val="nil"/>
              <w:bottom w:val="nil"/>
              <w:right w:val="nil"/>
            </w:tcBorders>
            <w:vAlign w:val="bottom"/>
          </w:tcPr>
          <w:p w14:paraId="6D308C7A" w14:textId="709676A6"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0.13</w:t>
            </w:r>
          </w:p>
        </w:tc>
      </w:tr>
      <w:tr w:rsidR="00EC7758" w:rsidRPr="00D115AA" w14:paraId="2177959D" w14:textId="77777777" w:rsidTr="002D4CB5">
        <w:tc>
          <w:tcPr>
            <w:tcW w:w="2112" w:type="dxa"/>
            <w:vAlign w:val="bottom"/>
          </w:tcPr>
          <w:p w14:paraId="7B19B056" w14:textId="6E5F77EC"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Body Focus </w:t>
            </w:r>
          </w:p>
        </w:tc>
        <w:tc>
          <w:tcPr>
            <w:tcW w:w="1088" w:type="dxa"/>
            <w:tcBorders>
              <w:top w:val="nil"/>
              <w:left w:val="nil"/>
              <w:bottom w:val="nil"/>
              <w:right w:val="nil"/>
            </w:tcBorders>
            <w:vAlign w:val="bottom"/>
          </w:tcPr>
          <w:p w14:paraId="238ED58B" w14:textId="17C8C80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-0.01</w:t>
            </w:r>
          </w:p>
        </w:tc>
        <w:tc>
          <w:tcPr>
            <w:tcW w:w="987" w:type="dxa"/>
            <w:tcBorders>
              <w:top w:val="nil"/>
              <w:left w:val="nil"/>
              <w:bottom w:val="nil"/>
              <w:right w:val="nil"/>
            </w:tcBorders>
            <w:vAlign w:val="bottom"/>
          </w:tcPr>
          <w:p w14:paraId="39A30A8A" w14:textId="72D47AE5"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0.15</w:t>
            </w:r>
          </w:p>
        </w:tc>
        <w:tc>
          <w:tcPr>
            <w:tcW w:w="1277" w:type="dxa"/>
            <w:tcBorders>
              <w:top w:val="nil"/>
              <w:left w:val="nil"/>
              <w:bottom w:val="nil"/>
              <w:right w:val="nil"/>
            </w:tcBorders>
            <w:vAlign w:val="bottom"/>
          </w:tcPr>
          <w:p w14:paraId="3ED83031" w14:textId="0A137B17"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0.61</w:t>
            </w:r>
          </w:p>
        </w:tc>
        <w:tc>
          <w:tcPr>
            <w:tcW w:w="686" w:type="dxa"/>
            <w:tcBorders>
              <w:top w:val="nil"/>
              <w:left w:val="nil"/>
              <w:bottom w:val="nil"/>
              <w:right w:val="nil"/>
            </w:tcBorders>
            <w:vAlign w:val="bottom"/>
          </w:tcPr>
          <w:p w14:paraId="06BD9C66" w14:textId="637DB9C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779" w:type="dxa"/>
            <w:tcBorders>
              <w:top w:val="nil"/>
              <w:left w:val="nil"/>
              <w:bottom w:val="nil"/>
              <w:right w:val="nil"/>
            </w:tcBorders>
            <w:vAlign w:val="bottom"/>
          </w:tcPr>
          <w:p w14:paraId="3325AB4E" w14:textId="200FF50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c>
          <w:tcPr>
            <w:tcW w:w="1294" w:type="dxa"/>
            <w:tcBorders>
              <w:top w:val="nil"/>
              <w:left w:val="nil"/>
              <w:bottom w:val="nil"/>
              <w:right w:val="nil"/>
            </w:tcBorders>
            <w:vAlign w:val="bottom"/>
          </w:tcPr>
          <w:p w14:paraId="4729964B" w14:textId="45687F1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-0.06</w:t>
            </w:r>
          </w:p>
        </w:tc>
      </w:tr>
      <w:tr w:rsidR="00EC7758" w:rsidRPr="00D115AA" w14:paraId="043A1E93" w14:textId="77777777" w:rsidTr="002D4CB5">
        <w:tc>
          <w:tcPr>
            <w:tcW w:w="2112" w:type="dxa"/>
            <w:vAlign w:val="bottom"/>
          </w:tcPr>
          <w:p w14:paraId="0FC59EC4" w14:textId="15298EE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Grandiosity </w:t>
            </w:r>
          </w:p>
        </w:tc>
        <w:tc>
          <w:tcPr>
            <w:tcW w:w="1088" w:type="dxa"/>
            <w:tcBorders>
              <w:top w:val="nil"/>
              <w:left w:val="nil"/>
              <w:bottom w:val="nil"/>
              <w:right w:val="nil"/>
            </w:tcBorders>
            <w:vAlign w:val="bottom"/>
          </w:tcPr>
          <w:p w14:paraId="2B688EA2" w14:textId="1DC6599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-0.16</w:t>
            </w:r>
          </w:p>
        </w:tc>
        <w:tc>
          <w:tcPr>
            <w:tcW w:w="987" w:type="dxa"/>
            <w:tcBorders>
              <w:top w:val="nil"/>
              <w:left w:val="nil"/>
              <w:bottom w:val="nil"/>
              <w:right w:val="nil"/>
            </w:tcBorders>
            <w:vAlign w:val="bottom"/>
          </w:tcPr>
          <w:p w14:paraId="6534B6FD" w14:textId="4F1F29E0"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-0.43</w:t>
            </w:r>
          </w:p>
        </w:tc>
        <w:tc>
          <w:tcPr>
            <w:tcW w:w="1277" w:type="dxa"/>
            <w:tcBorders>
              <w:top w:val="nil"/>
              <w:left w:val="nil"/>
              <w:bottom w:val="nil"/>
              <w:right w:val="nil"/>
            </w:tcBorders>
            <w:vAlign w:val="bottom"/>
          </w:tcPr>
          <w:p w14:paraId="325CF575" w14:textId="187BA98A"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0.60</w:t>
            </w:r>
          </w:p>
        </w:tc>
        <w:tc>
          <w:tcPr>
            <w:tcW w:w="686" w:type="dxa"/>
            <w:tcBorders>
              <w:top w:val="nil"/>
              <w:left w:val="nil"/>
              <w:bottom w:val="nil"/>
              <w:right w:val="nil"/>
            </w:tcBorders>
            <w:vAlign w:val="bottom"/>
          </w:tcPr>
          <w:p w14:paraId="33415269" w14:textId="0A19373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0.03</w:t>
            </w:r>
          </w:p>
        </w:tc>
        <w:tc>
          <w:tcPr>
            <w:tcW w:w="779" w:type="dxa"/>
            <w:tcBorders>
              <w:top w:val="nil"/>
              <w:left w:val="nil"/>
              <w:bottom w:val="nil"/>
              <w:right w:val="nil"/>
            </w:tcBorders>
            <w:vAlign w:val="bottom"/>
          </w:tcPr>
          <w:p w14:paraId="6C0355DE" w14:textId="2C699D2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1294" w:type="dxa"/>
            <w:tcBorders>
              <w:top w:val="nil"/>
              <w:left w:val="nil"/>
              <w:bottom w:val="nil"/>
              <w:right w:val="nil"/>
            </w:tcBorders>
            <w:vAlign w:val="bottom"/>
          </w:tcPr>
          <w:p w14:paraId="570209AD" w14:textId="0C647FA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-0.07</w:t>
            </w:r>
          </w:p>
        </w:tc>
      </w:tr>
      <w:tr w:rsidR="00EC7758" w:rsidRPr="00D115AA" w14:paraId="6E3848E4" w14:textId="77777777" w:rsidTr="002D4CB5">
        <w:tc>
          <w:tcPr>
            <w:tcW w:w="2112" w:type="dxa"/>
            <w:vAlign w:val="bottom"/>
          </w:tcPr>
          <w:p w14:paraId="6C0AD32A" w14:textId="43384C4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Domineering</w:t>
            </w:r>
          </w:p>
        </w:tc>
        <w:tc>
          <w:tcPr>
            <w:tcW w:w="1088" w:type="dxa"/>
            <w:tcBorders>
              <w:top w:val="nil"/>
              <w:left w:val="nil"/>
              <w:bottom w:val="nil"/>
              <w:right w:val="nil"/>
            </w:tcBorders>
            <w:vAlign w:val="bottom"/>
          </w:tcPr>
          <w:p w14:paraId="7653D16A" w14:textId="65A269BF"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c>
          <w:tcPr>
            <w:tcW w:w="987" w:type="dxa"/>
            <w:tcBorders>
              <w:top w:val="nil"/>
              <w:left w:val="nil"/>
              <w:bottom w:val="nil"/>
              <w:right w:val="nil"/>
            </w:tcBorders>
            <w:vAlign w:val="bottom"/>
          </w:tcPr>
          <w:p w14:paraId="0895C393" w14:textId="313EEE08"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-0.12</w:t>
            </w:r>
          </w:p>
        </w:tc>
        <w:tc>
          <w:tcPr>
            <w:tcW w:w="1277" w:type="dxa"/>
            <w:tcBorders>
              <w:top w:val="nil"/>
              <w:left w:val="nil"/>
              <w:bottom w:val="nil"/>
              <w:right w:val="nil"/>
            </w:tcBorders>
            <w:vAlign w:val="bottom"/>
          </w:tcPr>
          <w:p w14:paraId="747C9FD0" w14:textId="32ACDECA"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0.52</w:t>
            </w:r>
          </w:p>
        </w:tc>
        <w:tc>
          <w:tcPr>
            <w:tcW w:w="686" w:type="dxa"/>
            <w:tcBorders>
              <w:top w:val="nil"/>
              <w:left w:val="nil"/>
              <w:bottom w:val="nil"/>
              <w:right w:val="nil"/>
            </w:tcBorders>
            <w:vAlign w:val="bottom"/>
          </w:tcPr>
          <w:p w14:paraId="6C0BDE5A" w14:textId="6BBAB03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0.06</w:t>
            </w:r>
          </w:p>
        </w:tc>
        <w:tc>
          <w:tcPr>
            <w:tcW w:w="779" w:type="dxa"/>
            <w:tcBorders>
              <w:top w:val="nil"/>
              <w:left w:val="nil"/>
              <w:bottom w:val="nil"/>
              <w:right w:val="nil"/>
            </w:tcBorders>
            <w:vAlign w:val="bottom"/>
          </w:tcPr>
          <w:p w14:paraId="1E5E2333" w14:textId="5A48B95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-0.17</w:t>
            </w:r>
          </w:p>
        </w:tc>
        <w:tc>
          <w:tcPr>
            <w:tcW w:w="1294" w:type="dxa"/>
            <w:tcBorders>
              <w:top w:val="nil"/>
              <w:left w:val="nil"/>
              <w:bottom w:val="nil"/>
              <w:right w:val="nil"/>
            </w:tcBorders>
            <w:vAlign w:val="bottom"/>
          </w:tcPr>
          <w:p w14:paraId="1C7922C9" w14:textId="53B4F09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0.22</w:t>
            </w:r>
          </w:p>
        </w:tc>
      </w:tr>
      <w:tr w:rsidR="00EC7758" w:rsidRPr="00D115AA" w14:paraId="547D9730" w14:textId="77777777" w:rsidTr="002D4CB5">
        <w:tc>
          <w:tcPr>
            <w:tcW w:w="2112" w:type="dxa"/>
            <w:vAlign w:val="bottom"/>
          </w:tcPr>
          <w:p w14:paraId="40FBB0A2" w14:textId="7DC1488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Well-being </w:t>
            </w:r>
          </w:p>
        </w:tc>
        <w:tc>
          <w:tcPr>
            <w:tcW w:w="1088" w:type="dxa"/>
            <w:tcBorders>
              <w:top w:val="nil"/>
              <w:left w:val="nil"/>
              <w:bottom w:val="nil"/>
              <w:right w:val="nil"/>
            </w:tcBorders>
            <w:vAlign w:val="bottom"/>
          </w:tcPr>
          <w:p w14:paraId="12B41F14" w14:textId="1F383D5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-0.16</w:t>
            </w:r>
          </w:p>
        </w:tc>
        <w:tc>
          <w:tcPr>
            <w:tcW w:w="987" w:type="dxa"/>
            <w:tcBorders>
              <w:top w:val="nil"/>
              <w:left w:val="nil"/>
              <w:bottom w:val="nil"/>
              <w:right w:val="nil"/>
            </w:tcBorders>
            <w:vAlign w:val="bottom"/>
          </w:tcPr>
          <w:p w14:paraId="23190F25" w14:textId="5E21EA1C"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-0.48</w:t>
            </w:r>
          </w:p>
        </w:tc>
        <w:tc>
          <w:tcPr>
            <w:tcW w:w="1277" w:type="dxa"/>
            <w:tcBorders>
              <w:top w:val="nil"/>
              <w:left w:val="nil"/>
              <w:bottom w:val="nil"/>
              <w:right w:val="nil"/>
            </w:tcBorders>
            <w:vAlign w:val="bottom"/>
          </w:tcPr>
          <w:p w14:paraId="1366BFDB" w14:textId="00E21556"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0.51</w:t>
            </w:r>
          </w:p>
        </w:tc>
        <w:tc>
          <w:tcPr>
            <w:tcW w:w="686" w:type="dxa"/>
            <w:tcBorders>
              <w:top w:val="nil"/>
              <w:left w:val="nil"/>
              <w:bottom w:val="nil"/>
              <w:right w:val="nil"/>
            </w:tcBorders>
            <w:vAlign w:val="bottom"/>
          </w:tcPr>
          <w:p w14:paraId="67DAFDFC" w14:textId="02B9022E"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-0.01</w:t>
            </w:r>
          </w:p>
        </w:tc>
        <w:tc>
          <w:tcPr>
            <w:tcW w:w="779" w:type="dxa"/>
            <w:tcBorders>
              <w:top w:val="nil"/>
              <w:left w:val="nil"/>
              <w:bottom w:val="nil"/>
              <w:right w:val="nil"/>
            </w:tcBorders>
            <w:vAlign w:val="bottom"/>
          </w:tcPr>
          <w:p w14:paraId="574EAD0C" w14:textId="11F1C7F1"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-0.11</w:t>
            </w:r>
          </w:p>
        </w:tc>
        <w:tc>
          <w:tcPr>
            <w:tcW w:w="1294" w:type="dxa"/>
            <w:tcBorders>
              <w:top w:val="nil"/>
              <w:left w:val="nil"/>
              <w:bottom w:val="nil"/>
              <w:right w:val="nil"/>
            </w:tcBorders>
            <w:vAlign w:val="bottom"/>
          </w:tcPr>
          <w:p w14:paraId="005192E9" w14:textId="4C3C56F2"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-0.20</w:t>
            </w:r>
          </w:p>
        </w:tc>
      </w:tr>
      <w:tr w:rsidR="00EC7758" w:rsidRPr="00D115AA" w14:paraId="25089B36" w14:textId="77777777" w:rsidTr="002D4CB5">
        <w:tc>
          <w:tcPr>
            <w:tcW w:w="2112" w:type="dxa"/>
            <w:vAlign w:val="bottom"/>
          </w:tcPr>
          <w:p w14:paraId="687092BC" w14:textId="131AE5D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Muscle Building </w:t>
            </w:r>
          </w:p>
        </w:tc>
        <w:tc>
          <w:tcPr>
            <w:tcW w:w="1088" w:type="dxa"/>
            <w:tcBorders>
              <w:top w:val="nil"/>
              <w:left w:val="nil"/>
              <w:bottom w:val="nil"/>
              <w:right w:val="nil"/>
            </w:tcBorders>
            <w:vAlign w:val="bottom"/>
          </w:tcPr>
          <w:p w14:paraId="41BA36B9" w14:textId="5712EDF3"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0.04</w:t>
            </w:r>
          </w:p>
        </w:tc>
        <w:tc>
          <w:tcPr>
            <w:tcW w:w="987" w:type="dxa"/>
            <w:tcBorders>
              <w:top w:val="nil"/>
              <w:left w:val="nil"/>
              <w:bottom w:val="nil"/>
              <w:right w:val="nil"/>
            </w:tcBorders>
            <w:vAlign w:val="bottom"/>
          </w:tcPr>
          <w:p w14:paraId="1FD23DC9" w14:textId="75A1FC8B"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sz w:val="20"/>
                <w:szCs w:val="20"/>
              </w:rPr>
              <w:t>-0.07</w:t>
            </w:r>
          </w:p>
        </w:tc>
        <w:tc>
          <w:tcPr>
            <w:tcW w:w="1277" w:type="dxa"/>
            <w:tcBorders>
              <w:top w:val="nil"/>
              <w:left w:val="nil"/>
              <w:bottom w:val="nil"/>
              <w:right w:val="nil"/>
            </w:tcBorders>
            <w:vAlign w:val="bottom"/>
          </w:tcPr>
          <w:p w14:paraId="5F99150B" w14:textId="70084885"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0.44</w:t>
            </w:r>
          </w:p>
        </w:tc>
        <w:tc>
          <w:tcPr>
            <w:tcW w:w="686" w:type="dxa"/>
            <w:tcBorders>
              <w:top w:val="nil"/>
              <w:left w:val="nil"/>
              <w:bottom w:val="nil"/>
              <w:right w:val="nil"/>
            </w:tcBorders>
            <w:vAlign w:val="bottom"/>
          </w:tcPr>
          <w:p w14:paraId="0EC93CB6" w14:textId="239B2EEF"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-0.06</w:t>
            </w:r>
          </w:p>
        </w:tc>
        <w:tc>
          <w:tcPr>
            <w:tcW w:w="779" w:type="dxa"/>
            <w:tcBorders>
              <w:top w:val="nil"/>
              <w:left w:val="nil"/>
              <w:bottom w:val="nil"/>
              <w:right w:val="nil"/>
            </w:tcBorders>
            <w:vAlign w:val="bottom"/>
          </w:tcPr>
          <w:p w14:paraId="592AD34E" w14:textId="077689A4"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-0.05</w:t>
            </w:r>
          </w:p>
        </w:tc>
        <w:tc>
          <w:tcPr>
            <w:tcW w:w="1294" w:type="dxa"/>
            <w:tcBorders>
              <w:top w:val="nil"/>
              <w:left w:val="nil"/>
              <w:bottom w:val="nil"/>
              <w:right w:val="nil"/>
            </w:tcBorders>
            <w:vAlign w:val="bottom"/>
          </w:tcPr>
          <w:p w14:paraId="5AF93239" w14:textId="14633D65"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-0.05</w:t>
            </w:r>
          </w:p>
        </w:tc>
      </w:tr>
      <w:tr w:rsidR="00EC7758" w:rsidRPr="00D115AA" w14:paraId="0750EFD3" w14:textId="77777777" w:rsidTr="002D4CB5">
        <w:tc>
          <w:tcPr>
            <w:tcW w:w="2112" w:type="dxa"/>
            <w:vAlign w:val="bottom"/>
          </w:tcPr>
          <w:p w14:paraId="4CD6A223" w14:textId="2D9A9D47"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Perfectionism </w:t>
            </w:r>
          </w:p>
        </w:tc>
        <w:tc>
          <w:tcPr>
            <w:tcW w:w="1088" w:type="dxa"/>
            <w:tcBorders>
              <w:top w:val="nil"/>
              <w:left w:val="nil"/>
              <w:bottom w:val="nil"/>
              <w:right w:val="nil"/>
            </w:tcBorders>
            <w:vAlign w:val="bottom"/>
          </w:tcPr>
          <w:p w14:paraId="6116FE04" w14:textId="738EE9A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0.10</w:t>
            </w:r>
          </w:p>
        </w:tc>
        <w:tc>
          <w:tcPr>
            <w:tcW w:w="987" w:type="dxa"/>
            <w:tcBorders>
              <w:top w:val="nil"/>
              <w:left w:val="nil"/>
              <w:bottom w:val="nil"/>
              <w:right w:val="nil"/>
            </w:tcBorders>
            <w:vAlign w:val="bottom"/>
          </w:tcPr>
          <w:p w14:paraId="4A1BCF78" w14:textId="373255A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0.20</w:t>
            </w:r>
          </w:p>
        </w:tc>
        <w:tc>
          <w:tcPr>
            <w:tcW w:w="1277" w:type="dxa"/>
            <w:tcBorders>
              <w:top w:val="nil"/>
              <w:left w:val="nil"/>
              <w:bottom w:val="nil"/>
              <w:right w:val="nil"/>
            </w:tcBorders>
            <w:vAlign w:val="bottom"/>
          </w:tcPr>
          <w:p w14:paraId="27F31DA4" w14:textId="125A06C0"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0.39</w:t>
            </w:r>
          </w:p>
        </w:tc>
        <w:tc>
          <w:tcPr>
            <w:tcW w:w="686" w:type="dxa"/>
            <w:tcBorders>
              <w:top w:val="nil"/>
              <w:left w:val="nil"/>
              <w:bottom w:val="nil"/>
              <w:right w:val="nil"/>
            </w:tcBorders>
            <w:vAlign w:val="bottom"/>
          </w:tcPr>
          <w:p w14:paraId="34C4D766" w14:textId="7995551C"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0.18</w:t>
            </w:r>
          </w:p>
        </w:tc>
        <w:tc>
          <w:tcPr>
            <w:tcW w:w="779" w:type="dxa"/>
            <w:tcBorders>
              <w:top w:val="nil"/>
              <w:left w:val="nil"/>
              <w:bottom w:val="nil"/>
              <w:right w:val="nil"/>
            </w:tcBorders>
            <w:vAlign w:val="bottom"/>
          </w:tcPr>
          <w:p w14:paraId="7E882E15" w14:textId="1F6AF42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0.02</w:t>
            </w:r>
          </w:p>
        </w:tc>
        <w:tc>
          <w:tcPr>
            <w:tcW w:w="1294" w:type="dxa"/>
            <w:tcBorders>
              <w:top w:val="nil"/>
              <w:left w:val="nil"/>
              <w:bottom w:val="nil"/>
              <w:right w:val="nil"/>
            </w:tcBorders>
            <w:vAlign w:val="bottom"/>
          </w:tcPr>
          <w:p w14:paraId="495CC727" w14:textId="061C57E8"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r>
      <w:tr w:rsidR="00EC7758" w:rsidRPr="00D115AA" w14:paraId="7F8CD69F" w14:textId="77777777" w:rsidTr="002D4CB5">
        <w:tc>
          <w:tcPr>
            <w:tcW w:w="2112" w:type="dxa"/>
            <w:vAlign w:val="bottom"/>
          </w:tcPr>
          <w:p w14:paraId="2A7923A0" w14:textId="01E97BCF"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Dietary Restraint</w:t>
            </w:r>
          </w:p>
        </w:tc>
        <w:tc>
          <w:tcPr>
            <w:tcW w:w="1088" w:type="dxa"/>
            <w:tcBorders>
              <w:top w:val="nil"/>
              <w:left w:val="nil"/>
              <w:bottom w:val="nil"/>
              <w:right w:val="nil"/>
            </w:tcBorders>
            <w:vAlign w:val="bottom"/>
          </w:tcPr>
          <w:p w14:paraId="045871DE" w14:textId="2A3C9AC0"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0.15</w:t>
            </w:r>
          </w:p>
        </w:tc>
        <w:tc>
          <w:tcPr>
            <w:tcW w:w="987" w:type="dxa"/>
            <w:tcBorders>
              <w:top w:val="nil"/>
              <w:left w:val="nil"/>
              <w:bottom w:val="nil"/>
              <w:right w:val="nil"/>
            </w:tcBorders>
            <w:vAlign w:val="bottom"/>
          </w:tcPr>
          <w:p w14:paraId="501502BA" w14:textId="736B27C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-0.01</w:t>
            </w:r>
          </w:p>
        </w:tc>
        <w:tc>
          <w:tcPr>
            <w:tcW w:w="1277" w:type="dxa"/>
            <w:tcBorders>
              <w:top w:val="nil"/>
              <w:left w:val="nil"/>
              <w:bottom w:val="nil"/>
              <w:right w:val="nil"/>
            </w:tcBorders>
            <w:vAlign w:val="bottom"/>
          </w:tcPr>
          <w:p w14:paraId="5116726F" w14:textId="4A7BFEA6" w:rsidR="00EC7758" w:rsidRPr="002D4CB5" w:rsidRDefault="00EC7758" w:rsidP="00EC7758">
            <w:pPr>
              <w:rPr>
                <w:rFonts w:ascii="Times New Roman" w:hAnsi="Times New Roman" w:cs="Times New Roman"/>
                <w:b/>
                <w:bCs/>
                <w:sz w:val="20"/>
                <w:szCs w:val="20"/>
              </w:rPr>
            </w:pPr>
            <w:r w:rsidRPr="002D4CB5">
              <w:rPr>
                <w:rFonts w:ascii="Times New Roman" w:hAnsi="Times New Roman" w:cs="Times New Roman"/>
                <w:b/>
                <w:bCs/>
                <w:sz w:val="20"/>
                <w:szCs w:val="20"/>
              </w:rPr>
              <w:t>0.35</w:t>
            </w:r>
          </w:p>
        </w:tc>
        <w:tc>
          <w:tcPr>
            <w:tcW w:w="686" w:type="dxa"/>
            <w:tcBorders>
              <w:top w:val="nil"/>
              <w:left w:val="nil"/>
              <w:bottom w:val="nil"/>
              <w:right w:val="nil"/>
            </w:tcBorders>
            <w:vAlign w:val="bottom"/>
          </w:tcPr>
          <w:p w14:paraId="6530F67F" w14:textId="177D318D"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0.12</w:t>
            </w:r>
          </w:p>
        </w:tc>
        <w:tc>
          <w:tcPr>
            <w:tcW w:w="779" w:type="dxa"/>
            <w:tcBorders>
              <w:top w:val="nil"/>
              <w:left w:val="nil"/>
              <w:bottom w:val="nil"/>
              <w:right w:val="nil"/>
            </w:tcBorders>
            <w:vAlign w:val="bottom"/>
          </w:tcPr>
          <w:p w14:paraId="226D4EBD" w14:textId="6928A449"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-0.08</w:t>
            </w:r>
          </w:p>
        </w:tc>
        <w:tc>
          <w:tcPr>
            <w:tcW w:w="1294" w:type="dxa"/>
            <w:tcBorders>
              <w:top w:val="nil"/>
              <w:left w:val="nil"/>
              <w:bottom w:val="nil"/>
              <w:right w:val="nil"/>
            </w:tcBorders>
            <w:vAlign w:val="bottom"/>
          </w:tcPr>
          <w:p w14:paraId="56727204" w14:textId="6980F80A" w:rsidR="00EC7758" w:rsidRPr="002D4CB5" w:rsidRDefault="00EC7758" w:rsidP="00EC7758">
            <w:pPr>
              <w:rPr>
                <w:rFonts w:ascii="Times New Roman" w:hAnsi="Times New Roman" w:cs="Times New Roman"/>
                <w:sz w:val="20"/>
                <w:szCs w:val="20"/>
              </w:rPr>
            </w:pPr>
            <w:r w:rsidRPr="002D4CB5">
              <w:rPr>
                <w:rFonts w:ascii="Times New Roman" w:hAnsi="Times New Roman" w:cs="Times New Roman"/>
                <w:sz w:val="20"/>
                <w:szCs w:val="20"/>
              </w:rPr>
              <w:t>-0.15</w:t>
            </w:r>
          </w:p>
        </w:tc>
      </w:tr>
      <w:tr w:rsidR="005222F8" w:rsidRPr="00D115AA" w14:paraId="5FEA1038" w14:textId="77777777" w:rsidTr="002D4CB5">
        <w:tc>
          <w:tcPr>
            <w:tcW w:w="2112" w:type="dxa"/>
            <w:vAlign w:val="bottom"/>
          </w:tcPr>
          <w:p w14:paraId="5D68119D" w14:textId="3ADE7037"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Risk Aversion </w:t>
            </w:r>
          </w:p>
        </w:tc>
        <w:tc>
          <w:tcPr>
            <w:tcW w:w="1088" w:type="dxa"/>
            <w:tcBorders>
              <w:top w:val="nil"/>
              <w:left w:val="nil"/>
              <w:bottom w:val="nil"/>
              <w:right w:val="nil"/>
            </w:tcBorders>
            <w:vAlign w:val="bottom"/>
          </w:tcPr>
          <w:p w14:paraId="7C78A3C0" w14:textId="1D70B87B"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0.08</w:t>
            </w:r>
          </w:p>
        </w:tc>
        <w:tc>
          <w:tcPr>
            <w:tcW w:w="987" w:type="dxa"/>
            <w:tcBorders>
              <w:top w:val="nil"/>
              <w:left w:val="nil"/>
              <w:bottom w:val="nil"/>
              <w:right w:val="nil"/>
            </w:tcBorders>
            <w:vAlign w:val="bottom"/>
          </w:tcPr>
          <w:p w14:paraId="3B2EF649" w14:textId="3267C153"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0.05</w:t>
            </w:r>
          </w:p>
        </w:tc>
        <w:tc>
          <w:tcPr>
            <w:tcW w:w="1277" w:type="dxa"/>
            <w:tcBorders>
              <w:top w:val="nil"/>
              <w:left w:val="nil"/>
              <w:bottom w:val="nil"/>
              <w:right w:val="nil"/>
            </w:tcBorders>
            <w:vAlign w:val="bottom"/>
          </w:tcPr>
          <w:p w14:paraId="13AB19D3" w14:textId="6003B1C1"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0.04</w:t>
            </w:r>
          </w:p>
        </w:tc>
        <w:tc>
          <w:tcPr>
            <w:tcW w:w="686" w:type="dxa"/>
            <w:tcBorders>
              <w:top w:val="nil"/>
              <w:left w:val="nil"/>
              <w:bottom w:val="nil"/>
              <w:right w:val="nil"/>
            </w:tcBorders>
            <w:vAlign w:val="bottom"/>
          </w:tcPr>
          <w:p w14:paraId="260A7C2F" w14:textId="5B034BB9"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0.65</w:t>
            </w:r>
          </w:p>
        </w:tc>
        <w:tc>
          <w:tcPr>
            <w:tcW w:w="779" w:type="dxa"/>
            <w:tcBorders>
              <w:top w:val="nil"/>
              <w:left w:val="nil"/>
              <w:bottom w:val="nil"/>
              <w:right w:val="nil"/>
            </w:tcBorders>
            <w:vAlign w:val="bottom"/>
          </w:tcPr>
          <w:p w14:paraId="7B4AEA51" w14:textId="571A2D76"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-0.26</w:t>
            </w:r>
          </w:p>
        </w:tc>
        <w:tc>
          <w:tcPr>
            <w:tcW w:w="1294" w:type="dxa"/>
            <w:tcBorders>
              <w:top w:val="nil"/>
              <w:left w:val="nil"/>
              <w:bottom w:val="nil"/>
              <w:right w:val="nil"/>
            </w:tcBorders>
            <w:vAlign w:val="bottom"/>
          </w:tcPr>
          <w:p w14:paraId="040C1E10" w14:textId="4A158D51"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-0.01</w:t>
            </w:r>
          </w:p>
        </w:tc>
      </w:tr>
      <w:tr w:rsidR="005222F8" w:rsidRPr="00D115AA" w14:paraId="42BF6D75" w14:textId="77777777" w:rsidTr="002D4CB5">
        <w:tc>
          <w:tcPr>
            <w:tcW w:w="2112" w:type="dxa"/>
            <w:vAlign w:val="bottom"/>
          </w:tcPr>
          <w:p w14:paraId="6857A045" w14:textId="12AFCAD2"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Situational Phobias</w:t>
            </w:r>
          </w:p>
        </w:tc>
        <w:tc>
          <w:tcPr>
            <w:tcW w:w="1088" w:type="dxa"/>
            <w:tcBorders>
              <w:top w:val="nil"/>
              <w:left w:val="nil"/>
              <w:bottom w:val="nil"/>
              <w:right w:val="nil"/>
            </w:tcBorders>
            <w:vAlign w:val="bottom"/>
          </w:tcPr>
          <w:p w14:paraId="04AC6F41" w14:textId="728C400A"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-0.02</w:t>
            </w:r>
          </w:p>
        </w:tc>
        <w:tc>
          <w:tcPr>
            <w:tcW w:w="987" w:type="dxa"/>
            <w:tcBorders>
              <w:top w:val="nil"/>
              <w:left w:val="nil"/>
              <w:bottom w:val="nil"/>
              <w:right w:val="nil"/>
            </w:tcBorders>
            <w:vAlign w:val="bottom"/>
          </w:tcPr>
          <w:p w14:paraId="6634D193" w14:textId="526CBDB2"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-0.17</w:t>
            </w:r>
          </w:p>
        </w:tc>
        <w:tc>
          <w:tcPr>
            <w:tcW w:w="1277" w:type="dxa"/>
            <w:tcBorders>
              <w:top w:val="nil"/>
              <w:left w:val="nil"/>
              <w:bottom w:val="nil"/>
              <w:right w:val="nil"/>
            </w:tcBorders>
            <w:vAlign w:val="bottom"/>
          </w:tcPr>
          <w:p w14:paraId="1358E0C0" w14:textId="5782E275"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-0.02</w:t>
            </w:r>
          </w:p>
        </w:tc>
        <w:tc>
          <w:tcPr>
            <w:tcW w:w="686" w:type="dxa"/>
            <w:tcBorders>
              <w:top w:val="nil"/>
              <w:left w:val="nil"/>
              <w:bottom w:val="nil"/>
              <w:right w:val="nil"/>
            </w:tcBorders>
            <w:vAlign w:val="bottom"/>
          </w:tcPr>
          <w:p w14:paraId="53B2F240" w14:textId="6E9A5320"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0.59</w:t>
            </w:r>
          </w:p>
        </w:tc>
        <w:tc>
          <w:tcPr>
            <w:tcW w:w="779" w:type="dxa"/>
            <w:tcBorders>
              <w:top w:val="nil"/>
              <w:left w:val="nil"/>
              <w:bottom w:val="nil"/>
              <w:right w:val="nil"/>
            </w:tcBorders>
            <w:vAlign w:val="bottom"/>
          </w:tcPr>
          <w:p w14:paraId="13046C8D" w14:textId="4806A2E3"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0.23</w:t>
            </w:r>
          </w:p>
        </w:tc>
        <w:tc>
          <w:tcPr>
            <w:tcW w:w="1294" w:type="dxa"/>
            <w:tcBorders>
              <w:top w:val="nil"/>
              <w:left w:val="nil"/>
              <w:bottom w:val="nil"/>
              <w:right w:val="nil"/>
            </w:tcBorders>
            <w:vAlign w:val="bottom"/>
          </w:tcPr>
          <w:p w14:paraId="2BC514E5" w14:textId="3FD1464B"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0.10</w:t>
            </w:r>
          </w:p>
        </w:tc>
      </w:tr>
      <w:tr w:rsidR="005222F8" w:rsidRPr="00D115AA" w14:paraId="0721CD64" w14:textId="77777777" w:rsidTr="002D4CB5">
        <w:tc>
          <w:tcPr>
            <w:tcW w:w="2112" w:type="dxa"/>
            <w:vAlign w:val="bottom"/>
          </w:tcPr>
          <w:p w14:paraId="00477EB5" w14:textId="33915770"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Hypervigilance </w:t>
            </w:r>
          </w:p>
        </w:tc>
        <w:tc>
          <w:tcPr>
            <w:tcW w:w="1088" w:type="dxa"/>
            <w:tcBorders>
              <w:top w:val="nil"/>
              <w:left w:val="nil"/>
              <w:bottom w:val="nil"/>
              <w:right w:val="nil"/>
            </w:tcBorders>
            <w:vAlign w:val="bottom"/>
          </w:tcPr>
          <w:p w14:paraId="51D48599" w14:textId="5D5501DC"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0.09</w:t>
            </w:r>
          </w:p>
        </w:tc>
        <w:tc>
          <w:tcPr>
            <w:tcW w:w="987" w:type="dxa"/>
            <w:tcBorders>
              <w:top w:val="nil"/>
              <w:left w:val="nil"/>
              <w:bottom w:val="nil"/>
              <w:right w:val="nil"/>
            </w:tcBorders>
            <w:vAlign w:val="bottom"/>
          </w:tcPr>
          <w:p w14:paraId="61161FFD" w14:textId="1258091B"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0.14</w:t>
            </w:r>
          </w:p>
        </w:tc>
        <w:tc>
          <w:tcPr>
            <w:tcW w:w="1277" w:type="dxa"/>
            <w:tcBorders>
              <w:top w:val="nil"/>
              <w:left w:val="nil"/>
              <w:bottom w:val="nil"/>
              <w:right w:val="nil"/>
            </w:tcBorders>
            <w:vAlign w:val="bottom"/>
          </w:tcPr>
          <w:p w14:paraId="28D61A3B" w14:textId="0C6D321D"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0.12</w:t>
            </w:r>
          </w:p>
        </w:tc>
        <w:tc>
          <w:tcPr>
            <w:tcW w:w="686" w:type="dxa"/>
            <w:tcBorders>
              <w:top w:val="nil"/>
              <w:left w:val="nil"/>
              <w:bottom w:val="nil"/>
              <w:right w:val="nil"/>
            </w:tcBorders>
            <w:vAlign w:val="bottom"/>
          </w:tcPr>
          <w:p w14:paraId="38B923CC" w14:textId="25C6C19A"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0.52</w:t>
            </w:r>
          </w:p>
        </w:tc>
        <w:tc>
          <w:tcPr>
            <w:tcW w:w="779" w:type="dxa"/>
            <w:tcBorders>
              <w:top w:val="nil"/>
              <w:left w:val="nil"/>
              <w:bottom w:val="nil"/>
              <w:right w:val="nil"/>
            </w:tcBorders>
            <w:vAlign w:val="bottom"/>
          </w:tcPr>
          <w:p w14:paraId="319F2533" w14:textId="2B50737C"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0.16</w:t>
            </w:r>
          </w:p>
        </w:tc>
        <w:tc>
          <w:tcPr>
            <w:tcW w:w="1294" w:type="dxa"/>
            <w:tcBorders>
              <w:top w:val="nil"/>
              <w:left w:val="nil"/>
              <w:bottom w:val="nil"/>
              <w:right w:val="nil"/>
            </w:tcBorders>
            <w:vAlign w:val="bottom"/>
          </w:tcPr>
          <w:p w14:paraId="4162D212" w14:textId="52E283F0"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0.19</w:t>
            </w:r>
          </w:p>
        </w:tc>
      </w:tr>
      <w:tr w:rsidR="005222F8" w:rsidRPr="00D115AA" w14:paraId="0CC47903" w14:textId="77777777" w:rsidTr="002D4CB5">
        <w:tc>
          <w:tcPr>
            <w:tcW w:w="2112" w:type="dxa"/>
            <w:vAlign w:val="bottom"/>
          </w:tcPr>
          <w:p w14:paraId="5261B7B0" w14:textId="0DC4FBAB"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Agoraphobia </w:t>
            </w:r>
          </w:p>
        </w:tc>
        <w:tc>
          <w:tcPr>
            <w:tcW w:w="1088" w:type="dxa"/>
            <w:tcBorders>
              <w:top w:val="nil"/>
              <w:left w:val="nil"/>
              <w:bottom w:val="nil"/>
              <w:right w:val="nil"/>
            </w:tcBorders>
            <w:vAlign w:val="bottom"/>
          </w:tcPr>
          <w:p w14:paraId="09D0C112" w14:textId="49F49CF6"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0.09</w:t>
            </w:r>
          </w:p>
        </w:tc>
        <w:tc>
          <w:tcPr>
            <w:tcW w:w="987" w:type="dxa"/>
            <w:tcBorders>
              <w:top w:val="nil"/>
              <w:left w:val="nil"/>
              <w:bottom w:val="nil"/>
              <w:right w:val="nil"/>
            </w:tcBorders>
            <w:vAlign w:val="bottom"/>
          </w:tcPr>
          <w:p w14:paraId="288B72C2" w14:textId="67EDAC6B"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-0.07</w:t>
            </w:r>
          </w:p>
        </w:tc>
        <w:tc>
          <w:tcPr>
            <w:tcW w:w="1277" w:type="dxa"/>
            <w:tcBorders>
              <w:top w:val="nil"/>
              <w:left w:val="nil"/>
              <w:bottom w:val="nil"/>
              <w:right w:val="nil"/>
            </w:tcBorders>
            <w:vAlign w:val="bottom"/>
          </w:tcPr>
          <w:p w14:paraId="08BE3E31" w14:textId="25CCC6A4"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-0.13</w:t>
            </w:r>
          </w:p>
        </w:tc>
        <w:tc>
          <w:tcPr>
            <w:tcW w:w="686" w:type="dxa"/>
            <w:tcBorders>
              <w:top w:val="nil"/>
              <w:left w:val="nil"/>
              <w:bottom w:val="nil"/>
              <w:right w:val="nil"/>
            </w:tcBorders>
            <w:vAlign w:val="bottom"/>
          </w:tcPr>
          <w:p w14:paraId="05649CBF" w14:textId="1A775974"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0.50</w:t>
            </w:r>
          </w:p>
        </w:tc>
        <w:tc>
          <w:tcPr>
            <w:tcW w:w="779" w:type="dxa"/>
            <w:tcBorders>
              <w:top w:val="nil"/>
              <w:left w:val="nil"/>
              <w:bottom w:val="nil"/>
              <w:right w:val="nil"/>
            </w:tcBorders>
            <w:vAlign w:val="bottom"/>
          </w:tcPr>
          <w:p w14:paraId="7FDDEEAD" w14:textId="38C213C0"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0.35</w:t>
            </w:r>
          </w:p>
        </w:tc>
        <w:tc>
          <w:tcPr>
            <w:tcW w:w="1294" w:type="dxa"/>
            <w:tcBorders>
              <w:top w:val="nil"/>
              <w:left w:val="nil"/>
              <w:bottom w:val="nil"/>
              <w:right w:val="nil"/>
            </w:tcBorders>
            <w:vAlign w:val="bottom"/>
          </w:tcPr>
          <w:p w14:paraId="001A51E5" w14:textId="2BD6E571"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0.12</w:t>
            </w:r>
          </w:p>
        </w:tc>
      </w:tr>
      <w:tr w:rsidR="005222F8" w:rsidRPr="00D115AA" w14:paraId="10263AF8" w14:textId="77777777" w:rsidTr="002D4CB5">
        <w:tc>
          <w:tcPr>
            <w:tcW w:w="2112" w:type="dxa"/>
            <w:vAlign w:val="bottom"/>
          </w:tcPr>
          <w:p w14:paraId="1A5FE46D" w14:textId="29F27DE9"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Animal-Insect Phobia</w:t>
            </w:r>
          </w:p>
        </w:tc>
        <w:tc>
          <w:tcPr>
            <w:tcW w:w="1088" w:type="dxa"/>
            <w:tcBorders>
              <w:top w:val="nil"/>
              <w:left w:val="nil"/>
              <w:bottom w:val="nil"/>
              <w:right w:val="nil"/>
            </w:tcBorders>
            <w:vAlign w:val="bottom"/>
          </w:tcPr>
          <w:p w14:paraId="6BCAF25A" w14:textId="4EE2ECD8"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0.07</w:t>
            </w:r>
          </w:p>
        </w:tc>
        <w:tc>
          <w:tcPr>
            <w:tcW w:w="987" w:type="dxa"/>
            <w:tcBorders>
              <w:top w:val="nil"/>
              <w:left w:val="nil"/>
              <w:bottom w:val="nil"/>
              <w:right w:val="nil"/>
            </w:tcBorders>
            <w:vAlign w:val="bottom"/>
          </w:tcPr>
          <w:p w14:paraId="63C04ED8" w14:textId="3DEF845A"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-0.17</w:t>
            </w:r>
          </w:p>
        </w:tc>
        <w:tc>
          <w:tcPr>
            <w:tcW w:w="1277" w:type="dxa"/>
            <w:tcBorders>
              <w:top w:val="nil"/>
              <w:left w:val="nil"/>
              <w:bottom w:val="nil"/>
              <w:right w:val="nil"/>
            </w:tcBorders>
            <w:vAlign w:val="bottom"/>
          </w:tcPr>
          <w:p w14:paraId="639DA0BD" w14:textId="4FDC25B7"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sz w:val="20"/>
                <w:szCs w:val="20"/>
              </w:rPr>
              <w:t>0.07</w:t>
            </w:r>
          </w:p>
        </w:tc>
        <w:tc>
          <w:tcPr>
            <w:tcW w:w="686" w:type="dxa"/>
            <w:tcBorders>
              <w:top w:val="nil"/>
              <w:left w:val="nil"/>
              <w:bottom w:val="nil"/>
              <w:right w:val="nil"/>
            </w:tcBorders>
            <w:vAlign w:val="bottom"/>
          </w:tcPr>
          <w:p w14:paraId="312C5E8F" w14:textId="48F25A57"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0.45</w:t>
            </w:r>
          </w:p>
        </w:tc>
        <w:tc>
          <w:tcPr>
            <w:tcW w:w="779" w:type="dxa"/>
            <w:tcBorders>
              <w:top w:val="nil"/>
              <w:left w:val="nil"/>
              <w:bottom w:val="nil"/>
              <w:right w:val="nil"/>
            </w:tcBorders>
            <w:vAlign w:val="bottom"/>
          </w:tcPr>
          <w:p w14:paraId="0E345D02" w14:textId="25287A1F"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0.08</w:t>
            </w:r>
          </w:p>
        </w:tc>
        <w:tc>
          <w:tcPr>
            <w:tcW w:w="1294" w:type="dxa"/>
            <w:tcBorders>
              <w:top w:val="nil"/>
              <w:left w:val="nil"/>
              <w:bottom w:val="nil"/>
              <w:right w:val="nil"/>
            </w:tcBorders>
            <w:vAlign w:val="bottom"/>
          </w:tcPr>
          <w:p w14:paraId="09E0CD07" w14:textId="1A990CBA"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0.14</w:t>
            </w:r>
          </w:p>
        </w:tc>
      </w:tr>
      <w:tr w:rsidR="005222F8" w:rsidRPr="00D115AA" w14:paraId="617A4CDE" w14:textId="77777777" w:rsidTr="002D4CB5">
        <w:tc>
          <w:tcPr>
            <w:tcW w:w="2112" w:type="dxa"/>
            <w:vAlign w:val="bottom"/>
          </w:tcPr>
          <w:p w14:paraId="3D5D2F50" w14:textId="4A6A094A"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Health Anxiety</w:t>
            </w:r>
          </w:p>
        </w:tc>
        <w:tc>
          <w:tcPr>
            <w:tcW w:w="1088" w:type="dxa"/>
            <w:tcBorders>
              <w:top w:val="nil"/>
              <w:left w:val="nil"/>
              <w:bottom w:val="nil"/>
              <w:right w:val="nil"/>
            </w:tcBorders>
            <w:vAlign w:val="bottom"/>
          </w:tcPr>
          <w:p w14:paraId="3AECE87B" w14:textId="56C64170"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0.12</w:t>
            </w:r>
          </w:p>
        </w:tc>
        <w:tc>
          <w:tcPr>
            <w:tcW w:w="987" w:type="dxa"/>
            <w:tcBorders>
              <w:top w:val="nil"/>
              <w:left w:val="nil"/>
              <w:bottom w:val="nil"/>
              <w:right w:val="nil"/>
            </w:tcBorders>
            <w:vAlign w:val="bottom"/>
          </w:tcPr>
          <w:p w14:paraId="2D9F770C" w14:textId="5C379173"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0.14</w:t>
            </w:r>
          </w:p>
        </w:tc>
        <w:tc>
          <w:tcPr>
            <w:tcW w:w="1277" w:type="dxa"/>
            <w:tcBorders>
              <w:top w:val="nil"/>
              <w:left w:val="nil"/>
              <w:bottom w:val="nil"/>
              <w:right w:val="nil"/>
            </w:tcBorders>
            <w:vAlign w:val="bottom"/>
          </w:tcPr>
          <w:p w14:paraId="59A6E252" w14:textId="0DC340B0"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sz w:val="20"/>
                <w:szCs w:val="20"/>
              </w:rPr>
              <w:t>0.12</w:t>
            </w:r>
          </w:p>
        </w:tc>
        <w:tc>
          <w:tcPr>
            <w:tcW w:w="686" w:type="dxa"/>
            <w:tcBorders>
              <w:top w:val="nil"/>
              <w:left w:val="nil"/>
              <w:bottom w:val="nil"/>
              <w:right w:val="nil"/>
            </w:tcBorders>
            <w:vAlign w:val="bottom"/>
          </w:tcPr>
          <w:p w14:paraId="72455142" w14:textId="7A8E1117"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0.44</w:t>
            </w:r>
          </w:p>
        </w:tc>
        <w:tc>
          <w:tcPr>
            <w:tcW w:w="779" w:type="dxa"/>
            <w:tcBorders>
              <w:top w:val="nil"/>
              <w:left w:val="nil"/>
              <w:bottom w:val="nil"/>
              <w:right w:val="nil"/>
            </w:tcBorders>
            <w:vAlign w:val="bottom"/>
          </w:tcPr>
          <w:p w14:paraId="684B3946" w14:textId="29E11C90"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0.16</w:t>
            </w:r>
          </w:p>
        </w:tc>
        <w:tc>
          <w:tcPr>
            <w:tcW w:w="1294" w:type="dxa"/>
            <w:tcBorders>
              <w:top w:val="nil"/>
              <w:left w:val="nil"/>
              <w:bottom w:val="nil"/>
              <w:right w:val="nil"/>
            </w:tcBorders>
            <w:vAlign w:val="bottom"/>
          </w:tcPr>
          <w:p w14:paraId="28E12CA4" w14:textId="0856D2BC"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0.01</w:t>
            </w:r>
          </w:p>
        </w:tc>
      </w:tr>
      <w:tr w:rsidR="00D16871" w:rsidRPr="00D115AA" w14:paraId="1CB04E97" w14:textId="77777777" w:rsidTr="002D4CB5">
        <w:tc>
          <w:tcPr>
            <w:tcW w:w="2112" w:type="dxa"/>
            <w:vAlign w:val="bottom"/>
          </w:tcPr>
          <w:p w14:paraId="34D45495" w14:textId="15E6F128" w:rsidR="00D16871" w:rsidRPr="002D4CB5" w:rsidRDefault="00D16871" w:rsidP="00D16871">
            <w:pPr>
              <w:rPr>
                <w:rFonts w:ascii="Times New Roman" w:hAnsi="Times New Roman" w:cs="Times New Roman"/>
                <w:sz w:val="20"/>
                <w:szCs w:val="20"/>
              </w:rPr>
            </w:pPr>
            <w:r w:rsidRPr="002D4CB5">
              <w:rPr>
                <w:rFonts w:ascii="Times New Roman" w:hAnsi="Times New Roman" w:cs="Times New Roman"/>
                <w:sz w:val="20"/>
                <w:szCs w:val="20"/>
              </w:rPr>
              <w:t>Risk Taking</w:t>
            </w:r>
          </w:p>
        </w:tc>
        <w:tc>
          <w:tcPr>
            <w:tcW w:w="1088" w:type="dxa"/>
            <w:tcBorders>
              <w:top w:val="nil"/>
              <w:left w:val="nil"/>
              <w:bottom w:val="nil"/>
              <w:right w:val="nil"/>
            </w:tcBorders>
            <w:vAlign w:val="bottom"/>
          </w:tcPr>
          <w:p w14:paraId="50BDA4EE" w14:textId="2C686E46" w:rsidR="00D16871" w:rsidRPr="002D4CB5" w:rsidRDefault="00D16871" w:rsidP="00D16871">
            <w:pPr>
              <w:rPr>
                <w:rFonts w:ascii="Times New Roman" w:hAnsi="Times New Roman" w:cs="Times New Roman"/>
                <w:sz w:val="20"/>
                <w:szCs w:val="20"/>
              </w:rPr>
            </w:pPr>
            <w:r w:rsidRPr="002D4CB5">
              <w:rPr>
                <w:rFonts w:ascii="Times New Roman" w:hAnsi="Times New Roman" w:cs="Times New Roman"/>
                <w:sz w:val="20"/>
                <w:szCs w:val="20"/>
              </w:rPr>
              <w:t>0.01</w:t>
            </w:r>
          </w:p>
        </w:tc>
        <w:tc>
          <w:tcPr>
            <w:tcW w:w="987" w:type="dxa"/>
            <w:tcBorders>
              <w:top w:val="nil"/>
              <w:left w:val="nil"/>
              <w:bottom w:val="nil"/>
              <w:right w:val="nil"/>
            </w:tcBorders>
            <w:vAlign w:val="bottom"/>
          </w:tcPr>
          <w:p w14:paraId="166D1F45" w14:textId="3D5B35BE" w:rsidR="00D16871" w:rsidRPr="002D4CB5" w:rsidRDefault="00D16871" w:rsidP="00D16871">
            <w:pPr>
              <w:rPr>
                <w:rFonts w:ascii="Times New Roman" w:hAnsi="Times New Roman" w:cs="Times New Roman"/>
                <w:sz w:val="20"/>
                <w:szCs w:val="20"/>
              </w:rPr>
            </w:pPr>
            <w:r w:rsidRPr="002D4CB5">
              <w:rPr>
                <w:rFonts w:ascii="Times New Roman" w:hAnsi="Times New Roman" w:cs="Times New Roman"/>
                <w:sz w:val="20"/>
                <w:szCs w:val="20"/>
              </w:rPr>
              <w:t>0.00</w:t>
            </w:r>
          </w:p>
        </w:tc>
        <w:tc>
          <w:tcPr>
            <w:tcW w:w="1277" w:type="dxa"/>
            <w:tcBorders>
              <w:top w:val="nil"/>
              <w:left w:val="nil"/>
              <w:bottom w:val="nil"/>
              <w:right w:val="nil"/>
            </w:tcBorders>
            <w:vAlign w:val="bottom"/>
          </w:tcPr>
          <w:p w14:paraId="7355679D" w14:textId="6F298A58" w:rsidR="00D16871" w:rsidRPr="002D4CB5" w:rsidRDefault="00D16871" w:rsidP="00D16871">
            <w:pPr>
              <w:rPr>
                <w:rFonts w:ascii="Times New Roman" w:hAnsi="Times New Roman" w:cs="Times New Roman"/>
                <w:b/>
                <w:bCs/>
                <w:sz w:val="20"/>
                <w:szCs w:val="20"/>
              </w:rPr>
            </w:pPr>
            <w:r w:rsidRPr="002D4CB5">
              <w:rPr>
                <w:rFonts w:ascii="Times New Roman" w:hAnsi="Times New Roman" w:cs="Times New Roman"/>
                <w:b/>
                <w:bCs/>
                <w:sz w:val="20"/>
                <w:szCs w:val="20"/>
              </w:rPr>
              <w:t>0.32</w:t>
            </w:r>
          </w:p>
        </w:tc>
        <w:tc>
          <w:tcPr>
            <w:tcW w:w="686" w:type="dxa"/>
            <w:tcBorders>
              <w:top w:val="nil"/>
              <w:left w:val="nil"/>
              <w:bottom w:val="nil"/>
              <w:right w:val="nil"/>
            </w:tcBorders>
            <w:vAlign w:val="bottom"/>
          </w:tcPr>
          <w:p w14:paraId="2E74F22A" w14:textId="27AD4762" w:rsidR="00D16871" w:rsidRPr="002D4CB5" w:rsidRDefault="00D16871" w:rsidP="00D16871">
            <w:pPr>
              <w:rPr>
                <w:rFonts w:ascii="Times New Roman" w:hAnsi="Times New Roman" w:cs="Times New Roman"/>
                <w:b/>
                <w:bCs/>
                <w:sz w:val="20"/>
                <w:szCs w:val="20"/>
              </w:rPr>
            </w:pPr>
            <w:r w:rsidRPr="002D4CB5">
              <w:rPr>
                <w:rFonts w:ascii="Times New Roman" w:hAnsi="Times New Roman" w:cs="Times New Roman"/>
                <w:b/>
                <w:bCs/>
                <w:sz w:val="20"/>
                <w:szCs w:val="20"/>
              </w:rPr>
              <w:t>-0.43</w:t>
            </w:r>
          </w:p>
        </w:tc>
        <w:tc>
          <w:tcPr>
            <w:tcW w:w="779" w:type="dxa"/>
            <w:tcBorders>
              <w:top w:val="nil"/>
              <w:left w:val="nil"/>
              <w:bottom w:val="nil"/>
              <w:right w:val="nil"/>
            </w:tcBorders>
            <w:vAlign w:val="bottom"/>
          </w:tcPr>
          <w:p w14:paraId="577AFFF6" w14:textId="3D98465B" w:rsidR="00D16871" w:rsidRPr="002D4CB5" w:rsidRDefault="00D16871" w:rsidP="00D16871">
            <w:pPr>
              <w:rPr>
                <w:rFonts w:ascii="Times New Roman" w:hAnsi="Times New Roman" w:cs="Times New Roman"/>
                <w:b/>
                <w:bCs/>
                <w:sz w:val="20"/>
                <w:szCs w:val="20"/>
              </w:rPr>
            </w:pPr>
            <w:r w:rsidRPr="002D4CB5">
              <w:rPr>
                <w:rFonts w:ascii="Times New Roman" w:hAnsi="Times New Roman" w:cs="Times New Roman"/>
                <w:b/>
                <w:bCs/>
                <w:sz w:val="20"/>
                <w:szCs w:val="20"/>
              </w:rPr>
              <w:t>0.34</w:t>
            </w:r>
          </w:p>
        </w:tc>
        <w:tc>
          <w:tcPr>
            <w:tcW w:w="1294" w:type="dxa"/>
            <w:tcBorders>
              <w:top w:val="nil"/>
              <w:left w:val="nil"/>
              <w:bottom w:val="nil"/>
              <w:right w:val="nil"/>
            </w:tcBorders>
            <w:vAlign w:val="bottom"/>
          </w:tcPr>
          <w:p w14:paraId="24BA5DE1" w14:textId="15CFDD0A" w:rsidR="00D16871" w:rsidRPr="002D4CB5" w:rsidRDefault="00D16871" w:rsidP="00D16871">
            <w:pPr>
              <w:rPr>
                <w:rFonts w:ascii="Times New Roman" w:hAnsi="Times New Roman" w:cs="Times New Roman"/>
                <w:sz w:val="20"/>
                <w:szCs w:val="20"/>
              </w:rPr>
            </w:pPr>
            <w:r w:rsidRPr="002D4CB5">
              <w:rPr>
                <w:rFonts w:ascii="Times New Roman" w:hAnsi="Times New Roman" w:cs="Times New Roman"/>
                <w:sz w:val="20"/>
                <w:szCs w:val="20"/>
              </w:rPr>
              <w:t>0.24</w:t>
            </w:r>
          </w:p>
        </w:tc>
      </w:tr>
      <w:tr w:rsidR="005222F8" w:rsidRPr="00D115AA" w14:paraId="79AEEDA7" w14:textId="77777777" w:rsidTr="002D4CB5">
        <w:tc>
          <w:tcPr>
            <w:tcW w:w="2112" w:type="dxa"/>
            <w:vAlign w:val="bottom"/>
          </w:tcPr>
          <w:p w14:paraId="615CD00A" w14:textId="6D04D004"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Somatic Preoccupation</w:t>
            </w:r>
          </w:p>
        </w:tc>
        <w:tc>
          <w:tcPr>
            <w:tcW w:w="1088" w:type="dxa"/>
            <w:tcBorders>
              <w:top w:val="nil"/>
              <w:left w:val="nil"/>
              <w:bottom w:val="nil"/>
              <w:right w:val="nil"/>
            </w:tcBorders>
            <w:vAlign w:val="bottom"/>
          </w:tcPr>
          <w:p w14:paraId="40A60CB0" w14:textId="5D554279"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0.14</w:t>
            </w:r>
          </w:p>
        </w:tc>
        <w:tc>
          <w:tcPr>
            <w:tcW w:w="987" w:type="dxa"/>
            <w:tcBorders>
              <w:top w:val="nil"/>
              <w:left w:val="nil"/>
              <w:bottom w:val="nil"/>
              <w:right w:val="nil"/>
            </w:tcBorders>
            <w:vAlign w:val="bottom"/>
          </w:tcPr>
          <w:p w14:paraId="3D419BD9" w14:textId="05AA0CAD"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0.06</w:t>
            </w:r>
          </w:p>
        </w:tc>
        <w:tc>
          <w:tcPr>
            <w:tcW w:w="1277" w:type="dxa"/>
            <w:tcBorders>
              <w:top w:val="nil"/>
              <w:left w:val="nil"/>
              <w:bottom w:val="nil"/>
              <w:right w:val="nil"/>
            </w:tcBorders>
            <w:vAlign w:val="bottom"/>
          </w:tcPr>
          <w:p w14:paraId="19049A7E" w14:textId="229D4C38"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sz w:val="20"/>
                <w:szCs w:val="20"/>
              </w:rPr>
              <w:t>0.29</w:t>
            </w:r>
          </w:p>
        </w:tc>
        <w:tc>
          <w:tcPr>
            <w:tcW w:w="686" w:type="dxa"/>
            <w:tcBorders>
              <w:top w:val="nil"/>
              <w:left w:val="nil"/>
              <w:bottom w:val="nil"/>
              <w:right w:val="nil"/>
            </w:tcBorders>
            <w:vAlign w:val="bottom"/>
          </w:tcPr>
          <w:p w14:paraId="60A79243" w14:textId="17326193"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0.42</w:t>
            </w:r>
          </w:p>
        </w:tc>
        <w:tc>
          <w:tcPr>
            <w:tcW w:w="779" w:type="dxa"/>
            <w:tcBorders>
              <w:top w:val="nil"/>
              <w:left w:val="nil"/>
              <w:bottom w:val="nil"/>
              <w:right w:val="nil"/>
            </w:tcBorders>
            <w:vAlign w:val="bottom"/>
          </w:tcPr>
          <w:p w14:paraId="17A300EA" w14:textId="66C116D4"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0.01</w:t>
            </w:r>
          </w:p>
        </w:tc>
        <w:tc>
          <w:tcPr>
            <w:tcW w:w="1294" w:type="dxa"/>
            <w:tcBorders>
              <w:top w:val="nil"/>
              <w:left w:val="nil"/>
              <w:bottom w:val="nil"/>
              <w:right w:val="nil"/>
            </w:tcBorders>
            <w:vAlign w:val="bottom"/>
          </w:tcPr>
          <w:p w14:paraId="6366CC0D" w14:textId="42C2D74A"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0.01</w:t>
            </w:r>
          </w:p>
        </w:tc>
      </w:tr>
      <w:tr w:rsidR="005222F8" w:rsidRPr="00D115AA" w14:paraId="7134059B" w14:textId="77777777" w:rsidTr="002D4CB5">
        <w:tc>
          <w:tcPr>
            <w:tcW w:w="2112" w:type="dxa"/>
            <w:vAlign w:val="bottom"/>
          </w:tcPr>
          <w:p w14:paraId="2A92AE6C" w14:textId="46D6C9CD" w:rsidR="005222F8" w:rsidRPr="002D4CB5" w:rsidRDefault="005222F8" w:rsidP="005222F8">
            <w:pPr>
              <w:rPr>
                <w:rFonts w:ascii="Times New Roman" w:hAnsi="Times New Roman" w:cs="Times New Roman"/>
                <w:sz w:val="20"/>
                <w:szCs w:val="20"/>
              </w:rPr>
            </w:pPr>
            <w:proofErr w:type="spellStart"/>
            <w:r w:rsidRPr="002D4CB5">
              <w:rPr>
                <w:rFonts w:ascii="Times New Roman" w:hAnsi="Times New Roman" w:cs="Times New Roman"/>
                <w:sz w:val="20"/>
                <w:szCs w:val="20"/>
              </w:rPr>
              <w:t>Hyperdeliberation</w:t>
            </w:r>
            <w:proofErr w:type="spellEnd"/>
          </w:p>
        </w:tc>
        <w:tc>
          <w:tcPr>
            <w:tcW w:w="1088" w:type="dxa"/>
            <w:tcBorders>
              <w:top w:val="nil"/>
              <w:left w:val="nil"/>
              <w:bottom w:val="nil"/>
              <w:right w:val="nil"/>
            </w:tcBorders>
            <w:vAlign w:val="bottom"/>
          </w:tcPr>
          <w:p w14:paraId="583A31BC" w14:textId="2BCC19EB"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0.06</w:t>
            </w:r>
          </w:p>
        </w:tc>
        <w:tc>
          <w:tcPr>
            <w:tcW w:w="987" w:type="dxa"/>
            <w:tcBorders>
              <w:top w:val="nil"/>
              <w:left w:val="nil"/>
              <w:bottom w:val="nil"/>
              <w:right w:val="nil"/>
            </w:tcBorders>
            <w:vAlign w:val="bottom"/>
          </w:tcPr>
          <w:p w14:paraId="4B92E498" w14:textId="52CC2512"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-0.06</w:t>
            </w:r>
          </w:p>
        </w:tc>
        <w:tc>
          <w:tcPr>
            <w:tcW w:w="1277" w:type="dxa"/>
            <w:tcBorders>
              <w:top w:val="nil"/>
              <w:left w:val="nil"/>
              <w:bottom w:val="nil"/>
              <w:right w:val="nil"/>
            </w:tcBorders>
            <w:vAlign w:val="bottom"/>
          </w:tcPr>
          <w:p w14:paraId="5D587941" w14:textId="133A42E1"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0.30</w:t>
            </w:r>
          </w:p>
        </w:tc>
        <w:tc>
          <w:tcPr>
            <w:tcW w:w="686" w:type="dxa"/>
            <w:tcBorders>
              <w:top w:val="nil"/>
              <w:left w:val="nil"/>
              <w:bottom w:val="nil"/>
              <w:right w:val="nil"/>
            </w:tcBorders>
            <w:vAlign w:val="bottom"/>
          </w:tcPr>
          <w:p w14:paraId="26308AE1" w14:textId="3909781E"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0.41</w:t>
            </w:r>
          </w:p>
        </w:tc>
        <w:tc>
          <w:tcPr>
            <w:tcW w:w="779" w:type="dxa"/>
            <w:tcBorders>
              <w:top w:val="nil"/>
              <w:left w:val="nil"/>
              <w:bottom w:val="nil"/>
              <w:right w:val="nil"/>
            </w:tcBorders>
            <w:vAlign w:val="bottom"/>
          </w:tcPr>
          <w:p w14:paraId="2F4CB288" w14:textId="50F7DB0E"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-0.22</w:t>
            </w:r>
          </w:p>
        </w:tc>
        <w:tc>
          <w:tcPr>
            <w:tcW w:w="1294" w:type="dxa"/>
            <w:tcBorders>
              <w:top w:val="nil"/>
              <w:left w:val="nil"/>
              <w:bottom w:val="nil"/>
              <w:right w:val="nil"/>
            </w:tcBorders>
            <w:vAlign w:val="bottom"/>
          </w:tcPr>
          <w:p w14:paraId="2C69C840" w14:textId="1F214CC0"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-0.15</w:t>
            </w:r>
          </w:p>
        </w:tc>
      </w:tr>
      <w:tr w:rsidR="005222F8" w:rsidRPr="00D115AA" w14:paraId="2A3E9C1D" w14:textId="77777777" w:rsidTr="002D4CB5">
        <w:tc>
          <w:tcPr>
            <w:tcW w:w="2112" w:type="dxa"/>
            <w:vAlign w:val="bottom"/>
          </w:tcPr>
          <w:p w14:paraId="2105D370" w14:textId="18377A08"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Disease Conviction </w:t>
            </w:r>
          </w:p>
        </w:tc>
        <w:tc>
          <w:tcPr>
            <w:tcW w:w="1088" w:type="dxa"/>
            <w:tcBorders>
              <w:top w:val="nil"/>
              <w:left w:val="nil"/>
              <w:bottom w:val="nil"/>
              <w:right w:val="nil"/>
            </w:tcBorders>
            <w:vAlign w:val="bottom"/>
          </w:tcPr>
          <w:p w14:paraId="778D3152" w14:textId="5DB308D7"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0.10</w:t>
            </w:r>
          </w:p>
        </w:tc>
        <w:tc>
          <w:tcPr>
            <w:tcW w:w="987" w:type="dxa"/>
            <w:tcBorders>
              <w:top w:val="nil"/>
              <w:left w:val="nil"/>
              <w:bottom w:val="nil"/>
              <w:right w:val="nil"/>
            </w:tcBorders>
            <w:vAlign w:val="bottom"/>
          </w:tcPr>
          <w:p w14:paraId="7EAA1B7C" w14:textId="65441FE8"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0.03</w:t>
            </w:r>
          </w:p>
        </w:tc>
        <w:tc>
          <w:tcPr>
            <w:tcW w:w="1277" w:type="dxa"/>
            <w:tcBorders>
              <w:top w:val="nil"/>
              <w:left w:val="nil"/>
              <w:bottom w:val="nil"/>
              <w:right w:val="nil"/>
            </w:tcBorders>
            <w:vAlign w:val="bottom"/>
          </w:tcPr>
          <w:p w14:paraId="5EED5842" w14:textId="7E4A903C"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-0.04</w:t>
            </w:r>
          </w:p>
        </w:tc>
        <w:tc>
          <w:tcPr>
            <w:tcW w:w="686" w:type="dxa"/>
            <w:tcBorders>
              <w:top w:val="nil"/>
              <w:left w:val="nil"/>
              <w:bottom w:val="nil"/>
              <w:right w:val="nil"/>
            </w:tcBorders>
            <w:vAlign w:val="bottom"/>
          </w:tcPr>
          <w:p w14:paraId="525FD1B0" w14:textId="5C8D5CA2"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0.41</w:t>
            </w:r>
          </w:p>
        </w:tc>
        <w:tc>
          <w:tcPr>
            <w:tcW w:w="779" w:type="dxa"/>
            <w:tcBorders>
              <w:top w:val="nil"/>
              <w:left w:val="nil"/>
              <w:bottom w:val="nil"/>
              <w:right w:val="nil"/>
            </w:tcBorders>
            <w:vAlign w:val="bottom"/>
          </w:tcPr>
          <w:p w14:paraId="40FC347D" w14:textId="26CE8E28"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0.24</w:t>
            </w:r>
          </w:p>
        </w:tc>
        <w:tc>
          <w:tcPr>
            <w:tcW w:w="1294" w:type="dxa"/>
            <w:tcBorders>
              <w:top w:val="nil"/>
              <w:left w:val="nil"/>
              <w:bottom w:val="nil"/>
              <w:right w:val="nil"/>
            </w:tcBorders>
            <w:vAlign w:val="bottom"/>
          </w:tcPr>
          <w:p w14:paraId="26767A4D" w14:textId="212A5C2F"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0.14</w:t>
            </w:r>
          </w:p>
        </w:tc>
      </w:tr>
      <w:tr w:rsidR="005222F8" w:rsidRPr="00D115AA" w14:paraId="549B92BB" w14:textId="77777777" w:rsidTr="002D4CB5">
        <w:tc>
          <w:tcPr>
            <w:tcW w:w="2112" w:type="dxa"/>
            <w:vAlign w:val="bottom"/>
          </w:tcPr>
          <w:p w14:paraId="26125804" w14:textId="3659D6D1"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Food Selectivity</w:t>
            </w:r>
          </w:p>
        </w:tc>
        <w:tc>
          <w:tcPr>
            <w:tcW w:w="1088" w:type="dxa"/>
            <w:tcBorders>
              <w:top w:val="nil"/>
              <w:left w:val="nil"/>
              <w:bottom w:val="nil"/>
              <w:right w:val="nil"/>
            </w:tcBorders>
            <w:vAlign w:val="bottom"/>
          </w:tcPr>
          <w:p w14:paraId="28C76693" w14:textId="37328B05"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0.04</w:t>
            </w:r>
          </w:p>
        </w:tc>
        <w:tc>
          <w:tcPr>
            <w:tcW w:w="987" w:type="dxa"/>
            <w:tcBorders>
              <w:top w:val="nil"/>
              <w:left w:val="nil"/>
              <w:bottom w:val="nil"/>
              <w:right w:val="nil"/>
            </w:tcBorders>
            <w:vAlign w:val="bottom"/>
          </w:tcPr>
          <w:p w14:paraId="04B6D612" w14:textId="4C1B64BE"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0.03</w:t>
            </w:r>
          </w:p>
        </w:tc>
        <w:tc>
          <w:tcPr>
            <w:tcW w:w="1277" w:type="dxa"/>
            <w:tcBorders>
              <w:top w:val="nil"/>
              <w:left w:val="nil"/>
              <w:bottom w:val="nil"/>
              <w:right w:val="nil"/>
            </w:tcBorders>
            <w:vAlign w:val="bottom"/>
          </w:tcPr>
          <w:p w14:paraId="753F1AA5" w14:textId="33056EB3"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sz w:val="20"/>
                <w:szCs w:val="20"/>
              </w:rPr>
              <w:t>0.13</w:t>
            </w:r>
          </w:p>
        </w:tc>
        <w:tc>
          <w:tcPr>
            <w:tcW w:w="686" w:type="dxa"/>
            <w:tcBorders>
              <w:top w:val="nil"/>
              <w:left w:val="nil"/>
              <w:bottom w:val="nil"/>
              <w:right w:val="nil"/>
            </w:tcBorders>
            <w:vAlign w:val="bottom"/>
          </w:tcPr>
          <w:p w14:paraId="10EE2F4B" w14:textId="7BA51DD7"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0.34</w:t>
            </w:r>
          </w:p>
        </w:tc>
        <w:tc>
          <w:tcPr>
            <w:tcW w:w="779" w:type="dxa"/>
            <w:tcBorders>
              <w:top w:val="nil"/>
              <w:left w:val="nil"/>
              <w:bottom w:val="nil"/>
              <w:right w:val="nil"/>
            </w:tcBorders>
            <w:vAlign w:val="bottom"/>
          </w:tcPr>
          <w:p w14:paraId="1C9913C2" w14:textId="4DBD92A3"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0.17</w:t>
            </w:r>
          </w:p>
        </w:tc>
        <w:tc>
          <w:tcPr>
            <w:tcW w:w="1294" w:type="dxa"/>
            <w:tcBorders>
              <w:top w:val="nil"/>
              <w:left w:val="nil"/>
              <w:bottom w:val="nil"/>
              <w:right w:val="nil"/>
            </w:tcBorders>
            <w:vAlign w:val="bottom"/>
          </w:tcPr>
          <w:p w14:paraId="3797C634" w14:textId="6D802F59"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0.10</w:t>
            </w:r>
          </w:p>
        </w:tc>
      </w:tr>
      <w:tr w:rsidR="005222F8" w:rsidRPr="00D115AA" w14:paraId="1DFEC9C2" w14:textId="77777777" w:rsidTr="002D4CB5">
        <w:tc>
          <w:tcPr>
            <w:tcW w:w="2112" w:type="dxa"/>
            <w:vAlign w:val="bottom"/>
          </w:tcPr>
          <w:p w14:paraId="2153896C" w14:textId="344B7C2C"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Blood-Injection Phobia</w:t>
            </w:r>
          </w:p>
        </w:tc>
        <w:tc>
          <w:tcPr>
            <w:tcW w:w="1088" w:type="dxa"/>
            <w:tcBorders>
              <w:top w:val="nil"/>
              <w:left w:val="nil"/>
              <w:bottom w:val="nil"/>
              <w:right w:val="nil"/>
            </w:tcBorders>
            <w:vAlign w:val="bottom"/>
          </w:tcPr>
          <w:p w14:paraId="1CCBCADB" w14:textId="793A733A"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-0.01</w:t>
            </w:r>
          </w:p>
        </w:tc>
        <w:tc>
          <w:tcPr>
            <w:tcW w:w="987" w:type="dxa"/>
            <w:tcBorders>
              <w:top w:val="nil"/>
              <w:left w:val="nil"/>
              <w:bottom w:val="nil"/>
              <w:right w:val="nil"/>
            </w:tcBorders>
            <w:vAlign w:val="bottom"/>
          </w:tcPr>
          <w:p w14:paraId="5131E622" w14:textId="49B42D83"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-0.05</w:t>
            </w:r>
          </w:p>
        </w:tc>
        <w:tc>
          <w:tcPr>
            <w:tcW w:w="1277" w:type="dxa"/>
            <w:tcBorders>
              <w:top w:val="nil"/>
              <w:left w:val="nil"/>
              <w:bottom w:val="nil"/>
              <w:right w:val="nil"/>
            </w:tcBorders>
            <w:vAlign w:val="bottom"/>
          </w:tcPr>
          <w:p w14:paraId="0256977F" w14:textId="3E3E38BF"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0.04</w:t>
            </w:r>
          </w:p>
        </w:tc>
        <w:tc>
          <w:tcPr>
            <w:tcW w:w="686" w:type="dxa"/>
            <w:tcBorders>
              <w:top w:val="nil"/>
              <w:left w:val="nil"/>
              <w:bottom w:val="nil"/>
              <w:right w:val="nil"/>
            </w:tcBorders>
            <w:vAlign w:val="bottom"/>
          </w:tcPr>
          <w:p w14:paraId="4EFEA140" w14:textId="36B61699"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0.32</w:t>
            </w:r>
          </w:p>
        </w:tc>
        <w:tc>
          <w:tcPr>
            <w:tcW w:w="779" w:type="dxa"/>
            <w:tcBorders>
              <w:top w:val="nil"/>
              <w:left w:val="nil"/>
              <w:bottom w:val="nil"/>
              <w:right w:val="nil"/>
            </w:tcBorders>
            <w:vAlign w:val="bottom"/>
          </w:tcPr>
          <w:p w14:paraId="197D0459" w14:textId="1209E6DC"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0.11</w:t>
            </w:r>
          </w:p>
        </w:tc>
        <w:tc>
          <w:tcPr>
            <w:tcW w:w="1294" w:type="dxa"/>
            <w:tcBorders>
              <w:top w:val="nil"/>
              <w:left w:val="nil"/>
              <w:bottom w:val="nil"/>
              <w:right w:val="nil"/>
            </w:tcBorders>
            <w:vAlign w:val="bottom"/>
          </w:tcPr>
          <w:p w14:paraId="6C1C8A9E" w14:textId="56E7CCDD"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0.04</w:t>
            </w:r>
          </w:p>
        </w:tc>
      </w:tr>
      <w:tr w:rsidR="005222F8" w:rsidRPr="00D115AA" w14:paraId="4C8716FC" w14:textId="77777777" w:rsidTr="002D4CB5">
        <w:tc>
          <w:tcPr>
            <w:tcW w:w="2112" w:type="dxa"/>
            <w:vAlign w:val="bottom"/>
          </w:tcPr>
          <w:p w14:paraId="7BC0ED0A" w14:textId="1E9CBE50"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Social Anxiety </w:t>
            </w:r>
          </w:p>
        </w:tc>
        <w:tc>
          <w:tcPr>
            <w:tcW w:w="1088" w:type="dxa"/>
            <w:tcBorders>
              <w:top w:val="nil"/>
              <w:left w:val="nil"/>
              <w:bottom w:val="nil"/>
              <w:right w:val="nil"/>
            </w:tcBorders>
            <w:vAlign w:val="bottom"/>
          </w:tcPr>
          <w:p w14:paraId="33529B75" w14:textId="60B9AF94"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0.12</w:t>
            </w:r>
          </w:p>
        </w:tc>
        <w:tc>
          <w:tcPr>
            <w:tcW w:w="987" w:type="dxa"/>
            <w:tcBorders>
              <w:top w:val="nil"/>
              <w:left w:val="nil"/>
              <w:bottom w:val="nil"/>
              <w:right w:val="nil"/>
            </w:tcBorders>
            <w:vAlign w:val="bottom"/>
          </w:tcPr>
          <w:p w14:paraId="0322B6E4" w14:textId="44748C01"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0.29</w:t>
            </w:r>
          </w:p>
        </w:tc>
        <w:tc>
          <w:tcPr>
            <w:tcW w:w="1277" w:type="dxa"/>
            <w:tcBorders>
              <w:top w:val="nil"/>
              <w:left w:val="nil"/>
              <w:bottom w:val="nil"/>
              <w:right w:val="nil"/>
            </w:tcBorders>
            <w:vAlign w:val="bottom"/>
          </w:tcPr>
          <w:p w14:paraId="65CF0512" w14:textId="1BFEE4D1"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-0.10</w:t>
            </w:r>
          </w:p>
        </w:tc>
        <w:tc>
          <w:tcPr>
            <w:tcW w:w="686" w:type="dxa"/>
            <w:tcBorders>
              <w:top w:val="nil"/>
              <w:left w:val="nil"/>
              <w:bottom w:val="nil"/>
              <w:right w:val="nil"/>
            </w:tcBorders>
            <w:vAlign w:val="bottom"/>
          </w:tcPr>
          <w:p w14:paraId="52025EE1" w14:textId="47923E7F" w:rsidR="005222F8" w:rsidRPr="002D4CB5" w:rsidRDefault="005222F8" w:rsidP="005222F8">
            <w:pPr>
              <w:rPr>
                <w:rFonts w:ascii="Times New Roman" w:hAnsi="Times New Roman" w:cs="Times New Roman"/>
                <w:b/>
                <w:bCs/>
                <w:sz w:val="20"/>
                <w:szCs w:val="20"/>
              </w:rPr>
            </w:pPr>
            <w:r w:rsidRPr="002D4CB5">
              <w:rPr>
                <w:rFonts w:ascii="Times New Roman" w:hAnsi="Times New Roman" w:cs="Times New Roman"/>
                <w:b/>
                <w:bCs/>
                <w:sz w:val="20"/>
                <w:szCs w:val="20"/>
              </w:rPr>
              <w:t>0.32</w:t>
            </w:r>
          </w:p>
        </w:tc>
        <w:tc>
          <w:tcPr>
            <w:tcW w:w="779" w:type="dxa"/>
            <w:tcBorders>
              <w:top w:val="nil"/>
              <w:left w:val="nil"/>
              <w:bottom w:val="nil"/>
              <w:right w:val="nil"/>
            </w:tcBorders>
            <w:vAlign w:val="bottom"/>
          </w:tcPr>
          <w:p w14:paraId="3FFEB854" w14:textId="1C9A956F"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0.09</w:t>
            </w:r>
          </w:p>
        </w:tc>
        <w:tc>
          <w:tcPr>
            <w:tcW w:w="1294" w:type="dxa"/>
            <w:tcBorders>
              <w:top w:val="nil"/>
              <w:left w:val="nil"/>
              <w:bottom w:val="nil"/>
              <w:right w:val="nil"/>
            </w:tcBorders>
            <w:vAlign w:val="bottom"/>
          </w:tcPr>
          <w:p w14:paraId="29F23925" w14:textId="1343E072" w:rsidR="005222F8" w:rsidRPr="002D4CB5" w:rsidRDefault="005222F8" w:rsidP="005222F8">
            <w:pPr>
              <w:rPr>
                <w:rFonts w:ascii="Times New Roman" w:hAnsi="Times New Roman" w:cs="Times New Roman"/>
                <w:sz w:val="20"/>
                <w:szCs w:val="20"/>
              </w:rPr>
            </w:pPr>
            <w:r w:rsidRPr="002D4CB5">
              <w:rPr>
                <w:rFonts w:ascii="Times New Roman" w:hAnsi="Times New Roman" w:cs="Times New Roman"/>
                <w:sz w:val="20"/>
                <w:szCs w:val="20"/>
              </w:rPr>
              <w:t>0.18</w:t>
            </w:r>
          </w:p>
        </w:tc>
      </w:tr>
      <w:tr w:rsidR="000863AC" w:rsidRPr="00D115AA" w14:paraId="72E7FDF6" w14:textId="77777777" w:rsidTr="002D4CB5">
        <w:tc>
          <w:tcPr>
            <w:tcW w:w="2112" w:type="dxa"/>
            <w:vAlign w:val="bottom"/>
          </w:tcPr>
          <w:p w14:paraId="678A1BAC" w14:textId="69DC91B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Dissociation </w:t>
            </w:r>
          </w:p>
        </w:tc>
        <w:tc>
          <w:tcPr>
            <w:tcW w:w="1088" w:type="dxa"/>
            <w:tcBorders>
              <w:top w:val="nil"/>
              <w:left w:val="nil"/>
              <w:bottom w:val="nil"/>
              <w:right w:val="nil"/>
            </w:tcBorders>
            <w:vAlign w:val="bottom"/>
          </w:tcPr>
          <w:p w14:paraId="3854820E" w14:textId="34E89F85"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0.06</w:t>
            </w:r>
          </w:p>
        </w:tc>
        <w:tc>
          <w:tcPr>
            <w:tcW w:w="987" w:type="dxa"/>
            <w:tcBorders>
              <w:top w:val="nil"/>
              <w:left w:val="nil"/>
              <w:bottom w:val="nil"/>
              <w:right w:val="nil"/>
            </w:tcBorders>
            <w:vAlign w:val="bottom"/>
          </w:tcPr>
          <w:p w14:paraId="1D0E347F" w14:textId="3C74120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0.08</w:t>
            </w:r>
          </w:p>
        </w:tc>
        <w:tc>
          <w:tcPr>
            <w:tcW w:w="1277" w:type="dxa"/>
            <w:tcBorders>
              <w:top w:val="nil"/>
              <w:left w:val="nil"/>
              <w:bottom w:val="nil"/>
              <w:right w:val="nil"/>
            </w:tcBorders>
            <w:vAlign w:val="bottom"/>
          </w:tcPr>
          <w:p w14:paraId="4500A4B5" w14:textId="347C4EE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c>
          <w:tcPr>
            <w:tcW w:w="686" w:type="dxa"/>
            <w:tcBorders>
              <w:top w:val="nil"/>
              <w:left w:val="nil"/>
              <w:bottom w:val="nil"/>
              <w:right w:val="nil"/>
            </w:tcBorders>
            <w:vAlign w:val="bottom"/>
          </w:tcPr>
          <w:p w14:paraId="44BB92EA" w14:textId="4F00691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0.17</w:t>
            </w:r>
          </w:p>
        </w:tc>
        <w:tc>
          <w:tcPr>
            <w:tcW w:w="779" w:type="dxa"/>
            <w:tcBorders>
              <w:top w:val="nil"/>
              <w:left w:val="nil"/>
              <w:bottom w:val="nil"/>
              <w:right w:val="nil"/>
            </w:tcBorders>
            <w:vAlign w:val="bottom"/>
          </w:tcPr>
          <w:p w14:paraId="6AFFE8B5" w14:textId="0D801362"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0.60</w:t>
            </w:r>
          </w:p>
        </w:tc>
        <w:tc>
          <w:tcPr>
            <w:tcW w:w="1294" w:type="dxa"/>
            <w:tcBorders>
              <w:top w:val="nil"/>
              <w:left w:val="nil"/>
              <w:bottom w:val="nil"/>
              <w:right w:val="nil"/>
            </w:tcBorders>
            <w:vAlign w:val="bottom"/>
          </w:tcPr>
          <w:p w14:paraId="768F4F74" w14:textId="592274B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0.16</w:t>
            </w:r>
          </w:p>
        </w:tc>
      </w:tr>
      <w:tr w:rsidR="000863AC" w:rsidRPr="00D115AA" w14:paraId="08B30FC0" w14:textId="77777777" w:rsidTr="002D4CB5">
        <w:tc>
          <w:tcPr>
            <w:tcW w:w="2112" w:type="dxa"/>
            <w:vAlign w:val="bottom"/>
          </w:tcPr>
          <w:p w14:paraId="2825BBE1" w14:textId="1376CF3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Conversion Symptoms  </w:t>
            </w:r>
          </w:p>
        </w:tc>
        <w:tc>
          <w:tcPr>
            <w:tcW w:w="1088" w:type="dxa"/>
            <w:tcBorders>
              <w:top w:val="nil"/>
              <w:left w:val="nil"/>
              <w:bottom w:val="nil"/>
              <w:right w:val="nil"/>
            </w:tcBorders>
            <w:vAlign w:val="bottom"/>
          </w:tcPr>
          <w:p w14:paraId="4AA57D35" w14:textId="1BA1EB2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987" w:type="dxa"/>
            <w:tcBorders>
              <w:top w:val="nil"/>
              <w:left w:val="nil"/>
              <w:bottom w:val="nil"/>
              <w:right w:val="nil"/>
            </w:tcBorders>
            <w:vAlign w:val="bottom"/>
          </w:tcPr>
          <w:p w14:paraId="49C12542" w14:textId="486B90D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-0.18</w:t>
            </w:r>
          </w:p>
        </w:tc>
        <w:tc>
          <w:tcPr>
            <w:tcW w:w="1277" w:type="dxa"/>
            <w:tcBorders>
              <w:top w:val="nil"/>
              <w:left w:val="nil"/>
              <w:bottom w:val="nil"/>
              <w:right w:val="nil"/>
            </w:tcBorders>
            <w:vAlign w:val="bottom"/>
          </w:tcPr>
          <w:p w14:paraId="11BF2800" w14:textId="527AF81F"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sz w:val="20"/>
                <w:szCs w:val="20"/>
              </w:rPr>
              <w:t>-0.05</w:t>
            </w:r>
          </w:p>
        </w:tc>
        <w:tc>
          <w:tcPr>
            <w:tcW w:w="686" w:type="dxa"/>
            <w:tcBorders>
              <w:top w:val="nil"/>
              <w:left w:val="nil"/>
              <w:bottom w:val="nil"/>
              <w:right w:val="nil"/>
            </w:tcBorders>
            <w:vAlign w:val="bottom"/>
          </w:tcPr>
          <w:p w14:paraId="6D6E455D" w14:textId="1FB931C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0.12</w:t>
            </w:r>
          </w:p>
        </w:tc>
        <w:tc>
          <w:tcPr>
            <w:tcW w:w="779" w:type="dxa"/>
            <w:tcBorders>
              <w:top w:val="nil"/>
              <w:left w:val="nil"/>
              <w:bottom w:val="nil"/>
              <w:right w:val="nil"/>
            </w:tcBorders>
            <w:vAlign w:val="bottom"/>
          </w:tcPr>
          <w:p w14:paraId="3A67F7EC" w14:textId="0BF1D1CE"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0.59</w:t>
            </w:r>
          </w:p>
        </w:tc>
        <w:tc>
          <w:tcPr>
            <w:tcW w:w="1294" w:type="dxa"/>
            <w:tcBorders>
              <w:top w:val="nil"/>
              <w:left w:val="nil"/>
              <w:bottom w:val="nil"/>
              <w:right w:val="nil"/>
            </w:tcBorders>
            <w:vAlign w:val="bottom"/>
          </w:tcPr>
          <w:p w14:paraId="419EEB3B" w14:textId="46F146A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0.07</w:t>
            </w:r>
          </w:p>
        </w:tc>
      </w:tr>
      <w:tr w:rsidR="000863AC" w:rsidRPr="00D115AA" w14:paraId="00D5D305" w14:textId="77777777" w:rsidTr="002D4CB5">
        <w:tc>
          <w:tcPr>
            <w:tcW w:w="2112" w:type="dxa"/>
            <w:vAlign w:val="bottom"/>
          </w:tcPr>
          <w:p w14:paraId="18BAD1B5" w14:textId="78C1A60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Appetite Loss </w:t>
            </w:r>
          </w:p>
        </w:tc>
        <w:tc>
          <w:tcPr>
            <w:tcW w:w="1088" w:type="dxa"/>
            <w:tcBorders>
              <w:top w:val="nil"/>
              <w:left w:val="nil"/>
              <w:bottom w:val="nil"/>
              <w:right w:val="nil"/>
            </w:tcBorders>
            <w:vAlign w:val="bottom"/>
          </w:tcPr>
          <w:p w14:paraId="520BCA6B" w14:textId="557D775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0.07</w:t>
            </w:r>
          </w:p>
        </w:tc>
        <w:tc>
          <w:tcPr>
            <w:tcW w:w="987" w:type="dxa"/>
            <w:tcBorders>
              <w:top w:val="nil"/>
              <w:left w:val="nil"/>
              <w:bottom w:val="nil"/>
              <w:right w:val="nil"/>
            </w:tcBorders>
            <w:vAlign w:val="bottom"/>
          </w:tcPr>
          <w:p w14:paraId="29615785" w14:textId="2F3C3B3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0.23</w:t>
            </w:r>
          </w:p>
        </w:tc>
        <w:tc>
          <w:tcPr>
            <w:tcW w:w="1277" w:type="dxa"/>
            <w:tcBorders>
              <w:top w:val="nil"/>
              <w:left w:val="nil"/>
              <w:bottom w:val="nil"/>
              <w:right w:val="nil"/>
            </w:tcBorders>
            <w:vAlign w:val="bottom"/>
          </w:tcPr>
          <w:p w14:paraId="16674B55" w14:textId="332AE16D"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sz w:val="20"/>
                <w:szCs w:val="20"/>
              </w:rPr>
              <w:t>0.11</w:t>
            </w:r>
          </w:p>
        </w:tc>
        <w:tc>
          <w:tcPr>
            <w:tcW w:w="686" w:type="dxa"/>
            <w:tcBorders>
              <w:top w:val="nil"/>
              <w:left w:val="nil"/>
              <w:bottom w:val="nil"/>
              <w:right w:val="nil"/>
            </w:tcBorders>
            <w:vAlign w:val="bottom"/>
          </w:tcPr>
          <w:p w14:paraId="13C1B055" w14:textId="7D2E99B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0.06</w:t>
            </w:r>
          </w:p>
        </w:tc>
        <w:tc>
          <w:tcPr>
            <w:tcW w:w="779" w:type="dxa"/>
            <w:tcBorders>
              <w:top w:val="nil"/>
              <w:left w:val="nil"/>
              <w:bottom w:val="nil"/>
              <w:right w:val="nil"/>
            </w:tcBorders>
            <w:vAlign w:val="bottom"/>
          </w:tcPr>
          <w:p w14:paraId="0896660E" w14:textId="54E73497"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0.46</w:t>
            </w:r>
          </w:p>
        </w:tc>
        <w:tc>
          <w:tcPr>
            <w:tcW w:w="1294" w:type="dxa"/>
            <w:tcBorders>
              <w:top w:val="nil"/>
              <w:left w:val="nil"/>
              <w:bottom w:val="nil"/>
              <w:right w:val="nil"/>
            </w:tcBorders>
            <w:vAlign w:val="bottom"/>
          </w:tcPr>
          <w:p w14:paraId="0CD5CAE8" w14:textId="633D96E2"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-0.04</w:t>
            </w:r>
          </w:p>
        </w:tc>
      </w:tr>
      <w:tr w:rsidR="000863AC" w:rsidRPr="00D115AA" w14:paraId="625B5313" w14:textId="77777777" w:rsidTr="002D4CB5">
        <w:tc>
          <w:tcPr>
            <w:tcW w:w="2112" w:type="dxa"/>
            <w:vAlign w:val="bottom"/>
          </w:tcPr>
          <w:p w14:paraId="534A847C" w14:textId="3A29025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NSSI    </w:t>
            </w:r>
          </w:p>
        </w:tc>
        <w:tc>
          <w:tcPr>
            <w:tcW w:w="1088" w:type="dxa"/>
            <w:tcBorders>
              <w:top w:val="nil"/>
              <w:left w:val="nil"/>
              <w:bottom w:val="nil"/>
              <w:right w:val="nil"/>
            </w:tcBorders>
            <w:vAlign w:val="bottom"/>
          </w:tcPr>
          <w:p w14:paraId="6CC97B76" w14:textId="3C1DBA2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0.12</w:t>
            </w:r>
          </w:p>
        </w:tc>
        <w:tc>
          <w:tcPr>
            <w:tcW w:w="987" w:type="dxa"/>
            <w:tcBorders>
              <w:top w:val="nil"/>
              <w:left w:val="nil"/>
              <w:bottom w:val="nil"/>
              <w:right w:val="nil"/>
            </w:tcBorders>
            <w:vAlign w:val="bottom"/>
          </w:tcPr>
          <w:p w14:paraId="089245B9" w14:textId="34AA861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0.19</w:t>
            </w:r>
          </w:p>
        </w:tc>
        <w:tc>
          <w:tcPr>
            <w:tcW w:w="1277" w:type="dxa"/>
            <w:tcBorders>
              <w:top w:val="nil"/>
              <w:left w:val="nil"/>
              <w:bottom w:val="nil"/>
              <w:right w:val="nil"/>
            </w:tcBorders>
            <w:vAlign w:val="bottom"/>
          </w:tcPr>
          <w:p w14:paraId="6E89743D" w14:textId="6D5C2002"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sz w:val="20"/>
                <w:szCs w:val="20"/>
              </w:rPr>
              <w:t>0.10</w:t>
            </w:r>
          </w:p>
        </w:tc>
        <w:tc>
          <w:tcPr>
            <w:tcW w:w="686" w:type="dxa"/>
            <w:tcBorders>
              <w:top w:val="nil"/>
              <w:left w:val="nil"/>
              <w:bottom w:val="nil"/>
              <w:right w:val="nil"/>
            </w:tcBorders>
            <w:vAlign w:val="bottom"/>
          </w:tcPr>
          <w:p w14:paraId="2A3D448B" w14:textId="26EC531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-0.07</w:t>
            </w:r>
          </w:p>
        </w:tc>
        <w:tc>
          <w:tcPr>
            <w:tcW w:w="779" w:type="dxa"/>
            <w:tcBorders>
              <w:top w:val="nil"/>
              <w:left w:val="nil"/>
              <w:bottom w:val="nil"/>
              <w:right w:val="nil"/>
            </w:tcBorders>
            <w:vAlign w:val="bottom"/>
          </w:tcPr>
          <w:p w14:paraId="0B7B500E" w14:textId="6B0F22F7"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0.46</w:t>
            </w:r>
          </w:p>
        </w:tc>
        <w:tc>
          <w:tcPr>
            <w:tcW w:w="1294" w:type="dxa"/>
            <w:tcBorders>
              <w:top w:val="nil"/>
              <w:left w:val="nil"/>
              <w:bottom w:val="nil"/>
              <w:right w:val="nil"/>
            </w:tcBorders>
            <w:vAlign w:val="bottom"/>
          </w:tcPr>
          <w:p w14:paraId="14BAEE79" w14:textId="7EE98CA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r>
      <w:tr w:rsidR="000863AC" w:rsidRPr="00D115AA" w14:paraId="105CA6E4" w14:textId="77777777" w:rsidTr="002D4CB5">
        <w:tc>
          <w:tcPr>
            <w:tcW w:w="2112" w:type="dxa"/>
            <w:vAlign w:val="bottom"/>
          </w:tcPr>
          <w:p w14:paraId="3B7B6683" w14:textId="5F1723A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Panic </w:t>
            </w:r>
          </w:p>
        </w:tc>
        <w:tc>
          <w:tcPr>
            <w:tcW w:w="1088" w:type="dxa"/>
            <w:tcBorders>
              <w:top w:val="nil"/>
              <w:left w:val="nil"/>
              <w:bottom w:val="nil"/>
              <w:right w:val="nil"/>
            </w:tcBorders>
            <w:vAlign w:val="bottom"/>
          </w:tcPr>
          <w:p w14:paraId="0818738E" w14:textId="4335FF4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0.13</w:t>
            </w:r>
          </w:p>
        </w:tc>
        <w:tc>
          <w:tcPr>
            <w:tcW w:w="987" w:type="dxa"/>
            <w:tcBorders>
              <w:top w:val="nil"/>
              <w:left w:val="nil"/>
              <w:bottom w:val="nil"/>
              <w:right w:val="nil"/>
            </w:tcBorders>
            <w:vAlign w:val="bottom"/>
          </w:tcPr>
          <w:p w14:paraId="2D15B866" w14:textId="2B775E9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0.20</w:t>
            </w:r>
          </w:p>
        </w:tc>
        <w:tc>
          <w:tcPr>
            <w:tcW w:w="1277" w:type="dxa"/>
            <w:tcBorders>
              <w:top w:val="nil"/>
              <w:left w:val="nil"/>
              <w:bottom w:val="nil"/>
              <w:right w:val="nil"/>
            </w:tcBorders>
            <w:vAlign w:val="bottom"/>
          </w:tcPr>
          <w:p w14:paraId="354FE22B" w14:textId="195D76D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0.06</w:t>
            </w:r>
          </w:p>
        </w:tc>
        <w:tc>
          <w:tcPr>
            <w:tcW w:w="686" w:type="dxa"/>
            <w:tcBorders>
              <w:top w:val="nil"/>
              <w:left w:val="nil"/>
              <w:bottom w:val="nil"/>
              <w:right w:val="nil"/>
            </w:tcBorders>
            <w:vAlign w:val="bottom"/>
          </w:tcPr>
          <w:p w14:paraId="54A45F8A" w14:textId="30708678"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0.37</w:t>
            </w:r>
          </w:p>
        </w:tc>
        <w:tc>
          <w:tcPr>
            <w:tcW w:w="779" w:type="dxa"/>
            <w:tcBorders>
              <w:top w:val="nil"/>
              <w:left w:val="nil"/>
              <w:bottom w:val="nil"/>
              <w:right w:val="nil"/>
            </w:tcBorders>
            <w:vAlign w:val="bottom"/>
          </w:tcPr>
          <w:p w14:paraId="40F21BC2" w14:textId="1CC33BAE"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0.45</w:t>
            </w:r>
          </w:p>
        </w:tc>
        <w:tc>
          <w:tcPr>
            <w:tcW w:w="1294" w:type="dxa"/>
            <w:tcBorders>
              <w:top w:val="nil"/>
              <w:left w:val="nil"/>
              <w:bottom w:val="nil"/>
              <w:right w:val="nil"/>
            </w:tcBorders>
            <w:vAlign w:val="bottom"/>
          </w:tcPr>
          <w:p w14:paraId="231FA729" w14:textId="7B561A9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r>
      <w:tr w:rsidR="000863AC" w:rsidRPr="00D115AA" w14:paraId="7E58FADC" w14:textId="77777777" w:rsidTr="002D4CB5">
        <w:tc>
          <w:tcPr>
            <w:tcW w:w="2112" w:type="dxa"/>
            <w:vAlign w:val="bottom"/>
          </w:tcPr>
          <w:p w14:paraId="0A687216" w14:textId="50384E9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Nightmares </w:t>
            </w:r>
          </w:p>
        </w:tc>
        <w:tc>
          <w:tcPr>
            <w:tcW w:w="1088" w:type="dxa"/>
            <w:tcBorders>
              <w:top w:val="nil"/>
              <w:left w:val="nil"/>
              <w:bottom w:val="nil"/>
              <w:right w:val="nil"/>
            </w:tcBorders>
            <w:vAlign w:val="bottom"/>
          </w:tcPr>
          <w:p w14:paraId="63ED5CCE" w14:textId="286C6FD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0.09</w:t>
            </w:r>
          </w:p>
        </w:tc>
        <w:tc>
          <w:tcPr>
            <w:tcW w:w="987" w:type="dxa"/>
            <w:tcBorders>
              <w:top w:val="nil"/>
              <w:left w:val="nil"/>
              <w:bottom w:val="nil"/>
              <w:right w:val="nil"/>
            </w:tcBorders>
            <w:vAlign w:val="bottom"/>
          </w:tcPr>
          <w:p w14:paraId="240E2820" w14:textId="40C3136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0.13</w:t>
            </w:r>
          </w:p>
        </w:tc>
        <w:tc>
          <w:tcPr>
            <w:tcW w:w="1277" w:type="dxa"/>
            <w:tcBorders>
              <w:top w:val="nil"/>
              <w:left w:val="nil"/>
              <w:bottom w:val="nil"/>
              <w:right w:val="nil"/>
            </w:tcBorders>
            <w:vAlign w:val="bottom"/>
          </w:tcPr>
          <w:p w14:paraId="4E260C92" w14:textId="5C82608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0.07</w:t>
            </w:r>
          </w:p>
        </w:tc>
        <w:tc>
          <w:tcPr>
            <w:tcW w:w="686" w:type="dxa"/>
            <w:tcBorders>
              <w:top w:val="nil"/>
              <w:left w:val="nil"/>
              <w:bottom w:val="nil"/>
              <w:right w:val="nil"/>
            </w:tcBorders>
            <w:vAlign w:val="bottom"/>
          </w:tcPr>
          <w:p w14:paraId="24BD18AE" w14:textId="7F6EE57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0.24</w:t>
            </w:r>
          </w:p>
        </w:tc>
        <w:tc>
          <w:tcPr>
            <w:tcW w:w="779" w:type="dxa"/>
            <w:tcBorders>
              <w:top w:val="nil"/>
              <w:left w:val="nil"/>
              <w:bottom w:val="nil"/>
              <w:right w:val="nil"/>
            </w:tcBorders>
            <w:vAlign w:val="bottom"/>
          </w:tcPr>
          <w:p w14:paraId="0568844F" w14:textId="4D0F702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0.45</w:t>
            </w:r>
          </w:p>
        </w:tc>
        <w:tc>
          <w:tcPr>
            <w:tcW w:w="1294" w:type="dxa"/>
            <w:tcBorders>
              <w:top w:val="nil"/>
              <w:left w:val="nil"/>
              <w:bottom w:val="nil"/>
              <w:right w:val="nil"/>
            </w:tcBorders>
            <w:vAlign w:val="bottom"/>
          </w:tcPr>
          <w:p w14:paraId="15A88DEA" w14:textId="41433B6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-0.04</w:t>
            </w:r>
          </w:p>
        </w:tc>
      </w:tr>
      <w:tr w:rsidR="000863AC" w:rsidRPr="00D115AA" w14:paraId="24D6E65F" w14:textId="77777777" w:rsidTr="002D4CB5">
        <w:tc>
          <w:tcPr>
            <w:tcW w:w="2112" w:type="dxa"/>
            <w:vAlign w:val="bottom"/>
          </w:tcPr>
          <w:p w14:paraId="0EB8CB5C" w14:textId="7DE04C9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Hallucinations</w:t>
            </w:r>
          </w:p>
        </w:tc>
        <w:tc>
          <w:tcPr>
            <w:tcW w:w="1088" w:type="dxa"/>
            <w:tcBorders>
              <w:top w:val="nil"/>
              <w:left w:val="nil"/>
              <w:bottom w:val="nil"/>
              <w:right w:val="nil"/>
            </w:tcBorders>
            <w:vAlign w:val="bottom"/>
          </w:tcPr>
          <w:p w14:paraId="625E2EA2" w14:textId="6C60202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987" w:type="dxa"/>
            <w:tcBorders>
              <w:top w:val="nil"/>
              <w:left w:val="nil"/>
              <w:bottom w:val="nil"/>
              <w:right w:val="nil"/>
            </w:tcBorders>
            <w:vAlign w:val="bottom"/>
          </w:tcPr>
          <w:p w14:paraId="522FEF1E" w14:textId="3BEECFF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-0.15</w:t>
            </w:r>
          </w:p>
        </w:tc>
        <w:tc>
          <w:tcPr>
            <w:tcW w:w="1277" w:type="dxa"/>
            <w:tcBorders>
              <w:top w:val="nil"/>
              <w:left w:val="nil"/>
              <w:bottom w:val="nil"/>
              <w:right w:val="nil"/>
            </w:tcBorders>
            <w:vAlign w:val="bottom"/>
          </w:tcPr>
          <w:p w14:paraId="13F52BD1" w14:textId="2F423B2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686" w:type="dxa"/>
            <w:tcBorders>
              <w:top w:val="nil"/>
              <w:left w:val="nil"/>
              <w:bottom w:val="nil"/>
              <w:right w:val="nil"/>
            </w:tcBorders>
            <w:vAlign w:val="bottom"/>
          </w:tcPr>
          <w:p w14:paraId="3F9EA334" w14:textId="3E7F682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0.06</w:t>
            </w:r>
          </w:p>
        </w:tc>
        <w:tc>
          <w:tcPr>
            <w:tcW w:w="779" w:type="dxa"/>
            <w:tcBorders>
              <w:top w:val="nil"/>
              <w:left w:val="nil"/>
              <w:bottom w:val="nil"/>
              <w:right w:val="nil"/>
            </w:tcBorders>
            <w:vAlign w:val="bottom"/>
          </w:tcPr>
          <w:p w14:paraId="43E7D729" w14:textId="4E7C1ED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0.43</w:t>
            </w:r>
          </w:p>
        </w:tc>
        <w:tc>
          <w:tcPr>
            <w:tcW w:w="1294" w:type="dxa"/>
            <w:tcBorders>
              <w:top w:val="nil"/>
              <w:left w:val="nil"/>
              <w:bottom w:val="nil"/>
              <w:right w:val="nil"/>
            </w:tcBorders>
            <w:vAlign w:val="bottom"/>
          </w:tcPr>
          <w:p w14:paraId="30360E7F" w14:textId="5FACECE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0.22</w:t>
            </w:r>
          </w:p>
        </w:tc>
      </w:tr>
      <w:tr w:rsidR="000863AC" w:rsidRPr="00D115AA" w14:paraId="7E407738" w14:textId="77777777" w:rsidTr="002D4CB5">
        <w:tc>
          <w:tcPr>
            <w:tcW w:w="2112" w:type="dxa"/>
            <w:vAlign w:val="bottom"/>
          </w:tcPr>
          <w:p w14:paraId="1469FCBE" w14:textId="5097240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Restricted Eating</w:t>
            </w:r>
          </w:p>
        </w:tc>
        <w:tc>
          <w:tcPr>
            <w:tcW w:w="1088" w:type="dxa"/>
            <w:tcBorders>
              <w:top w:val="nil"/>
              <w:left w:val="nil"/>
              <w:bottom w:val="nil"/>
              <w:right w:val="nil"/>
            </w:tcBorders>
            <w:vAlign w:val="bottom"/>
          </w:tcPr>
          <w:p w14:paraId="4111CD1B" w14:textId="77F6261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0.11</w:t>
            </w:r>
          </w:p>
        </w:tc>
        <w:tc>
          <w:tcPr>
            <w:tcW w:w="987" w:type="dxa"/>
            <w:tcBorders>
              <w:top w:val="nil"/>
              <w:left w:val="nil"/>
              <w:bottom w:val="nil"/>
              <w:right w:val="nil"/>
            </w:tcBorders>
            <w:vAlign w:val="bottom"/>
          </w:tcPr>
          <w:p w14:paraId="62F6549B" w14:textId="409FA57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0.21</w:t>
            </w:r>
          </w:p>
        </w:tc>
        <w:tc>
          <w:tcPr>
            <w:tcW w:w="1277" w:type="dxa"/>
            <w:tcBorders>
              <w:top w:val="nil"/>
              <w:left w:val="nil"/>
              <w:bottom w:val="nil"/>
              <w:right w:val="nil"/>
            </w:tcBorders>
            <w:vAlign w:val="bottom"/>
          </w:tcPr>
          <w:p w14:paraId="1F18A94F" w14:textId="5B3032E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0.21</w:t>
            </w:r>
          </w:p>
        </w:tc>
        <w:tc>
          <w:tcPr>
            <w:tcW w:w="686" w:type="dxa"/>
            <w:tcBorders>
              <w:top w:val="nil"/>
              <w:left w:val="nil"/>
              <w:bottom w:val="nil"/>
              <w:right w:val="nil"/>
            </w:tcBorders>
            <w:vAlign w:val="bottom"/>
          </w:tcPr>
          <w:p w14:paraId="1023FDDD" w14:textId="121B912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779" w:type="dxa"/>
            <w:tcBorders>
              <w:top w:val="nil"/>
              <w:left w:val="nil"/>
              <w:bottom w:val="nil"/>
              <w:right w:val="nil"/>
            </w:tcBorders>
            <w:vAlign w:val="bottom"/>
          </w:tcPr>
          <w:p w14:paraId="4FCEC9AC" w14:textId="5FBD585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0.42</w:t>
            </w:r>
          </w:p>
        </w:tc>
        <w:tc>
          <w:tcPr>
            <w:tcW w:w="1294" w:type="dxa"/>
            <w:tcBorders>
              <w:top w:val="nil"/>
              <w:left w:val="nil"/>
              <w:bottom w:val="nil"/>
              <w:right w:val="nil"/>
            </w:tcBorders>
            <w:vAlign w:val="bottom"/>
          </w:tcPr>
          <w:p w14:paraId="4B1BA2C7" w14:textId="7E1AE145"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r>
      <w:tr w:rsidR="000863AC" w:rsidRPr="00D115AA" w14:paraId="21870151" w14:textId="77777777" w:rsidTr="002D4CB5">
        <w:tc>
          <w:tcPr>
            <w:tcW w:w="2112" w:type="dxa"/>
            <w:vAlign w:val="bottom"/>
          </w:tcPr>
          <w:p w14:paraId="5C6022F8" w14:textId="0D6D186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Trauma Reactions</w:t>
            </w:r>
          </w:p>
        </w:tc>
        <w:tc>
          <w:tcPr>
            <w:tcW w:w="1088" w:type="dxa"/>
            <w:tcBorders>
              <w:top w:val="nil"/>
              <w:left w:val="nil"/>
              <w:bottom w:val="nil"/>
              <w:right w:val="nil"/>
            </w:tcBorders>
            <w:vAlign w:val="bottom"/>
          </w:tcPr>
          <w:p w14:paraId="6F2A6BDE" w14:textId="21A2849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987" w:type="dxa"/>
            <w:tcBorders>
              <w:top w:val="nil"/>
              <w:left w:val="nil"/>
              <w:bottom w:val="nil"/>
              <w:right w:val="nil"/>
            </w:tcBorders>
            <w:vAlign w:val="bottom"/>
          </w:tcPr>
          <w:p w14:paraId="49791371" w14:textId="37944D8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0.10</w:t>
            </w:r>
          </w:p>
        </w:tc>
        <w:tc>
          <w:tcPr>
            <w:tcW w:w="1277" w:type="dxa"/>
            <w:tcBorders>
              <w:top w:val="nil"/>
              <w:left w:val="nil"/>
              <w:bottom w:val="nil"/>
              <w:right w:val="nil"/>
            </w:tcBorders>
            <w:vAlign w:val="bottom"/>
          </w:tcPr>
          <w:p w14:paraId="44EBB031" w14:textId="7588055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0.04</w:t>
            </w:r>
          </w:p>
        </w:tc>
        <w:tc>
          <w:tcPr>
            <w:tcW w:w="686" w:type="dxa"/>
            <w:tcBorders>
              <w:top w:val="nil"/>
              <w:left w:val="nil"/>
              <w:bottom w:val="nil"/>
              <w:right w:val="nil"/>
            </w:tcBorders>
            <w:vAlign w:val="bottom"/>
          </w:tcPr>
          <w:p w14:paraId="20D30EFC" w14:textId="3724E8A6"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0.31</w:t>
            </w:r>
          </w:p>
        </w:tc>
        <w:tc>
          <w:tcPr>
            <w:tcW w:w="779" w:type="dxa"/>
            <w:tcBorders>
              <w:top w:val="nil"/>
              <w:left w:val="nil"/>
              <w:bottom w:val="nil"/>
              <w:right w:val="nil"/>
            </w:tcBorders>
            <w:vAlign w:val="bottom"/>
          </w:tcPr>
          <w:p w14:paraId="5BF2A273" w14:textId="32B6AD5C"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0.38</w:t>
            </w:r>
          </w:p>
        </w:tc>
        <w:tc>
          <w:tcPr>
            <w:tcW w:w="1294" w:type="dxa"/>
            <w:tcBorders>
              <w:top w:val="nil"/>
              <w:left w:val="nil"/>
              <w:bottom w:val="nil"/>
              <w:right w:val="nil"/>
            </w:tcBorders>
            <w:vAlign w:val="bottom"/>
          </w:tcPr>
          <w:p w14:paraId="064F0BDE" w14:textId="27094B7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0.17</w:t>
            </w:r>
          </w:p>
        </w:tc>
      </w:tr>
      <w:tr w:rsidR="000863AC" w:rsidRPr="00D115AA" w14:paraId="2444CDA4" w14:textId="77777777" w:rsidTr="002D4CB5">
        <w:tc>
          <w:tcPr>
            <w:tcW w:w="2112" w:type="dxa"/>
            <w:vAlign w:val="bottom"/>
          </w:tcPr>
          <w:p w14:paraId="7D251F35" w14:textId="7BEA86E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Risky Sex </w:t>
            </w:r>
          </w:p>
        </w:tc>
        <w:tc>
          <w:tcPr>
            <w:tcW w:w="1088" w:type="dxa"/>
            <w:tcBorders>
              <w:top w:val="nil"/>
              <w:left w:val="nil"/>
              <w:bottom w:val="nil"/>
              <w:right w:val="nil"/>
            </w:tcBorders>
            <w:vAlign w:val="bottom"/>
          </w:tcPr>
          <w:p w14:paraId="142B2ACB" w14:textId="6088295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c>
          <w:tcPr>
            <w:tcW w:w="987" w:type="dxa"/>
            <w:tcBorders>
              <w:top w:val="nil"/>
              <w:left w:val="nil"/>
              <w:bottom w:val="nil"/>
              <w:right w:val="nil"/>
            </w:tcBorders>
            <w:vAlign w:val="bottom"/>
          </w:tcPr>
          <w:p w14:paraId="57156EDC" w14:textId="436796A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1277" w:type="dxa"/>
            <w:tcBorders>
              <w:top w:val="nil"/>
              <w:left w:val="nil"/>
              <w:bottom w:val="nil"/>
              <w:right w:val="nil"/>
            </w:tcBorders>
            <w:vAlign w:val="bottom"/>
          </w:tcPr>
          <w:p w14:paraId="6C4AC1D7" w14:textId="7D14F6F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0.18</w:t>
            </w:r>
          </w:p>
        </w:tc>
        <w:tc>
          <w:tcPr>
            <w:tcW w:w="686" w:type="dxa"/>
            <w:tcBorders>
              <w:top w:val="nil"/>
              <w:left w:val="nil"/>
              <w:bottom w:val="nil"/>
              <w:right w:val="nil"/>
            </w:tcBorders>
            <w:vAlign w:val="bottom"/>
          </w:tcPr>
          <w:p w14:paraId="0AFB3FBB" w14:textId="2613EF3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-0.20</w:t>
            </w:r>
          </w:p>
        </w:tc>
        <w:tc>
          <w:tcPr>
            <w:tcW w:w="779" w:type="dxa"/>
            <w:tcBorders>
              <w:top w:val="nil"/>
              <w:left w:val="nil"/>
              <w:bottom w:val="nil"/>
              <w:right w:val="nil"/>
            </w:tcBorders>
            <w:vAlign w:val="bottom"/>
          </w:tcPr>
          <w:p w14:paraId="63C8AEB1" w14:textId="701172FE"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0.37</w:t>
            </w:r>
          </w:p>
        </w:tc>
        <w:tc>
          <w:tcPr>
            <w:tcW w:w="1294" w:type="dxa"/>
            <w:tcBorders>
              <w:top w:val="nil"/>
              <w:left w:val="nil"/>
              <w:bottom w:val="nil"/>
              <w:right w:val="nil"/>
            </w:tcBorders>
            <w:vAlign w:val="bottom"/>
          </w:tcPr>
          <w:p w14:paraId="24E29A43" w14:textId="79F1B9A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0.10</w:t>
            </w:r>
          </w:p>
        </w:tc>
      </w:tr>
      <w:tr w:rsidR="000863AC" w:rsidRPr="00D115AA" w14:paraId="0807D97F" w14:textId="77777777" w:rsidTr="002D4CB5">
        <w:tc>
          <w:tcPr>
            <w:tcW w:w="2112" w:type="dxa"/>
            <w:vAlign w:val="bottom"/>
          </w:tcPr>
          <w:p w14:paraId="20EE6F56" w14:textId="25EE1AC2"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Manic Energy</w:t>
            </w:r>
          </w:p>
        </w:tc>
        <w:tc>
          <w:tcPr>
            <w:tcW w:w="1088" w:type="dxa"/>
            <w:tcBorders>
              <w:top w:val="nil"/>
              <w:left w:val="nil"/>
              <w:bottom w:val="nil"/>
              <w:right w:val="nil"/>
            </w:tcBorders>
            <w:vAlign w:val="bottom"/>
          </w:tcPr>
          <w:p w14:paraId="7631F4BB" w14:textId="314C97E5"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987" w:type="dxa"/>
            <w:tcBorders>
              <w:top w:val="nil"/>
              <w:left w:val="nil"/>
              <w:bottom w:val="nil"/>
              <w:right w:val="nil"/>
            </w:tcBorders>
            <w:vAlign w:val="bottom"/>
          </w:tcPr>
          <w:p w14:paraId="75869680" w14:textId="63250A1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-0.12</w:t>
            </w:r>
          </w:p>
        </w:tc>
        <w:tc>
          <w:tcPr>
            <w:tcW w:w="1277" w:type="dxa"/>
            <w:tcBorders>
              <w:top w:val="nil"/>
              <w:left w:val="nil"/>
              <w:bottom w:val="nil"/>
              <w:right w:val="nil"/>
            </w:tcBorders>
            <w:vAlign w:val="bottom"/>
          </w:tcPr>
          <w:p w14:paraId="4748B458" w14:textId="275694D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0.28</w:t>
            </w:r>
          </w:p>
        </w:tc>
        <w:tc>
          <w:tcPr>
            <w:tcW w:w="686" w:type="dxa"/>
            <w:tcBorders>
              <w:top w:val="nil"/>
              <w:left w:val="nil"/>
              <w:bottom w:val="nil"/>
              <w:right w:val="nil"/>
            </w:tcBorders>
            <w:vAlign w:val="bottom"/>
          </w:tcPr>
          <w:p w14:paraId="4B3B79F2" w14:textId="7887D96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0.04</w:t>
            </w:r>
          </w:p>
        </w:tc>
        <w:tc>
          <w:tcPr>
            <w:tcW w:w="779" w:type="dxa"/>
            <w:tcBorders>
              <w:top w:val="nil"/>
              <w:left w:val="nil"/>
              <w:bottom w:val="nil"/>
              <w:right w:val="nil"/>
            </w:tcBorders>
            <w:vAlign w:val="bottom"/>
          </w:tcPr>
          <w:p w14:paraId="43C21AEC" w14:textId="31843422"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0.35</w:t>
            </w:r>
          </w:p>
        </w:tc>
        <w:tc>
          <w:tcPr>
            <w:tcW w:w="1294" w:type="dxa"/>
            <w:tcBorders>
              <w:top w:val="nil"/>
              <w:left w:val="nil"/>
              <w:bottom w:val="nil"/>
              <w:right w:val="nil"/>
            </w:tcBorders>
            <w:vAlign w:val="bottom"/>
          </w:tcPr>
          <w:p w14:paraId="088F99B1" w14:textId="60CD11F2"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0.22</w:t>
            </w:r>
          </w:p>
        </w:tc>
      </w:tr>
      <w:tr w:rsidR="000863AC" w:rsidRPr="00D115AA" w14:paraId="71D63D08" w14:textId="77777777" w:rsidTr="002D4CB5">
        <w:tc>
          <w:tcPr>
            <w:tcW w:w="2112" w:type="dxa"/>
            <w:vAlign w:val="bottom"/>
          </w:tcPr>
          <w:p w14:paraId="446024A4" w14:textId="63BD2F5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Sex-Related Substance Use</w:t>
            </w:r>
          </w:p>
        </w:tc>
        <w:tc>
          <w:tcPr>
            <w:tcW w:w="1088" w:type="dxa"/>
            <w:tcBorders>
              <w:top w:val="nil"/>
              <w:left w:val="nil"/>
              <w:bottom w:val="nil"/>
              <w:right w:val="nil"/>
            </w:tcBorders>
            <w:vAlign w:val="bottom"/>
          </w:tcPr>
          <w:p w14:paraId="376A7282" w14:textId="34B9BA72"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0.28</w:t>
            </w:r>
          </w:p>
        </w:tc>
        <w:tc>
          <w:tcPr>
            <w:tcW w:w="987" w:type="dxa"/>
            <w:tcBorders>
              <w:top w:val="nil"/>
              <w:left w:val="nil"/>
              <w:bottom w:val="nil"/>
              <w:right w:val="nil"/>
            </w:tcBorders>
            <w:vAlign w:val="bottom"/>
          </w:tcPr>
          <w:p w14:paraId="09B7B148" w14:textId="2DFA8A4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1277" w:type="dxa"/>
            <w:tcBorders>
              <w:top w:val="nil"/>
              <w:left w:val="nil"/>
              <w:bottom w:val="nil"/>
              <w:right w:val="nil"/>
            </w:tcBorders>
            <w:vAlign w:val="bottom"/>
          </w:tcPr>
          <w:p w14:paraId="6718D8A4" w14:textId="078EDAD5"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0.09</w:t>
            </w:r>
          </w:p>
        </w:tc>
        <w:tc>
          <w:tcPr>
            <w:tcW w:w="686" w:type="dxa"/>
            <w:tcBorders>
              <w:top w:val="nil"/>
              <w:left w:val="nil"/>
              <w:bottom w:val="nil"/>
              <w:right w:val="nil"/>
            </w:tcBorders>
            <w:vAlign w:val="bottom"/>
          </w:tcPr>
          <w:p w14:paraId="3F3C0257" w14:textId="258AB7E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-0.23</w:t>
            </w:r>
          </w:p>
        </w:tc>
        <w:tc>
          <w:tcPr>
            <w:tcW w:w="779" w:type="dxa"/>
            <w:tcBorders>
              <w:top w:val="nil"/>
              <w:left w:val="nil"/>
              <w:bottom w:val="nil"/>
              <w:right w:val="nil"/>
            </w:tcBorders>
            <w:vAlign w:val="bottom"/>
          </w:tcPr>
          <w:p w14:paraId="7C32999F" w14:textId="5B432094"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0.35</w:t>
            </w:r>
          </w:p>
        </w:tc>
        <w:tc>
          <w:tcPr>
            <w:tcW w:w="1294" w:type="dxa"/>
            <w:tcBorders>
              <w:top w:val="nil"/>
              <w:left w:val="nil"/>
              <w:bottom w:val="nil"/>
              <w:right w:val="nil"/>
            </w:tcBorders>
            <w:vAlign w:val="bottom"/>
          </w:tcPr>
          <w:p w14:paraId="3C3C56AF" w14:textId="3FDFBB1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0.09</w:t>
            </w:r>
          </w:p>
        </w:tc>
      </w:tr>
      <w:tr w:rsidR="000863AC" w:rsidRPr="00D115AA" w14:paraId="11DBC2D5" w14:textId="77777777" w:rsidTr="002D4CB5">
        <w:tc>
          <w:tcPr>
            <w:tcW w:w="2112" w:type="dxa"/>
            <w:vAlign w:val="bottom"/>
          </w:tcPr>
          <w:p w14:paraId="1297BD5E" w14:textId="479547C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Restlessness</w:t>
            </w:r>
          </w:p>
        </w:tc>
        <w:tc>
          <w:tcPr>
            <w:tcW w:w="1088" w:type="dxa"/>
            <w:tcBorders>
              <w:top w:val="nil"/>
              <w:left w:val="nil"/>
              <w:bottom w:val="nil"/>
              <w:right w:val="nil"/>
            </w:tcBorders>
            <w:vAlign w:val="bottom"/>
          </w:tcPr>
          <w:p w14:paraId="624876F8" w14:textId="6AE364C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0.07</w:t>
            </w:r>
          </w:p>
        </w:tc>
        <w:tc>
          <w:tcPr>
            <w:tcW w:w="987" w:type="dxa"/>
            <w:tcBorders>
              <w:top w:val="nil"/>
              <w:left w:val="nil"/>
              <w:bottom w:val="nil"/>
              <w:right w:val="nil"/>
            </w:tcBorders>
            <w:vAlign w:val="bottom"/>
          </w:tcPr>
          <w:p w14:paraId="1108EE4D" w14:textId="1946915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0.12</w:t>
            </w:r>
          </w:p>
        </w:tc>
        <w:tc>
          <w:tcPr>
            <w:tcW w:w="1277" w:type="dxa"/>
            <w:tcBorders>
              <w:top w:val="nil"/>
              <w:left w:val="nil"/>
              <w:bottom w:val="nil"/>
              <w:right w:val="nil"/>
            </w:tcBorders>
            <w:vAlign w:val="bottom"/>
          </w:tcPr>
          <w:p w14:paraId="1EAAAA29" w14:textId="118BE2D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0.18</w:t>
            </w:r>
          </w:p>
        </w:tc>
        <w:tc>
          <w:tcPr>
            <w:tcW w:w="686" w:type="dxa"/>
            <w:tcBorders>
              <w:top w:val="nil"/>
              <w:left w:val="nil"/>
              <w:bottom w:val="nil"/>
              <w:right w:val="nil"/>
            </w:tcBorders>
            <w:vAlign w:val="bottom"/>
          </w:tcPr>
          <w:p w14:paraId="144EA47D" w14:textId="01C5D9C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0.09</w:t>
            </w:r>
          </w:p>
        </w:tc>
        <w:tc>
          <w:tcPr>
            <w:tcW w:w="779" w:type="dxa"/>
            <w:tcBorders>
              <w:top w:val="nil"/>
              <w:left w:val="nil"/>
              <w:bottom w:val="nil"/>
              <w:right w:val="nil"/>
            </w:tcBorders>
            <w:vAlign w:val="bottom"/>
          </w:tcPr>
          <w:p w14:paraId="28090EBA" w14:textId="0EEAF1F9"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0.33</w:t>
            </w:r>
          </w:p>
        </w:tc>
        <w:tc>
          <w:tcPr>
            <w:tcW w:w="1294" w:type="dxa"/>
            <w:tcBorders>
              <w:top w:val="nil"/>
              <w:left w:val="nil"/>
              <w:bottom w:val="nil"/>
              <w:right w:val="nil"/>
            </w:tcBorders>
            <w:vAlign w:val="bottom"/>
          </w:tcPr>
          <w:p w14:paraId="7E86BBB3" w14:textId="64F512A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0.13</w:t>
            </w:r>
          </w:p>
        </w:tc>
      </w:tr>
      <w:tr w:rsidR="000863AC" w:rsidRPr="00D115AA" w14:paraId="742280A5" w14:textId="77777777" w:rsidTr="002D4CB5">
        <w:tc>
          <w:tcPr>
            <w:tcW w:w="2112" w:type="dxa"/>
            <w:vAlign w:val="bottom"/>
          </w:tcPr>
          <w:p w14:paraId="32F4149F" w14:textId="337C1B6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Delusions</w:t>
            </w:r>
          </w:p>
        </w:tc>
        <w:tc>
          <w:tcPr>
            <w:tcW w:w="1088" w:type="dxa"/>
            <w:tcBorders>
              <w:top w:val="nil"/>
              <w:left w:val="nil"/>
              <w:bottom w:val="nil"/>
              <w:right w:val="nil"/>
            </w:tcBorders>
            <w:vAlign w:val="bottom"/>
          </w:tcPr>
          <w:p w14:paraId="58C7E250" w14:textId="6B62575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0.00</w:t>
            </w:r>
          </w:p>
        </w:tc>
        <w:tc>
          <w:tcPr>
            <w:tcW w:w="987" w:type="dxa"/>
            <w:tcBorders>
              <w:top w:val="nil"/>
              <w:left w:val="nil"/>
              <w:bottom w:val="nil"/>
              <w:right w:val="nil"/>
            </w:tcBorders>
            <w:vAlign w:val="bottom"/>
          </w:tcPr>
          <w:p w14:paraId="07420D01" w14:textId="1BE86CC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-0.18</w:t>
            </w:r>
          </w:p>
        </w:tc>
        <w:tc>
          <w:tcPr>
            <w:tcW w:w="1277" w:type="dxa"/>
            <w:tcBorders>
              <w:top w:val="nil"/>
              <w:left w:val="nil"/>
              <w:bottom w:val="nil"/>
              <w:right w:val="nil"/>
            </w:tcBorders>
            <w:vAlign w:val="bottom"/>
          </w:tcPr>
          <w:p w14:paraId="0BF98F19" w14:textId="5A97022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0.09</w:t>
            </w:r>
          </w:p>
        </w:tc>
        <w:tc>
          <w:tcPr>
            <w:tcW w:w="686" w:type="dxa"/>
            <w:tcBorders>
              <w:top w:val="nil"/>
              <w:left w:val="nil"/>
              <w:bottom w:val="nil"/>
              <w:right w:val="nil"/>
            </w:tcBorders>
            <w:vAlign w:val="bottom"/>
          </w:tcPr>
          <w:p w14:paraId="7FF35A3D" w14:textId="4D43B47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0.16</w:t>
            </w:r>
          </w:p>
        </w:tc>
        <w:tc>
          <w:tcPr>
            <w:tcW w:w="779" w:type="dxa"/>
            <w:tcBorders>
              <w:top w:val="nil"/>
              <w:left w:val="nil"/>
              <w:bottom w:val="nil"/>
              <w:right w:val="nil"/>
            </w:tcBorders>
            <w:vAlign w:val="bottom"/>
          </w:tcPr>
          <w:p w14:paraId="35D9E426" w14:textId="76831C77"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0.31</w:t>
            </w:r>
          </w:p>
        </w:tc>
        <w:tc>
          <w:tcPr>
            <w:tcW w:w="1294" w:type="dxa"/>
            <w:tcBorders>
              <w:top w:val="nil"/>
              <w:left w:val="nil"/>
              <w:bottom w:val="nil"/>
              <w:right w:val="nil"/>
            </w:tcBorders>
            <w:vAlign w:val="bottom"/>
          </w:tcPr>
          <w:p w14:paraId="031267BD" w14:textId="44106224"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sz w:val="20"/>
                <w:szCs w:val="20"/>
              </w:rPr>
              <w:t>0.18</w:t>
            </w:r>
          </w:p>
        </w:tc>
      </w:tr>
      <w:tr w:rsidR="000863AC" w:rsidRPr="00D115AA" w14:paraId="1DE82406" w14:textId="77777777" w:rsidTr="002D4CB5">
        <w:tc>
          <w:tcPr>
            <w:tcW w:w="2112" w:type="dxa"/>
            <w:vAlign w:val="bottom"/>
          </w:tcPr>
          <w:p w14:paraId="01BF90B0" w14:textId="34CA79B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Callousness </w:t>
            </w:r>
          </w:p>
        </w:tc>
        <w:tc>
          <w:tcPr>
            <w:tcW w:w="1088" w:type="dxa"/>
            <w:tcBorders>
              <w:top w:val="nil"/>
              <w:left w:val="nil"/>
              <w:bottom w:val="nil"/>
              <w:right w:val="nil"/>
            </w:tcBorders>
            <w:vAlign w:val="bottom"/>
          </w:tcPr>
          <w:p w14:paraId="2D1E6537" w14:textId="7E836C0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0.13</w:t>
            </w:r>
          </w:p>
        </w:tc>
        <w:tc>
          <w:tcPr>
            <w:tcW w:w="987" w:type="dxa"/>
            <w:tcBorders>
              <w:top w:val="nil"/>
              <w:left w:val="nil"/>
              <w:bottom w:val="nil"/>
              <w:right w:val="nil"/>
            </w:tcBorders>
            <w:vAlign w:val="bottom"/>
          </w:tcPr>
          <w:p w14:paraId="021DA815" w14:textId="7FC1FCC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1277" w:type="dxa"/>
            <w:tcBorders>
              <w:top w:val="nil"/>
              <w:left w:val="nil"/>
              <w:bottom w:val="nil"/>
              <w:right w:val="nil"/>
            </w:tcBorders>
            <w:vAlign w:val="bottom"/>
          </w:tcPr>
          <w:p w14:paraId="46C5E17B" w14:textId="580DF23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686" w:type="dxa"/>
            <w:tcBorders>
              <w:top w:val="nil"/>
              <w:left w:val="nil"/>
              <w:bottom w:val="nil"/>
              <w:right w:val="nil"/>
            </w:tcBorders>
            <w:vAlign w:val="bottom"/>
          </w:tcPr>
          <w:p w14:paraId="3067F9D6" w14:textId="6A02BAEB"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sz w:val="20"/>
                <w:szCs w:val="20"/>
              </w:rPr>
              <w:t>-0.01</w:t>
            </w:r>
          </w:p>
        </w:tc>
        <w:tc>
          <w:tcPr>
            <w:tcW w:w="779" w:type="dxa"/>
            <w:tcBorders>
              <w:top w:val="nil"/>
              <w:left w:val="nil"/>
              <w:bottom w:val="nil"/>
              <w:right w:val="nil"/>
            </w:tcBorders>
            <w:vAlign w:val="bottom"/>
          </w:tcPr>
          <w:p w14:paraId="1FE86288" w14:textId="2425392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1294" w:type="dxa"/>
            <w:tcBorders>
              <w:top w:val="nil"/>
              <w:left w:val="nil"/>
              <w:bottom w:val="nil"/>
              <w:right w:val="nil"/>
            </w:tcBorders>
            <w:vAlign w:val="bottom"/>
          </w:tcPr>
          <w:p w14:paraId="3118C271" w14:textId="3D86D6CF"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0.68</w:t>
            </w:r>
          </w:p>
        </w:tc>
      </w:tr>
      <w:tr w:rsidR="000863AC" w:rsidRPr="00D115AA" w14:paraId="71C3ECDD" w14:textId="77777777" w:rsidTr="002D4CB5">
        <w:tc>
          <w:tcPr>
            <w:tcW w:w="2112" w:type="dxa"/>
            <w:vAlign w:val="bottom"/>
          </w:tcPr>
          <w:p w14:paraId="7B3B10C1" w14:textId="481C5D8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Social Aggression </w:t>
            </w:r>
          </w:p>
        </w:tc>
        <w:tc>
          <w:tcPr>
            <w:tcW w:w="1088" w:type="dxa"/>
            <w:tcBorders>
              <w:top w:val="nil"/>
              <w:left w:val="nil"/>
              <w:bottom w:val="nil"/>
              <w:right w:val="nil"/>
            </w:tcBorders>
            <w:vAlign w:val="bottom"/>
          </w:tcPr>
          <w:p w14:paraId="23FEB4E6" w14:textId="7F9015D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987" w:type="dxa"/>
            <w:tcBorders>
              <w:top w:val="nil"/>
              <w:left w:val="nil"/>
              <w:bottom w:val="nil"/>
              <w:right w:val="nil"/>
            </w:tcBorders>
            <w:vAlign w:val="bottom"/>
          </w:tcPr>
          <w:p w14:paraId="7D6EADE6" w14:textId="6E39418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-0.10</w:t>
            </w:r>
          </w:p>
        </w:tc>
        <w:tc>
          <w:tcPr>
            <w:tcW w:w="1277" w:type="dxa"/>
            <w:tcBorders>
              <w:top w:val="nil"/>
              <w:left w:val="nil"/>
              <w:bottom w:val="nil"/>
              <w:right w:val="nil"/>
            </w:tcBorders>
            <w:vAlign w:val="bottom"/>
          </w:tcPr>
          <w:p w14:paraId="1A12424C" w14:textId="5218BE4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686" w:type="dxa"/>
            <w:tcBorders>
              <w:top w:val="nil"/>
              <w:left w:val="nil"/>
              <w:bottom w:val="nil"/>
              <w:right w:val="nil"/>
            </w:tcBorders>
            <w:vAlign w:val="bottom"/>
          </w:tcPr>
          <w:p w14:paraId="49862D1C" w14:textId="74B65EE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779" w:type="dxa"/>
            <w:tcBorders>
              <w:top w:val="nil"/>
              <w:left w:val="nil"/>
              <w:bottom w:val="nil"/>
              <w:right w:val="nil"/>
            </w:tcBorders>
            <w:vAlign w:val="bottom"/>
          </w:tcPr>
          <w:p w14:paraId="3B7D5A4C" w14:textId="4F993E6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0.06</w:t>
            </w:r>
          </w:p>
        </w:tc>
        <w:tc>
          <w:tcPr>
            <w:tcW w:w="1294" w:type="dxa"/>
            <w:tcBorders>
              <w:top w:val="nil"/>
              <w:left w:val="nil"/>
              <w:bottom w:val="nil"/>
              <w:right w:val="nil"/>
            </w:tcBorders>
            <w:vAlign w:val="bottom"/>
          </w:tcPr>
          <w:p w14:paraId="52FDE841" w14:textId="61326D7D"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0.57</w:t>
            </w:r>
          </w:p>
        </w:tc>
      </w:tr>
      <w:tr w:rsidR="000863AC" w:rsidRPr="00D115AA" w14:paraId="2EEE91F2" w14:textId="77777777" w:rsidTr="002D4CB5">
        <w:tc>
          <w:tcPr>
            <w:tcW w:w="2112" w:type="dxa"/>
            <w:vAlign w:val="bottom"/>
          </w:tcPr>
          <w:p w14:paraId="5FCBBE0F" w14:textId="2DB4906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Angry Hostility</w:t>
            </w:r>
          </w:p>
        </w:tc>
        <w:tc>
          <w:tcPr>
            <w:tcW w:w="1088" w:type="dxa"/>
            <w:tcBorders>
              <w:top w:val="nil"/>
              <w:left w:val="nil"/>
              <w:bottom w:val="nil"/>
              <w:right w:val="nil"/>
            </w:tcBorders>
            <w:vAlign w:val="bottom"/>
          </w:tcPr>
          <w:p w14:paraId="26473758" w14:textId="07D74FB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987" w:type="dxa"/>
            <w:tcBorders>
              <w:top w:val="nil"/>
              <w:left w:val="nil"/>
              <w:bottom w:val="nil"/>
              <w:right w:val="nil"/>
            </w:tcBorders>
            <w:vAlign w:val="bottom"/>
          </w:tcPr>
          <w:p w14:paraId="1522E20B" w14:textId="05F97CD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1277" w:type="dxa"/>
            <w:tcBorders>
              <w:top w:val="nil"/>
              <w:left w:val="nil"/>
              <w:bottom w:val="nil"/>
              <w:right w:val="nil"/>
            </w:tcBorders>
            <w:vAlign w:val="bottom"/>
          </w:tcPr>
          <w:p w14:paraId="764686E0" w14:textId="2DFE2B1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0.00</w:t>
            </w:r>
          </w:p>
        </w:tc>
        <w:tc>
          <w:tcPr>
            <w:tcW w:w="686" w:type="dxa"/>
            <w:tcBorders>
              <w:top w:val="nil"/>
              <w:left w:val="nil"/>
              <w:bottom w:val="nil"/>
              <w:right w:val="nil"/>
            </w:tcBorders>
            <w:vAlign w:val="bottom"/>
          </w:tcPr>
          <w:p w14:paraId="0AB13923" w14:textId="499E459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0.21</w:t>
            </w:r>
          </w:p>
        </w:tc>
        <w:tc>
          <w:tcPr>
            <w:tcW w:w="779" w:type="dxa"/>
            <w:tcBorders>
              <w:top w:val="nil"/>
              <w:left w:val="nil"/>
              <w:bottom w:val="nil"/>
              <w:right w:val="nil"/>
            </w:tcBorders>
            <w:vAlign w:val="bottom"/>
          </w:tcPr>
          <w:p w14:paraId="4BE9ADA2" w14:textId="5A70737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c>
          <w:tcPr>
            <w:tcW w:w="1294" w:type="dxa"/>
            <w:tcBorders>
              <w:top w:val="nil"/>
              <w:left w:val="nil"/>
              <w:bottom w:val="nil"/>
              <w:right w:val="nil"/>
            </w:tcBorders>
            <w:vAlign w:val="bottom"/>
          </w:tcPr>
          <w:p w14:paraId="5EB70959" w14:textId="426F7367"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0.53</w:t>
            </w:r>
          </w:p>
        </w:tc>
      </w:tr>
      <w:tr w:rsidR="000863AC" w:rsidRPr="00D115AA" w14:paraId="3A77DE15" w14:textId="77777777" w:rsidTr="002D4CB5">
        <w:tc>
          <w:tcPr>
            <w:tcW w:w="2112" w:type="dxa"/>
            <w:vAlign w:val="bottom"/>
          </w:tcPr>
          <w:p w14:paraId="40844776" w14:textId="5160B8E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Cynicism</w:t>
            </w:r>
          </w:p>
        </w:tc>
        <w:tc>
          <w:tcPr>
            <w:tcW w:w="1088" w:type="dxa"/>
            <w:tcBorders>
              <w:top w:val="nil"/>
              <w:left w:val="nil"/>
              <w:bottom w:val="nil"/>
              <w:right w:val="nil"/>
            </w:tcBorders>
            <w:vAlign w:val="bottom"/>
          </w:tcPr>
          <w:p w14:paraId="2DB661B9" w14:textId="67814FC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0.13</w:t>
            </w:r>
          </w:p>
        </w:tc>
        <w:tc>
          <w:tcPr>
            <w:tcW w:w="987" w:type="dxa"/>
            <w:tcBorders>
              <w:top w:val="nil"/>
              <w:left w:val="nil"/>
              <w:bottom w:val="nil"/>
              <w:right w:val="nil"/>
            </w:tcBorders>
            <w:vAlign w:val="bottom"/>
          </w:tcPr>
          <w:p w14:paraId="48CFB73F" w14:textId="11FF0F2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c>
          <w:tcPr>
            <w:tcW w:w="1277" w:type="dxa"/>
            <w:tcBorders>
              <w:top w:val="nil"/>
              <w:left w:val="nil"/>
              <w:bottom w:val="nil"/>
              <w:right w:val="nil"/>
            </w:tcBorders>
            <w:vAlign w:val="bottom"/>
          </w:tcPr>
          <w:p w14:paraId="63B5B8D6" w14:textId="5E08A54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0.06</w:t>
            </w:r>
          </w:p>
        </w:tc>
        <w:tc>
          <w:tcPr>
            <w:tcW w:w="686" w:type="dxa"/>
            <w:tcBorders>
              <w:top w:val="nil"/>
              <w:left w:val="nil"/>
              <w:bottom w:val="nil"/>
              <w:right w:val="nil"/>
            </w:tcBorders>
            <w:vAlign w:val="bottom"/>
          </w:tcPr>
          <w:p w14:paraId="4D80D87C" w14:textId="5A561449"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0.31</w:t>
            </w:r>
          </w:p>
        </w:tc>
        <w:tc>
          <w:tcPr>
            <w:tcW w:w="779" w:type="dxa"/>
            <w:tcBorders>
              <w:top w:val="nil"/>
              <w:left w:val="nil"/>
              <w:bottom w:val="nil"/>
              <w:right w:val="nil"/>
            </w:tcBorders>
            <w:vAlign w:val="bottom"/>
          </w:tcPr>
          <w:p w14:paraId="62FDF8B8" w14:textId="65D1BA8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0.00</w:t>
            </w:r>
          </w:p>
        </w:tc>
        <w:tc>
          <w:tcPr>
            <w:tcW w:w="1294" w:type="dxa"/>
            <w:tcBorders>
              <w:top w:val="nil"/>
              <w:left w:val="nil"/>
              <w:bottom w:val="nil"/>
              <w:right w:val="nil"/>
            </w:tcBorders>
            <w:vAlign w:val="bottom"/>
          </w:tcPr>
          <w:p w14:paraId="443B855B" w14:textId="5FAE98F6"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0.52</w:t>
            </w:r>
          </w:p>
        </w:tc>
      </w:tr>
      <w:tr w:rsidR="000863AC" w:rsidRPr="00D115AA" w14:paraId="3F1696EF" w14:textId="77777777" w:rsidTr="002D4CB5">
        <w:tc>
          <w:tcPr>
            <w:tcW w:w="2112" w:type="dxa"/>
            <w:vAlign w:val="bottom"/>
          </w:tcPr>
          <w:p w14:paraId="3C04DD2B" w14:textId="149CA192"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Oppositionality </w:t>
            </w:r>
          </w:p>
        </w:tc>
        <w:tc>
          <w:tcPr>
            <w:tcW w:w="1088" w:type="dxa"/>
            <w:tcBorders>
              <w:top w:val="nil"/>
              <w:left w:val="nil"/>
              <w:bottom w:val="nil"/>
              <w:right w:val="nil"/>
            </w:tcBorders>
            <w:vAlign w:val="bottom"/>
          </w:tcPr>
          <w:p w14:paraId="21A58C4C" w14:textId="50C01AB2"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987" w:type="dxa"/>
            <w:tcBorders>
              <w:top w:val="nil"/>
              <w:left w:val="nil"/>
              <w:bottom w:val="nil"/>
              <w:right w:val="nil"/>
            </w:tcBorders>
            <w:vAlign w:val="bottom"/>
          </w:tcPr>
          <w:p w14:paraId="6703F2A2" w14:textId="752FCC8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c>
          <w:tcPr>
            <w:tcW w:w="1277" w:type="dxa"/>
            <w:tcBorders>
              <w:top w:val="nil"/>
              <w:left w:val="nil"/>
              <w:bottom w:val="nil"/>
              <w:right w:val="nil"/>
            </w:tcBorders>
            <w:vAlign w:val="bottom"/>
          </w:tcPr>
          <w:p w14:paraId="1D802571" w14:textId="3A74084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686" w:type="dxa"/>
            <w:tcBorders>
              <w:top w:val="nil"/>
              <w:left w:val="nil"/>
              <w:bottom w:val="nil"/>
              <w:right w:val="nil"/>
            </w:tcBorders>
            <w:vAlign w:val="bottom"/>
          </w:tcPr>
          <w:p w14:paraId="58292BCD" w14:textId="116CF06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779" w:type="dxa"/>
            <w:tcBorders>
              <w:top w:val="nil"/>
              <w:left w:val="nil"/>
              <w:bottom w:val="nil"/>
              <w:right w:val="nil"/>
            </w:tcBorders>
            <w:vAlign w:val="bottom"/>
          </w:tcPr>
          <w:p w14:paraId="3E8249D0" w14:textId="74F442A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0.25</w:t>
            </w:r>
          </w:p>
        </w:tc>
        <w:tc>
          <w:tcPr>
            <w:tcW w:w="1294" w:type="dxa"/>
            <w:tcBorders>
              <w:top w:val="nil"/>
              <w:left w:val="nil"/>
              <w:bottom w:val="nil"/>
              <w:right w:val="nil"/>
            </w:tcBorders>
            <w:vAlign w:val="bottom"/>
          </w:tcPr>
          <w:p w14:paraId="27569172" w14:textId="0B65C07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0.49</w:t>
            </w:r>
          </w:p>
        </w:tc>
      </w:tr>
      <w:tr w:rsidR="000863AC" w:rsidRPr="00D115AA" w14:paraId="03BF096A" w14:textId="77777777" w:rsidTr="002D4CB5">
        <w:tc>
          <w:tcPr>
            <w:tcW w:w="2112" w:type="dxa"/>
            <w:vAlign w:val="bottom"/>
          </w:tcPr>
          <w:p w14:paraId="40FCB1DD" w14:textId="09B9440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Suspiciousness</w:t>
            </w:r>
          </w:p>
        </w:tc>
        <w:tc>
          <w:tcPr>
            <w:tcW w:w="1088" w:type="dxa"/>
            <w:tcBorders>
              <w:top w:val="nil"/>
              <w:left w:val="nil"/>
              <w:bottom w:val="nil"/>
              <w:right w:val="nil"/>
            </w:tcBorders>
            <w:vAlign w:val="bottom"/>
          </w:tcPr>
          <w:p w14:paraId="3940346B" w14:textId="6299D88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0.12</w:t>
            </w:r>
          </w:p>
        </w:tc>
        <w:tc>
          <w:tcPr>
            <w:tcW w:w="987" w:type="dxa"/>
            <w:tcBorders>
              <w:top w:val="nil"/>
              <w:left w:val="nil"/>
              <w:bottom w:val="nil"/>
              <w:right w:val="nil"/>
            </w:tcBorders>
            <w:vAlign w:val="bottom"/>
          </w:tcPr>
          <w:p w14:paraId="6F27C223" w14:textId="0778DFC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1277" w:type="dxa"/>
            <w:tcBorders>
              <w:top w:val="nil"/>
              <w:left w:val="nil"/>
              <w:bottom w:val="nil"/>
              <w:right w:val="nil"/>
            </w:tcBorders>
            <w:vAlign w:val="bottom"/>
          </w:tcPr>
          <w:p w14:paraId="634FADAD" w14:textId="1CA3AEE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686" w:type="dxa"/>
            <w:tcBorders>
              <w:top w:val="nil"/>
              <w:left w:val="nil"/>
              <w:bottom w:val="nil"/>
              <w:right w:val="nil"/>
            </w:tcBorders>
            <w:vAlign w:val="bottom"/>
          </w:tcPr>
          <w:p w14:paraId="02C6B485" w14:textId="7F9AA88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0.29</w:t>
            </w:r>
          </w:p>
        </w:tc>
        <w:tc>
          <w:tcPr>
            <w:tcW w:w="779" w:type="dxa"/>
            <w:tcBorders>
              <w:top w:val="nil"/>
              <w:left w:val="nil"/>
              <w:bottom w:val="nil"/>
              <w:right w:val="nil"/>
            </w:tcBorders>
            <w:vAlign w:val="bottom"/>
          </w:tcPr>
          <w:p w14:paraId="1C0810A9" w14:textId="19CB4BC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0.17</w:t>
            </w:r>
          </w:p>
        </w:tc>
        <w:tc>
          <w:tcPr>
            <w:tcW w:w="1294" w:type="dxa"/>
            <w:tcBorders>
              <w:top w:val="nil"/>
              <w:left w:val="nil"/>
              <w:bottom w:val="nil"/>
              <w:right w:val="nil"/>
            </w:tcBorders>
            <w:vAlign w:val="bottom"/>
          </w:tcPr>
          <w:p w14:paraId="7C73DBAA" w14:textId="32DF771D"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0.48</w:t>
            </w:r>
          </w:p>
        </w:tc>
      </w:tr>
      <w:tr w:rsidR="000863AC" w:rsidRPr="00D115AA" w14:paraId="2D285DB7" w14:textId="467B7E9C" w:rsidTr="002D4CB5">
        <w:tc>
          <w:tcPr>
            <w:tcW w:w="2112" w:type="dxa"/>
            <w:vAlign w:val="bottom"/>
          </w:tcPr>
          <w:p w14:paraId="6F130D44" w14:textId="3549F73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Entitlement </w:t>
            </w:r>
          </w:p>
        </w:tc>
        <w:tc>
          <w:tcPr>
            <w:tcW w:w="1088" w:type="dxa"/>
            <w:tcBorders>
              <w:top w:val="nil"/>
              <w:left w:val="nil"/>
              <w:bottom w:val="nil"/>
              <w:right w:val="nil"/>
            </w:tcBorders>
            <w:vAlign w:val="bottom"/>
          </w:tcPr>
          <w:p w14:paraId="48F0C9C3" w14:textId="3007F0B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sz w:val="20"/>
                <w:szCs w:val="20"/>
              </w:rPr>
              <w:t>0.09</w:t>
            </w:r>
          </w:p>
        </w:tc>
        <w:tc>
          <w:tcPr>
            <w:tcW w:w="987" w:type="dxa"/>
            <w:tcBorders>
              <w:top w:val="nil"/>
              <w:left w:val="nil"/>
              <w:bottom w:val="nil"/>
              <w:right w:val="nil"/>
            </w:tcBorders>
            <w:vAlign w:val="bottom"/>
          </w:tcPr>
          <w:p w14:paraId="5879126F" w14:textId="223A275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0.11</w:t>
            </w:r>
          </w:p>
        </w:tc>
        <w:tc>
          <w:tcPr>
            <w:tcW w:w="1277" w:type="dxa"/>
            <w:tcBorders>
              <w:top w:val="nil"/>
              <w:left w:val="nil"/>
              <w:bottom w:val="nil"/>
              <w:right w:val="nil"/>
            </w:tcBorders>
            <w:vAlign w:val="bottom"/>
          </w:tcPr>
          <w:p w14:paraId="37C508F0" w14:textId="1961A055"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0.43</w:t>
            </w:r>
          </w:p>
        </w:tc>
        <w:tc>
          <w:tcPr>
            <w:tcW w:w="686" w:type="dxa"/>
            <w:tcBorders>
              <w:top w:val="nil"/>
              <w:left w:val="nil"/>
              <w:bottom w:val="nil"/>
              <w:right w:val="nil"/>
            </w:tcBorders>
            <w:vAlign w:val="bottom"/>
          </w:tcPr>
          <w:p w14:paraId="1CF4A626" w14:textId="1A2F0B3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0.00</w:t>
            </w:r>
          </w:p>
        </w:tc>
        <w:tc>
          <w:tcPr>
            <w:tcW w:w="779" w:type="dxa"/>
            <w:tcBorders>
              <w:top w:val="nil"/>
              <w:left w:val="nil"/>
              <w:bottom w:val="nil"/>
              <w:right w:val="nil"/>
            </w:tcBorders>
            <w:vAlign w:val="bottom"/>
          </w:tcPr>
          <w:p w14:paraId="7096B3CD" w14:textId="77A07B3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-0.20</w:t>
            </w:r>
          </w:p>
        </w:tc>
        <w:tc>
          <w:tcPr>
            <w:tcW w:w="1294" w:type="dxa"/>
            <w:tcBorders>
              <w:top w:val="nil"/>
              <w:left w:val="nil"/>
              <w:bottom w:val="nil"/>
              <w:right w:val="nil"/>
            </w:tcBorders>
            <w:vAlign w:val="bottom"/>
          </w:tcPr>
          <w:p w14:paraId="607CC1EC" w14:textId="63D55C00"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0.47</w:t>
            </w:r>
          </w:p>
        </w:tc>
      </w:tr>
      <w:tr w:rsidR="000863AC" w:rsidRPr="00D115AA" w14:paraId="673BCB73" w14:textId="5D65AD50" w:rsidTr="002D4CB5">
        <w:tc>
          <w:tcPr>
            <w:tcW w:w="2112" w:type="dxa"/>
            <w:vAlign w:val="bottom"/>
          </w:tcPr>
          <w:p w14:paraId="00A00D4D" w14:textId="6A41565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Rigidity </w:t>
            </w:r>
          </w:p>
        </w:tc>
        <w:tc>
          <w:tcPr>
            <w:tcW w:w="1088" w:type="dxa"/>
            <w:tcBorders>
              <w:top w:val="nil"/>
              <w:left w:val="nil"/>
              <w:bottom w:val="nil"/>
              <w:right w:val="nil"/>
            </w:tcBorders>
            <w:vAlign w:val="bottom"/>
          </w:tcPr>
          <w:p w14:paraId="172AF1F5" w14:textId="67CEBD9B"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sz w:val="20"/>
                <w:szCs w:val="20"/>
              </w:rPr>
              <w:t>0.12</w:t>
            </w:r>
          </w:p>
        </w:tc>
        <w:tc>
          <w:tcPr>
            <w:tcW w:w="987" w:type="dxa"/>
            <w:tcBorders>
              <w:top w:val="nil"/>
              <w:left w:val="nil"/>
              <w:bottom w:val="nil"/>
              <w:right w:val="nil"/>
            </w:tcBorders>
            <w:vAlign w:val="bottom"/>
          </w:tcPr>
          <w:p w14:paraId="6590F335" w14:textId="7906C0B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0.16</w:t>
            </w:r>
          </w:p>
        </w:tc>
        <w:tc>
          <w:tcPr>
            <w:tcW w:w="1277" w:type="dxa"/>
            <w:tcBorders>
              <w:top w:val="nil"/>
              <w:left w:val="nil"/>
              <w:bottom w:val="nil"/>
              <w:right w:val="nil"/>
            </w:tcBorders>
            <w:vAlign w:val="bottom"/>
          </w:tcPr>
          <w:p w14:paraId="04CF2E3C" w14:textId="2AE52B5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0.19</w:t>
            </w:r>
          </w:p>
        </w:tc>
        <w:tc>
          <w:tcPr>
            <w:tcW w:w="686" w:type="dxa"/>
            <w:tcBorders>
              <w:top w:val="nil"/>
              <w:left w:val="nil"/>
              <w:bottom w:val="nil"/>
              <w:right w:val="nil"/>
            </w:tcBorders>
            <w:vAlign w:val="bottom"/>
          </w:tcPr>
          <w:p w14:paraId="1B2D53DE" w14:textId="34D874D5"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0.20</w:t>
            </w:r>
          </w:p>
        </w:tc>
        <w:tc>
          <w:tcPr>
            <w:tcW w:w="779" w:type="dxa"/>
            <w:tcBorders>
              <w:top w:val="nil"/>
              <w:left w:val="nil"/>
              <w:bottom w:val="nil"/>
              <w:right w:val="nil"/>
            </w:tcBorders>
            <w:vAlign w:val="bottom"/>
          </w:tcPr>
          <w:p w14:paraId="34F73B99" w14:textId="77EE725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-0.13</w:t>
            </w:r>
          </w:p>
        </w:tc>
        <w:tc>
          <w:tcPr>
            <w:tcW w:w="1294" w:type="dxa"/>
            <w:tcBorders>
              <w:top w:val="nil"/>
              <w:left w:val="nil"/>
              <w:bottom w:val="nil"/>
              <w:right w:val="nil"/>
            </w:tcBorders>
            <w:vAlign w:val="bottom"/>
          </w:tcPr>
          <w:p w14:paraId="0BB62F28" w14:textId="1DA7673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0.45</w:t>
            </w:r>
          </w:p>
        </w:tc>
      </w:tr>
      <w:tr w:rsidR="000863AC" w:rsidRPr="00D115AA" w14:paraId="50F3794B" w14:textId="77777777" w:rsidTr="002D4CB5">
        <w:tc>
          <w:tcPr>
            <w:tcW w:w="2112" w:type="dxa"/>
            <w:vAlign w:val="bottom"/>
          </w:tcPr>
          <w:p w14:paraId="6C2CA817" w14:textId="3C6F113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Non-</w:t>
            </w:r>
            <w:proofErr w:type="spellStart"/>
            <w:r w:rsidR="004C4FD8">
              <w:rPr>
                <w:rFonts w:ascii="Times New Roman" w:hAnsi="Times New Roman" w:cs="Times New Roman"/>
                <w:sz w:val="20"/>
                <w:szCs w:val="20"/>
              </w:rPr>
              <w:t>P</w:t>
            </w:r>
            <w:r w:rsidRPr="002D4CB5">
              <w:rPr>
                <w:rFonts w:ascii="Times New Roman" w:hAnsi="Times New Roman" w:cs="Times New Roman"/>
                <w:sz w:val="20"/>
                <w:szCs w:val="20"/>
              </w:rPr>
              <w:t>lanfulness</w:t>
            </w:r>
            <w:proofErr w:type="spellEnd"/>
          </w:p>
        </w:tc>
        <w:tc>
          <w:tcPr>
            <w:tcW w:w="1088" w:type="dxa"/>
            <w:tcBorders>
              <w:top w:val="nil"/>
              <w:left w:val="nil"/>
              <w:bottom w:val="nil"/>
              <w:right w:val="nil"/>
            </w:tcBorders>
            <w:vAlign w:val="bottom"/>
          </w:tcPr>
          <w:p w14:paraId="08397D8F" w14:textId="5A6D3AA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-0.02</w:t>
            </w:r>
          </w:p>
        </w:tc>
        <w:tc>
          <w:tcPr>
            <w:tcW w:w="987" w:type="dxa"/>
            <w:tcBorders>
              <w:top w:val="nil"/>
              <w:left w:val="nil"/>
              <w:bottom w:val="nil"/>
              <w:right w:val="nil"/>
            </w:tcBorders>
            <w:vAlign w:val="bottom"/>
          </w:tcPr>
          <w:p w14:paraId="20928C86" w14:textId="1F9AF32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0.24</w:t>
            </w:r>
          </w:p>
        </w:tc>
        <w:tc>
          <w:tcPr>
            <w:tcW w:w="1277" w:type="dxa"/>
            <w:tcBorders>
              <w:top w:val="nil"/>
              <w:left w:val="nil"/>
              <w:bottom w:val="nil"/>
              <w:right w:val="nil"/>
            </w:tcBorders>
            <w:vAlign w:val="bottom"/>
          </w:tcPr>
          <w:p w14:paraId="3125C5A6" w14:textId="0F0A65F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0.20</w:t>
            </w:r>
          </w:p>
        </w:tc>
        <w:tc>
          <w:tcPr>
            <w:tcW w:w="686" w:type="dxa"/>
            <w:tcBorders>
              <w:top w:val="nil"/>
              <w:left w:val="nil"/>
              <w:bottom w:val="nil"/>
              <w:right w:val="nil"/>
            </w:tcBorders>
            <w:vAlign w:val="bottom"/>
          </w:tcPr>
          <w:p w14:paraId="111C4A66" w14:textId="235BEAF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-0.11</w:t>
            </w:r>
          </w:p>
        </w:tc>
        <w:tc>
          <w:tcPr>
            <w:tcW w:w="779" w:type="dxa"/>
            <w:tcBorders>
              <w:top w:val="nil"/>
              <w:left w:val="nil"/>
              <w:bottom w:val="nil"/>
              <w:right w:val="nil"/>
            </w:tcBorders>
            <w:vAlign w:val="bottom"/>
          </w:tcPr>
          <w:p w14:paraId="055EDD69" w14:textId="26686F8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0.25</w:t>
            </w:r>
          </w:p>
        </w:tc>
        <w:tc>
          <w:tcPr>
            <w:tcW w:w="1294" w:type="dxa"/>
            <w:tcBorders>
              <w:top w:val="nil"/>
              <w:left w:val="nil"/>
              <w:bottom w:val="nil"/>
              <w:right w:val="nil"/>
            </w:tcBorders>
            <w:vAlign w:val="bottom"/>
          </w:tcPr>
          <w:p w14:paraId="2360BB05" w14:textId="71D53E01"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0.42</w:t>
            </w:r>
          </w:p>
        </w:tc>
      </w:tr>
      <w:tr w:rsidR="000863AC" w:rsidRPr="00D115AA" w14:paraId="56ED2041" w14:textId="77777777" w:rsidTr="002D4CB5">
        <w:tc>
          <w:tcPr>
            <w:tcW w:w="2112" w:type="dxa"/>
            <w:vAlign w:val="bottom"/>
          </w:tcPr>
          <w:p w14:paraId="1F1AFC00" w14:textId="25183BA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Manipulativeness </w:t>
            </w:r>
          </w:p>
        </w:tc>
        <w:tc>
          <w:tcPr>
            <w:tcW w:w="1088" w:type="dxa"/>
            <w:tcBorders>
              <w:top w:val="nil"/>
              <w:left w:val="nil"/>
              <w:bottom w:val="nil"/>
              <w:right w:val="nil"/>
            </w:tcBorders>
            <w:vAlign w:val="bottom"/>
          </w:tcPr>
          <w:p w14:paraId="694241F2" w14:textId="71E0FDF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0.04</w:t>
            </w:r>
          </w:p>
        </w:tc>
        <w:tc>
          <w:tcPr>
            <w:tcW w:w="987" w:type="dxa"/>
            <w:tcBorders>
              <w:top w:val="nil"/>
              <w:left w:val="nil"/>
              <w:bottom w:val="nil"/>
              <w:right w:val="nil"/>
            </w:tcBorders>
            <w:vAlign w:val="bottom"/>
          </w:tcPr>
          <w:p w14:paraId="2DE8D8BA" w14:textId="0D54909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1277" w:type="dxa"/>
            <w:tcBorders>
              <w:top w:val="nil"/>
              <w:left w:val="nil"/>
              <w:bottom w:val="nil"/>
              <w:right w:val="nil"/>
            </w:tcBorders>
            <w:vAlign w:val="bottom"/>
          </w:tcPr>
          <w:p w14:paraId="58CF1C0E" w14:textId="73E68DD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0.25</w:t>
            </w:r>
          </w:p>
        </w:tc>
        <w:tc>
          <w:tcPr>
            <w:tcW w:w="686" w:type="dxa"/>
            <w:tcBorders>
              <w:top w:val="nil"/>
              <w:left w:val="nil"/>
              <w:bottom w:val="nil"/>
              <w:right w:val="nil"/>
            </w:tcBorders>
            <w:vAlign w:val="bottom"/>
          </w:tcPr>
          <w:p w14:paraId="1C741FAD" w14:textId="3C9D548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-0.19</w:t>
            </w:r>
          </w:p>
        </w:tc>
        <w:tc>
          <w:tcPr>
            <w:tcW w:w="779" w:type="dxa"/>
            <w:tcBorders>
              <w:top w:val="nil"/>
              <w:left w:val="nil"/>
              <w:bottom w:val="nil"/>
              <w:right w:val="nil"/>
            </w:tcBorders>
            <w:vAlign w:val="bottom"/>
          </w:tcPr>
          <w:p w14:paraId="2DEFFA7A" w14:textId="4B2B96F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0.24</w:t>
            </w:r>
          </w:p>
        </w:tc>
        <w:tc>
          <w:tcPr>
            <w:tcW w:w="1294" w:type="dxa"/>
            <w:tcBorders>
              <w:top w:val="nil"/>
              <w:left w:val="nil"/>
              <w:bottom w:val="nil"/>
              <w:right w:val="nil"/>
            </w:tcBorders>
            <w:vAlign w:val="bottom"/>
          </w:tcPr>
          <w:p w14:paraId="6A68F0DC" w14:textId="7A67825F"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0.41</w:t>
            </w:r>
          </w:p>
        </w:tc>
      </w:tr>
      <w:tr w:rsidR="000863AC" w:rsidRPr="00D115AA" w14:paraId="257AADB2" w14:textId="77777777" w:rsidTr="002D4CB5">
        <w:tc>
          <w:tcPr>
            <w:tcW w:w="2112" w:type="dxa"/>
            <w:vAlign w:val="bottom"/>
          </w:tcPr>
          <w:p w14:paraId="2434DF23" w14:textId="095441C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Irritability </w:t>
            </w:r>
          </w:p>
        </w:tc>
        <w:tc>
          <w:tcPr>
            <w:tcW w:w="1088" w:type="dxa"/>
            <w:tcBorders>
              <w:top w:val="nil"/>
              <w:left w:val="nil"/>
              <w:bottom w:val="nil"/>
              <w:right w:val="nil"/>
            </w:tcBorders>
            <w:vAlign w:val="bottom"/>
          </w:tcPr>
          <w:p w14:paraId="1B60FEA2" w14:textId="0179702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0.11</w:t>
            </w:r>
          </w:p>
        </w:tc>
        <w:tc>
          <w:tcPr>
            <w:tcW w:w="987" w:type="dxa"/>
            <w:tcBorders>
              <w:top w:val="nil"/>
              <w:left w:val="nil"/>
              <w:bottom w:val="nil"/>
              <w:right w:val="nil"/>
            </w:tcBorders>
            <w:vAlign w:val="bottom"/>
          </w:tcPr>
          <w:p w14:paraId="73155A2D" w14:textId="0A298FB7"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0.37</w:t>
            </w:r>
          </w:p>
        </w:tc>
        <w:tc>
          <w:tcPr>
            <w:tcW w:w="1277" w:type="dxa"/>
            <w:tcBorders>
              <w:top w:val="nil"/>
              <w:left w:val="nil"/>
              <w:bottom w:val="nil"/>
              <w:right w:val="nil"/>
            </w:tcBorders>
            <w:vAlign w:val="bottom"/>
          </w:tcPr>
          <w:p w14:paraId="15315B93" w14:textId="4769648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686" w:type="dxa"/>
            <w:tcBorders>
              <w:top w:val="nil"/>
              <w:left w:val="nil"/>
              <w:bottom w:val="nil"/>
              <w:right w:val="nil"/>
            </w:tcBorders>
            <w:vAlign w:val="bottom"/>
          </w:tcPr>
          <w:p w14:paraId="2192C72F" w14:textId="7E81E76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0.25</w:t>
            </w:r>
          </w:p>
        </w:tc>
        <w:tc>
          <w:tcPr>
            <w:tcW w:w="779" w:type="dxa"/>
            <w:tcBorders>
              <w:top w:val="nil"/>
              <w:left w:val="nil"/>
              <w:bottom w:val="nil"/>
              <w:right w:val="nil"/>
            </w:tcBorders>
            <w:vAlign w:val="bottom"/>
          </w:tcPr>
          <w:p w14:paraId="16F01312" w14:textId="1B99CBD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-0.04</w:t>
            </w:r>
          </w:p>
        </w:tc>
        <w:tc>
          <w:tcPr>
            <w:tcW w:w="1294" w:type="dxa"/>
            <w:tcBorders>
              <w:top w:val="nil"/>
              <w:left w:val="nil"/>
              <w:bottom w:val="nil"/>
              <w:right w:val="nil"/>
            </w:tcBorders>
            <w:vAlign w:val="bottom"/>
          </w:tcPr>
          <w:p w14:paraId="13184779" w14:textId="6B789676"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0.38</w:t>
            </w:r>
          </w:p>
        </w:tc>
      </w:tr>
      <w:tr w:rsidR="000863AC" w:rsidRPr="00D115AA" w14:paraId="6A7219F6" w14:textId="1BCBFF7D" w:rsidTr="002D4CB5">
        <w:tc>
          <w:tcPr>
            <w:tcW w:w="2112" w:type="dxa"/>
            <w:vAlign w:val="bottom"/>
          </w:tcPr>
          <w:p w14:paraId="7BF8E446" w14:textId="5092A4D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Eccentricity </w:t>
            </w:r>
          </w:p>
        </w:tc>
        <w:tc>
          <w:tcPr>
            <w:tcW w:w="1088" w:type="dxa"/>
            <w:tcBorders>
              <w:top w:val="nil"/>
              <w:left w:val="nil"/>
              <w:bottom w:val="nil"/>
              <w:right w:val="nil"/>
            </w:tcBorders>
            <w:vAlign w:val="bottom"/>
          </w:tcPr>
          <w:p w14:paraId="165A480B" w14:textId="51F7873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987" w:type="dxa"/>
            <w:tcBorders>
              <w:top w:val="nil"/>
              <w:left w:val="nil"/>
              <w:bottom w:val="nil"/>
              <w:right w:val="nil"/>
            </w:tcBorders>
            <w:vAlign w:val="bottom"/>
          </w:tcPr>
          <w:p w14:paraId="208A9627" w14:textId="3DE0152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0.04</w:t>
            </w:r>
          </w:p>
        </w:tc>
        <w:tc>
          <w:tcPr>
            <w:tcW w:w="1277" w:type="dxa"/>
            <w:tcBorders>
              <w:top w:val="nil"/>
              <w:left w:val="nil"/>
              <w:bottom w:val="nil"/>
              <w:right w:val="nil"/>
            </w:tcBorders>
            <w:vAlign w:val="bottom"/>
          </w:tcPr>
          <w:p w14:paraId="7FAF2CEE" w14:textId="5D6C105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0.22</w:t>
            </w:r>
          </w:p>
        </w:tc>
        <w:tc>
          <w:tcPr>
            <w:tcW w:w="686" w:type="dxa"/>
            <w:tcBorders>
              <w:top w:val="nil"/>
              <w:left w:val="nil"/>
              <w:bottom w:val="nil"/>
              <w:right w:val="nil"/>
            </w:tcBorders>
            <w:vAlign w:val="bottom"/>
          </w:tcPr>
          <w:p w14:paraId="7E5BB3B3" w14:textId="6D1F52F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779" w:type="dxa"/>
            <w:tcBorders>
              <w:top w:val="nil"/>
              <w:left w:val="nil"/>
              <w:bottom w:val="nil"/>
              <w:right w:val="nil"/>
            </w:tcBorders>
            <w:vAlign w:val="bottom"/>
          </w:tcPr>
          <w:p w14:paraId="1F09C301" w14:textId="4A58223B"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0.33</w:t>
            </w:r>
          </w:p>
        </w:tc>
        <w:tc>
          <w:tcPr>
            <w:tcW w:w="1294" w:type="dxa"/>
            <w:tcBorders>
              <w:top w:val="nil"/>
              <w:left w:val="nil"/>
              <w:bottom w:val="nil"/>
              <w:right w:val="nil"/>
            </w:tcBorders>
            <w:vAlign w:val="bottom"/>
          </w:tcPr>
          <w:p w14:paraId="548AC345" w14:textId="7768FB29"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0.37</w:t>
            </w:r>
          </w:p>
        </w:tc>
      </w:tr>
      <w:tr w:rsidR="000863AC" w:rsidRPr="00D115AA" w14:paraId="148C4695" w14:textId="030661D7" w:rsidTr="002D4CB5">
        <w:tc>
          <w:tcPr>
            <w:tcW w:w="2112" w:type="dxa"/>
            <w:vAlign w:val="bottom"/>
          </w:tcPr>
          <w:p w14:paraId="75C47FDA" w14:textId="7470F06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Restricted Affectivity</w:t>
            </w:r>
          </w:p>
        </w:tc>
        <w:tc>
          <w:tcPr>
            <w:tcW w:w="1088" w:type="dxa"/>
            <w:tcBorders>
              <w:top w:val="nil"/>
              <w:left w:val="nil"/>
              <w:bottom w:val="nil"/>
              <w:right w:val="nil"/>
            </w:tcBorders>
            <w:vAlign w:val="bottom"/>
          </w:tcPr>
          <w:p w14:paraId="0E69D30C" w14:textId="4F507F7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0.26</w:t>
            </w:r>
          </w:p>
        </w:tc>
        <w:tc>
          <w:tcPr>
            <w:tcW w:w="987" w:type="dxa"/>
            <w:tcBorders>
              <w:top w:val="nil"/>
              <w:left w:val="nil"/>
              <w:bottom w:val="nil"/>
              <w:right w:val="nil"/>
            </w:tcBorders>
            <w:vAlign w:val="bottom"/>
          </w:tcPr>
          <w:p w14:paraId="0CD228C9" w14:textId="1A17674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1277" w:type="dxa"/>
            <w:tcBorders>
              <w:top w:val="nil"/>
              <w:left w:val="nil"/>
              <w:bottom w:val="nil"/>
              <w:right w:val="nil"/>
            </w:tcBorders>
            <w:vAlign w:val="bottom"/>
          </w:tcPr>
          <w:p w14:paraId="75736E0C" w14:textId="705A7AE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-0.06</w:t>
            </w:r>
          </w:p>
        </w:tc>
        <w:tc>
          <w:tcPr>
            <w:tcW w:w="686" w:type="dxa"/>
            <w:tcBorders>
              <w:top w:val="nil"/>
              <w:left w:val="nil"/>
              <w:bottom w:val="nil"/>
              <w:right w:val="nil"/>
            </w:tcBorders>
            <w:vAlign w:val="bottom"/>
          </w:tcPr>
          <w:p w14:paraId="6851CA0D" w14:textId="222DB9D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779" w:type="dxa"/>
            <w:tcBorders>
              <w:top w:val="nil"/>
              <w:left w:val="nil"/>
              <w:bottom w:val="nil"/>
              <w:right w:val="nil"/>
            </w:tcBorders>
            <w:vAlign w:val="bottom"/>
          </w:tcPr>
          <w:p w14:paraId="24C15321" w14:textId="485DF16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0.12</w:t>
            </w:r>
          </w:p>
        </w:tc>
        <w:tc>
          <w:tcPr>
            <w:tcW w:w="1294" w:type="dxa"/>
            <w:tcBorders>
              <w:top w:val="nil"/>
              <w:left w:val="nil"/>
              <w:bottom w:val="nil"/>
              <w:right w:val="nil"/>
            </w:tcBorders>
            <w:vAlign w:val="bottom"/>
          </w:tcPr>
          <w:p w14:paraId="279EDCE0" w14:textId="426728A2"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0.36</w:t>
            </w:r>
          </w:p>
        </w:tc>
      </w:tr>
      <w:tr w:rsidR="000863AC" w:rsidRPr="00D115AA" w14:paraId="778119E1" w14:textId="30FAFDDD" w:rsidTr="002D4CB5">
        <w:tc>
          <w:tcPr>
            <w:tcW w:w="2112" w:type="dxa"/>
            <w:vAlign w:val="bottom"/>
          </w:tcPr>
          <w:p w14:paraId="04647CB7" w14:textId="605531A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Romantic Disinterest </w:t>
            </w:r>
          </w:p>
        </w:tc>
        <w:tc>
          <w:tcPr>
            <w:tcW w:w="1088" w:type="dxa"/>
            <w:tcBorders>
              <w:top w:val="nil"/>
              <w:left w:val="nil"/>
              <w:bottom w:val="nil"/>
              <w:right w:val="nil"/>
            </w:tcBorders>
            <w:vAlign w:val="bottom"/>
          </w:tcPr>
          <w:p w14:paraId="1E11322D" w14:textId="1AC8640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0.23</w:t>
            </w:r>
          </w:p>
        </w:tc>
        <w:tc>
          <w:tcPr>
            <w:tcW w:w="987" w:type="dxa"/>
            <w:tcBorders>
              <w:top w:val="nil"/>
              <w:left w:val="nil"/>
              <w:bottom w:val="nil"/>
              <w:right w:val="nil"/>
            </w:tcBorders>
            <w:vAlign w:val="bottom"/>
          </w:tcPr>
          <w:p w14:paraId="14BEBCF2" w14:textId="3C78667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1277" w:type="dxa"/>
            <w:tcBorders>
              <w:top w:val="nil"/>
              <w:left w:val="nil"/>
              <w:bottom w:val="nil"/>
              <w:right w:val="nil"/>
            </w:tcBorders>
            <w:vAlign w:val="bottom"/>
          </w:tcPr>
          <w:p w14:paraId="74634629" w14:textId="192B31F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-0.18</w:t>
            </w:r>
          </w:p>
        </w:tc>
        <w:tc>
          <w:tcPr>
            <w:tcW w:w="686" w:type="dxa"/>
            <w:tcBorders>
              <w:top w:val="nil"/>
              <w:left w:val="nil"/>
              <w:bottom w:val="nil"/>
              <w:right w:val="nil"/>
            </w:tcBorders>
            <w:vAlign w:val="bottom"/>
          </w:tcPr>
          <w:p w14:paraId="1F878038" w14:textId="21200D4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0.10</w:t>
            </w:r>
          </w:p>
        </w:tc>
        <w:tc>
          <w:tcPr>
            <w:tcW w:w="779" w:type="dxa"/>
            <w:tcBorders>
              <w:top w:val="nil"/>
              <w:left w:val="nil"/>
              <w:bottom w:val="nil"/>
              <w:right w:val="nil"/>
            </w:tcBorders>
            <w:vAlign w:val="bottom"/>
          </w:tcPr>
          <w:p w14:paraId="2C4E986C" w14:textId="260B42A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-0.08</w:t>
            </w:r>
          </w:p>
        </w:tc>
        <w:tc>
          <w:tcPr>
            <w:tcW w:w="1294" w:type="dxa"/>
            <w:tcBorders>
              <w:top w:val="nil"/>
              <w:left w:val="nil"/>
              <w:bottom w:val="nil"/>
              <w:right w:val="nil"/>
            </w:tcBorders>
            <w:vAlign w:val="bottom"/>
          </w:tcPr>
          <w:p w14:paraId="5E3A23ED" w14:textId="16122B53"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0.36</w:t>
            </w:r>
          </w:p>
        </w:tc>
      </w:tr>
      <w:tr w:rsidR="000863AC" w:rsidRPr="00D115AA" w14:paraId="00AE37E4" w14:textId="4D53C22A" w:rsidTr="002D4CB5">
        <w:tc>
          <w:tcPr>
            <w:tcW w:w="2112" w:type="dxa"/>
            <w:vAlign w:val="bottom"/>
          </w:tcPr>
          <w:p w14:paraId="270A20D3" w14:textId="4D0B62A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Deceitfulness </w:t>
            </w:r>
          </w:p>
        </w:tc>
        <w:tc>
          <w:tcPr>
            <w:tcW w:w="1088" w:type="dxa"/>
            <w:tcBorders>
              <w:top w:val="nil"/>
              <w:left w:val="nil"/>
              <w:bottom w:val="nil"/>
              <w:right w:val="nil"/>
            </w:tcBorders>
            <w:vAlign w:val="bottom"/>
          </w:tcPr>
          <w:p w14:paraId="4A99FA25" w14:textId="02E59BD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0.10</w:t>
            </w:r>
          </w:p>
        </w:tc>
        <w:tc>
          <w:tcPr>
            <w:tcW w:w="987" w:type="dxa"/>
            <w:tcBorders>
              <w:top w:val="nil"/>
              <w:left w:val="nil"/>
              <w:bottom w:val="nil"/>
              <w:right w:val="nil"/>
            </w:tcBorders>
            <w:vAlign w:val="bottom"/>
          </w:tcPr>
          <w:p w14:paraId="101E3FD3" w14:textId="3EE54A4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1277" w:type="dxa"/>
            <w:tcBorders>
              <w:top w:val="nil"/>
              <w:left w:val="nil"/>
              <w:bottom w:val="nil"/>
              <w:right w:val="nil"/>
            </w:tcBorders>
            <w:vAlign w:val="bottom"/>
          </w:tcPr>
          <w:p w14:paraId="73834815" w14:textId="69B7C69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0.29</w:t>
            </w:r>
          </w:p>
        </w:tc>
        <w:tc>
          <w:tcPr>
            <w:tcW w:w="686" w:type="dxa"/>
            <w:tcBorders>
              <w:top w:val="nil"/>
              <w:left w:val="nil"/>
              <w:bottom w:val="nil"/>
              <w:right w:val="nil"/>
            </w:tcBorders>
            <w:vAlign w:val="bottom"/>
          </w:tcPr>
          <w:p w14:paraId="0E7143F2" w14:textId="7D71FE0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779" w:type="dxa"/>
            <w:tcBorders>
              <w:top w:val="nil"/>
              <w:left w:val="nil"/>
              <w:bottom w:val="nil"/>
              <w:right w:val="nil"/>
            </w:tcBorders>
            <w:vAlign w:val="bottom"/>
          </w:tcPr>
          <w:p w14:paraId="2A484733" w14:textId="409925B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0.11</w:t>
            </w:r>
          </w:p>
        </w:tc>
        <w:tc>
          <w:tcPr>
            <w:tcW w:w="1294" w:type="dxa"/>
            <w:tcBorders>
              <w:top w:val="nil"/>
              <w:left w:val="nil"/>
              <w:bottom w:val="nil"/>
              <w:right w:val="nil"/>
            </w:tcBorders>
            <w:vAlign w:val="bottom"/>
          </w:tcPr>
          <w:p w14:paraId="31E0306B" w14:textId="043B69C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0.33</w:t>
            </w:r>
          </w:p>
        </w:tc>
      </w:tr>
      <w:tr w:rsidR="000863AC" w:rsidRPr="00D115AA" w14:paraId="6FF0F9F2" w14:textId="11BD0810" w:rsidTr="002D4CB5">
        <w:tc>
          <w:tcPr>
            <w:tcW w:w="2112" w:type="dxa"/>
            <w:vAlign w:val="bottom"/>
          </w:tcPr>
          <w:p w14:paraId="36A2D017" w14:textId="089ACC2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Affective Lability</w:t>
            </w:r>
          </w:p>
        </w:tc>
        <w:tc>
          <w:tcPr>
            <w:tcW w:w="1088" w:type="dxa"/>
            <w:tcBorders>
              <w:top w:val="nil"/>
              <w:left w:val="nil"/>
              <w:bottom w:val="nil"/>
              <w:right w:val="nil"/>
            </w:tcBorders>
            <w:vAlign w:val="bottom"/>
          </w:tcPr>
          <w:p w14:paraId="1F15C6EB" w14:textId="61C9E6D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0.05</w:t>
            </w:r>
          </w:p>
        </w:tc>
        <w:tc>
          <w:tcPr>
            <w:tcW w:w="987" w:type="dxa"/>
            <w:tcBorders>
              <w:top w:val="nil"/>
              <w:left w:val="nil"/>
              <w:bottom w:val="nil"/>
              <w:right w:val="nil"/>
            </w:tcBorders>
            <w:vAlign w:val="bottom"/>
          </w:tcPr>
          <w:p w14:paraId="217CEC08" w14:textId="05A7133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0.27</w:t>
            </w:r>
          </w:p>
        </w:tc>
        <w:tc>
          <w:tcPr>
            <w:tcW w:w="1277" w:type="dxa"/>
            <w:tcBorders>
              <w:top w:val="nil"/>
              <w:left w:val="nil"/>
              <w:bottom w:val="nil"/>
              <w:right w:val="nil"/>
            </w:tcBorders>
            <w:vAlign w:val="bottom"/>
          </w:tcPr>
          <w:p w14:paraId="5077AD65" w14:textId="1031425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0.15</w:t>
            </w:r>
          </w:p>
        </w:tc>
        <w:tc>
          <w:tcPr>
            <w:tcW w:w="686" w:type="dxa"/>
            <w:tcBorders>
              <w:top w:val="nil"/>
              <w:left w:val="nil"/>
              <w:bottom w:val="nil"/>
              <w:right w:val="nil"/>
            </w:tcBorders>
            <w:vAlign w:val="bottom"/>
          </w:tcPr>
          <w:p w14:paraId="1A43E844" w14:textId="43303F5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0.12</w:t>
            </w:r>
          </w:p>
        </w:tc>
        <w:tc>
          <w:tcPr>
            <w:tcW w:w="779" w:type="dxa"/>
            <w:tcBorders>
              <w:top w:val="nil"/>
              <w:left w:val="nil"/>
              <w:bottom w:val="nil"/>
              <w:right w:val="nil"/>
            </w:tcBorders>
            <w:vAlign w:val="bottom"/>
          </w:tcPr>
          <w:p w14:paraId="3A3233BF" w14:textId="4B8AE548"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0.25</w:t>
            </w:r>
          </w:p>
        </w:tc>
        <w:tc>
          <w:tcPr>
            <w:tcW w:w="1294" w:type="dxa"/>
            <w:tcBorders>
              <w:top w:val="nil"/>
              <w:left w:val="nil"/>
              <w:bottom w:val="nil"/>
              <w:right w:val="nil"/>
            </w:tcBorders>
            <w:vAlign w:val="bottom"/>
          </w:tcPr>
          <w:p w14:paraId="32F80552" w14:textId="2DDD2C7F"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0.32</w:t>
            </w:r>
          </w:p>
        </w:tc>
      </w:tr>
      <w:tr w:rsidR="000863AC" w:rsidRPr="00D115AA" w14:paraId="07447C5B" w14:textId="3F34E488" w:rsidTr="002D4CB5">
        <w:tc>
          <w:tcPr>
            <w:tcW w:w="2112" w:type="dxa"/>
            <w:vAlign w:val="bottom"/>
          </w:tcPr>
          <w:p w14:paraId="7F86747C" w14:textId="6119FE5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lastRenderedPageBreak/>
              <w:t>Social Aloofness</w:t>
            </w:r>
          </w:p>
        </w:tc>
        <w:tc>
          <w:tcPr>
            <w:tcW w:w="1088" w:type="dxa"/>
            <w:tcBorders>
              <w:top w:val="nil"/>
              <w:left w:val="nil"/>
              <w:bottom w:val="nil"/>
              <w:right w:val="nil"/>
            </w:tcBorders>
            <w:vAlign w:val="bottom"/>
          </w:tcPr>
          <w:p w14:paraId="642FC5D6" w14:textId="4ECCAE76"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0.26</w:t>
            </w:r>
          </w:p>
        </w:tc>
        <w:tc>
          <w:tcPr>
            <w:tcW w:w="987" w:type="dxa"/>
            <w:tcBorders>
              <w:top w:val="nil"/>
              <w:left w:val="nil"/>
              <w:bottom w:val="nil"/>
              <w:right w:val="nil"/>
            </w:tcBorders>
            <w:vAlign w:val="bottom"/>
          </w:tcPr>
          <w:p w14:paraId="17C58846" w14:textId="4AE4B410"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0.25</w:t>
            </w:r>
          </w:p>
        </w:tc>
        <w:tc>
          <w:tcPr>
            <w:tcW w:w="1277" w:type="dxa"/>
            <w:tcBorders>
              <w:top w:val="nil"/>
              <w:left w:val="nil"/>
              <w:bottom w:val="nil"/>
              <w:right w:val="nil"/>
            </w:tcBorders>
            <w:vAlign w:val="bottom"/>
          </w:tcPr>
          <w:p w14:paraId="10099DA1" w14:textId="269E826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-0.23</w:t>
            </w:r>
          </w:p>
        </w:tc>
        <w:tc>
          <w:tcPr>
            <w:tcW w:w="686" w:type="dxa"/>
            <w:tcBorders>
              <w:top w:val="nil"/>
              <w:left w:val="nil"/>
              <w:bottom w:val="nil"/>
              <w:right w:val="nil"/>
            </w:tcBorders>
            <w:vAlign w:val="bottom"/>
          </w:tcPr>
          <w:p w14:paraId="5BF0E5CE" w14:textId="04CB3A2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0.26</w:t>
            </w:r>
          </w:p>
        </w:tc>
        <w:tc>
          <w:tcPr>
            <w:tcW w:w="779" w:type="dxa"/>
            <w:tcBorders>
              <w:top w:val="nil"/>
              <w:left w:val="nil"/>
              <w:bottom w:val="nil"/>
              <w:right w:val="nil"/>
            </w:tcBorders>
            <w:vAlign w:val="bottom"/>
          </w:tcPr>
          <w:p w14:paraId="43ACF224" w14:textId="36423D4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-0.09</w:t>
            </w:r>
          </w:p>
        </w:tc>
        <w:tc>
          <w:tcPr>
            <w:tcW w:w="1294" w:type="dxa"/>
            <w:tcBorders>
              <w:top w:val="nil"/>
              <w:left w:val="nil"/>
              <w:bottom w:val="nil"/>
              <w:right w:val="nil"/>
            </w:tcBorders>
            <w:vAlign w:val="bottom"/>
          </w:tcPr>
          <w:p w14:paraId="5CD234E7" w14:textId="5129AF6A" w:rsidR="000863AC" w:rsidRPr="002D4CB5" w:rsidRDefault="000863AC" w:rsidP="000863AC">
            <w:pPr>
              <w:rPr>
                <w:rFonts w:ascii="Times New Roman" w:hAnsi="Times New Roman" w:cs="Times New Roman"/>
                <w:b/>
                <w:bCs/>
                <w:sz w:val="20"/>
                <w:szCs w:val="20"/>
              </w:rPr>
            </w:pPr>
            <w:r w:rsidRPr="002D4CB5">
              <w:rPr>
                <w:rFonts w:ascii="Times New Roman" w:hAnsi="Times New Roman" w:cs="Times New Roman"/>
                <w:b/>
                <w:bCs/>
                <w:sz w:val="20"/>
                <w:szCs w:val="20"/>
              </w:rPr>
              <w:t>0.32</w:t>
            </w:r>
          </w:p>
        </w:tc>
      </w:tr>
      <w:tr w:rsidR="000863AC" w:rsidRPr="00D115AA" w14:paraId="3A94D737" w14:textId="227BA366" w:rsidTr="000863AC">
        <w:tc>
          <w:tcPr>
            <w:tcW w:w="2112" w:type="dxa"/>
          </w:tcPr>
          <w:p w14:paraId="3DCFFD10" w14:textId="737F801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Antisocial Behavior </w:t>
            </w:r>
          </w:p>
        </w:tc>
        <w:tc>
          <w:tcPr>
            <w:tcW w:w="1088" w:type="dxa"/>
            <w:vAlign w:val="bottom"/>
          </w:tcPr>
          <w:p w14:paraId="6F2C3011" w14:textId="30B9B48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987" w:type="dxa"/>
            <w:vAlign w:val="bottom"/>
          </w:tcPr>
          <w:p w14:paraId="0D3CF38A" w14:textId="7508952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-0.08</w:t>
            </w:r>
          </w:p>
        </w:tc>
        <w:tc>
          <w:tcPr>
            <w:tcW w:w="1277" w:type="dxa"/>
            <w:vAlign w:val="bottom"/>
          </w:tcPr>
          <w:p w14:paraId="7657B63E" w14:textId="0E0FA619"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0.00</w:t>
            </w:r>
          </w:p>
        </w:tc>
        <w:tc>
          <w:tcPr>
            <w:tcW w:w="686" w:type="dxa"/>
            <w:vAlign w:val="bottom"/>
          </w:tcPr>
          <w:p w14:paraId="1DF762CF" w14:textId="564038B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-0.08</w:t>
            </w:r>
          </w:p>
        </w:tc>
        <w:tc>
          <w:tcPr>
            <w:tcW w:w="779" w:type="dxa"/>
            <w:vAlign w:val="bottom"/>
          </w:tcPr>
          <w:p w14:paraId="36966376" w14:textId="3E27036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0.29</w:t>
            </w:r>
          </w:p>
        </w:tc>
        <w:tc>
          <w:tcPr>
            <w:tcW w:w="1294" w:type="dxa"/>
            <w:vAlign w:val="bottom"/>
          </w:tcPr>
          <w:p w14:paraId="42726B8D" w14:textId="208FC81A"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0.26</w:t>
            </w:r>
          </w:p>
        </w:tc>
      </w:tr>
      <w:tr w:rsidR="000863AC" w:rsidRPr="00D115AA" w14:paraId="6D409E59" w14:textId="6243AA7F" w:rsidTr="000863AC">
        <w:tc>
          <w:tcPr>
            <w:tcW w:w="2112" w:type="dxa"/>
          </w:tcPr>
          <w:p w14:paraId="49F2CBFF" w14:textId="1E0BB0C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Gaming </w:t>
            </w:r>
          </w:p>
        </w:tc>
        <w:tc>
          <w:tcPr>
            <w:tcW w:w="1088" w:type="dxa"/>
            <w:vAlign w:val="bottom"/>
          </w:tcPr>
          <w:p w14:paraId="0288D1E1" w14:textId="3B73532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987" w:type="dxa"/>
            <w:vAlign w:val="bottom"/>
          </w:tcPr>
          <w:p w14:paraId="55E848DA" w14:textId="738790E2"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1277" w:type="dxa"/>
            <w:vAlign w:val="bottom"/>
          </w:tcPr>
          <w:p w14:paraId="4B3FC22B" w14:textId="27D69A7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0.03</w:t>
            </w:r>
          </w:p>
        </w:tc>
        <w:tc>
          <w:tcPr>
            <w:tcW w:w="686" w:type="dxa"/>
            <w:vAlign w:val="bottom"/>
          </w:tcPr>
          <w:p w14:paraId="6808B679" w14:textId="3BA62714"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-0.01</w:t>
            </w:r>
          </w:p>
        </w:tc>
        <w:tc>
          <w:tcPr>
            <w:tcW w:w="779" w:type="dxa"/>
            <w:vAlign w:val="bottom"/>
          </w:tcPr>
          <w:p w14:paraId="314D2B68" w14:textId="63A44D57"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0.07</w:t>
            </w:r>
          </w:p>
        </w:tc>
        <w:tc>
          <w:tcPr>
            <w:tcW w:w="1294" w:type="dxa"/>
            <w:vAlign w:val="bottom"/>
          </w:tcPr>
          <w:p w14:paraId="7886FA63" w14:textId="4A3B6E9E"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0.23</w:t>
            </w:r>
          </w:p>
        </w:tc>
      </w:tr>
      <w:tr w:rsidR="000863AC" w:rsidRPr="00D115AA" w14:paraId="7CC507A2" w14:textId="60AB6BC1" w:rsidTr="000863AC">
        <w:tc>
          <w:tcPr>
            <w:tcW w:w="2112" w:type="dxa"/>
          </w:tcPr>
          <w:p w14:paraId="6CAC70B0" w14:textId="639CE09D"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Paraphilias </w:t>
            </w:r>
          </w:p>
        </w:tc>
        <w:tc>
          <w:tcPr>
            <w:tcW w:w="1088" w:type="dxa"/>
            <w:vAlign w:val="bottom"/>
          </w:tcPr>
          <w:p w14:paraId="2E6C073A" w14:textId="1F7788CC"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0.15</w:t>
            </w:r>
          </w:p>
        </w:tc>
        <w:tc>
          <w:tcPr>
            <w:tcW w:w="987" w:type="dxa"/>
            <w:vAlign w:val="bottom"/>
          </w:tcPr>
          <w:p w14:paraId="015DF625" w14:textId="53CDF47B"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-0.18</w:t>
            </w:r>
          </w:p>
        </w:tc>
        <w:tc>
          <w:tcPr>
            <w:tcW w:w="1277" w:type="dxa"/>
            <w:vAlign w:val="bottom"/>
          </w:tcPr>
          <w:p w14:paraId="0CB89427" w14:textId="00C739B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0.14</w:t>
            </w:r>
          </w:p>
        </w:tc>
        <w:tc>
          <w:tcPr>
            <w:tcW w:w="686" w:type="dxa"/>
            <w:vAlign w:val="bottom"/>
          </w:tcPr>
          <w:p w14:paraId="2018642D" w14:textId="022D87CF"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-0.11</w:t>
            </w:r>
          </w:p>
        </w:tc>
        <w:tc>
          <w:tcPr>
            <w:tcW w:w="779" w:type="dxa"/>
            <w:vAlign w:val="bottom"/>
          </w:tcPr>
          <w:p w14:paraId="62C7E6AD" w14:textId="0180A403"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0.22</w:t>
            </w:r>
          </w:p>
        </w:tc>
        <w:tc>
          <w:tcPr>
            <w:tcW w:w="1294" w:type="dxa"/>
            <w:vAlign w:val="bottom"/>
          </w:tcPr>
          <w:p w14:paraId="29E9789E" w14:textId="63719791" w:rsidR="000863AC" w:rsidRPr="002D4CB5" w:rsidRDefault="000863AC" w:rsidP="000863AC">
            <w:pPr>
              <w:rPr>
                <w:rFonts w:ascii="Times New Roman" w:hAnsi="Times New Roman" w:cs="Times New Roman"/>
                <w:sz w:val="20"/>
                <w:szCs w:val="20"/>
              </w:rPr>
            </w:pPr>
            <w:r w:rsidRPr="002D4CB5">
              <w:rPr>
                <w:rFonts w:ascii="Times New Roman" w:hAnsi="Times New Roman" w:cs="Times New Roman"/>
                <w:sz w:val="20"/>
                <w:szCs w:val="20"/>
              </w:rPr>
              <w:t>0.18</w:t>
            </w:r>
          </w:p>
        </w:tc>
      </w:tr>
      <w:tr w:rsidR="006A4FB5" w:rsidRPr="00D115AA" w14:paraId="60D59E4E" w14:textId="249E102E" w:rsidTr="006A4FB5">
        <w:tc>
          <w:tcPr>
            <w:tcW w:w="2112" w:type="dxa"/>
          </w:tcPr>
          <w:p w14:paraId="656717CB" w14:textId="28BC16DB"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Fantasy Proneness</w:t>
            </w:r>
          </w:p>
        </w:tc>
        <w:tc>
          <w:tcPr>
            <w:tcW w:w="1088" w:type="dxa"/>
            <w:vAlign w:val="bottom"/>
          </w:tcPr>
          <w:p w14:paraId="3F08B3C4" w14:textId="0BE897BF"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0.08</w:t>
            </w:r>
          </w:p>
        </w:tc>
        <w:tc>
          <w:tcPr>
            <w:tcW w:w="987" w:type="dxa"/>
            <w:vAlign w:val="bottom"/>
          </w:tcPr>
          <w:p w14:paraId="4BE54B0E" w14:textId="5420385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0.25</w:t>
            </w:r>
          </w:p>
        </w:tc>
        <w:tc>
          <w:tcPr>
            <w:tcW w:w="1277" w:type="dxa"/>
            <w:vAlign w:val="bottom"/>
          </w:tcPr>
          <w:p w14:paraId="367D44A8" w14:textId="740D60A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0.21</w:t>
            </w:r>
          </w:p>
        </w:tc>
        <w:tc>
          <w:tcPr>
            <w:tcW w:w="686" w:type="dxa"/>
            <w:vAlign w:val="bottom"/>
          </w:tcPr>
          <w:p w14:paraId="7EBFC26F" w14:textId="3DD7ED04"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0.12</w:t>
            </w:r>
          </w:p>
        </w:tc>
        <w:tc>
          <w:tcPr>
            <w:tcW w:w="779" w:type="dxa"/>
            <w:vAlign w:val="bottom"/>
          </w:tcPr>
          <w:p w14:paraId="1D9321A0" w14:textId="36786E7C"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0.28</w:t>
            </w:r>
          </w:p>
        </w:tc>
        <w:tc>
          <w:tcPr>
            <w:tcW w:w="1294" w:type="dxa"/>
            <w:vAlign w:val="bottom"/>
          </w:tcPr>
          <w:p w14:paraId="307DAFFF" w14:textId="5CFD694E"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0.17</w:t>
            </w:r>
          </w:p>
        </w:tc>
      </w:tr>
      <w:tr w:rsidR="006A4FB5" w:rsidRPr="00D115AA" w14:paraId="5E2F56F5" w14:textId="27DE4D43" w:rsidTr="006A4FB5">
        <w:tc>
          <w:tcPr>
            <w:tcW w:w="2112" w:type="dxa"/>
            <w:vAlign w:val="bottom"/>
          </w:tcPr>
          <w:p w14:paraId="48173E51" w14:textId="672B6F1B"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Gambling </w:t>
            </w:r>
          </w:p>
        </w:tc>
        <w:tc>
          <w:tcPr>
            <w:tcW w:w="1088" w:type="dxa"/>
            <w:vAlign w:val="bottom"/>
          </w:tcPr>
          <w:p w14:paraId="3EBE879C" w14:textId="5006ACB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0.02</w:t>
            </w:r>
          </w:p>
        </w:tc>
        <w:tc>
          <w:tcPr>
            <w:tcW w:w="987" w:type="dxa"/>
            <w:vAlign w:val="bottom"/>
          </w:tcPr>
          <w:p w14:paraId="2E6551E0" w14:textId="12225034"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-0.10</w:t>
            </w:r>
          </w:p>
        </w:tc>
        <w:tc>
          <w:tcPr>
            <w:tcW w:w="1277" w:type="dxa"/>
            <w:vAlign w:val="bottom"/>
          </w:tcPr>
          <w:p w14:paraId="0002CEED" w14:textId="3D8C65F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-0.05</w:t>
            </w:r>
          </w:p>
        </w:tc>
        <w:tc>
          <w:tcPr>
            <w:tcW w:w="686" w:type="dxa"/>
            <w:vAlign w:val="bottom"/>
          </w:tcPr>
          <w:p w14:paraId="06C917B1" w14:textId="3C32B6A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-0.04</w:t>
            </w:r>
          </w:p>
        </w:tc>
        <w:tc>
          <w:tcPr>
            <w:tcW w:w="779" w:type="dxa"/>
            <w:vAlign w:val="bottom"/>
          </w:tcPr>
          <w:p w14:paraId="6B9EA09D" w14:textId="233552E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0.14</w:t>
            </w:r>
          </w:p>
        </w:tc>
        <w:tc>
          <w:tcPr>
            <w:tcW w:w="1294" w:type="dxa"/>
            <w:vAlign w:val="bottom"/>
          </w:tcPr>
          <w:p w14:paraId="3F84A15E" w14:textId="54D65A76"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0.16</w:t>
            </w:r>
          </w:p>
        </w:tc>
      </w:tr>
      <w:tr w:rsidR="006A4FB5" w:rsidRPr="00D115AA" w14:paraId="6DCE24C0" w14:textId="4DBCC1C3" w:rsidTr="006A4FB5">
        <w:tc>
          <w:tcPr>
            <w:tcW w:w="2112" w:type="dxa"/>
            <w:vAlign w:val="bottom"/>
          </w:tcPr>
          <w:p w14:paraId="471CBC7A" w14:textId="577071A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Premature Orgasm</w:t>
            </w:r>
          </w:p>
        </w:tc>
        <w:tc>
          <w:tcPr>
            <w:tcW w:w="1088" w:type="dxa"/>
            <w:vAlign w:val="bottom"/>
          </w:tcPr>
          <w:p w14:paraId="34777341" w14:textId="02D744C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0.14</w:t>
            </w:r>
          </w:p>
        </w:tc>
        <w:tc>
          <w:tcPr>
            <w:tcW w:w="987" w:type="dxa"/>
            <w:vAlign w:val="bottom"/>
          </w:tcPr>
          <w:p w14:paraId="658D63C5" w14:textId="309E0932"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-0.11</w:t>
            </w:r>
          </w:p>
        </w:tc>
        <w:tc>
          <w:tcPr>
            <w:tcW w:w="1277" w:type="dxa"/>
            <w:vAlign w:val="bottom"/>
          </w:tcPr>
          <w:p w14:paraId="7C3970A1" w14:textId="0338A3B3"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0.09</w:t>
            </w:r>
          </w:p>
        </w:tc>
        <w:tc>
          <w:tcPr>
            <w:tcW w:w="686" w:type="dxa"/>
            <w:vAlign w:val="bottom"/>
          </w:tcPr>
          <w:p w14:paraId="42A2B830" w14:textId="49E71E4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-0.03</w:t>
            </w:r>
          </w:p>
        </w:tc>
        <w:tc>
          <w:tcPr>
            <w:tcW w:w="779" w:type="dxa"/>
            <w:vAlign w:val="bottom"/>
          </w:tcPr>
          <w:p w14:paraId="7780F242" w14:textId="7DA3784C"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0.13</w:t>
            </w:r>
          </w:p>
        </w:tc>
        <w:tc>
          <w:tcPr>
            <w:tcW w:w="1294" w:type="dxa"/>
            <w:vAlign w:val="bottom"/>
          </w:tcPr>
          <w:p w14:paraId="28DAD29A" w14:textId="6F5A845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0.16</w:t>
            </w:r>
          </w:p>
        </w:tc>
      </w:tr>
      <w:tr w:rsidR="006A4FB5" w:rsidRPr="00D115AA" w14:paraId="39901022" w14:textId="451F7DDC" w:rsidTr="006A4FB5">
        <w:tc>
          <w:tcPr>
            <w:tcW w:w="2112" w:type="dxa"/>
            <w:vAlign w:val="bottom"/>
          </w:tcPr>
          <w:p w14:paraId="16097797" w14:textId="20E6ECF7"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Problematic Shopping</w:t>
            </w:r>
          </w:p>
        </w:tc>
        <w:tc>
          <w:tcPr>
            <w:tcW w:w="1088" w:type="dxa"/>
            <w:vAlign w:val="bottom"/>
          </w:tcPr>
          <w:p w14:paraId="043D8BBD" w14:textId="10FDD9F6"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0.07</w:t>
            </w:r>
          </w:p>
        </w:tc>
        <w:tc>
          <w:tcPr>
            <w:tcW w:w="987" w:type="dxa"/>
            <w:vAlign w:val="bottom"/>
          </w:tcPr>
          <w:p w14:paraId="482687C2" w14:textId="029F3847"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0.25</w:t>
            </w:r>
          </w:p>
        </w:tc>
        <w:tc>
          <w:tcPr>
            <w:tcW w:w="1277" w:type="dxa"/>
            <w:vAlign w:val="bottom"/>
          </w:tcPr>
          <w:p w14:paraId="0932FCDD" w14:textId="4D15F8E5"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0.24</w:t>
            </w:r>
          </w:p>
        </w:tc>
        <w:tc>
          <w:tcPr>
            <w:tcW w:w="686" w:type="dxa"/>
            <w:vAlign w:val="bottom"/>
          </w:tcPr>
          <w:p w14:paraId="041B6688" w14:textId="4334ECB5"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0.12</w:t>
            </w:r>
          </w:p>
        </w:tc>
        <w:tc>
          <w:tcPr>
            <w:tcW w:w="779" w:type="dxa"/>
            <w:vAlign w:val="bottom"/>
          </w:tcPr>
          <w:p w14:paraId="2A392462" w14:textId="504ED213"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-0.06</w:t>
            </w:r>
          </w:p>
        </w:tc>
        <w:tc>
          <w:tcPr>
            <w:tcW w:w="1294" w:type="dxa"/>
            <w:vAlign w:val="bottom"/>
          </w:tcPr>
          <w:p w14:paraId="6D35872F" w14:textId="31A5F1A7"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0.15</w:t>
            </w:r>
          </w:p>
        </w:tc>
      </w:tr>
      <w:tr w:rsidR="006A4FB5" w:rsidRPr="00D115AA" w14:paraId="100B67EB" w14:textId="2373AF00" w:rsidTr="006A4FB5">
        <w:tc>
          <w:tcPr>
            <w:tcW w:w="2112" w:type="dxa"/>
            <w:vAlign w:val="bottom"/>
          </w:tcPr>
          <w:p w14:paraId="5F407C1B" w14:textId="0B33E97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Binge Eating</w:t>
            </w:r>
          </w:p>
        </w:tc>
        <w:tc>
          <w:tcPr>
            <w:tcW w:w="1088" w:type="dxa"/>
            <w:vAlign w:val="bottom"/>
          </w:tcPr>
          <w:p w14:paraId="47E6044E" w14:textId="621DD7F1"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0.17</w:t>
            </w:r>
          </w:p>
        </w:tc>
        <w:tc>
          <w:tcPr>
            <w:tcW w:w="987" w:type="dxa"/>
            <w:vAlign w:val="bottom"/>
          </w:tcPr>
          <w:p w14:paraId="5E3FFEC6" w14:textId="3CA3E1E3"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0.24</w:t>
            </w:r>
          </w:p>
        </w:tc>
        <w:tc>
          <w:tcPr>
            <w:tcW w:w="1277" w:type="dxa"/>
            <w:vAlign w:val="bottom"/>
          </w:tcPr>
          <w:p w14:paraId="581DD4FC" w14:textId="66AB4A3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0.12</w:t>
            </w:r>
          </w:p>
        </w:tc>
        <w:tc>
          <w:tcPr>
            <w:tcW w:w="686" w:type="dxa"/>
            <w:vAlign w:val="bottom"/>
          </w:tcPr>
          <w:p w14:paraId="0B80A656" w14:textId="6C41FC74"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0.08</w:t>
            </w:r>
          </w:p>
        </w:tc>
        <w:tc>
          <w:tcPr>
            <w:tcW w:w="779" w:type="dxa"/>
            <w:vAlign w:val="bottom"/>
          </w:tcPr>
          <w:p w14:paraId="6179DC19" w14:textId="2F3D5DB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-0.10</w:t>
            </w:r>
          </w:p>
        </w:tc>
        <w:tc>
          <w:tcPr>
            <w:tcW w:w="1294" w:type="dxa"/>
            <w:vAlign w:val="bottom"/>
          </w:tcPr>
          <w:p w14:paraId="1AFDA764" w14:textId="5C06F19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0.12</w:t>
            </w:r>
          </w:p>
        </w:tc>
      </w:tr>
      <w:tr w:rsidR="006A4FB5" w:rsidRPr="00D115AA" w14:paraId="4B8C9DF8" w14:textId="216F3B52" w:rsidTr="006A4FB5">
        <w:tc>
          <w:tcPr>
            <w:tcW w:w="2112" w:type="dxa"/>
            <w:vAlign w:val="bottom"/>
          </w:tcPr>
          <w:p w14:paraId="209E6BE1" w14:textId="03674FF1"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Insomnia </w:t>
            </w:r>
          </w:p>
        </w:tc>
        <w:tc>
          <w:tcPr>
            <w:tcW w:w="1088" w:type="dxa"/>
            <w:vAlign w:val="bottom"/>
          </w:tcPr>
          <w:p w14:paraId="789D517B" w14:textId="74E73D5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0.18</w:t>
            </w:r>
          </w:p>
        </w:tc>
        <w:tc>
          <w:tcPr>
            <w:tcW w:w="987" w:type="dxa"/>
            <w:vAlign w:val="bottom"/>
          </w:tcPr>
          <w:p w14:paraId="464BC51C" w14:textId="5CFB0B63"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0.27</w:t>
            </w:r>
          </w:p>
        </w:tc>
        <w:tc>
          <w:tcPr>
            <w:tcW w:w="1277" w:type="dxa"/>
            <w:vAlign w:val="bottom"/>
          </w:tcPr>
          <w:p w14:paraId="63D58C86" w14:textId="1D5507A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0.00</w:t>
            </w:r>
          </w:p>
        </w:tc>
        <w:tc>
          <w:tcPr>
            <w:tcW w:w="686" w:type="dxa"/>
            <w:vAlign w:val="bottom"/>
          </w:tcPr>
          <w:p w14:paraId="127CEA37" w14:textId="3A8CC3C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0.15</w:t>
            </w:r>
          </w:p>
        </w:tc>
        <w:tc>
          <w:tcPr>
            <w:tcW w:w="779" w:type="dxa"/>
            <w:vAlign w:val="bottom"/>
          </w:tcPr>
          <w:p w14:paraId="5D320B48" w14:textId="4FF8B78F"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0.22</w:t>
            </w:r>
          </w:p>
        </w:tc>
        <w:tc>
          <w:tcPr>
            <w:tcW w:w="1294" w:type="dxa"/>
            <w:vAlign w:val="bottom"/>
          </w:tcPr>
          <w:p w14:paraId="63E7B80C" w14:textId="7E1301FE"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0.11</w:t>
            </w:r>
          </w:p>
        </w:tc>
      </w:tr>
      <w:tr w:rsidR="006A4FB5" w:rsidRPr="00D115AA" w14:paraId="10A86932" w14:textId="77777777" w:rsidTr="006A4FB5">
        <w:tc>
          <w:tcPr>
            <w:tcW w:w="2112" w:type="dxa"/>
            <w:vAlign w:val="bottom"/>
          </w:tcPr>
          <w:p w14:paraId="7D0D4CE9" w14:textId="2ED1C88C"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Submissiveness  </w:t>
            </w:r>
          </w:p>
        </w:tc>
        <w:tc>
          <w:tcPr>
            <w:tcW w:w="1088" w:type="dxa"/>
            <w:vAlign w:val="bottom"/>
          </w:tcPr>
          <w:p w14:paraId="024C82BB" w14:textId="2F01C60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0.18</w:t>
            </w:r>
          </w:p>
        </w:tc>
        <w:tc>
          <w:tcPr>
            <w:tcW w:w="987" w:type="dxa"/>
            <w:vAlign w:val="bottom"/>
          </w:tcPr>
          <w:p w14:paraId="4C3FEB9E" w14:textId="7216F67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0.24</w:t>
            </w:r>
          </w:p>
        </w:tc>
        <w:tc>
          <w:tcPr>
            <w:tcW w:w="1277" w:type="dxa"/>
            <w:vAlign w:val="bottom"/>
          </w:tcPr>
          <w:p w14:paraId="4B3EE245" w14:textId="75FA6A6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-0.12</w:t>
            </w:r>
          </w:p>
        </w:tc>
        <w:tc>
          <w:tcPr>
            <w:tcW w:w="686" w:type="dxa"/>
            <w:vAlign w:val="bottom"/>
          </w:tcPr>
          <w:p w14:paraId="467B41B0" w14:textId="22D1DC26"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0.18</w:t>
            </w:r>
          </w:p>
        </w:tc>
        <w:tc>
          <w:tcPr>
            <w:tcW w:w="779" w:type="dxa"/>
            <w:vAlign w:val="bottom"/>
          </w:tcPr>
          <w:p w14:paraId="0193E7DD" w14:textId="67F75DB7"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0.11</w:t>
            </w:r>
          </w:p>
        </w:tc>
        <w:tc>
          <w:tcPr>
            <w:tcW w:w="1294" w:type="dxa"/>
            <w:vAlign w:val="bottom"/>
          </w:tcPr>
          <w:p w14:paraId="2232C47B" w14:textId="17D3335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0.06</w:t>
            </w:r>
          </w:p>
        </w:tc>
      </w:tr>
      <w:tr w:rsidR="006A4FB5" w:rsidRPr="00D115AA" w14:paraId="6A8C8A3F" w14:textId="77777777" w:rsidTr="006A4FB5">
        <w:tc>
          <w:tcPr>
            <w:tcW w:w="2112" w:type="dxa"/>
            <w:vAlign w:val="bottom"/>
          </w:tcPr>
          <w:p w14:paraId="1BFD0A2B" w14:textId="0E10E16F"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Excessive Exercise </w:t>
            </w:r>
          </w:p>
        </w:tc>
        <w:tc>
          <w:tcPr>
            <w:tcW w:w="1088" w:type="dxa"/>
            <w:vAlign w:val="bottom"/>
          </w:tcPr>
          <w:p w14:paraId="557BE66A" w14:textId="488034D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0.15</w:t>
            </w:r>
          </w:p>
        </w:tc>
        <w:tc>
          <w:tcPr>
            <w:tcW w:w="987" w:type="dxa"/>
            <w:vAlign w:val="bottom"/>
          </w:tcPr>
          <w:p w14:paraId="0D4365B3" w14:textId="79782F0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-0.14</w:t>
            </w:r>
          </w:p>
        </w:tc>
        <w:tc>
          <w:tcPr>
            <w:tcW w:w="1277" w:type="dxa"/>
            <w:vAlign w:val="bottom"/>
          </w:tcPr>
          <w:p w14:paraId="6DA13ACC" w14:textId="12B1740B"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0.25</w:t>
            </w:r>
          </w:p>
        </w:tc>
        <w:tc>
          <w:tcPr>
            <w:tcW w:w="686" w:type="dxa"/>
            <w:vAlign w:val="bottom"/>
          </w:tcPr>
          <w:p w14:paraId="5D599BD8" w14:textId="3CBD8291"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-0.05</w:t>
            </w:r>
          </w:p>
        </w:tc>
        <w:tc>
          <w:tcPr>
            <w:tcW w:w="779" w:type="dxa"/>
            <w:vAlign w:val="bottom"/>
          </w:tcPr>
          <w:p w14:paraId="51BC9159" w14:textId="4D46D3D6"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0.26</w:t>
            </w:r>
          </w:p>
        </w:tc>
        <w:tc>
          <w:tcPr>
            <w:tcW w:w="1294" w:type="dxa"/>
            <w:vAlign w:val="bottom"/>
          </w:tcPr>
          <w:p w14:paraId="4A20E20B" w14:textId="31398672"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-0.01</w:t>
            </w:r>
          </w:p>
        </w:tc>
      </w:tr>
      <w:tr w:rsidR="006A4FB5" w:rsidRPr="00D115AA" w14:paraId="747FBC8F" w14:textId="77777777" w:rsidTr="006A4FB5">
        <w:tc>
          <w:tcPr>
            <w:tcW w:w="2112" w:type="dxa"/>
            <w:vAlign w:val="bottom"/>
          </w:tcPr>
          <w:p w14:paraId="2FA1D65C" w14:textId="6D4C5860"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Purging </w:t>
            </w:r>
          </w:p>
        </w:tc>
        <w:tc>
          <w:tcPr>
            <w:tcW w:w="1088" w:type="dxa"/>
            <w:vAlign w:val="bottom"/>
          </w:tcPr>
          <w:p w14:paraId="6EA95BB7" w14:textId="2B7ED011"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0.19</w:t>
            </w:r>
          </w:p>
        </w:tc>
        <w:tc>
          <w:tcPr>
            <w:tcW w:w="987" w:type="dxa"/>
            <w:vAlign w:val="bottom"/>
          </w:tcPr>
          <w:p w14:paraId="72306294" w14:textId="3B00DDA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0.01</w:t>
            </w:r>
          </w:p>
        </w:tc>
        <w:tc>
          <w:tcPr>
            <w:tcW w:w="1277" w:type="dxa"/>
            <w:vAlign w:val="bottom"/>
          </w:tcPr>
          <w:p w14:paraId="4542C592" w14:textId="2B44932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0.14</w:t>
            </w:r>
          </w:p>
        </w:tc>
        <w:tc>
          <w:tcPr>
            <w:tcW w:w="686" w:type="dxa"/>
            <w:vAlign w:val="bottom"/>
          </w:tcPr>
          <w:p w14:paraId="2DA24AFB" w14:textId="00CE3B8E"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0.02</w:t>
            </w:r>
          </w:p>
        </w:tc>
        <w:tc>
          <w:tcPr>
            <w:tcW w:w="779" w:type="dxa"/>
            <w:vAlign w:val="bottom"/>
          </w:tcPr>
          <w:p w14:paraId="462349F6" w14:textId="02CF57C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0.18</w:t>
            </w:r>
          </w:p>
        </w:tc>
        <w:tc>
          <w:tcPr>
            <w:tcW w:w="1294" w:type="dxa"/>
            <w:vAlign w:val="bottom"/>
          </w:tcPr>
          <w:p w14:paraId="52D946D8" w14:textId="6767590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-0.06</w:t>
            </w:r>
          </w:p>
        </w:tc>
      </w:tr>
      <w:tr w:rsidR="006A4FB5" w:rsidRPr="00D115AA" w14:paraId="0E8AAC6E" w14:textId="77777777" w:rsidTr="006A4FB5">
        <w:tc>
          <w:tcPr>
            <w:tcW w:w="2112" w:type="dxa"/>
            <w:vAlign w:val="bottom"/>
          </w:tcPr>
          <w:p w14:paraId="0B43AE80" w14:textId="6166D419" w:rsidR="006A4FB5" w:rsidRPr="002D4CB5" w:rsidRDefault="00812797" w:rsidP="006A4FB5">
            <w:pPr>
              <w:rPr>
                <w:rFonts w:ascii="Times New Roman" w:hAnsi="Times New Roman" w:cs="Times New Roman"/>
                <w:sz w:val="20"/>
                <w:szCs w:val="20"/>
              </w:rPr>
            </w:pPr>
            <w:r>
              <w:rPr>
                <w:rFonts w:ascii="Times New Roman" w:hAnsi="Times New Roman" w:cs="Times New Roman"/>
                <w:sz w:val="20"/>
                <w:szCs w:val="20"/>
              </w:rPr>
              <w:t>Harmful Alcohol Use</w:t>
            </w:r>
          </w:p>
        </w:tc>
        <w:tc>
          <w:tcPr>
            <w:tcW w:w="1088" w:type="dxa"/>
            <w:vAlign w:val="bottom"/>
          </w:tcPr>
          <w:p w14:paraId="3E8A0E9C" w14:textId="5815B63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-0.01</w:t>
            </w:r>
          </w:p>
        </w:tc>
        <w:tc>
          <w:tcPr>
            <w:tcW w:w="987" w:type="dxa"/>
            <w:vAlign w:val="bottom"/>
          </w:tcPr>
          <w:p w14:paraId="515F53A8" w14:textId="53FD26C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0.09</w:t>
            </w:r>
          </w:p>
        </w:tc>
        <w:tc>
          <w:tcPr>
            <w:tcW w:w="1277" w:type="dxa"/>
            <w:vAlign w:val="bottom"/>
          </w:tcPr>
          <w:p w14:paraId="51193DD4" w14:textId="31C5EB0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0.23</w:t>
            </w:r>
          </w:p>
        </w:tc>
        <w:tc>
          <w:tcPr>
            <w:tcW w:w="686" w:type="dxa"/>
            <w:vAlign w:val="bottom"/>
          </w:tcPr>
          <w:p w14:paraId="5065DA23" w14:textId="10D71922"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-0.26</w:t>
            </w:r>
          </w:p>
        </w:tc>
        <w:tc>
          <w:tcPr>
            <w:tcW w:w="779" w:type="dxa"/>
            <w:vAlign w:val="bottom"/>
          </w:tcPr>
          <w:p w14:paraId="6E6E4EAC" w14:textId="26EBE4C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0.12</w:t>
            </w:r>
          </w:p>
        </w:tc>
        <w:tc>
          <w:tcPr>
            <w:tcW w:w="1294" w:type="dxa"/>
            <w:vAlign w:val="bottom"/>
          </w:tcPr>
          <w:p w14:paraId="18CD1426" w14:textId="42B54FD5"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-0.09</w:t>
            </w:r>
          </w:p>
        </w:tc>
      </w:tr>
      <w:tr w:rsidR="006A4FB5" w:rsidRPr="00D115AA" w14:paraId="05E3619E" w14:textId="77777777" w:rsidTr="006A4FB5">
        <w:tc>
          <w:tcPr>
            <w:tcW w:w="2112" w:type="dxa"/>
            <w:vAlign w:val="bottom"/>
          </w:tcPr>
          <w:p w14:paraId="7260C87D" w14:textId="580663E4"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Workaholism    </w:t>
            </w:r>
          </w:p>
        </w:tc>
        <w:tc>
          <w:tcPr>
            <w:tcW w:w="1088" w:type="dxa"/>
            <w:vAlign w:val="bottom"/>
          </w:tcPr>
          <w:p w14:paraId="05F84BDD" w14:textId="40C4838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0.16</w:t>
            </w:r>
          </w:p>
        </w:tc>
        <w:tc>
          <w:tcPr>
            <w:tcW w:w="987" w:type="dxa"/>
            <w:vAlign w:val="bottom"/>
          </w:tcPr>
          <w:p w14:paraId="218318B5" w14:textId="4DF6DA7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-0.03</w:t>
            </w:r>
          </w:p>
        </w:tc>
        <w:tc>
          <w:tcPr>
            <w:tcW w:w="1277" w:type="dxa"/>
            <w:vAlign w:val="bottom"/>
          </w:tcPr>
          <w:p w14:paraId="3D578CCE" w14:textId="1228BE56"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0.29</w:t>
            </w:r>
          </w:p>
        </w:tc>
        <w:tc>
          <w:tcPr>
            <w:tcW w:w="686" w:type="dxa"/>
            <w:vAlign w:val="bottom"/>
          </w:tcPr>
          <w:p w14:paraId="62C18563" w14:textId="401AA350"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0.05</w:t>
            </w:r>
          </w:p>
        </w:tc>
        <w:tc>
          <w:tcPr>
            <w:tcW w:w="779" w:type="dxa"/>
            <w:vAlign w:val="bottom"/>
          </w:tcPr>
          <w:p w14:paraId="35271CE7" w14:textId="58F80522"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0.03</w:t>
            </w:r>
          </w:p>
        </w:tc>
        <w:tc>
          <w:tcPr>
            <w:tcW w:w="1294" w:type="dxa"/>
            <w:vAlign w:val="bottom"/>
          </w:tcPr>
          <w:p w14:paraId="388CA003" w14:textId="3DE9D7B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-0.09</w:t>
            </w:r>
          </w:p>
        </w:tc>
      </w:tr>
      <w:tr w:rsidR="002D4CB5" w:rsidRPr="00D115AA" w14:paraId="6749F61C" w14:textId="77777777" w:rsidTr="006A4FB5">
        <w:tc>
          <w:tcPr>
            <w:tcW w:w="2112" w:type="dxa"/>
            <w:vAlign w:val="bottom"/>
          </w:tcPr>
          <w:p w14:paraId="25C91B81" w14:textId="2E88EC21" w:rsidR="002D4CB5" w:rsidRPr="002D4CB5" w:rsidRDefault="002D4CB5" w:rsidP="002D4CB5">
            <w:pPr>
              <w:rPr>
                <w:rFonts w:ascii="Times New Roman" w:hAnsi="Times New Roman" w:cs="Times New Roman"/>
                <w:sz w:val="20"/>
                <w:szCs w:val="20"/>
              </w:rPr>
            </w:pPr>
            <w:r w:rsidRPr="002D4CB5">
              <w:rPr>
                <w:rFonts w:ascii="Times New Roman" w:hAnsi="Times New Roman" w:cs="Times New Roman"/>
                <w:sz w:val="20"/>
                <w:szCs w:val="20"/>
              </w:rPr>
              <w:t>Trichotillomania </w:t>
            </w:r>
          </w:p>
        </w:tc>
        <w:tc>
          <w:tcPr>
            <w:tcW w:w="1088" w:type="dxa"/>
            <w:vAlign w:val="bottom"/>
          </w:tcPr>
          <w:p w14:paraId="2F30F1B7" w14:textId="06E101C3" w:rsidR="002D4CB5" w:rsidRPr="002D4CB5" w:rsidRDefault="002D4CB5" w:rsidP="002D4CB5">
            <w:pPr>
              <w:rPr>
                <w:rFonts w:ascii="Times New Roman" w:hAnsi="Times New Roman" w:cs="Times New Roman"/>
                <w:sz w:val="20"/>
                <w:szCs w:val="20"/>
              </w:rPr>
            </w:pPr>
            <w:r w:rsidRPr="002D4CB5">
              <w:rPr>
                <w:rFonts w:ascii="Times New Roman" w:hAnsi="Times New Roman" w:cs="Times New Roman"/>
                <w:sz w:val="20"/>
                <w:szCs w:val="20"/>
              </w:rPr>
              <w:t>0.06</w:t>
            </w:r>
          </w:p>
        </w:tc>
        <w:tc>
          <w:tcPr>
            <w:tcW w:w="987" w:type="dxa"/>
            <w:vAlign w:val="bottom"/>
          </w:tcPr>
          <w:p w14:paraId="03B5C8C2" w14:textId="010D45F3" w:rsidR="002D4CB5" w:rsidRPr="002D4CB5" w:rsidRDefault="002D4CB5" w:rsidP="002D4CB5">
            <w:pPr>
              <w:rPr>
                <w:rFonts w:ascii="Times New Roman" w:hAnsi="Times New Roman" w:cs="Times New Roman"/>
                <w:sz w:val="20"/>
                <w:szCs w:val="20"/>
              </w:rPr>
            </w:pPr>
            <w:r w:rsidRPr="002D4CB5">
              <w:rPr>
                <w:rFonts w:ascii="Times New Roman" w:hAnsi="Times New Roman" w:cs="Times New Roman"/>
                <w:sz w:val="20"/>
                <w:szCs w:val="20"/>
              </w:rPr>
              <w:t>0.13</w:t>
            </w:r>
          </w:p>
        </w:tc>
        <w:tc>
          <w:tcPr>
            <w:tcW w:w="1277" w:type="dxa"/>
            <w:vAlign w:val="bottom"/>
          </w:tcPr>
          <w:p w14:paraId="6FE374B1" w14:textId="75411FEA" w:rsidR="002D4CB5" w:rsidRPr="002D4CB5" w:rsidRDefault="002D4CB5" w:rsidP="002D4CB5">
            <w:pPr>
              <w:rPr>
                <w:rFonts w:ascii="Times New Roman" w:hAnsi="Times New Roman" w:cs="Times New Roman"/>
                <w:sz w:val="20"/>
                <w:szCs w:val="20"/>
              </w:rPr>
            </w:pPr>
            <w:r w:rsidRPr="002D4CB5">
              <w:rPr>
                <w:rFonts w:ascii="Times New Roman" w:hAnsi="Times New Roman" w:cs="Times New Roman"/>
                <w:sz w:val="20"/>
                <w:szCs w:val="20"/>
              </w:rPr>
              <w:t>0.12</w:t>
            </w:r>
          </w:p>
        </w:tc>
        <w:tc>
          <w:tcPr>
            <w:tcW w:w="686" w:type="dxa"/>
            <w:vAlign w:val="bottom"/>
          </w:tcPr>
          <w:p w14:paraId="0400AFAD" w14:textId="5E724D64" w:rsidR="002D4CB5" w:rsidRPr="002D4CB5" w:rsidRDefault="002D4CB5" w:rsidP="002D4CB5">
            <w:pPr>
              <w:rPr>
                <w:rFonts w:ascii="Times New Roman" w:hAnsi="Times New Roman" w:cs="Times New Roman"/>
                <w:sz w:val="20"/>
                <w:szCs w:val="20"/>
              </w:rPr>
            </w:pPr>
            <w:r w:rsidRPr="002D4CB5">
              <w:rPr>
                <w:rFonts w:ascii="Times New Roman" w:hAnsi="Times New Roman" w:cs="Times New Roman"/>
                <w:sz w:val="20"/>
                <w:szCs w:val="20"/>
              </w:rPr>
              <w:t>0.05</w:t>
            </w:r>
          </w:p>
        </w:tc>
        <w:tc>
          <w:tcPr>
            <w:tcW w:w="779" w:type="dxa"/>
            <w:vAlign w:val="bottom"/>
          </w:tcPr>
          <w:p w14:paraId="29603F9D" w14:textId="620FE498" w:rsidR="002D4CB5" w:rsidRPr="002D4CB5" w:rsidRDefault="002D4CB5" w:rsidP="002D4CB5">
            <w:pPr>
              <w:rPr>
                <w:rFonts w:ascii="Times New Roman" w:hAnsi="Times New Roman" w:cs="Times New Roman"/>
                <w:sz w:val="20"/>
                <w:szCs w:val="20"/>
              </w:rPr>
            </w:pPr>
            <w:r w:rsidRPr="002D4CB5">
              <w:rPr>
                <w:rFonts w:ascii="Times New Roman" w:hAnsi="Times New Roman" w:cs="Times New Roman"/>
                <w:sz w:val="20"/>
                <w:szCs w:val="20"/>
              </w:rPr>
              <w:t>0.09</w:t>
            </w:r>
          </w:p>
        </w:tc>
        <w:tc>
          <w:tcPr>
            <w:tcW w:w="1294" w:type="dxa"/>
            <w:vAlign w:val="bottom"/>
          </w:tcPr>
          <w:p w14:paraId="6C75339D" w14:textId="16C1914F" w:rsidR="002D4CB5" w:rsidRPr="002D4CB5" w:rsidRDefault="002D4CB5" w:rsidP="002D4CB5">
            <w:pPr>
              <w:rPr>
                <w:rFonts w:ascii="Times New Roman" w:hAnsi="Times New Roman" w:cs="Times New Roman"/>
                <w:sz w:val="20"/>
                <w:szCs w:val="20"/>
              </w:rPr>
            </w:pPr>
            <w:r w:rsidRPr="002D4CB5">
              <w:rPr>
                <w:rFonts w:ascii="Times New Roman" w:hAnsi="Times New Roman" w:cs="Times New Roman"/>
                <w:sz w:val="20"/>
                <w:szCs w:val="20"/>
              </w:rPr>
              <w:t>0.02</w:t>
            </w:r>
          </w:p>
        </w:tc>
      </w:tr>
      <w:tr w:rsidR="006A4FB5" w:rsidRPr="00D115AA" w14:paraId="2286143D" w14:textId="77777777" w:rsidTr="006A4FB5">
        <w:tc>
          <w:tcPr>
            <w:tcW w:w="2112" w:type="dxa"/>
            <w:vAlign w:val="bottom"/>
          </w:tcPr>
          <w:p w14:paraId="4633F486" w14:textId="062BE2EE"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Excoriation </w:t>
            </w:r>
          </w:p>
        </w:tc>
        <w:tc>
          <w:tcPr>
            <w:tcW w:w="1088" w:type="dxa"/>
            <w:vAlign w:val="bottom"/>
          </w:tcPr>
          <w:p w14:paraId="5238894D" w14:textId="191DA675"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0.01</w:t>
            </w:r>
          </w:p>
        </w:tc>
        <w:tc>
          <w:tcPr>
            <w:tcW w:w="987" w:type="dxa"/>
            <w:vAlign w:val="bottom"/>
          </w:tcPr>
          <w:p w14:paraId="5DF839E5" w14:textId="21878A65"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0.19</w:t>
            </w:r>
          </w:p>
        </w:tc>
        <w:tc>
          <w:tcPr>
            <w:tcW w:w="1277" w:type="dxa"/>
            <w:vAlign w:val="bottom"/>
          </w:tcPr>
          <w:p w14:paraId="16D1E7C0" w14:textId="67D50324"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0.15</w:t>
            </w:r>
          </w:p>
        </w:tc>
        <w:tc>
          <w:tcPr>
            <w:tcW w:w="686" w:type="dxa"/>
            <w:vAlign w:val="bottom"/>
          </w:tcPr>
          <w:p w14:paraId="0DB47743" w14:textId="71E6785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0.16</w:t>
            </w:r>
          </w:p>
        </w:tc>
        <w:tc>
          <w:tcPr>
            <w:tcW w:w="779" w:type="dxa"/>
            <w:vAlign w:val="bottom"/>
          </w:tcPr>
          <w:p w14:paraId="5F4FF5E4" w14:textId="31A3BEA8"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0.21</w:t>
            </w:r>
          </w:p>
        </w:tc>
        <w:tc>
          <w:tcPr>
            <w:tcW w:w="1294" w:type="dxa"/>
            <w:vAlign w:val="bottom"/>
          </w:tcPr>
          <w:p w14:paraId="199920A5" w14:textId="71D60214"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-0.18</w:t>
            </w:r>
          </w:p>
        </w:tc>
      </w:tr>
      <w:tr w:rsidR="006A4FB5" w:rsidRPr="00D115AA" w14:paraId="07EA6B34" w14:textId="669D1AB4" w:rsidTr="002D4CB5">
        <w:trPr>
          <w:trHeight w:val="189"/>
        </w:trPr>
        <w:tc>
          <w:tcPr>
            <w:tcW w:w="2112" w:type="dxa"/>
            <w:tcBorders>
              <w:bottom w:val="single" w:sz="4" w:space="0" w:color="auto"/>
            </w:tcBorders>
          </w:tcPr>
          <w:p w14:paraId="0EFBEA59" w14:textId="1B62B3BC"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Counting </w:t>
            </w:r>
          </w:p>
        </w:tc>
        <w:tc>
          <w:tcPr>
            <w:tcW w:w="1088" w:type="dxa"/>
            <w:tcBorders>
              <w:bottom w:val="single" w:sz="4" w:space="0" w:color="auto"/>
            </w:tcBorders>
            <w:vAlign w:val="bottom"/>
          </w:tcPr>
          <w:p w14:paraId="715A1180" w14:textId="564A1ED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0.13</w:t>
            </w:r>
          </w:p>
        </w:tc>
        <w:tc>
          <w:tcPr>
            <w:tcW w:w="987" w:type="dxa"/>
            <w:tcBorders>
              <w:bottom w:val="single" w:sz="4" w:space="0" w:color="auto"/>
            </w:tcBorders>
            <w:vAlign w:val="bottom"/>
          </w:tcPr>
          <w:p w14:paraId="275E4C0B" w14:textId="16680D0C"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-0.12</w:t>
            </w:r>
          </w:p>
        </w:tc>
        <w:tc>
          <w:tcPr>
            <w:tcW w:w="1277" w:type="dxa"/>
            <w:tcBorders>
              <w:bottom w:val="single" w:sz="4" w:space="0" w:color="auto"/>
            </w:tcBorders>
            <w:vAlign w:val="bottom"/>
          </w:tcPr>
          <w:p w14:paraId="67981517" w14:textId="35D7D5E9"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0.18</w:t>
            </w:r>
          </w:p>
        </w:tc>
        <w:tc>
          <w:tcPr>
            <w:tcW w:w="686" w:type="dxa"/>
            <w:tcBorders>
              <w:bottom w:val="single" w:sz="4" w:space="0" w:color="auto"/>
            </w:tcBorders>
            <w:vAlign w:val="bottom"/>
          </w:tcPr>
          <w:p w14:paraId="506DFE0D" w14:textId="1B576296"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0.29</w:t>
            </w:r>
          </w:p>
        </w:tc>
        <w:tc>
          <w:tcPr>
            <w:tcW w:w="779" w:type="dxa"/>
            <w:tcBorders>
              <w:bottom w:val="single" w:sz="4" w:space="0" w:color="auto"/>
            </w:tcBorders>
            <w:vAlign w:val="bottom"/>
          </w:tcPr>
          <w:p w14:paraId="26B82BBD" w14:textId="48AE85FD"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0.29</w:t>
            </w:r>
          </w:p>
        </w:tc>
        <w:tc>
          <w:tcPr>
            <w:tcW w:w="1294" w:type="dxa"/>
            <w:tcBorders>
              <w:bottom w:val="single" w:sz="4" w:space="0" w:color="auto"/>
            </w:tcBorders>
            <w:vAlign w:val="bottom"/>
          </w:tcPr>
          <w:p w14:paraId="0272C489" w14:textId="2BBDDBAA" w:rsidR="006A4FB5" w:rsidRPr="002D4CB5" w:rsidRDefault="006A4FB5" w:rsidP="006A4FB5">
            <w:pPr>
              <w:rPr>
                <w:rFonts w:ascii="Times New Roman" w:hAnsi="Times New Roman" w:cs="Times New Roman"/>
                <w:sz w:val="20"/>
                <w:szCs w:val="20"/>
              </w:rPr>
            </w:pPr>
            <w:r w:rsidRPr="002D4CB5">
              <w:rPr>
                <w:rFonts w:ascii="Times New Roman" w:hAnsi="Times New Roman" w:cs="Times New Roman"/>
                <w:sz w:val="20"/>
                <w:szCs w:val="20"/>
              </w:rPr>
              <w:t>0.10</w:t>
            </w:r>
          </w:p>
        </w:tc>
      </w:tr>
      <w:tr w:rsidR="000863AC" w:rsidRPr="00D115AA" w14:paraId="17499F94" w14:textId="581F417C" w:rsidTr="00B46D5F">
        <w:trPr>
          <w:trHeight w:val="279"/>
        </w:trPr>
        <w:tc>
          <w:tcPr>
            <w:tcW w:w="8223" w:type="dxa"/>
            <w:gridSpan w:val="7"/>
            <w:tcBorders>
              <w:top w:val="single" w:sz="4" w:space="0" w:color="auto"/>
            </w:tcBorders>
          </w:tcPr>
          <w:p w14:paraId="695FB257" w14:textId="60D06F1F" w:rsidR="000863AC" w:rsidRPr="00D115AA" w:rsidRDefault="000863AC" w:rsidP="000863AC">
            <w:pPr>
              <w:rPr>
                <w:rFonts w:ascii="Times New Roman" w:hAnsi="Times New Roman" w:cs="Times New Roman"/>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7E7BC0C9" w14:textId="77777777" w:rsidR="00923602" w:rsidRDefault="00923602" w:rsidP="00923602">
      <w:pPr>
        <w:spacing w:line="480" w:lineRule="auto"/>
        <w:rPr>
          <w:rFonts w:ascii="Times New Roman" w:hAnsi="Times New Roman" w:cs="Times New Roman"/>
        </w:rPr>
      </w:pPr>
    </w:p>
    <w:tbl>
      <w:tblPr>
        <w:tblpPr w:leftFromText="180" w:rightFromText="180" w:vertAnchor="text" w:horzAnchor="page" w:tblpX="350" w:tblpY="-1439"/>
        <w:tblW w:w="10481" w:type="dxa"/>
        <w:tblLook w:val="04A0" w:firstRow="1" w:lastRow="0" w:firstColumn="1" w:lastColumn="0" w:noHBand="0" w:noVBand="1"/>
      </w:tblPr>
      <w:tblGrid>
        <w:gridCol w:w="2284"/>
        <w:gridCol w:w="972"/>
        <w:gridCol w:w="884"/>
        <w:gridCol w:w="1490"/>
        <w:gridCol w:w="1905"/>
        <w:gridCol w:w="776"/>
        <w:gridCol w:w="876"/>
        <w:gridCol w:w="1294"/>
      </w:tblGrid>
      <w:tr w:rsidR="00CA498B" w:rsidRPr="000A26ED" w14:paraId="4C37DFF8" w14:textId="72CDFF8E" w:rsidTr="004A0B2E">
        <w:trPr>
          <w:trHeight w:val="620"/>
        </w:trPr>
        <w:tc>
          <w:tcPr>
            <w:tcW w:w="10481" w:type="dxa"/>
            <w:gridSpan w:val="8"/>
            <w:tcBorders>
              <w:top w:val="single" w:sz="4" w:space="0" w:color="auto"/>
              <w:bottom w:val="single" w:sz="4" w:space="0" w:color="auto"/>
            </w:tcBorders>
          </w:tcPr>
          <w:p w14:paraId="48BCD2D2" w14:textId="77777777" w:rsidR="00CA498B" w:rsidRPr="00027A52" w:rsidRDefault="00CA498B" w:rsidP="004A0B2E">
            <w:pPr>
              <w:rPr>
                <w:rFonts w:ascii="Times New Roman" w:hAnsi="Times New Roman" w:cs="Times New Roman"/>
                <w:b/>
                <w:bCs/>
                <w:color w:val="000000" w:themeColor="text1"/>
                <w:sz w:val="22"/>
                <w:szCs w:val="22"/>
              </w:rPr>
            </w:pPr>
            <w:r w:rsidRPr="00A65627">
              <w:rPr>
                <w:rFonts w:ascii="Times New Roman" w:hAnsi="Times New Roman" w:cs="Times New Roman"/>
                <w:b/>
                <w:bCs/>
                <w:color w:val="000000" w:themeColor="text1"/>
                <w:sz w:val="22"/>
                <w:szCs w:val="22"/>
              </w:rPr>
              <w:lastRenderedPageBreak/>
              <w:t>Table S10</w:t>
            </w:r>
          </w:p>
          <w:p w14:paraId="6C9FDEEB" w14:textId="0768AD9D" w:rsidR="00CA498B" w:rsidRPr="000A26ED" w:rsidRDefault="00CA498B" w:rsidP="004A0B2E">
            <w:r w:rsidRPr="002B725C">
              <w:rPr>
                <w:rFonts w:ascii="Times New Roman" w:hAnsi="Times New Roman" w:cs="Times New Roman"/>
                <w:i/>
                <w:iCs/>
                <w:color w:val="000000" w:themeColor="text1"/>
                <w:sz w:val="22"/>
                <w:szCs w:val="22"/>
              </w:rPr>
              <w:t xml:space="preserve">Factor Loadings </w:t>
            </w:r>
            <w:r>
              <w:rPr>
                <w:rFonts w:ascii="Times New Roman" w:hAnsi="Times New Roman" w:cs="Times New Roman"/>
                <w:i/>
                <w:iCs/>
                <w:color w:val="000000" w:themeColor="text1"/>
                <w:sz w:val="22"/>
                <w:szCs w:val="22"/>
              </w:rPr>
              <w:t>for the</w:t>
            </w:r>
            <w:r w:rsidRPr="002B725C">
              <w:rPr>
                <w:rFonts w:ascii="Times New Roman" w:hAnsi="Times New Roman" w:cs="Times New Roman"/>
                <w:i/>
                <w:iCs/>
                <w:color w:val="000000" w:themeColor="text1"/>
                <w:sz w:val="22"/>
                <w:szCs w:val="22"/>
              </w:rPr>
              <w:t xml:space="preserve"> </w:t>
            </w:r>
            <w:r>
              <w:rPr>
                <w:rFonts w:ascii="Times New Roman" w:hAnsi="Times New Roman" w:cs="Times New Roman"/>
                <w:i/>
                <w:iCs/>
                <w:color w:val="000000" w:themeColor="text1"/>
              </w:rPr>
              <w:t>7</w:t>
            </w:r>
            <w:r>
              <w:rPr>
                <w:rFonts w:ascii="Times New Roman" w:hAnsi="Times New Roman" w:cs="Times New Roman"/>
                <w:i/>
                <w:iCs/>
                <w:color w:val="000000" w:themeColor="text1"/>
                <w:sz w:val="22"/>
                <w:szCs w:val="22"/>
              </w:rPr>
              <w:t>-factor Solution of</w:t>
            </w:r>
            <w:r w:rsidRPr="002B725C">
              <w:rPr>
                <w:rFonts w:ascii="Times New Roman" w:hAnsi="Times New Roman" w:cs="Times New Roman"/>
                <w:i/>
                <w:iCs/>
                <w:color w:val="000000" w:themeColor="text1"/>
                <w:sz w:val="22"/>
                <w:szCs w:val="22"/>
              </w:rPr>
              <w:t xml:space="preserve"> </w:t>
            </w:r>
            <w:proofErr w:type="spellStart"/>
            <w:r w:rsidR="00B14F60">
              <w:rPr>
                <w:rFonts w:ascii="Times New Roman" w:hAnsi="Times New Roman" w:cs="Times New Roman"/>
                <w:i/>
                <w:iCs/>
                <w:color w:val="000000" w:themeColor="text1"/>
                <w:sz w:val="22"/>
                <w:szCs w:val="22"/>
              </w:rPr>
              <w:t>HiTOP</w:t>
            </w:r>
            <w:proofErr w:type="spellEnd"/>
            <w:r w:rsidR="00B14F60">
              <w:rPr>
                <w:rFonts w:ascii="Times New Roman" w:hAnsi="Times New Roman" w:cs="Times New Roman"/>
                <w:i/>
                <w:iCs/>
                <w:color w:val="000000" w:themeColor="text1"/>
                <w:sz w:val="22"/>
                <w:szCs w:val="22"/>
              </w:rPr>
              <w:t>-SR</w:t>
            </w:r>
            <w:r w:rsidRPr="002B725C">
              <w:rPr>
                <w:rFonts w:ascii="Times New Roman" w:hAnsi="Times New Roman" w:cs="Times New Roman"/>
                <w:i/>
                <w:iCs/>
                <w:color w:val="000000" w:themeColor="text1"/>
                <w:sz w:val="22"/>
                <w:szCs w:val="22"/>
              </w:rPr>
              <w:t xml:space="preserve"> Scales</w:t>
            </w:r>
          </w:p>
        </w:tc>
      </w:tr>
      <w:tr w:rsidR="00CA498B" w:rsidRPr="000A26ED" w14:paraId="5458D7D9" w14:textId="037A438D" w:rsidTr="002910D9">
        <w:trPr>
          <w:trHeight w:val="251"/>
        </w:trPr>
        <w:tc>
          <w:tcPr>
            <w:tcW w:w="2284" w:type="dxa"/>
            <w:tcBorders>
              <w:top w:val="single" w:sz="4" w:space="0" w:color="auto"/>
            </w:tcBorders>
          </w:tcPr>
          <w:p w14:paraId="16981E03" w14:textId="0629FF1B" w:rsidR="00CA498B" w:rsidRDefault="00B14F60" w:rsidP="004A0B2E">
            <w:pP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CA498B" w:rsidRPr="000A26ED">
              <w:rPr>
                <w:rFonts w:ascii="Times New Roman" w:hAnsi="Times New Roman" w:cs="Times New Roman"/>
                <w:sz w:val="20"/>
                <w:szCs w:val="20"/>
              </w:rPr>
              <w:t xml:space="preserve"> Scale</w:t>
            </w:r>
          </w:p>
        </w:tc>
        <w:tc>
          <w:tcPr>
            <w:tcW w:w="8197" w:type="dxa"/>
            <w:gridSpan w:val="7"/>
            <w:tcBorders>
              <w:top w:val="single" w:sz="4" w:space="0" w:color="auto"/>
            </w:tcBorders>
          </w:tcPr>
          <w:p w14:paraId="64C428A9" w14:textId="77777777" w:rsidR="00CA498B" w:rsidRPr="003D4FD8" w:rsidRDefault="00CA498B" w:rsidP="004A0B2E">
            <w:pPr>
              <w:jc w:val="center"/>
              <w:rPr>
                <w:rFonts w:ascii="Times New Roman" w:hAnsi="Times New Roman" w:cs="Times New Roman"/>
                <w:sz w:val="20"/>
                <w:szCs w:val="20"/>
              </w:rPr>
            </w:pPr>
            <w:r w:rsidRPr="003D4FD8">
              <w:rPr>
                <w:rFonts w:ascii="Times New Roman" w:hAnsi="Times New Roman" w:cs="Times New Roman"/>
                <w:sz w:val="20"/>
                <w:szCs w:val="20"/>
              </w:rPr>
              <w:t>Factor Loadings</w:t>
            </w:r>
          </w:p>
        </w:tc>
      </w:tr>
      <w:tr w:rsidR="00CA498B" w:rsidRPr="000A26ED" w14:paraId="75E2E544" w14:textId="79B248ED" w:rsidTr="004A0B2E">
        <w:trPr>
          <w:trHeight w:val="457"/>
        </w:trPr>
        <w:tc>
          <w:tcPr>
            <w:tcW w:w="2284" w:type="dxa"/>
          </w:tcPr>
          <w:p w14:paraId="6F5D94B8" w14:textId="77777777" w:rsidR="00CA498B" w:rsidRPr="00812797" w:rsidRDefault="00CA498B" w:rsidP="004A0B2E">
            <w:pPr>
              <w:rPr>
                <w:rFonts w:ascii="Times New Roman" w:hAnsi="Times New Roman" w:cs="Times New Roman"/>
                <w:sz w:val="20"/>
                <w:szCs w:val="20"/>
              </w:rPr>
            </w:pPr>
          </w:p>
        </w:tc>
        <w:tc>
          <w:tcPr>
            <w:tcW w:w="972" w:type="dxa"/>
            <w:tcBorders>
              <w:top w:val="single" w:sz="4" w:space="0" w:color="auto"/>
            </w:tcBorders>
            <w:vAlign w:val="bottom"/>
          </w:tcPr>
          <w:p w14:paraId="741F3E77" w14:textId="2EFA5B9D" w:rsidR="00CA498B" w:rsidRPr="00812797" w:rsidRDefault="00CA498B" w:rsidP="004A0B2E">
            <w:pPr>
              <w:jc w:val="center"/>
              <w:rPr>
                <w:rFonts w:ascii="Times New Roman" w:hAnsi="Times New Roman" w:cs="Times New Roman"/>
                <w:sz w:val="20"/>
                <w:szCs w:val="20"/>
              </w:rPr>
            </w:pPr>
            <w:r w:rsidRPr="00812797">
              <w:rPr>
                <w:rFonts w:ascii="Times New Roman" w:hAnsi="Times New Roman" w:cs="Times New Roman"/>
                <w:sz w:val="20"/>
                <w:szCs w:val="20"/>
              </w:rPr>
              <w:t>Sexual Problems</w:t>
            </w:r>
          </w:p>
        </w:tc>
        <w:tc>
          <w:tcPr>
            <w:tcW w:w="884" w:type="dxa"/>
            <w:tcBorders>
              <w:top w:val="single" w:sz="4" w:space="0" w:color="auto"/>
            </w:tcBorders>
            <w:vAlign w:val="bottom"/>
          </w:tcPr>
          <w:p w14:paraId="6DAC6386" w14:textId="2233C0D4" w:rsidR="00CA498B" w:rsidRPr="00812797" w:rsidRDefault="00CA498B" w:rsidP="004A0B2E">
            <w:pPr>
              <w:jc w:val="center"/>
              <w:rPr>
                <w:rFonts w:ascii="Times New Roman" w:hAnsi="Times New Roman" w:cs="Times New Roman"/>
                <w:sz w:val="20"/>
                <w:szCs w:val="20"/>
              </w:rPr>
            </w:pPr>
            <w:r w:rsidRPr="00812797">
              <w:rPr>
                <w:rFonts w:ascii="Times New Roman" w:hAnsi="Times New Roman" w:cs="Times New Roman"/>
                <w:sz w:val="20"/>
                <w:szCs w:val="20"/>
              </w:rPr>
              <w:t>Distress</w:t>
            </w:r>
          </w:p>
        </w:tc>
        <w:tc>
          <w:tcPr>
            <w:tcW w:w="1490" w:type="dxa"/>
            <w:tcBorders>
              <w:top w:val="single" w:sz="4" w:space="0" w:color="auto"/>
            </w:tcBorders>
            <w:vAlign w:val="bottom"/>
          </w:tcPr>
          <w:p w14:paraId="0972F51C" w14:textId="77777777" w:rsidR="00CA498B" w:rsidRPr="00812797" w:rsidRDefault="00CA498B" w:rsidP="004A0B2E">
            <w:pPr>
              <w:jc w:val="center"/>
              <w:rPr>
                <w:rFonts w:ascii="Times New Roman" w:hAnsi="Times New Roman" w:cs="Times New Roman"/>
                <w:sz w:val="20"/>
                <w:szCs w:val="20"/>
              </w:rPr>
            </w:pPr>
            <w:r w:rsidRPr="00812797">
              <w:rPr>
                <w:rFonts w:ascii="Times New Roman" w:hAnsi="Times New Roman" w:cs="Times New Roman"/>
                <w:sz w:val="20"/>
                <w:szCs w:val="20"/>
              </w:rPr>
              <w:t>Disorganization</w:t>
            </w:r>
          </w:p>
        </w:tc>
        <w:tc>
          <w:tcPr>
            <w:tcW w:w="1905" w:type="dxa"/>
            <w:tcBorders>
              <w:top w:val="single" w:sz="4" w:space="0" w:color="auto"/>
            </w:tcBorders>
            <w:vAlign w:val="bottom"/>
          </w:tcPr>
          <w:p w14:paraId="5E050258" w14:textId="77777777" w:rsidR="00CA498B" w:rsidRPr="00812797" w:rsidRDefault="00CA498B" w:rsidP="004A0B2E">
            <w:pPr>
              <w:jc w:val="center"/>
              <w:rPr>
                <w:rFonts w:ascii="Times New Roman" w:hAnsi="Times New Roman" w:cs="Times New Roman"/>
                <w:sz w:val="20"/>
                <w:szCs w:val="20"/>
              </w:rPr>
            </w:pPr>
            <w:r w:rsidRPr="00812797">
              <w:rPr>
                <w:rFonts w:ascii="Times New Roman" w:hAnsi="Times New Roman" w:cs="Times New Roman"/>
                <w:sz w:val="20"/>
                <w:szCs w:val="20"/>
              </w:rPr>
              <w:t>Domineering/Eating/</w:t>
            </w:r>
          </w:p>
          <w:p w14:paraId="1A31D62B" w14:textId="0137CC6E" w:rsidR="00CA498B" w:rsidRPr="00812797" w:rsidRDefault="00CA498B" w:rsidP="004A0B2E">
            <w:pPr>
              <w:jc w:val="center"/>
              <w:rPr>
                <w:rFonts w:ascii="Times New Roman" w:hAnsi="Times New Roman" w:cs="Times New Roman"/>
                <w:sz w:val="20"/>
                <w:szCs w:val="20"/>
              </w:rPr>
            </w:pPr>
            <w:r w:rsidRPr="00812797">
              <w:rPr>
                <w:rFonts w:ascii="Times New Roman" w:hAnsi="Times New Roman" w:cs="Times New Roman"/>
                <w:sz w:val="20"/>
                <w:szCs w:val="20"/>
              </w:rPr>
              <w:t>Body Focus</w:t>
            </w:r>
          </w:p>
        </w:tc>
        <w:tc>
          <w:tcPr>
            <w:tcW w:w="776" w:type="dxa"/>
            <w:tcBorders>
              <w:top w:val="single" w:sz="4" w:space="0" w:color="auto"/>
            </w:tcBorders>
            <w:vAlign w:val="bottom"/>
          </w:tcPr>
          <w:p w14:paraId="4DA23343" w14:textId="549D2992" w:rsidR="00CA498B" w:rsidRPr="00812797" w:rsidRDefault="00CA498B" w:rsidP="004A0B2E">
            <w:pPr>
              <w:jc w:val="center"/>
              <w:rPr>
                <w:rFonts w:ascii="Times New Roman" w:hAnsi="Times New Roman" w:cs="Times New Roman"/>
                <w:sz w:val="20"/>
                <w:szCs w:val="20"/>
              </w:rPr>
            </w:pPr>
            <w:r w:rsidRPr="00812797">
              <w:rPr>
                <w:rFonts w:ascii="Times New Roman" w:hAnsi="Times New Roman" w:cs="Times New Roman"/>
                <w:sz w:val="20"/>
                <w:szCs w:val="20"/>
              </w:rPr>
              <w:t>Fear</w:t>
            </w:r>
          </w:p>
        </w:tc>
        <w:tc>
          <w:tcPr>
            <w:tcW w:w="876" w:type="dxa"/>
            <w:tcBorders>
              <w:top w:val="single" w:sz="4" w:space="0" w:color="auto"/>
            </w:tcBorders>
            <w:vAlign w:val="bottom"/>
          </w:tcPr>
          <w:p w14:paraId="6295803B" w14:textId="5080F741" w:rsidR="00CA498B" w:rsidRPr="00812797" w:rsidRDefault="00CA498B" w:rsidP="004A0B2E">
            <w:pPr>
              <w:jc w:val="center"/>
              <w:rPr>
                <w:rFonts w:ascii="Times New Roman" w:hAnsi="Times New Roman" w:cs="Times New Roman"/>
                <w:sz w:val="20"/>
                <w:szCs w:val="20"/>
              </w:rPr>
            </w:pPr>
            <w:r w:rsidRPr="00812797">
              <w:rPr>
                <w:rFonts w:ascii="Times New Roman" w:hAnsi="Times New Roman" w:cs="Times New Roman"/>
                <w:sz w:val="20"/>
                <w:szCs w:val="20"/>
              </w:rPr>
              <w:t>Rarity</w:t>
            </w:r>
          </w:p>
        </w:tc>
        <w:tc>
          <w:tcPr>
            <w:tcW w:w="1294" w:type="dxa"/>
            <w:tcBorders>
              <w:top w:val="single" w:sz="4" w:space="0" w:color="auto"/>
            </w:tcBorders>
            <w:vAlign w:val="bottom"/>
          </w:tcPr>
          <w:p w14:paraId="1C65510B" w14:textId="43DFFA2A" w:rsidR="00CA498B" w:rsidRPr="00812797" w:rsidRDefault="00411CEA" w:rsidP="004A0B2E">
            <w:pPr>
              <w:jc w:val="center"/>
              <w:rPr>
                <w:rFonts w:ascii="Times New Roman" w:hAnsi="Times New Roman" w:cs="Times New Roman"/>
                <w:sz w:val="20"/>
                <w:szCs w:val="20"/>
              </w:rPr>
            </w:pPr>
            <w:r>
              <w:rPr>
                <w:rFonts w:ascii="Times New Roman" w:hAnsi="Times New Roman" w:cs="Times New Roman"/>
                <w:sz w:val="20"/>
                <w:szCs w:val="20"/>
              </w:rPr>
              <w:t>Antagonism</w:t>
            </w:r>
          </w:p>
        </w:tc>
      </w:tr>
      <w:tr w:rsidR="008E5ADB" w:rsidRPr="000A26ED" w14:paraId="73D96CC2" w14:textId="77777777" w:rsidTr="004A0B2E">
        <w:trPr>
          <w:trHeight w:val="288"/>
        </w:trPr>
        <w:tc>
          <w:tcPr>
            <w:tcW w:w="2284" w:type="dxa"/>
            <w:vAlign w:val="bottom"/>
          </w:tcPr>
          <w:p w14:paraId="1DE434E6" w14:textId="1B918826"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Low Sexual Arousal</w:t>
            </w:r>
          </w:p>
        </w:tc>
        <w:tc>
          <w:tcPr>
            <w:tcW w:w="972" w:type="dxa"/>
            <w:tcBorders>
              <w:top w:val="nil"/>
              <w:left w:val="nil"/>
              <w:bottom w:val="nil"/>
              <w:right w:val="nil"/>
            </w:tcBorders>
            <w:vAlign w:val="bottom"/>
          </w:tcPr>
          <w:p w14:paraId="56CE21D6" w14:textId="70B5D4F0" w:rsidR="008E5ADB" w:rsidRPr="00812797" w:rsidRDefault="008E5ADB" w:rsidP="004A0B2E">
            <w:pPr>
              <w:rPr>
                <w:rFonts w:ascii="Times New Roman" w:hAnsi="Times New Roman" w:cs="Times New Roman"/>
                <w:b/>
                <w:bCs/>
                <w:sz w:val="20"/>
                <w:szCs w:val="20"/>
              </w:rPr>
            </w:pPr>
            <w:r w:rsidRPr="00812797">
              <w:rPr>
                <w:rFonts w:ascii="Times New Roman" w:hAnsi="Times New Roman" w:cs="Times New Roman"/>
                <w:b/>
                <w:bCs/>
                <w:sz w:val="20"/>
                <w:szCs w:val="20"/>
              </w:rPr>
              <w:t>0.98</w:t>
            </w:r>
          </w:p>
        </w:tc>
        <w:tc>
          <w:tcPr>
            <w:tcW w:w="884" w:type="dxa"/>
            <w:tcBorders>
              <w:top w:val="nil"/>
              <w:left w:val="nil"/>
              <w:bottom w:val="nil"/>
              <w:right w:val="nil"/>
            </w:tcBorders>
            <w:vAlign w:val="bottom"/>
          </w:tcPr>
          <w:p w14:paraId="3CF4F71E" w14:textId="253C4684"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-0.08</w:t>
            </w:r>
          </w:p>
        </w:tc>
        <w:tc>
          <w:tcPr>
            <w:tcW w:w="1490" w:type="dxa"/>
            <w:tcBorders>
              <w:top w:val="nil"/>
              <w:left w:val="nil"/>
              <w:bottom w:val="nil"/>
              <w:right w:val="nil"/>
            </w:tcBorders>
            <w:vAlign w:val="bottom"/>
          </w:tcPr>
          <w:p w14:paraId="1CB914B7" w14:textId="40E1B377"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-0.06</w:t>
            </w:r>
          </w:p>
        </w:tc>
        <w:tc>
          <w:tcPr>
            <w:tcW w:w="1905" w:type="dxa"/>
            <w:tcBorders>
              <w:top w:val="nil"/>
              <w:left w:val="nil"/>
              <w:bottom w:val="nil"/>
              <w:right w:val="nil"/>
            </w:tcBorders>
            <w:vAlign w:val="bottom"/>
          </w:tcPr>
          <w:p w14:paraId="035C69A8" w14:textId="231E3B9E"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-0.08</w:t>
            </w:r>
          </w:p>
        </w:tc>
        <w:tc>
          <w:tcPr>
            <w:tcW w:w="776" w:type="dxa"/>
            <w:tcBorders>
              <w:top w:val="nil"/>
              <w:left w:val="nil"/>
              <w:bottom w:val="nil"/>
              <w:right w:val="nil"/>
            </w:tcBorders>
            <w:vAlign w:val="bottom"/>
          </w:tcPr>
          <w:p w14:paraId="0B4DF5DA" w14:textId="49DED44B"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-0.07</w:t>
            </w:r>
          </w:p>
        </w:tc>
        <w:tc>
          <w:tcPr>
            <w:tcW w:w="876" w:type="dxa"/>
            <w:tcBorders>
              <w:top w:val="nil"/>
              <w:left w:val="nil"/>
              <w:bottom w:val="nil"/>
              <w:right w:val="nil"/>
            </w:tcBorders>
            <w:vAlign w:val="bottom"/>
          </w:tcPr>
          <w:p w14:paraId="48DD58ED" w14:textId="346B0FE6"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-0.05</w:t>
            </w:r>
          </w:p>
        </w:tc>
        <w:tc>
          <w:tcPr>
            <w:tcW w:w="1294" w:type="dxa"/>
            <w:tcBorders>
              <w:top w:val="nil"/>
              <w:left w:val="nil"/>
              <w:bottom w:val="nil"/>
              <w:right w:val="nil"/>
            </w:tcBorders>
            <w:vAlign w:val="bottom"/>
          </w:tcPr>
          <w:p w14:paraId="6EA966CB" w14:textId="62941DF5" w:rsidR="008E5ADB" w:rsidRPr="00812797" w:rsidRDefault="008E5ADB" w:rsidP="004A0B2E">
            <w:pPr>
              <w:rPr>
                <w:rFonts w:ascii="Times New Roman" w:hAnsi="Times New Roman" w:cs="Times New Roman"/>
                <w:b/>
                <w:bCs/>
                <w:sz w:val="20"/>
                <w:szCs w:val="20"/>
              </w:rPr>
            </w:pPr>
            <w:r w:rsidRPr="00812797">
              <w:rPr>
                <w:rFonts w:ascii="Times New Roman" w:hAnsi="Times New Roman" w:cs="Times New Roman"/>
                <w:sz w:val="20"/>
                <w:szCs w:val="20"/>
              </w:rPr>
              <w:t>-0.01</w:t>
            </w:r>
          </w:p>
        </w:tc>
      </w:tr>
      <w:tr w:rsidR="008E5ADB" w:rsidRPr="000A26ED" w14:paraId="6312C7DA" w14:textId="77777777" w:rsidTr="004A0B2E">
        <w:trPr>
          <w:trHeight w:val="288"/>
        </w:trPr>
        <w:tc>
          <w:tcPr>
            <w:tcW w:w="2284" w:type="dxa"/>
            <w:vAlign w:val="bottom"/>
          </w:tcPr>
          <w:p w14:paraId="2E4B6F09" w14:textId="3A4216E6"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Low Sexual Interest</w:t>
            </w:r>
          </w:p>
        </w:tc>
        <w:tc>
          <w:tcPr>
            <w:tcW w:w="972" w:type="dxa"/>
            <w:tcBorders>
              <w:top w:val="nil"/>
              <w:left w:val="nil"/>
              <w:bottom w:val="nil"/>
              <w:right w:val="nil"/>
            </w:tcBorders>
            <w:vAlign w:val="bottom"/>
          </w:tcPr>
          <w:p w14:paraId="1EEF801E" w14:textId="3F97A7B6" w:rsidR="008E5ADB" w:rsidRPr="00812797" w:rsidRDefault="008E5ADB" w:rsidP="004A0B2E">
            <w:pPr>
              <w:rPr>
                <w:rFonts w:ascii="Times New Roman" w:hAnsi="Times New Roman" w:cs="Times New Roman"/>
                <w:b/>
                <w:bCs/>
                <w:sz w:val="20"/>
                <w:szCs w:val="20"/>
              </w:rPr>
            </w:pPr>
            <w:r w:rsidRPr="00812797">
              <w:rPr>
                <w:rFonts w:ascii="Times New Roman" w:hAnsi="Times New Roman" w:cs="Times New Roman"/>
                <w:b/>
                <w:bCs/>
                <w:sz w:val="20"/>
                <w:szCs w:val="20"/>
              </w:rPr>
              <w:t>0.75</w:t>
            </w:r>
          </w:p>
        </w:tc>
        <w:tc>
          <w:tcPr>
            <w:tcW w:w="884" w:type="dxa"/>
            <w:tcBorders>
              <w:top w:val="nil"/>
              <w:left w:val="nil"/>
              <w:bottom w:val="nil"/>
              <w:right w:val="nil"/>
            </w:tcBorders>
            <w:vAlign w:val="bottom"/>
          </w:tcPr>
          <w:p w14:paraId="6512BC30" w14:textId="6A854D21"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0.09</w:t>
            </w:r>
          </w:p>
        </w:tc>
        <w:tc>
          <w:tcPr>
            <w:tcW w:w="1490" w:type="dxa"/>
            <w:tcBorders>
              <w:top w:val="nil"/>
              <w:left w:val="nil"/>
              <w:bottom w:val="nil"/>
              <w:right w:val="nil"/>
            </w:tcBorders>
            <w:vAlign w:val="bottom"/>
          </w:tcPr>
          <w:p w14:paraId="1ACA6D9C" w14:textId="1A32A689"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-0.09</w:t>
            </w:r>
          </w:p>
        </w:tc>
        <w:tc>
          <w:tcPr>
            <w:tcW w:w="1905" w:type="dxa"/>
            <w:tcBorders>
              <w:top w:val="nil"/>
              <w:left w:val="nil"/>
              <w:bottom w:val="nil"/>
              <w:right w:val="nil"/>
            </w:tcBorders>
            <w:vAlign w:val="bottom"/>
          </w:tcPr>
          <w:p w14:paraId="62DBA9ED" w14:textId="3767CE99"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-0.11</w:t>
            </w:r>
          </w:p>
        </w:tc>
        <w:tc>
          <w:tcPr>
            <w:tcW w:w="776" w:type="dxa"/>
            <w:tcBorders>
              <w:top w:val="nil"/>
              <w:left w:val="nil"/>
              <w:bottom w:val="nil"/>
              <w:right w:val="nil"/>
            </w:tcBorders>
            <w:vAlign w:val="bottom"/>
          </w:tcPr>
          <w:p w14:paraId="2012C20A" w14:textId="1DB598F8"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0.13</w:t>
            </w:r>
          </w:p>
        </w:tc>
        <w:tc>
          <w:tcPr>
            <w:tcW w:w="876" w:type="dxa"/>
            <w:tcBorders>
              <w:top w:val="nil"/>
              <w:left w:val="nil"/>
              <w:bottom w:val="nil"/>
              <w:right w:val="nil"/>
            </w:tcBorders>
            <w:vAlign w:val="bottom"/>
          </w:tcPr>
          <w:p w14:paraId="0AAAC46A" w14:textId="2F5EB946"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-0.14</w:t>
            </w:r>
          </w:p>
        </w:tc>
        <w:tc>
          <w:tcPr>
            <w:tcW w:w="1294" w:type="dxa"/>
            <w:tcBorders>
              <w:top w:val="nil"/>
              <w:left w:val="nil"/>
              <w:bottom w:val="nil"/>
              <w:right w:val="nil"/>
            </w:tcBorders>
            <w:vAlign w:val="bottom"/>
          </w:tcPr>
          <w:p w14:paraId="543DD49F" w14:textId="0E2E3EBC" w:rsidR="008E5ADB" w:rsidRPr="00812797" w:rsidRDefault="008E5ADB" w:rsidP="004A0B2E">
            <w:pPr>
              <w:rPr>
                <w:rFonts w:ascii="Times New Roman" w:hAnsi="Times New Roman" w:cs="Times New Roman"/>
                <w:b/>
                <w:bCs/>
                <w:sz w:val="20"/>
                <w:szCs w:val="20"/>
              </w:rPr>
            </w:pPr>
            <w:r w:rsidRPr="00812797">
              <w:rPr>
                <w:rFonts w:ascii="Times New Roman" w:hAnsi="Times New Roman" w:cs="Times New Roman"/>
                <w:sz w:val="20"/>
                <w:szCs w:val="20"/>
              </w:rPr>
              <w:t>0.04</w:t>
            </w:r>
          </w:p>
        </w:tc>
      </w:tr>
      <w:tr w:rsidR="008E5ADB" w:rsidRPr="000A26ED" w14:paraId="40DE6894" w14:textId="77777777" w:rsidTr="004A0B2E">
        <w:trPr>
          <w:trHeight w:val="288"/>
        </w:trPr>
        <w:tc>
          <w:tcPr>
            <w:tcW w:w="2284" w:type="dxa"/>
            <w:vAlign w:val="bottom"/>
          </w:tcPr>
          <w:p w14:paraId="27B576C4" w14:textId="71C47AC2"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Difficulties Reaching Orgasm   </w:t>
            </w:r>
          </w:p>
        </w:tc>
        <w:tc>
          <w:tcPr>
            <w:tcW w:w="972" w:type="dxa"/>
            <w:tcBorders>
              <w:top w:val="nil"/>
              <w:left w:val="nil"/>
              <w:bottom w:val="nil"/>
              <w:right w:val="nil"/>
            </w:tcBorders>
            <w:vAlign w:val="bottom"/>
          </w:tcPr>
          <w:p w14:paraId="779A0A60" w14:textId="1587E832" w:rsidR="008E5ADB" w:rsidRPr="00812797" w:rsidRDefault="008E5ADB" w:rsidP="004A0B2E">
            <w:pPr>
              <w:rPr>
                <w:rFonts w:ascii="Times New Roman" w:hAnsi="Times New Roman" w:cs="Times New Roman"/>
                <w:b/>
                <w:bCs/>
                <w:sz w:val="20"/>
                <w:szCs w:val="20"/>
              </w:rPr>
            </w:pPr>
            <w:r w:rsidRPr="00812797">
              <w:rPr>
                <w:rFonts w:ascii="Times New Roman" w:hAnsi="Times New Roman" w:cs="Times New Roman"/>
                <w:b/>
                <w:bCs/>
                <w:sz w:val="20"/>
                <w:szCs w:val="20"/>
              </w:rPr>
              <w:t>0.68</w:t>
            </w:r>
          </w:p>
        </w:tc>
        <w:tc>
          <w:tcPr>
            <w:tcW w:w="884" w:type="dxa"/>
            <w:tcBorders>
              <w:top w:val="nil"/>
              <w:left w:val="nil"/>
              <w:bottom w:val="nil"/>
              <w:right w:val="nil"/>
            </w:tcBorders>
            <w:vAlign w:val="bottom"/>
          </w:tcPr>
          <w:p w14:paraId="6B8D0886" w14:textId="4739F4B0"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-0.07</w:t>
            </w:r>
          </w:p>
        </w:tc>
        <w:tc>
          <w:tcPr>
            <w:tcW w:w="1490" w:type="dxa"/>
            <w:tcBorders>
              <w:top w:val="nil"/>
              <w:left w:val="nil"/>
              <w:bottom w:val="nil"/>
              <w:right w:val="nil"/>
            </w:tcBorders>
            <w:vAlign w:val="bottom"/>
          </w:tcPr>
          <w:p w14:paraId="1C8CDC11" w14:textId="0EA43487"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0.08</w:t>
            </w:r>
          </w:p>
        </w:tc>
        <w:tc>
          <w:tcPr>
            <w:tcW w:w="1905" w:type="dxa"/>
            <w:tcBorders>
              <w:top w:val="nil"/>
              <w:left w:val="nil"/>
              <w:bottom w:val="nil"/>
              <w:right w:val="nil"/>
            </w:tcBorders>
            <w:vAlign w:val="bottom"/>
          </w:tcPr>
          <w:p w14:paraId="62E3347E" w14:textId="5CED3ECF"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0.09</w:t>
            </w:r>
          </w:p>
        </w:tc>
        <w:tc>
          <w:tcPr>
            <w:tcW w:w="776" w:type="dxa"/>
            <w:tcBorders>
              <w:top w:val="nil"/>
              <w:left w:val="nil"/>
              <w:bottom w:val="nil"/>
              <w:right w:val="nil"/>
            </w:tcBorders>
            <w:vAlign w:val="bottom"/>
          </w:tcPr>
          <w:p w14:paraId="4161A814" w14:textId="5DC4CF8D"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-0.18</w:t>
            </w:r>
          </w:p>
        </w:tc>
        <w:tc>
          <w:tcPr>
            <w:tcW w:w="876" w:type="dxa"/>
            <w:tcBorders>
              <w:top w:val="nil"/>
              <w:left w:val="nil"/>
              <w:bottom w:val="nil"/>
              <w:right w:val="nil"/>
            </w:tcBorders>
            <w:vAlign w:val="bottom"/>
          </w:tcPr>
          <w:p w14:paraId="5A79ED18" w14:textId="61617232"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0.01</w:t>
            </w:r>
          </w:p>
        </w:tc>
        <w:tc>
          <w:tcPr>
            <w:tcW w:w="1294" w:type="dxa"/>
            <w:tcBorders>
              <w:top w:val="nil"/>
              <w:left w:val="nil"/>
              <w:bottom w:val="nil"/>
              <w:right w:val="nil"/>
            </w:tcBorders>
            <w:vAlign w:val="bottom"/>
          </w:tcPr>
          <w:p w14:paraId="128985CB" w14:textId="6D07BCB2"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-0.09</w:t>
            </w:r>
          </w:p>
        </w:tc>
      </w:tr>
      <w:tr w:rsidR="008E5ADB" w:rsidRPr="000A26ED" w14:paraId="68F9921B" w14:textId="77777777" w:rsidTr="004A0B2E">
        <w:trPr>
          <w:trHeight w:val="288"/>
        </w:trPr>
        <w:tc>
          <w:tcPr>
            <w:tcW w:w="2284" w:type="dxa"/>
            <w:vAlign w:val="bottom"/>
          </w:tcPr>
          <w:p w14:paraId="0B0295F6" w14:textId="2006B23C"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Sexual Distress </w:t>
            </w:r>
          </w:p>
        </w:tc>
        <w:tc>
          <w:tcPr>
            <w:tcW w:w="972" w:type="dxa"/>
            <w:tcBorders>
              <w:top w:val="nil"/>
              <w:left w:val="nil"/>
              <w:bottom w:val="nil"/>
              <w:right w:val="nil"/>
            </w:tcBorders>
            <w:vAlign w:val="bottom"/>
          </w:tcPr>
          <w:p w14:paraId="7D3FB3B6" w14:textId="6CC55F05" w:rsidR="008E5ADB" w:rsidRPr="00812797" w:rsidRDefault="008E5ADB" w:rsidP="004A0B2E">
            <w:pPr>
              <w:rPr>
                <w:rFonts w:ascii="Times New Roman" w:hAnsi="Times New Roman" w:cs="Times New Roman"/>
                <w:b/>
                <w:bCs/>
                <w:sz w:val="20"/>
                <w:szCs w:val="20"/>
              </w:rPr>
            </w:pPr>
            <w:r w:rsidRPr="00812797">
              <w:rPr>
                <w:rFonts w:ascii="Times New Roman" w:hAnsi="Times New Roman" w:cs="Times New Roman"/>
                <w:b/>
                <w:bCs/>
                <w:sz w:val="20"/>
                <w:szCs w:val="20"/>
              </w:rPr>
              <w:t>0.66</w:t>
            </w:r>
          </w:p>
        </w:tc>
        <w:tc>
          <w:tcPr>
            <w:tcW w:w="884" w:type="dxa"/>
            <w:tcBorders>
              <w:top w:val="nil"/>
              <w:left w:val="nil"/>
              <w:bottom w:val="nil"/>
              <w:right w:val="nil"/>
            </w:tcBorders>
            <w:vAlign w:val="bottom"/>
          </w:tcPr>
          <w:p w14:paraId="0FDE59E9" w14:textId="76202595"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0.04</w:t>
            </w:r>
          </w:p>
        </w:tc>
        <w:tc>
          <w:tcPr>
            <w:tcW w:w="1490" w:type="dxa"/>
            <w:tcBorders>
              <w:top w:val="nil"/>
              <w:left w:val="nil"/>
              <w:bottom w:val="nil"/>
              <w:right w:val="nil"/>
            </w:tcBorders>
            <w:vAlign w:val="bottom"/>
          </w:tcPr>
          <w:p w14:paraId="602BFECF" w14:textId="4BE0D505"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0.04</w:t>
            </w:r>
          </w:p>
        </w:tc>
        <w:tc>
          <w:tcPr>
            <w:tcW w:w="1905" w:type="dxa"/>
            <w:tcBorders>
              <w:top w:val="nil"/>
              <w:left w:val="nil"/>
              <w:bottom w:val="nil"/>
              <w:right w:val="nil"/>
            </w:tcBorders>
            <w:vAlign w:val="bottom"/>
          </w:tcPr>
          <w:p w14:paraId="12DB29C3" w14:textId="71A898C6"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0.10</w:t>
            </w:r>
          </w:p>
        </w:tc>
        <w:tc>
          <w:tcPr>
            <w:tcW w:w="776" w:type="dxa"/>
            <w:tcBorders>
              <w:top w:val="nil"/>
              <w:left w:val="nil"/>
              <w:bottom w:val="nil"/>
              <w:right w:val="nil"/>
            </w:tcBorders>
            <w:vAlign w:val="bottom"/>
          </w:tcPr>
          <w:p w14:paraId="7CDDDA27" w14:textId="6D5B5664"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-0.06</w:t>
            </w:r>
          </w:p>
        </w:tc>
        <w:tc>
          <w:tcPr>
            <w:tcW w:w="876" w:type="dxa"/>
            <w:tcBorders>
              <w:top w:val="nil"/>
              <w:left w:val="nil"/>
              <w:bottom w:val="nil"/>
              <w:right w:val="nil"/>
            </w:tcBorders>
            <w:vAlign w:val="bottom"/>
          </w:tcPr>
          <w:p w14:paraId="660712D6" w14:textId="0EE89C2D"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0.00</w:t>
            </w:r>
          </w:p>
        </w:tc>
        <w:tc>
          <w:tcPr>
            <w:tcW w:w="1294" w:type="dxa"/>
            <w:tcBorders>
              <w:top w:val="nil"/>
              <w:left w:val="nil"/>
              <w:bottom w:val="nil"/>
              <w:right w:val="nil"/>
            </w:tcBorders>
            <w:vAlign w:val="bottom"/>
          </w:tcPr>
          <w:p w14:paraId="386A8192" w14:textId="297D460E"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-0.08</w:t>
            </w:r>
          </w:p>
        </w:tc>
      </w:tr>
      <w:tr w:rsidR="008E5ADB" w:rsidRPr="000A26ED" w14:paraId="47BBCDF0" w14:textId="77777777" w:rsidTr="004A0B2E">
        <w:trPr>
          <w:trHeight w:val="288"/>
        </w:trPr>
        <w:tc>
          <w:tcPr>
            <w:tcW w:w="2284" w:type="dxa"/>
            <w:vAlign w:val="bottom"/>
          </w:tcPr>
          <w:p w14:paraId="648A9AEC" w14:textId="1245D770"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Sexual Pain</w:t>
            </w:r>
          </w:p>
        </w:tc>
        <w:tc>
          <w:tcPr>
            <w:tcW w:w="972" w:type="dxa"/>
            <w:tcBorders>
              <w:top w:val="nil"/>
              <w:left w:val="nil"/>
              <w:bottom w:val="nil"/>
              <w:right w:val="nil"/>
            </w:tcBorders>
            <w:vAlign w:val="bottom"/>
          </w:tcPr>
          <w:p w14:paraId="34664D2A" w14:textId="717A56EE" w:rsidR="008E5ADB" w:rsidRPr="00812797" w:rsidRDefault="008E5ADB" w:rsidP="004A0B2E">
            <w:pPr>
              <w:rPr>
                <w:rFonts w:ascii="Times New Roman" w:hAnsi="Times New Roman" w:cs="Times New Roman"/>
                <w:b/>
                <w:bCs/>
                <w:sz w:val="20"/>
                <w:szCs w:val="20"/>
              </w:rPr>
            </w:pPr>
            <w:r w:rsidRPr="00812797">
              <w:rPr>
                <w:rFonts w:ascii="Times New Roman" w:hAnsi="Times New Roman" w:cs="Times New Roman"/>
                <w:b/>
                <w:bCs/>
                <w:sz w:val="20"/>
                <w:szCs w:val="20"/>
              </w:rPr>
              <w:t>0.54</w:t>
            </w:r>
          </w:p>
        </w:tc>
        <w:tc>
          <w:tcPr>
            <w:tcW w:w="884" w:type="dxa"/>
            <w:tcBorders>
              <w:top w:val="nil"/>
              <w:left w:val="nil"/>
              <w:bottom w:val="nil"/>
              <w:right w:val="nil"/>
            </w:tcBorders>
            <w:vAlign w:val="bottom"/>
          </w:tcPr>
          <w:p w14:paraId="53AB20A5" w14:textId="49597667"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-0.08</w:t>
            </w:r>
          </w:p>
        </w:tc>
        <w:tc>
          <w:tcPr>
            <w:tcW w:w="1490" w:type="dxa"/>
            <w:tcBorders>
              <w:top w:val="nil"/>
              <w:left w:val="nil"/>
              <w:bottom w:val="nil"/>
              <w:right w:val="nil"/>
            </w:tcBorders>
            <w:vAlign w:val="bottom"/>
          </w:tcPr>
          <w:p w14:paraId="6710325B" w14:textId="57354220"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-0.06</w:t>
            </w:r>
          </w:p>
        </w:tc>
        <w:tc>
          <w:tcPr>
            <w:tcW w:w="1905" w:type="dxa"/>
            <w:tcBorders>
              <w:top w:val="nil"/>
              <w:left w:val="nil"/>
              <w:bottom w:val="nil"/>
              <w:right w:val="nil"/>
            </w:tcBorders>
            <w:vAlign w:val="bottom"/>
          </w:tcPr>
          <w:p w14:paraId="7368B3C8" w14:textId="1B397FBF"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0.02</w:t>
            </w:r>
          </w:p>
        </w:tc>
        <w:tc>
          <w:tcPr>
            <w:tcW w:w="776" w:type="dxa"/>
            <w:tcBorders>
              <w:top w:val="nil"/>
              <w:left w:val="nil"/>
              <w:bottom w:val="nil"/>
              <w:right w:val="nil"/>
            </w:tcBorders>
            <w:vAlign w:val="bottom"/>
          </w:tcPr>
          <w:p w14:paraId="12C600FC" w14:textId="2F167307"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0.08</w:t>
            </w:r>
          </w:p>
        </w:tc>
        <w:tc>
          <w:tcPr>
            <w:tcW w:w="876" w:type="dxa"/>
            <w:tcBorders>
              <w:top w:val="nil"/>
              <w:left w:val="nil"/>
              <w:bottom w:val="nil"/>
              <w:right w:val="nil"/>
            </w:tcBorders>
            <w:vAlign w:val="bottom"/>
          </w:tcPr>
          <w:p w14:paraId="51208AA7" w14:textId="56242DAC"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0.26</w:t>
            </w:r>
          </w:p>
        </w:tc>
        <w:tc>
          <w:tcPr>
            <w:tcW w:w="1294" w:type="dxa"/>
            <w:tcBorders>
              <w:top w:val="nil"/>
              <w:left w:val="nil"/>
              <w:bottom w:val="nil"/>
              <w:right w:val="nil"/>
            </w:tcBorders>
            <w:vAlign w:val="bottom"/>
          </w:tcPr>
          <w:p w14:paraId="687410F7" w14:textId="1F17301A" w:rsidR="008E5ADB" w:rsidRPr="00812797" w:rsidRDefault="008E5ADB" w:rsidP="004A0B2E">
            <w:pPr>
              <w:rPr>
                <w:rFonts w:ascii="Times New Roman" w:hAnsi="Times New Roman" w:cs="Times New Roman"/>
                <w:sz w:val="20"/>
                <w:szCs w:val="20"/>
              </w:rPr>
            </w:pPr>
            <w:r w:rsidRPr="00812797">
              <w:rPr>
                <w:rFonts w:ascii="Times New Roman" w:hAnsi="Times New Roman" w:cs="Times New Roman"/>
                <w:sz w:val="20"/>
                <w:szCs w:val="20"/>
              </w:rPr>
              <w:t>-0.09</w:t>
            </w:r>
          </w:p>
        </w:tc>
      </w:tr>
      <w:tr w:rsidR="0071668F" w:rsidRPr="000A26ED" w14:paraId="6D3DA596" w14:textId="77777777" w:rsidTr="004A0B2E">
        <w:trPr>
          <w:trHeight w:val="288"/>
        </w:trPr>
        <w:tc>
          <w:tcPr>
            <w:tcW w:w="2284" w:type="dxa"/>
            <w:vAlign w:val="bottom"/>
          </w:tcPr>
          <w:p w14:paraId="668417F7" w14:textId="745BE0B4"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Well-being </w:t>
            </w:r>
          </w:p>
        </w:tc>
        <w:tc>
          <w:tcPr>
            <w:tcW w:w="972" w:type="dxa"/>
            <w:tcBorders>
              <w:top w:val="nil"/>
              <w:left w:val="nil"/>
              <w:bottom w:val="nil"/>
              <w:right w:val="nil"/>
            </w:tcBorders>
            <w:vAlign w:val="bottom"/>
          </w:tcPr>
          <w:p w14:paraId="749849CD" w14:textId="70FEA973"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-0.10</w:t>
            </w:r>
          </w:p>
        </w:tc>
        <w:tc>
          <w:tcPr>
            <w:tcW w:w="884" w:type="dxa"/>
            <w:tcBorders>
              <w:top w:val="nil"/>
              <w:left w:val="nil"/>
              <w:bottom w:val="nil"/>
              <w:right w:val="nil"/>
            </w:tcBorders>
            <w:vAlign w:val="bottom"/>
          </w:tcPr>
          <w:p w14:paraId="11542CF8" w14:textId="74B797D6"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-0.76</w:t>
            </w:r>
          </w:p>
        </w:tc>
        <w:tc>
          <w:tcPr>
            <w:tcW w:w="1490" w:type="dxa"/>
            <w:tcBorders>
              <w:top w:val="nil"/>
              <w:left w:val="nil"/>
              <w:bottom w:val="nil"/>
              <w:right w:val="nil"/>
            </w:tcBorders>
            <w:vAlign w:val="bottom"/>
          </w:tcPr>
          <w:p w14:paraId="654DE45B" w14:textId="4248DEB5"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0.00</w:t>
            </w:r>
          </w:p>
        </w:tc>
        <w:tc>
          <w:tcPr>
            <w:tcW w:w="1905" w:type="dxa"/>
            <w:tcBorders>
              <w:top w:val="nil"/>
              <w:left w:val="nil"/>
              <w:bottom w:val="nil"/>
              <w:right w:val="nil"/>
            </w:tcBorders>
            <w:vAlign w:val="bottom"/>
          </w:tcPr>
          <w:p w14:paraId="783E7516" w14:textId="0094AA3D"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0.17</w:t>
            </w:r>
          </w:p>
        </w:tc>
        <w:tc>
          <w:tcPr>
            <w:tcW w:w="776" w:type="dxa"/>
            <w:tcBorders>
              <w:top w:val="nil"/>
              <w:left w:val="nil"/>
              <w:bottom w:val="nil"/>
              <w:right w:val="nil"/>
            </w:tcBorders>
            <w:vAlign w:val="bottom"/>
          </w:tcPr>
          <w:p w14:paraId="0F1EBAC4" w14:textId="62538986"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0.00</w:t>
            </w:r>
          </w:p>
        </w:tc>
        <w:tc>
          <w:tcPr>
            <w:tcW w:w="876" w:type="dxa"/>
            <w:tcBorders>
              <w:top w:val="nil"/>
              <w:left w:val="nil"/>
              <w:bottom w:val="nil"/>
              <w:right w:val="nil"/>
            </w:tcBorders>
            <w:vAlign w:val="bottom"/>
          </w:tcPr>
          <w:p w14:paraId="28EFA8BA" w14:textId="39CFCFB2"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-0.08</w:t>
            </w:r>
          </w:p>
        </w:tc>
        <w:tc>
          <w:tcPr>
            <w:tcW w:w="1294" w:type="dxa"/>
            <w:tcBorders>
              <w:top w:val="nil"/>
              <w:left w:val="nil"/>
              <w:bottom w:val="nil"/>
              <w:right w:val="nil"/>
            </w:tcBorders>
            <w:vAlign w:val="bottom"/>
          </w:tcPr>
          <w:p w14:paraId="0D28B1E7" w14:textId="745FA1D3"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-0.09</w:t>
            </w:r>
          </w:p>
        </w:tc>
      </w:tr>
      <w:tr w:rsidR="0071668F" w:rsidRPr="000A26ED" w14:paraId="0C7491B1" w14:textId="77777777" w:rsidTr="004A0B2E">
        <w:trPr>
          <w:trHeight w:val="288"/>
        </w:trPr>
        <w:tc>
          <w:tcPr>
            <w:tcW w:w="2284" w:type="dxa"/>
            <w:vAlign w:val="bottom"/>
          </w:tcPr>
          <w:p w14:paraId="679632F1" w14:textId="2C39F947"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Grandiosity </w:t>
            </w:r>
          </w:p>
        </w:tc>
        <w:tc>
          <w:tcPr>
            <w:tcW w:w="972" w:type="dxa"/>
            <w:tcBorders>
              <w:top w:val="nil"/>
              <w:left w:val="nil"/>
              <w:bottom w:val="nil"/>
              <w:right w:val="nil"/>
            </w:tcBorders>
            <w:vAlign w:val="bottom"/>
          </w:tcPr>
          <w:p w14:paraId="082D2823" w14:textId="47A8DC68"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-0.12</w:t>
            </w:r>
          </w:p>
        </w:tc>
        <w:tc>
          <w:tcPr>
            <w:tcW w:w="884" w:type="dxa"/>
            <w:tcBorders>
              <w:top w:val="nil"/>
              <w:left w:val="nil"/>
              <w:bottom w:val="nil"/>
              <w:right w:val="nil"/>
            </w:tcBorders>
            <w:vAlign w:val="bottom"/>
          </w:tcPr>
          <w:p w14:paraId="47697F5C" w14:textId="341C4F68"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-0.68</w:t>
            </w:r>
          </w:p>
        </w:tc>
        <w:tc>
          <w:tcPr>
            <w:tcW w:w="1490" w:type="dxa"/>
            <w:tcBorders>
              <w:top w:val="nil"/>
              <w:left w:val="nil"/>
              <w:bottom w:val="nil"/>
              <w:right w:val="nil"/>
            </w:tcBorders>
            <w:vAlign w:val="bottom"/>
          </w:tcPr>
          <w:p w14:paraId="3547D28D" w14:textId="3D1F2984"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-0.02</w:t>
            </w:r>
          </w:p>
        </w:tc>
        <w:tc>
          <w:tcPr>
            <w:tcW w:w="1905" w:type="dxa"/>
            <w:tcBorders>
              <w:top w:val="nil"/>
              <w:left w:val="nil"/>
              <w:bottom w:val="nil"/>
              <w:right w:val="nil"/>
            </w:tcBorders>
            <w:vAlign w:val="bottom"/>
          </w:tcPr>
          <w:p w14:paraId="1F6534CE" w14:textId="6F887388" w:rsidR="0071668F" w:rsidRPr="006937A5" w:rsidRDefault="0071668F" w:rsidP="004A0B2E">
            <w:pPr>
              <w:rPr>
                <w:rFonts w:ascii="Times New Roman" w:hAnsi="Times New Roman" w:cs="Times New Roman"/>
                <w:b/>
                <w:bCs/>
                <w:sz w:val="20"/>
                <w:szCs w:val="20"/>
              </w:rPr>
            </w:pPr>
            <w:r w:rsidRPr="006937A5">
              <w:rPr>
                <w:rFonts w:ascii="Times New Roman" w:hAnsi="Times New Roman" w:cs="Times New Roman"/>
                <w:b/>
                <w:bCs/>
                <w:sz w:val="20"/>
                <w:szCs w:val="20"/>
              </w:rPr>
              <w:t>0.32</w:t>
            </w:r>
          </w:p>
        </w:tc>
        <w:tc>
          <w:tcPr>
            <w:tcW w:w="776" w:type="dxa"/>
            <w:tcBorders>
              <w:top w:val="nil"/>
              <w:left w:val="nil"/>
              <w:bottom w:val="nil"/>
              <w:right w:val="nil"/>
            </w:tcBorders>
            <w:vAlign w:val="bottom"/>
          </w:tcPr>
          <w:p w14:paraId="08A7848D" w14:textId="60C52CA7"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0.03</w:t>
            </w:r>
          </w:p>
        </w:tc>
        <w:tc>
          <w:tcPr>
            <w:tcW w:w="876" w:type="dxa"/>
            <w:tcBorders>
              <w:top w:val="nil"/>
              <w:left w:val="nil"/>
              <w:bottom w:val="nil"/>
              <w:right w:val="nil"/>
            </w:tcBorders>
            <w:vAlign w:val="bottom"/>
          </w:tcPr>
          <w:p w14:paraId="1D94D42A" w14:textId="074EF370"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-0.04</w:t>
            </w:r>
          </w:p>
        </w:tc>
        <w:tc>
          <w:tcPr>
            <w:tcW w:w="1294" w:type="dxa"/>
            <w:tcBorders>
              <w:top w:val="nil"/>
              <w:left w:val="nil"/>
              <w:bottom w:val="nil"/>
              <w:right w:val="nil"/>
            </w:tcBorders>
            <w:vAlign w:val="bottom"/>
          </w:tcPr>
          <w:p w14:paraId="719C18E9" w14:textId="7ADDD152"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0.04</w:t>
            </w:r>
          </w:p>
        </w:tc>
      </w:tr>
      <w:tr w:rsidR="0071668F" w:rsidRPr="000A26ED" w14:paraId="25CEF44F" w14:textId="77777777" w:rsidTr="004A0B2E">
        <w:trPr>
          <w:trHeight w:val="288"/>
        </w:trPr>
        <w:tc>
          <w:tcPr>
            <w:tcW w:w="2284" w:type="dxa"/>
            <w:vAlign w:val="bottom"/>
          </w:tcPr>
          <w:p w14:paraId="4B7FD26B" w14:textId="1D109343"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Depressed Mood</w:t>
            </w:r>
          </w:p>
        </w:tc>
        <w:tc>
          <w:tcPr>
            <w:tcW w:w="972" w:type="dxa"/>
            <w:tcBorders>
              <w:top w:val="nil"/>
              <w:left w:val="nil"/>
              <w:bottom w:val="nil"/>
              <w:right w:val="nil"/>
            </w:tcBorders>
            <w:vAlign w:val="bottom"/>
          </w:tcPr>
          <w:p w14:paraId="01B8243F" w14:textId="6B68D4FE"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sz w:val="20"/>
                <w:szCs w:val="20"/>
              </w:rPr>
              <w:t>0.12</w:t>
            </w:r>
          </w:p>
        </w:tc>
        <w:tc>
          <w:tcPr>
            <w:tcW w:w="884" w:type="dxa"/>
            <w:tcBorders>
              <w:top w:val="nil"/>
              <w:left w:val="nil"/>
              <w:bottom w:val="nil"/>
              <w:right w:val="nil"/>
            </w:tcBorders>
            <w:vAlign w:val="bottom"/>
          </w:tcPr>
          <w:p w14:paraId="10534268" w14:textId="7609A7A2"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0.65</w:t>
            </w:r>
          </w:p>
        </w:tc>
        <w:tc>
          <w:tcPr>
            <w:tcW w:w="1490" w:type="dxa"/>
            <w:tcBorders>
              <w:top w:val="nil"/>
              <w:left w:val="nil"/>
              <w:bottom w:val="nil"/>
              <w:right w:val="nil"/>
            </w:tcBorders>
            <w:vAlign w:val="bottom"/>
          </w:tcPr>
          <w:p w14:paraId="65274821" w14:textId="67B22CDE"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0.22</w:t>
            </w:r>
          </w:p>
        </w:tc>
        <w:tc>
          <w:tcPr>
            <w:tcW w:w="1905" w:type="dxa"/>
            <w:tcBorders>
              <w:top w:val="nil"/>
              <w:left w:val="nil"/>
              <w:bottom w:val="nil"/>
              <w:right w:val="nil"/>
            </w:tcBorders>
            <w:vAlign w:val="bottom"/>
          </w:tcPr>
          <w:p w14:paraId="2F06FB3F" w14:textId="1F38E21E"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0.16</w:t>
            </w:r>
          </w:p>
        </w:tc>
        <w:tc>
          <w:tcPr>
            <w:tcW w:w="776" w:type="dxa"/>
            <w:tcBorders>
              <w:top w:val="nil"/>
              <w:left w:val="nil"/>
              <w:bottom w:val="nil"/>
              <w:right w:val="nil"/>
            </w:tcBorders>
            <w:vAlign w:val="bottom"/>
          </w:tcPr>
          <w:p w14:paraId="39E170E3" w14:textId="1DDC9577"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0.03</w:t>
            </w:r>
          </w:p>
        </w:tc>
        <w:tc>
          <w:tcPr>
            <w:tcW w:w="876" w:type="dxa"/>
            <w:tcBorders>
              <w:top w:val="nil"/>
              <w:left w:val="nil"/>
              <w:bottom w:val="nil"/>
              <w:right w:val="nil"/>
            </w:tcBorders>
            <w:vAlign w:val="bottom"/>
          </w:tcPr>
          <w:p w14:paraId="18B47581" w14:textId="7508D1C4"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0.04</w:t>
            </w:r>
          </w:p>
        </w:tc>
        <w:tc>
          <w:tcPr>
            <w:tcW w:w="1294" w:type="dxa"/>
            <w:tcBorders>
              <w:top w:val="nil"/>
              <w:left w:val="nil"/>
              <w:bottom w:val="nil"/>
              <w:right w:val="nil"/>
            </w:tcBorders>
            <w:vAlign w:val="bottom"/>
          </w:tcPr>
          <w:p w14:paraId="5E0CA2D0" w14:textId="19863B83"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0.09</w:t>
            </w:r>
          </w:p>
        </w:tc>
      </w:tr>
      <w:tr w:rsidR="0071668F" w:rsidRPr="000A26ED" w14:paraId="4077FD71" w14:textId="77777777" w:rsidTr="004A0B2E">
        <w:trPr>
          <w:trHeight w:val="288"/>
        </w:trPr>
        <w:tc>
          <w:tcPr>
            <w:tcW w:w="2284" w:type="dxa"/>
            <w:vAlign w:val="bottom"/>
          </w:tcPr>
          <w:p w14:paraId="22FF6A9C" w14:textId="11D5ABC2"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Anhedonia </w:t>
            </w:r>
          </w:p>
        </w:tc>
        <w:tc>
          <w:tcPr>
            <w:tcW w:w="972" w:type="dxa"/>
            <w:tcBorders>
              <w:top w:val="nil"/>
              <w:left w:val="nil"/>
              <w:bottom w:val="nil"/>
              <w:right w:val="nil"/>
            </w:tcBorders>
            <w:vAlign w:val="bottom"/>
          </w:tcPr>
          <w:p w14:paraId="3BA9B1DF" w14:textId="6E50AFF6"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sz w:val="20"/>
                <w:szCs w:val="20"/>
              </w:rPr>
              <w:t>0.22</w:t>
            </w:r>
          </w:p>
        </w:tc>
        <w:tc>
          <w:tcPr>
            <w:tcW w:w="884" w:type="dxa"/>
            <w:tcBorders>
              <w:top w:val="nil"/>
              <w:left w:val="nil"/>
              <w:bottom w:val="nil"/>
              <w:right w:val="nil"/>
            </w:tcBorders>
            <w:vAlign w:val="bottom"/>
          </w:tcPr>
          <w:p w14:paraId="7819919F" w14:textId="21B46D22"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0.55</w:t>
            </w:r>
          </w:p>
        </w:tc>
        <w:tc>
          <w:tcPr>
            <w:tcW w:w="1490" w:type="dxa"/>
            <w:tcBorders>
              <w:top w:val="nil"/>
              <w:left w:val="nil"/>
              <w:bottom w:val="nil"/>
              <w:right w:val="nil"/>
            </w:tcBorders>
            <w:vAlign w:val="bottom"/>
          </w:tcPr>
          <w:p w14:paraId="07F48A42" w14:textId="174BD820"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0.20</w:t>
            </w:r>
          </w:p>
        </w:tc>
        <w:tc>
          <w:tcPr>
            <w:tcW w:w="1905" w:type="dxa"/>
            <w:tcBorders>
              <w:top w:val="nil"/>
              <w:left w:val="nil"/>
              <w:bottom w:val="nil"/>
              <w:right w:val="nil"/>
            </w:tcBorders>
            <w:vAlign w:val="bottom"/>
          </w:tcPr>
          <w:p w14:paraId="4B68C571" w14:textId="7A365305"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0.02</w:t>
            </w:r>
          </w:p>
        </w:tc>
        <w:tc>
          <w:tcPr>
            <w:tcW w:w="776" w:type="dxa"/>
            <w:tcBorders>
              <w:top w:val="nil"/>
              <w:left w:val="nil"/>
              <w:bottom w:val="nil"/>
              <w:right w:val="nil"/>
            </w:tcBorders>
            <w:vAlign w:val="bottom"/>
          </w:tcPr>
          <w:p w14:paraId="0D6B5420" w14:textId="74FC2DB0"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0.07</w:t>
            </w:r>
          </w:p>
        </w:tc>
        <w:tc>
          <w:tcPr>
            <w:tcW w:w="876" w:type="dxa"/>
            <w:tcBorders>
              <w:top w:val="nil"/>
              <w:left w:val="nil"/>
              <w:bottom w:val="nil"/>
              <w:right w:val="nil"/>
            </w:tcBorders>
            <w:vAlign w:val="bottom"/>
          </w:tcPr>
          <w:p w14:paraId="6986FB75" w14:textId="66ADFBBA"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-0.02</w:t>
            </w:r>
          </w:p>
        </w:tc>
        <w:tc>
          <w:tcPr>
            <w:tcW w:w="1294" w:type="dxa"/>
            <w:tcBorders>
              <w:top w:val="nil"/>
              <w:left w:val="nil"/>
              <w:bottom w:val="nil"/>
              <w:right w:val="nil"/>
            </w:tcBorders>
            <w:vAlign w:val="bottom"/>
          </w:tcPr>
          <w:p w14:paraId="7A699B4E" w14:textId="5F1DBE13"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0.17</w:t>
            </w:r>
          </w:p>
        </w:tc>
      </w:tr>
      <w:tr w:rsidR="0071668F" w:rsidRPr="000A26ED" w14:paraId="0CAC85FD" w14:textId="77777777" w:rsidTr="004A0B2E">
        <w:trPr>
          <w:trHeight w:val="288"/>
        </w:trPr>
        <w:tc>
          <w:tcPr>
            <w:tcW w:w="2284" w:type="dxa"/>
            <w:vAlign w:val="bottom"/>
          </w:tcPr>
          <w:p w14:paraId="1CF377BE" w14:textId="04E8706D"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Shame/Guilt </w:t>
            </w:r>
          </w:p>
        </w:tc>
        <w:tc>
          <w:tcPr>
            <w:tcW w:w="972" w:type="dxa"/>
            <w:tcBorders>
              <w:top w:val="nil"/>
              <w:left w:val="nil"/>
              <w:bottom w:val="nil"/>
              <w:right w:val="nil"/>
            </w:tcBorders>
            <w:vAlign w:val="bottom"/>
          </w:tcPr>
          <w:p w14:paraId="43457031" w14:textId="2DDFD50B"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0.16</w:t>
            </w:r>
          </w:p>
        </w:tc>
        <w:tc>
          <w:tcPr>
            <w:tcW w:w="884" w:type="dxa"/>
            <w:tcBorders>
              <w:top w:val="nil"/>
              <w:left w:val="nil"/>
              <w:bottom w:val="nil"/>
              <w:right w:val="nil"/>
            </w:tcBorders>
            <w:vAlign w:val="bottom"/>
          </w:tcPr>
          <w:p w14:paraId="59EDDC2B" w14:textId="46AEDEE3"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0.52</w:t>
            </w:r>
          </w:p>
        </w:tc>
        <w:tc>
          <w:tcPr>
            <w:tcW w:w="1490" w:type="dxa"/>
            <w:tcBorders>
              <w:top w:val="nil"/>
              <w:left w:val="nil"/>
              <w:bottom w:val="nil"/>
              <w:right w:val="nil"/>
            </w:tcBorders>
            <w:vAlign w:val="bottom"/>
          </w:tcPr>
          <w:p w14:paraId="15244BB2" w14:textId="2C98A6C0"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0.27</w:t>
            </w:r>
          </w:p>
        </w:tc>
        <w:tc>
          <w:tcPr>
            <w:tcW w:w="1905" w:type="dxa"/>
            <w:tcBorders>
              <w:top w:val="nil"/>
              <w:left w:val="nil"/>
              <w:bottom w:val="nil"/>
              <w:right w:val="nil"/>
            </w:tcBorders>
            <w:vAlign w:val="bottom"/>
          </w:tcPr>
          <w:p w14:paraId="2C78989F" w14:textId="3350B90D"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sz w:val="20"/>
                <w:szCs w:val="20"/>
              </w:rPr>
              <w:t>0.26</w:t>
            </w:r>
          </w:p>
        </w:tc>
        <w:tc>
          <w:tcPr>
            <w:tcW w:w="776" w:type="dxa"/>
            <w:tcBorders>
              <w:top w:val="nil"/>
              <w:left w:val="nil"/>
              <w:bottom w:val="nil"/>
              <w:right w:val="nil"/>
            </w:tcBorders>
            <w:vAlign w:val="bottom"/>
          </w:tcPr>
          <w:p w14:paraId="2983E501" w14:textId="0A9B902E"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0.05</w:t>
            </w:r>
          </w:p>
        </w:tc>
        <w:tc>
          <w:tcPr>
            <w:tcW w:w="876" w:type="dxa"/>
            <w:tcBorders>
              <w:top w:val="nil"/>
              <w:left w:val="nil"/>
              <w:bottom w:val="nil"/>
              <w:right w:val="nil"/>
            </w:tcBorders>
            <w:vAlign w:val="bottom"/>
          </w:tcPr>
          <w:p w14:paraId="43F517A7" w14:textId="76E5CEBA"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0.02</w:t>
            </w:r>
          </w:p>
        </w:tc>
        <w:tc>
          <w:tcPr>
            <w:tcW w:w="1294" w:type="dxa"/>
            <w:tcBorders>
              <w:top w:val="nil"/>
              <w:left w:val="nil"/>
              <w:bottom w:val="nil"/>
              <w:right w:val="nil"/>
            </w:tcBorders>
            <w:vAlign w:val="bottom"/>
          </w:tcPr>
          <w:p w14:paraId="2C9935AA" w14:textId="3F9C7EEF"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0.04</w:t>
            </w:r>
          </w:p>
        </w:tc>
      </w:tr>
      <w:tr w:rsidR="0071668F" w:rsidRPr="000A26ED" w14:paraId="41349064" w14:textId="77777777" w:rsidTr="004A0B2E">
        <w:trPr>
          <w:trHeight w:val="288"/>
        </w:trPr>
        <w:tc>
          <w:tcPr>
            <w:tcW w:w="2284" w:type="dxa"/>
            <w:vAlign w:val="bottom"/>
          </w:tcPr>
          <w:p w14:paraId="6757E61F" w14:textId="3D17AE7C"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Suicidality </w:t>
            </w:r>
          </w:p>
        </w:tc>
        <w:tc>
          <w:tcPr>
            <w:tcW w:w="972" w:type="dxa"/>
            <w:tcBorders>
              <w:top w:val="nil"/>
              <w:left w:val="nil"/>
              <w:bottom w:val="nil"/>
              <w:right w:val="nil"/>
            </w:tcBorders>
            <w:vAlign w:val="bottom"/>
          </w:tcPr>
          <w:p w14:paraId="32241AE4" w14:textId="7B63151C"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0.01</w:t>
            </w:r>
          </w:p>
        </w:tc>
        <w:tc>
          <w:tcPr>
            <w:tcW w:w="884" w:type="dxa"/>
            <w:tcBorders>
              <w:top w:val="nil"/>
              <w:left w:val="nil"/>
              <w:bottom w:val="nil"/>
              <w:right w:val="nil"/>
            </w:tcBorders>
            <w:vAlign w:val="bottom"/>
          </w:tcPr>
          <w:p w14:paraId="2E285853" w14:textId="2EF3688E"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0.38</w:t>
            </w:r>
          </w:p>
        </w:tc>
        <w:tc>
          <w:tcPr>
            <w:tcW w:w="1490" w:type="dxa"/>
            <w:tcBorders>
              <w:top w:val="nil"/>
              <w:left w:val="nil"/>
              <w:bottom w:val="nil"/>
              <w:right w:val="nil"/>
            </w:tcBorders>
            <w:vAlign w:val="bottom"/>
          </w:tcPr>
          <w:p w14:paraId="5CD1242B" w14:textId="2FCC7217"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0.11</w:t>
            </w:r>
          </w:p>
        </w:tc>
        <w:tc>
          <w:tcPr>
            <w:tcW w:w="1905" w:type="dxa"/>
            <w:tcBorders>
              <w:top w:val="nil"/>
              <w:left w:val="nil"/>
              <w:bottom w:val="nil"/>
              <w:right w:val="nil"/>
            </w:tcBorders>
            <w:vAlign w:val="bottom"/>
          </w:tcPr>
          <w:p w14:paraId="5E65726A" w14:textId="5FF1D99A"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0.22</w:t>
            </w:r>
          </w:p>
        </w:tc>
        <w:tc>
          <w:tcPr>
            <w:tcW w:w="776" w:type="dxa"/>
            <w:tcBorders>
              <w:top w:val="nil"/>
              <w:left w:val="nil"/>
              <w:bottom w:val="nil"/>
              <w:right w:val="nil"/>
            </w:tcBorders>
            <w:vAlign w:val="bottom"/>
          </w:tcPr>
          <w:p w14:paraId="74E342D1" w14:textId="19E25821"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-0.04</w:t>
            </w:r>
          </w:p>
        </w:tc>
        <w:tc>
          <w:tcPr>
            <w:tcW w:w="876" w:type="dxa"/>
            <w:tcBorders>
              <w:top w:val="nil"/>
              <w:left w:val="nil"/>
              <w:bottom w:val="nil"/>
              <w:right w:val="nil"/>
            </w:tcBorders>
            <w:vAlign w:val="bottom"/>
          </w:tcPr>
          <w:p w14:paraId="4D8744DC" w14:textId="24A090CF"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0.31</w:t>
            </w:r>
          </w:p>
        </w:tc>
        <w:tc>
          <w:tcPr>
            <w:tcW w:w="1294" w:type="dxa"/>
            <w:tcBorders>
              <w:top w:val="nil"/>
              <w:left w:val="nil"/>
              <w:bottom w:val="nil"/>
              <w:right w:val="nil"/>
            </w:tcBorders>
            <w:vAlign w:val="bottom"/>
          </w:tcPr>
          <w:p w14:paraId="59698C34" w14:textId="37FB1581"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0.07</w:t>
            </w:r>
          </w:p>
        </w:tc>
      </w:tr>
      <w:tr w:rsidR="0071668F" w:rsidRPr="000A26ED" w14:paraId="688D4C39" w14:textId="77777777" w:rsidTr="004A0B2E">
        <w:trPr>
          <w:trHeight w:val="288"/>
        </w:trPr>
        <w:tc>
          <w:tcPr>
            <w:tcW w:w="2284" w:type="dxa"/>
            <w:vAlign w:val="bottom"/>
          </w:tcPr>
          <w:p w14:paraId="1886665F" w14:textId="435A5751"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Irritability </w:t>
            </w:r>
          </w:p>
        </w:tc>
        <w:tc>
          <w:tcPr>
            <w:tcW w:w="972" w:type="dxa"/>
            <w:tcBorders>
              <w:top w:val="nil"/>
              <w:left w:val="nil"/>
              <w:bottom w:val="nil"/>
              <w:right w:val="nil"/>
            </w:tcBorders>
            <w:vAlign w:val="bottom"/>
          </w:tcPr>
          <w:p w14:paraId="77121164" w14:textId="6450EF59"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0B322317" w14:textId="2DEEA70D"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0.35</w:t>
            </w:r>
          </w:p>
        </w:tc>
        <w:tc>
          <w:tcPr>
            <w:tcW w:w="1490" w:type="dxa"/>
            <w:tcBorders>
              <w:top w:val="nil"/>
              <w:left w:val="nil"/>
              <w:bottom w:val="nil"/>
              <w:right w:val="nil"/>
            </w:tcBorders>
            <w:vAlign w:val="bottom"/>
          </w:tcPr>
          <w:p w14:paraId="1D78E347" w14:textId="7AD8B39B"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sz w:val="20"/>
                <w:szCs w:val="20"/>
              </w:rPr>
              <w:t>0.17</w:t>
            </w:r>
          </w:p>
        </w:tc>
        <w:tc>
          <w:tcPr>
            <w:tcW w:w="1905" w:type="dxa"/>
            <w:tcBorders>
              <w:top w:val="nil"/>
              <w:left w:val="nil"/>
              <w:bottom w:val="nil"/>
              <w:right w:val="nil"/>
            </w:tcBorders>
            <w:vAlign w:val="bottom"/>
          </w:tcPr>
          <w:p w14:paraId="41B3DDEE" w14:textId="5211F44A"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0.15</w:t>
            </w:r>
          </w:p>
        </w:tc>
        <w:tc>
          <w:tcPr>
            <w:tcW w:w="776" w:type="dxa"/>
            <w:tcBorders>
              <w:top w:val="nil"/>
              <w:left w:val="nil"/>
              <w:bottom w:val="nil"/>
              <w:right w:val="nil"/>
            </w:tcBorders>
            <w:vAlign w:val="bottom"/>
          </w:tcPr>
          <w:p w14:paraId="2C55C3B6" w14:textId="3DE82CAE"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0.24</w:t>
            </w:r>
          </w:p>
        </w:tc>
        <w:tc>
          <w:tcPr>
            <w:tcW w:w="876" w:type="dxa"/>
            <w:tcBorders>
              <w:top w:val="nil"/>
              <w:left w:val="nil"/>
              <w:bottom w:val="nil"/>
              <w:right w:val="nil"/>
            </w:tcBorders>
            <w:vAlign w:val="bottom"/>
          </w:tcPr>
          <w:p w14:paraId="7141E532" w14:textId="1815FEAA" w:rsidR="0071668F" w:rsidRPr="00812797" w:rsidRDefault="0071668F" w:rsidP="004A0B2E">
            <w:pPr>
              <w:rPr>
                <w:rFonts w:ascii="Times New Roman" w:hAnsi="Times New Roman" w:cs="Times New Roman"/>
                <w:sz w:val="20"/>
                <w:szCs w:val="20"/>
              </w:rPr>
            </w:pPr>
            <w:r w:rsidRPr="00812797">
              <w:rPr>
                <w:rFonts w:ascii="Times New Roman" w:hAnsi="Times New Roman" w:cs="Times New Roman"/>
                <w:sz w:val="20"/>
                <w:szCs w:val="20"/>
              </w:rPr>
              <w:t>-0.06</w:t>
            </w:r>
          </w:p>
        </w:tc>
        <w:tc>
          <w:tcPr>
            <w:tcW w:w="1294" w:type="dxa"/>
            <w:tcBorders>
              <w:top w:val="nil"/>
              <w:left w:val="nil"/>
              <w:bottom w:val="nil"/>
              <w:right w:val="nil"/>
            </w:tcBorders>
            <w:vAlign w:val="bottom"/>
          </w:tcPr>
          <w:p w14:paraId="0802A554" w14:textId="4AD6F1AF" w:rsidR="0071668F" w:rsidRPr="00812797" w:rsidRDefault="0071668F" w:rsidP="004A0B2E">
            <w:pPr>
              <w:rPr>
                <w:rFonts w:ascii="Times New Roman" w:hAnsi="Times New Roman" w:cs="Times New Roman"/>
                <w:b/>
                <w:bCs/>
                <w:sz w:val="20"/>
                <w:szCs w:val="20"/>
              </w:rPr>
            </w:pPr>
            <w:r w:rsidRPr="00812797">
              <w:rPr>
                <w:rFonts w:ascii="Times New Roman" w:hAnsi="Times New Roman" w:cs="Times New Roman"/>
                <w:b/>
                <w:bCs/>
                <w:sz w:val="20"/>
                <w:szCs w:val="20"/>
              </w:rPr>
              <w:t>0.32</w:t>
            </w:r>
          </w:p>
        </w:tc>
      </w:tr>
      <w:tr w:rsidR="000662E7" w:rsidRPr="000A26ED" w14:paraId="30E91BF3" w14:textId="77777777" w:rsidTr="004A0B2E">
        <w:trPr>
          <w:trHeight w:val="288"/>
        </w:trPr>
        <w:tc>
          <w:tcPr>
            <w:tcW w:w="2284" w:type="dxa"/>
            <w:vAlign w:val="bottom"/>
          </w:tcPr>
          <w:p w14:paraId="4410C421" w14:textId="3246B86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Anxious Worry</w:t>
            </w:r>
          </w:p>
        </w:tc>
        <w:tc>
          <w:tcPr>
            <w:tcW w:w="972" w:type="dxa"/>
            <w:tcBorders>
              <w:top w:val="nil"/>
              <w:left w:val="nil"/>
              <w:bottom w:val="nil"/>
              <w:right w:val="nil"/>
            </w:tcBorders>
            <w:vAlign w:val="bottom"/>
          </w:tcPr>
          <w:p w14:paraId="5240FBC8" w14:textId="5E1C077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884" w:type="dxa"/>
            <w:tcBorders>
              <w:top w:val="nil"/>
              <w:left w:val="nil"/>
              <w:bottom w:val="nil"/>
              <w:right w:val="nil"/>
            </w:tcBorders>
            <w:vAlign w:val="bottom"/>
          </w:tcPr>
          <w:p w14:paraId="220800AC" w14:textId="7456B90A"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0.34</w:t>
            </w:r>
          </w:p>
        </w:tc>
        <w:tc>
          <w:tcPr>
            <w:tcW w:w="1490" w:type="dxa"/>
            <w:tcBorders>
              <w:top w:val="nil"/>
              <w:left w:val="nil"/>
              <w:bottom w:val="nil"/>
              <w:right w:val="nil"/>
            </w:tcBorders>
            <w:vAlign w:val="bottom"/>
          </w:tcPr>
          <w:p w14:paraId="280E983C" w14:textId="3E05B4E9"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0.33</w:t>
            </w:r>
          </w:p>
        </w:tc>
        <w:tc>
          <w:tcPr>
            <w:tcW w:w="1905" w:type="dxa"/>
            <w:tcBorders>
              <w:top w:val="nil"/>
              <w:left w:val="nil"/>
              <w:bottom w:val="nil"/>
              <w:right w:val="nil"/>
            </w:tcBorders>
            <w:vAlign w:val="bottom"/>
          </w:tcPr>
          <w:p w14:paraId="52F2EFCA" w14:textId="7BFA274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776" w:type="dxa"/>
            <w:tcBorders>
              <w:top w:val="nil"/>
              <w:left w:val="nil"/>
              <w:bottom w:val="nil"/>
              <w:right w:val="nil"/>
            </w:tcBorders>
            <w:vAlign w:val="bottom"/>
          </w:tcPr>
          <w:p w14:paraId="4CE608DA" w14:textId="46C1F0C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0.28</w:t>
            </w:r>
          </w:p>
        </w:tc>
        <w:tc>
          <w:tcPr>
            <w:tcW w:w="876" w:type="dxa"/>
            <w:tcBorders>
              <w:top w:val="nil"/>
              <w:left w:val="nil"/>
              <w:bottom w:val="nil"/>
              <w:right w:val="nil"/>
            </w:tcBorders>
            <w:vAlign w:val="bottom"/>
          </w:tcPr>
          <w:p w14:paraId="2FEE5F53" w14:textId="193F43F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1294" w:type="dxa"/>
            <w:tcBorders>
              <w:top w:val="nil"/>
              <w:left w:val="nil"/>
              <w:bottom w:val="nil"/>
              <w:right w:val="nil"/>
            </w:tcBorders>
            <w:vAlign w:val="bottom"/>
          </w:tcPr>
          <w:p w14:paraId="66CBBB9B" w14:textId="2B1FE2C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r>
      <w:tr w:rsidR="000662E7" w:rsidRPr="000A26ED" w14:paraId="21390C92" w14:textId="77777777" w:rsidTr="004A0B2E">
        <w:trPr>
          <w:trHeight w:val="288"/>
        </w:trPr>
        <w:tc>
          <w:tcPr>
            <w:tcW w:w="2284" w:type="dxa"/>
            <w:vAlign w:val="bottom"/>
          </w:tcPr>
          <w:p w14:paraId="195C3CCE" w14:textId="4B6C4BE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Social Aloofness</w:t>
            </w:r>
          </w:p>
        </w:tc>
        <w:tc>
          <w:tcPr>
            <w:tcW w:w="972" w:type="dxa"/>
            <w:tcBorders>
              <w:top w:val="nil"/>
              <w:left w:val="nil"/>
              <w:bottom w:val="nil"/>
              <w:right w:val="nil"/>
            </w:tcBorders>
            <w:vAlign w:val="bottom"/>
          </w:tcPr>
          <w:p w14:paraId="0295794A" w14:textId="14A934F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0.23</w:t>
            </w:r>
          </w:p>
        </w:tc>
        <w:tc>
          <w:tcPr>
            <w:tcW w:w="884" w:type="dxa"/>
            <w:tcBorders>
              <w:top w:val="nil"/>
              <w:left w:val="nil"/>
              <w:bottom w:val="nil"/>
              <w:right w:val="nil"/>
            </w:tcBorders>
            <w:vAlign w:val="bottom"/>
          </w:tcPr>
          <w:p w14:paraId="3B5AC62D" w14:textId="3A60A85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0.34</w:t>
            </w:r>
          </w:p>
        </w:tc>
        <w:tc>
          <w:tcPr>
            <w:tcW w:w="1490" w:type="dxa"/>
            <w:tcBorders>
              <w:top w:val="nil"/>
              <w:left w:val="nil"/>
              <w:bottom w:val="nil"/>
              <w:right w:val="nil"/>
            </w:tcBorders>
            <w:vAlign w:val="bottom"/>
          </w:tcPr>
          <w:p w14:paraId="24719254" w14:textId="2927D51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1905" w:type="dxa"/>
            <w:tcBorders>
              <w:top w:val="nil"/>
              <w:left w:val="nil"/>
              <w:bottom w:val="nil"/>
              <w:right w:val="nil"/>
            </w:tcBorders>
            <w:vAlign w:val="bottom"/>
          </w:tcPr>
          <w:p w14:paraId="3407732A" w14:textId="7825F2D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c>
          <w:tcPr>
            <w:tcW w:w="776" w:type="dxa"/>
            <w:tcBorders>
              <w:top w:val="nil"/>
              <w:left w:val="nil"/>
              <w:bottom w:val="nil"/>
              <w:right w:val="nil"/>
            </w:tcBorders>
            <w:vAlign w:val="bottom"/>
          </w:tcPr>
          <w:p w14:paraId="1CD9D326" w14:textId="62E24A7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0.27</w:t>
            </w:r>
          </w:p>
        </w:tc>
        <w:tc>
          <w:tcPr>
            <w:tcW w:w="876" w:type="dxa"/>
            <w:tcBorders>
              <w:top w:val="nil"/>
              <w:left w:val="nil"/>
              <w:bottom w:val="nil"/>
              <w:right w:val="nil"/>
            </w:tcBorders>
            <w:vAlign w:val="bottom"/>
          </w:tcPr>
          <w:p w14:paraId="6B8617D1" w14:textId="1E4FBD2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1294" w:type="dxa"/>
            <w:tcBorders>
              <w:top w:val="nil"/>
              <w:left w:val="nil"/>
              <w:bottom w:val="nil"/>
              <w:right w:val="nil"/>
            </w:tcBorders>
            <w:vAlign w:val="bottom"/>
          </w:tcPr>
          <w:p w14:paraId="124CA3EA" w14:textId="7417652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0.25</w:t>
            </w:r>
          </w:p>
        </w:tc>
      </w:tr>
      <w:tr w:rsidR="000662E7" w:rsidRPr="000A26ED" w14:paraId="2F053A6B" w14:textId="77777777" w:rsidTr="004A0B2E">
        <w:trPr>
          <w:trHeight w:val="288"/>
        </w:trPr>
        <w:tc>
          <w:tcPr>
            <w:tcW w:w="2284" w:type="dxa"/>
            <w:vAlign w:val="bottom"/>
          </w:tcPr>
          <w:p w14:paraId="6157813F" w14:textId="18A1311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Non-</w:t>
            </w:r>
            <w:r>
              <w:rPr>
                <w:rFonts w:ascii="Times New Roman" w:hAnsi="Times New Roman" w:cs="Times New Roman"/>
                <w:sz w:val="20"/>
                <w:szCs w:val="20"/>
              </w:rPr>
              <w:t>P</w:t>
            </w:r>
            <w:r w:rsidRPr="00812797">
              <w:rPr>
                <w:rFonts w:ascii="Times New Roman" w:hAnsi="Times New Roman" w:cs="Times New Roman"/>
                <w:sz w:val="20"/>
                <w:szCs w:val="20"/>
              </w:rPr>
              <w:t>ersistence</w:t>
            </w:r>
          </w:p>
        </w:tc>
        <w:tc>
          <w:tcPr>
            <w:tcW w:w="972" w:type="dxa"/>
            <w:tcBorders>
              <w:top w:val="nil"/>
              <w:left w:val="nil"/>
              <w:bottom w:val="nil"/>
              <w:right w:val="nil"/>
            </w:tcBorders>
            <w:vAlign w:val="bottom"/>
          </w:tcPr>
          <w:p w14:paraId="750628D9" w14:textId="2679365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884" w:type="dxa"/>
            <w:tcBorders>
              <w:top w:val="nil"/>
              <w:left w:val="nil"/>
              <w:bottom w:val="nil"/>
              <w:right w:val="nil"/>
            </w:tcBorders>
            <w:vAlign w:val="bottom"/>
          </w:tcPr>
          <w:p w14:paraId="0859FA4E" w14:textId="5089F922"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0.18</w:t>
            </w:r>
          </w:p>
        </w:tc>
        <w:tc>
          <w:tcPr>
            <w:tcW w:w="1490" w:type="dxa"/>
            <w:tcBorders>
              <w:top w:val="nil"/>
              <w:left w:val="nil"/>
              <w:bottom w:val="nil"/>
              <w:right w:val="nil"/>
            </w:tcBorders>
            <w:vAlign w:val="bottom"/>
          </w:tcPr>
          <w:p w14:paraId="7EE44458" w14:textId="7B8BEA83"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0.67</w:t>
            </w:r>
          </w:p>
        </w:tc>
        <w:tc>
          <w:tcPr>
            <w:tcW w:w="1905" w:type="dxa"/>
            <w:tcBorders>
              <w:top w:val="nil"/>
              <w:left w:val="nil"/>
              <w:bottom w:val="nil"/>
              <w:right w:val="nil"/>
            </w:tcBorders>
            <w:vAlign w:val="bottom"/>
          </w:tcPr>
          <w:p w14:paraId="161EE526" w14:textId="2EE7A72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776" w:type="dxa"/>
            <w:tcBorders>
              <w:top w:val="nil"/>
              <w:left w:val="nil"/>
              <w:bottom w:val="nil"/>
              <w:right w:val="nil"/>
            </w:tcBorders>
            <w:vAlign w:val="bottom"/>
          </w:tcPr>
          <w:p w14:paraId="3A499BFA" w14:textId="44AE992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876" w:type="dxa"/>
            <w:tcBorders>
              <w:top w:val="nil"/>
              <w:left w:val="nil"/>
              <w:bottom w:val="nil"/>
              <w:right w:val="nil"/>
            </w:tcBorders>
            <w:vAlign w:val="bottom"/>
          </w:tcPr>
          <w:p w14:paraId="34F19000" w14:textId="433AC68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1294" w:type="dxa"/>
            <w:tcBorders>
              <w:top w:val="nil"/>
              <w:left w:val="nil"/>
              <w:bottom w:val="nil"/>
              <w:right w:val="nil"/>
            </w:tcBorders>
            <w:vAlign w:val="bottom"/>
          </w:tcPr>
          <w:p w14:paraId="322E2319" w14:textId="249B301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r>
      <w:tr w:rsidR="000662E7" w:rsidRPr="000A26ED" w14:paraId="767FA38E" w14:textId="77777777" w:rsidTr="004A0B2E">
        <w:trPr>
          <w:trHeight w:val="288"/>
        </w:trPr>
        <w:tc>
          <w:tcPr>
            <w:tcW w:w="2284" w:type="dxa"/>
            <w:vAlign w:val="bottom"/>
          </w:tcPr>
          <w:p w14:paraId="5F3A56A0" w14:textId="5DA7FD0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Cognitive Problems </w:t>
            </w:r>
          </w:p>
        </w:tc>
        <w:tc>
          <w:tcPr>
            <w:tcW w:w="972" w:type="dxa"/>
            <w:tcBorders>
              <w:top w:val="nil"/>
              <w:left w:val="nil"/>
              <w:bottom w:val="nil"/>
              <w:right w:val="nil"/>
            </w:tcBorders>
            <w:vAlign w:val="bottom"/>
          </w:tcPr>
          <w:p w14:paraId="5C1A2AFD" w14:textId="6B65561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c>
          <w:tcPr>
            <w:tcW w:w="884" w:type="dxa"/>
            <w:tcBorders>
              <w:top w:val="nil"/>
              <w:left w:val="nil"/>
              <w:bottom w:val="nil"/>
              <w:right w:val="nil"/>
            </w:tcBorders>
            <w:vAlign w:val="bottom"/>
          </w:tcPr>
          <w:p w14:paraId="72F01734" w14:textId="03FAD4AC"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0.16</w:t>
            </w:r>
          </w:p>
        </w:tc>
        <w:tc>
          <w:tcPr>
            <w:tcW w:w="1490" w:type="dxa"/>
            <w:tcBorders>
              <w:top w:val="nil"/>
              <w:left w:val="nil"/>
              <w:bottom w:val="nil"/>
              <w:right w:val="nil"/>
            </w:tcBorders>
            <w:vAlign w:val="bottom"/>
          </w:tcPr>
          <w:p w14:paraId="7FB72A49" w14:textId="2898F7E9"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0.66</w:t>
            </w:r>
          </w:p>
        </w:tc>
        <w:tc>
          <w:tcPr>
            <w:tcW w:w="1905" w:type="dxa"/>
            <w:tcBorders>
              <w:top w:val="nil"/>
              <w:left w:val="nil"/>
              <w:bottom w:val="nil"/>
              <w:right w:val="nil"/>
            </w:tcBorders>
            <w:vAlign w:val="bottom"/>
          </w:tcPr>
          <w:p w14:paraId="30DE3139" w14:textId="2957319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776" w:type="dxa"/>
            <w:tcBorders>
              <w:top w:val="nil"/>
              <w:left w:val="nil"/>
              <w:bottom w:val="nil"/>
              <w:right w:val="nil"/>
            </w:tcBorders>
            <w:vAlign w:val="bottom"/>
          </w:tcPr>
          <w:p w14:paraId="5713378A" w14:textId="38E47CA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876" w:type="dxa"/>
            <w:tcBorders>
              <w:top w:val="nil"/>
              <w:left w:val="nil"/>
              <w:bottom w:val="nil"/>
              <w:right w:val="nil"/>
            </w:tcBorders>
            <w:vAlign w:val="bottom"/>
          </w:tcPr>
          <w:p w14:paraId="17468F30" w14:textId="776A198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1294" w:type="dxa"/>
            <w:tcBorders>
              <w:top w:val="nil"/>
              <w:left w:val="nil"/>
              <w:bottom w:val="nil"/>
              <w:right w:val="nil"/>
            </w:tcBorders>
            <w:vAlign w:val="bottom"/>
          </w:tcPr>
          <w:p w14:paraId="08EFE70D" w14:textId="015CB24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r>
      <w:tr w:rsidR="000662E7" w:rsidRPr="000A26ED" w14:paraId="6AEB23BC" w14:textId="77777777" w:rsidTr="004A0B2E">
        <w:trPr>
          <w:trHeight w:val="288"/>
        </w:trPr>
        <w:tc>
          <w:tcPr>
            <w:tcW w:w="2284" w:type="dxa"/>
            <w:vAlign w:val="bottom"/>
          </w:tcPr>
          <w:p w14:paraId="7A7DB46B" w14:textId="6239EDA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Disorganization </w:t>
            </w:r>
          </w:p>
        </w:tc>
        <w:tc>
          <w:tcPr>
            <w:tcW w:w="972" w:type="dxa"/>
            <w:tcBorders>
              <w:top w:val="nil"/>
              <w:left w:val="nil"/>
              <w:bottom w:val="nil"/>
              <w:right w:val="nil"/>
            </w:tcBorders>
            <w:vAlign w:val="bottom"/>
          </w:tcPr>
          <w:p w14:paraId="437F7132" w14:textId="31417B3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84" w:type="dxa"/>
            <w:tcBorders>
              <w:top w:val="nil"/>
              <w:left w:val="nil"/>
              <w:bottom w:val="nil"/>
              <w:right w:val="nil"/>
            </w:tcBorders>
            <w:vAlign w:val="bottom"/>
          </w:tcPr>
          <w:p w14:paraId="0B265C77" w14:textId="69A6E021"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0.09</w:t>
            </w:r>
          </w:p>
        </w:tc>
        <w:tc>
          <w:tcPr>
            <w:tcW w:w="1490" w:type="dxa"/>
            <w:tcBorders>
              <w:top w:val="nil"/>
              <w:left w:val="nil"/>
              <w:bottom w:val="nil"/>
              <w:right w:val="nil"/>
            </w:tcBorders>
            <w:vAlign w:val="bottom"/>
          </w:tcPr>
          <w:p w14:paraId="59B5F7C7" w14:textId="6132FBB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0.66</w:t>
            </w:r>
          </w:p>
        </w:tc>
        <w:tc>
          <w:tcPr>
            <w:tcW w:w="1905" w:type="dxa"/>
            <w:tcBorders>
              <w:top w:val="nil"/>
              <w:left w:val="nil"/>
              <w:bottom w:val="nil"/>
              <w:right w:val="nil"/>
            </w:tcBorders>
            <w:vAlign w:val="bottom"/>
          </w:tcPr>
          <w:p w14:paraId="34EF7020" w14:textId="5F69119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776" w:type="dxa"/>
            <w:tcBorders>
              <w:top w:val="nil"/>
              <w:left w:val="nil"/>
              <w:bottom w:val="nil"/>
              <w:right w:val="nil"/>
            </w:tcBorders>
            <w:vAlign w:val="bottom"/>
          </w:tcPr>
          <w:p w14:paraId="60AD4581" w14:textId="56DE4E5B"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-0.06</w:t>
            </w:r>
          </w:p>
        </w:tc>
        <w:tc>
          <w:tcPr>
            <w:tcW w:w="876" w:type="dxa"/>
            <w:tcBorders>
              <w:top w:val="nil"/>
              <w:left w:val="nil"/>
              <w:bottom w:val="nil"/>
              <w:right w:val="nil"/>
            </w:tcBorders>
            <w:vAlign w:val="bottom"/>
          </w:tcPr>
          <w:p w14:paraId="72504372" w14:textId="68ADCF5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294" w:type="dxa"/>
            <w:tcBorders>
              <w:top w:val="nil"/>
              <w:left w:val="nil"/>
              <w:bottom w:val="nil"/>
              <w:right w:val="nil"/>
            </w:tcBorders>
            <w:vAlign w:val="bottom"/>
          </w:tcPr>
          <w:p w14:paraId="0C38679A" w14:textId="48A8702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r>
      <w:tr w:rsidR="000662E7" w:rsidRPr="000A26ED" w14:paraId="05B165B0" w14:textId="77777777" w:rsidTr="004A0B2E">
        <w:trPr>
          <w:trHeight w:val="288"/>
        </w:trPr>
        <w:tc>
          <w:tcPr>
            <w:tcW w:w="2284" w:type="dxa"/>
            <w:vAlign w:val="bottom"/>
          </w:tcPr>
          <w:p w14:paraId="1C41863B" w14:textId="2B070FF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Checking </w:t>
            </w:r>
          </w:p>
        </w:tc>
        <w:tc>
          <w:tcPr>
            <w:tcW w:w="972" w:type="dxa"/>
            <w:tcBorders>
              <w:top w:val="nil"/>
              <w:left w:val="nil"/>
              <w:bottom w:val="nil"/>
              <w:right w:val="nil"/>
            </w:tcBorders>
            <w:vAlign w:val="bottom"/>
          </w:tcPr>
          <w:p w14:paraId="18C757EF" w14:textId="4FFFF32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884" w:type="dxa"/>
            <w:tcBorders>
              <w:top w:val="nil"/>
              <w:left w:val="nil"/>
              <w:bottom w:val="nil"/>
              <w:right w:val="nil"/>
            </w:tcBorders>
            <w:vAlign w:val="bottom"/>
          </w:tcPr>
          <w:p w14:paraId="32851EC7" w14:textId="261CC36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-0.04</w:t>
            </w:r>
          </w:p>
        </w:tc>
        <w:tc>
          <w:tcPr>
            <w:tcW w:w="1490" w:type="dxa"/>
            <w:tcBorders>
              <w:top w:val="nil"/>
              <w:left w:val="nil"/>
              <w:bottom w:val="nil"/>
              <w:right w:val="nil"/>
            </w:tcBorders>
            <w:vAlign w:val="bottom"/>
          </w:tcPr>
          <w:p w14:paraId="37FA7F8D" w14:textId="75A71E83"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0.50</w:t>
            </w:r>
          </w:p>
        </w:tc>
        <w:tc>
          <w:tcPr>
            <w:tcW w:w="1905" w:type="dxa"/>
            <w:tcBorders>
              <w:top w:val="nil"/>
              <w:left w:val="nil"/>
              <w:bottom w:val="nil"/>
              <w:right w:val="nil"/>
            </w:tcBorders>
            <w:vAlign w:val="bottom"/>
          </w:tcPr>
          <w:p w14:paraId="1FFC1419" w14:textId="6F45BF9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776" w:type="dxa"/>
            <w:tcBorders>
              <w:top w:val="nil"/>
              <w:left w:val="nil"/>
              <w:bottom w:val="nil"/>
              <w:right w:val="nil"/>
            </w:tcBorders>
            <w:vAlign w:val="bottom"/>
          </w:tcPr>
          <w:p w14:paraId="249BCEB0" w14:textId="76AD6644"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0.26</w:t>
            </w:r>
          </w:p>
        </w:tc>
        <w:tc>
          <w:tcPr>
            <w:tcW w:w="876" w:type="dxa"/>
            <w:tcBorders>
              <w:top w:val="nil"/>
              <w:left w:val="nil"/>
              <w:bottom w:val="nil"/>
              <w:right w:val="nil"/>
            </w:tcBorders>
            <w:vAlign w:val="bottom"/>
          </w:tcPr>
          <w:p w14:paraId="0854F3FB" w14:textId="308DF7B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1294" w:type="dxa"/>
            <w:tcBorders>
              <w:top w:val="nil"/>
              <w:left w:val="nil"/>
              <w:bottom w:val="nil"/>
              <w:right w:val="nil"/>
            </w:tcBorders>
            <w:vAlign w:val="bottom"/>
          </w:tcPr>
          <w:p w14:paraId="3E20A6F2" w14:textId="7F81ECB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r>
      <w:tr w:rsidR="000662E7" w:rsidRPr="000A26ED" w14:paraId="5270A410" w14:textId="77777777" w:rsidTr="004A0B2E">
        <w:trPr>
          <w:trHeight w:val="288"/>
        </w:trPr>
        <w:tc>
          <w:tcPr>
            <w:tcW w:w="2284" w:type="dxa"/>
            <w:vAlign w:val="bottom"/>
          </w:tcPr>
          <w:p w14:paraId="01AACC3E" w14:textId="108F5B0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Lassitude </w:t>
            </w:r>
          </w:p>
        </w:tc>
        <w:tc>
          <w:tcPr>
            <w:tcW w:w="972" w:type="dxa"/>
            <w:tcBorders>
              <w:top w:val="nil"/>
              <w:left w:val="nil"/>
              <w:bottom w:val="nil"/>
              <w:right w:val="nil"/>
            </w:tcBorders>
            <w:vAlign w:val="bottom"/>
          </w:tcPr>
          <w:p w14:paraId="106A0699" w14:textId="6FB881F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0.16</w:t>
            </w:r>
          </w:p>
        </w:tc>
        <w:tc>
          <w:tcPr>
            <w:tcW w:w="884" w:type="dxa"/>
            <w:tcBorders>
              <w:top w:val="nil"/>
              <w:left w:val="nil"/>
              <w:bottom w:val="nil"/>
              <w:right w:val="nil"/>
            </w:tcBorders>
            <w:vAlign w:val="bottom"/>
          </w:tcPr>
          <w:p w14:paraId="4E8BC52B" w14:textId="21BDE5B3"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0.43</w:t>
            </w:r>
          </w:p>
        </w:tc>
        <w:tc>
          <w:tcPr>
            <w:tcW w:w="1490" w:type="dxa"/>
            <w:tcBorders>
              <w:top w:val="nil"/>
              <w:left w:val="nil"/>
              <w:bottom w:val="nil"/>
              <w:right w:val="nil"/>
            </w:tcBorders>
            <w:vAlign w:val="bottom"/>
          </w:tcPr>
          <w:p w14:paraId="6317EC31" w14:textId="6369ABF0"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0.44</w:t>
            </w:r>
          </w:p>
        </w:tc>
        <w:tc>
          <w:tcPr>
            <w:tcW w:w="1905" w:type="dxa"/>
            <w:tcBorders>
              <w:top w:val="nil"/>
              <w:left w:val="nil"/>
              <w:bottom w:val="nil"/>
              <w:right w:val="nil"/>
            </w:tcBorders>
            <w:vAlign w:val="bottom"/>
          </w:tcPr>
          <w:p w14:paraId="27CD1162" w14:textId="614DEAF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776" w:type="dxa"/>
            <w:tcBorders>
              <w:top w:val="nil"/>
              <w:left w:val="nil"/>
              <w:bottom w:val="nil"/>
              <w:right w:val="nil"/>
            </w:tcBorders>
            <w:vAlign w:val="bottom"/>
          </w:tcPr>
          <w:p w14:paraId="0120A091" w14:textId="7DB938C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0.15</w:t>
            </w:r>
          </w:p>
        </w:tc>
        <w:tc>
          <w:tcPr>
            <w:tcW w:w="876" w:type="dxa"/>
            <w:tcBorders>
              <w:top w:val="nil"/>
              <w:left w:val="nil"/>
              <w:bottom w:val="nil"/>
              <w:right w:val="nil"/>
            </w:tcBorders>
            <w:vAlign w:val="bottom"/>
          </w:tcPr>
          <w:p w14:paraId="5BBC847C" w14:textId="360ED82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1294" w:type="dxa"/>
            <w:tcBorders>
              <w:top w:val="nil"/>
              <w:left w:val="nil"/>
              <w:bottom w:val="nil"/>
              <w:right w:val="nil"/>
            </w:tcBorders>
            <w:vAlign w:val="bottom"/>
          </w:tcPr>
          <w:p w14:paraId="6A337086" w14:textId="3D36EA0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r>
      <w:tr w:rsidR="000662E7" w:rsidRPr="000A26ED" w14:paraId="01595E60" w14:textId="77777777" w:rsidTr="004A0B2E">
        <w:trPr>
          <w:trHeight w:val="288"/>
        </w:trPr>
        <w:tc>
          <w:tcPr>
            <w:tcW w:w="2284" w:type="dxa"/>
            <w:vAlign w:val="bottom"/>
          </w:tcPr>
          <w:p w14:paraId="4929CCA7" w14:textId="32A907A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Non-</w:t>
            </w:r>
            <w:proofErr w:type="spellStart"/>
            <w:r>
              <w:rPr>
                <w:rFonts w:ascii="Times New Roman" w:hAnsi="Times New Roman" w:cs="Times New Roman"/>
                <w:sz w:val="20"/>
                <w:szCs w:val="20"/>
              </w:rPr>
              <w:t>P</w:t>
            </w:r>
            <w:r w:rsidRPr="00812797">
              <w:rPr>
                <w:rFonts w:ascii="Times New Roman" w:hAnsi="Times New Roman" w:cs="Times New Roman"/>
                <w:sz w:val="20"/>
                <w:szCs w:val="20"/>
              </w:rPr>
              <w:t>lanfulness</w:t>
            </w:r>
            <w:proofErr w:type="spellEnd"/>
          </w:p>
        </w:tc>
        <w:tc>
          <w:tcPr>
            <w:tcW w:w="972" w:type="dxa"/>
            <w:tcBorders>
              <w:top w:val="nil"/>
              <w:left w:val="nil"/>
              <w:bottom w:val="nil"/>
              <w:right w:val="nil"/>
            </w:tcBorders>
            <w:vAlign w:val="bottom"/>
          </w:tcPr>
          <w:p w14:paraId="639CEE92" w14:textId="5CBF87D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84" w:type="dxa"/>
            <w:tcBorders>
              <w:top w:val="nil"/>
              <w:left w:val="nil"/>
              <w:bottom w:val="nil"/>
              <w:right w:val="nil"/>
            </w:tcBorders>
            <w:vAlign w:val="bottom"/>
          </w:tcPr>
          <w:p w14:paraId="167930F5" w14:textId="2BA41A8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490" w:type="dxa"/>
            <w:tcBorders>
              <w:top w:val="nil"/>
              <w:left w:val="nil"/>
              <w:bottom w:val="nil"/>
              <w:right w:val="nil"/>
            </w:tcBorders>
            <w:vAlign w:val="bottom"/>
          </w:tcPr>
          <w:p w14:paraId="4257D948" w14:textId="035CA24E"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0.42</w:t>
            </w:r>
          </w:p>
        </w:tc>
        <w:tc>
          <w:tcPr>
            <w:tcW w:w="1905" w:type="dxa"/>
            <w:tcBorders>
              <w:top w:val="nil"/>
              <w:left w:val="nil"/>
              <w:bottom w:val="nil"/>
              <w:right w:val="nil"/>
            </w:tcBorders>
            <w:vAlign w:val="bottom"/>
          </w:tcPr>
          <w:p w14:paraId="3F37746D" w14:textId="773D242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776" w:type="dxa"/>
            <w:tcBorders>
              <w:top w:val="nil"/>
              <w:left w:val="nil"/>
              <w:bottom w:val="nil"/>
              <w:right w:val="nil"/>
            </w:tcBorders>
            <w:vAlign w:val="bottom"/>
          </w:tcPr>
          <w:p w14:paraId="4D7A4832" w14:textId="68A4F3F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-0.14</w:t>
            </w:r>
          </w:p>
        </w:tc>
        <w:tc>
          <w:tcPr>
            <w:tcW w:w="876" w:type="dxa"/>
            <w:tcBorders>
              <w:top w:val="nil"/>
              <w:left w:val="nil"/>
              <w:bottom w:val="nil"/>
              <w:right w:val="nil"/>
            </w:tcBorders>
            <w:vAlign w:val="bottom"/>
          </w:tcPr>
          <w:p w14:paraId="673094C2" w14:textId="39F666D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1294" w:type="dxa"/>
            <w:tcBorders>
              <w:top w:val="nil"/>
              <w:left w:val="nil"/>
              <w:bottom w:val="nil"/>
              <w:right w:val="nil"/>
            </w:tcBorders>
            <w:vAlign w:val="bottom"/>
          </w:tcPr>
          <w:p w14:paraId="4DC7B436" w14:textId="249765D0"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0.38</w:t>
            </w:r>
          </w:p>
        </w:tc>
      </w:tr>
      <w:tr w:rsidR="000662E7" w:rsidRPr="000A26ED" w14:paraId="14697BA4" w14:textId="77777777" w:rsidTr="004A0B2E">
        <w:trPr>
          <w:trHeight w:val="288"/>
        </w:trPr>
        <w:tc>
          <w:tcPr>
            <w:tcW w:w="2284" w:type="dxa"/>
            <w:vAlign w:val="bottom"/>
          </w:tcPr>
          <w:p w14:paraId="6CD46B02" w14:textId="6440A1C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Restlessness</w:t>
            </w:r>
          </w:p>
        </w:tc>
        <w:tc>
          <w:tcPr>
            <w:tcW w:w="972" w:type="dxa"/>
            <w:tcBorders>
              <w:top w:val="nil"/>
              <w:left w:val="nil"/>
              <w:bottom w:val="nil"/>
              <w:right w:val="nil"/>
            </w:tcBorders>
            <w:vAlign w:val="bottom"/>
          </w:tcPr>
          <w:p w14:paraId="2C1A1FCB" w14:textId="5A36CDE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84" w:type="dxa"/>
            <w:tcBorders>
              <w:top w:val="nil"/>
              <w:left w:val="nil"/>
              <w:bottom w:val="nil"/>
              <w:right w:val="nil"/>
            </w:tcBorders>
            <w:vAlign w:val="bottom"/>
          </w:tcPr>
          <w:p w14:paraId="0142702A" w14:textId="4979DA3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1490" w:type="dxa"/>
            <w:tcBorders>
              <w:top w:val="nil"/>
              <w:left w:val="nil"/>
              <w:bottom w:val="nil"/>
              <w:right w:val="nil"/>
            </w:tcBorders>
            <w:vAlign w:val="bottom"/>
          </w:tcPr>
          <w:p w14:paraId="6CD59E52" w14:textId="5954DA3A"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0.39</w:t>
            </w:r>
          </w:p>
        </w:tc>
        <w:tc>
          <w:tcPr>
            <w:tcW w:w="1905" w:type="dxa"/>
            <w:tcBorders>
              <w:top w:val="nil"/>
              <w:left w:val="nil"/>
              <w:bottom w:val="nil"/>
              <w:right w:val="nil"/>
            </w:tcBorders>
            <w:vAlign w:val="bottom"/>
          </w:tcPr>
          <w:p w14:paraId="5A27B04A" w14:textId="15FB66B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776" w:type="dxa"/>
            <w:tcBorders>
              <w:top w:val="nil"/>
              <w:left w:val="nil"/>
              <w:bottom w:val="nil"/>
              <w:right w:val="nil"/>
            </w:tcBorders>
            <w:vAlign w:val="bottom"/>
          </w:tcPr>
          <w:p w14:paraId="3FA2FFE4" w14:textId="47A768D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876" w:type="dxa"/>
            <w:tcBorders>
              <w:top w:val="nil"/>
              <w:left w:val="nil"/>
              <w:bottom w:val="nil"/>
              <w:right w:val="nil"/>
            </w:tcBorders>
            <w:vAlign w:val="bottom"/>
          </w:tcPr>
          <w:p w14:paraId="6B3FB514" w14:textId="49F3E86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0.27</w:t>
            </w:r>
          </w:p>
        </w:tc>
        <w:tc>
          <w:tcPr>
            <w:tcW w:w="1294" w:type="dxa"/>
            <w:tcBorders>
              <w:top w:val="nil"/>
              <w:left w:val="nil"/>
              <w:bottom w:val="nil"/>
              <w:right w:val="nil"/>
            </w:tcBorders>
            <w:vAlign w:val="bottom"/>
          </w:tcPr>
          <w:p w14:paraId="0612A5A6" w14:textId="4A4B3387"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0.10</w:t>
            </w:r>
          </w:p>
        </w:tc>
      </w:tr>
      <w:tr w:rsidR="000662E7" w:rsidRPr="000A26ED" w14:paraId="7EB49666" w14:textId="77777777" w:rsidTr="004A0B2E">
        <w:trPr>
          <w:trHeight w:val="288"/>
        </w:trPr>
        <w:tc>
          <w:tcPr>
            <w:tcW w:w="2284" w:type="dxa"/>
            <w:vAlign w:val="bottom"/>
          </w:tcPr>
          <w:p w14:paraId="4856991B" w14:textId="3EFCD9D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Hoarding  </w:t>
            </w:r>
          </w:p>
        </w:tc>
        <w:tc>
          <w:tcPr>
            <w:tcW w:w="972" w:type="dxa"/>
            <w:tcBorders>
              <w:top w:val="nil"/>
              <w:left w:val="nil"/>
              <w:bottom w:val="nil"/>
              <w:right w:val="nil"/>
            </w:tcBorders>
            <w:vAlign w:val="bottom"/>
          </w:tcPr>
          <w:p w14:paraId="3D3C6AB0" w14:textId="43D7960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884" w:type="dxa"/>
            <w:tcBorders>
              <w:top w:val="nil"/>
              <w:left w:val="nil"/>
              <w:bottom w:val="nil"/>
              <w:right w:val="nil"/>
            </w:tcBorders>
            <w:vAlign w:val="bottom"/>
          </w:tcPr>
          <w:p w14:paraId="51D5BF86" w14:textId="7BAA728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1490" w:type="dxa"/>
            <w:tcBorders>
              <w:top w:val="nil"/>
              <w:left w:val="nil"/>
              <w:bottom w:val="nil"/>
              <w:right w:val="nil"/>
            </w:tcBorders>
            <w:vAlign w:val="bottom"/>
          </w:tcPr>
          <w:p w14:paraId="10214C80" w14:textId="4BCF3225"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0.38</w:t>
            </w:r>
          </w:p>
        </w:tc>
        <w:tc>
          <w:tcPr>
            <w:tcW w:w="1905" w:type="dxa"/>
            <w:tcBorders>
              <w:top w:val="nil"/>
              <w:left w:val="nil"/>
              <w:bottom w:val="nil"/>
              <w:right w:val="nil"/>
            </w:tcBorders>
            <w:vAlign w:val="bottom"/>
          </w:tcPr>
          <w:p w14:paraId="688095A7" w14:textId="7AAC88A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776" w:type="dxa"/>
            <w:tcBorders>
              <w:top w:val="nil"/>
              <w:left w:val="nil"/>
              <w:bottom w:val="nil"/>
              <w:right w:val="nil"/>
            </w:tcBorders>
            <w:vAlign w:val="bottom"/>
          </w:tcPr>
          <w:p w14:paraId="27FA08A1" w14:textId="6537B3D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876" w:type="dxa"/>
            <w:tcBorders>
              <w:top w:val="nil"/>
              <w:left w:val="nil"/>
              <w:bottom w:val="nil"/>
              <w:right w:val="nil"/>
            </w:tcBorders>
            <w:vAlign w:val="bottom"/>
          </w:tcPr>
          <w:p w14:paraId="3E29BD9D" w14:textId="3667941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294" w:type="dxa"/>
            <w:tcBorders>
              <w:top w:val="nil"/>
              <w:left w:val="nil"/>
              <w:bottom w:val="nil"/>
              <w:right w:val="nil"/>
            </w:tcBorders>
            <w:vAlign w:val="bottom"/>
          </w:tcPr>
          <w:p w14:paraId="625C018E" w14:textId="4C426AA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0.16</w:t>
            </w:r>
          </w:p>
        </w:tc>
      </w:tr>
      <w:tr w:rsidR="000662E7" w:rsidRPr="000A26ED" w14:paraId="510729F8" w14:textId="77777777" w:rsidTr="004A0B2E">
        <w:trPr>
          <w:trHeight w:val="288"/>
        </w:trPr>
        <w:tc>
          <w:tcPr>
            <w:tcW w:w="2284" w:type="dxa"/>
            <w:vAlign w:val="bottom"/>
          </w:tcPr>
          <w:p w14:paraId="1F62B1BF" w14:textId="3184329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Fantasy Proneness</w:t>
            </w:r>
          </w:p>
        </w:tc>
        <w:tc>
          <w:tcPr>
            <w:tcW w:w="972" w:type="dxa"/>
            <w:tcBorders>
              <w:top w:val="nil"/>
              <w:left w:val="nil"/>
              <w:bottom w:val="nil"/>
              <w:right w:val="nil"/>
            </w:tcBorders>
            <w:vAlign w:val="bottom"/>
          </w:tcPr>
          <w:p w14:paraId="2849A5B5" w14:textId="710EAB1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2C66E8DF" w14:textId="77CED55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1490" w:type="dxa"/>
            <w:tcBorders>
              <w:top w:val="nil"/>
              <w:left w:val="nil"/>
              <w:bottom w:val="nil"/>
              <w:right w:val="nil"/>
            </w:tcBorders>
            <w:vAlign w:val="bottom"/>
          </w:tcPr>
          <w:p w14:paraId="03007DDE" w14:textId="0B6D7C55"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0.36</w:t>
            </w:r>
          </w:p>
        </w:tc>
        <w:tc>
          <w:tcPr>
            <w:tcW w:w="1905" w:type="dxa"/>
            <w:tcBorders>
              <w:top w:val="nil"/>
              <w:left w:val="nil"/>
              <w:bottom w:val="nil"/>
              <w:right w:val="nil"/>
            </w:tcBorders>
            <w:vAlign w:val="bottom"/>
          </w:tcPr>
          <w:p w14:paraId="44E972BB" w14:textId="0E96BCE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776" w:type="dxa"/>
            <w:tcBorders>
              <w:top w:val="nil"/>
              <w:left w:val="nil"/>
              <w:bottom w:val="nil"/>
              <w:right w:val="nil"/>
            </w:tcBorders>
            <w:vAlign w:val="bottom"/>
          </w:tcPr>
          <w:p w14:paraId="4AE35BE8" w14:textId="0F4DA08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76" w:type="dxa"/>
            <w:tcBorders>
              <w:top w:val="nil"/>
              <w:left w:val="nil"/>
              <w:bottom w:val="nil"/>
              <w:right w:val="nil"/>
            </w:tcBorders>
            <w:vAlign w:val="bottom"/>
          </w:tcPr>
          <w:p w14:paraId="0F49BA50" w14:textId="2ECE4AC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0.23</w:t>
            </w:r>
          </w:p>
        </w:tc>
        <w:tc>
          <w:tcPr>
            <w:tcW w:w="1294" w:type="dxa"/>
            <w:tcBorders>
              <w:top w:val="nil"/>
              <w:left w:val="nil"/>
              <w:bottom w:val="nil"/>
              <w:right w:val="nil"/>
            </w:tcBorders>
            <w:vAlign w:val="bottom"/>
          </w:tcPr>
          <w:p w14:paraId="1A7D392D" w14:textId="0485D7D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0.14</w:t>
            </w:r>
          </w:p>
        </w:tc>
      </w:tr>
      <w:tr w:rsidR="000662E7" w:rsidRPr="000A26ED" w14:paraId="6FA686DD" w14:textId="77777777" w:rsidTr="004A0B2E">
        <w:trPr>
          <w:trHeight w:val="288"/>
        </w:trPr>
        <w:tc>
          <w:tcPr>
            <w:tcW w:w="2284" w:type="dxa"/>
            <w:vAlign w:val="bottom"/>
          </w:tcPr>
          <w:p w14:paraId="2AD510DD" w14:textId="457AAAB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Body Focus </w:t>
            </w:r>
          </w:p>
        </w:tc>
        <w:tc>
          <w:tcPr>
            <w:tcW w:w="972" w:type="dxa"/>
            <w:tcBorders>
              <w:top w:val="nil"/>
              <w:left w:val="nil"/>
              <w:bottom w:val="nil"/>
              <w:right w:val="nil"/>
            </w:tcBorders>
            <w:vAlign w:val="bottom"/>
          </w:tcPr>
          <w:p w14:paraId="4AF4B1F2" w14:textId="1AC0CB9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884" w:type="dxa"/>
            <w:tcBorders>
              <w:top w:val="nil"/>
              <w:left w:val="nil"/>
              <w:bottom w:val="nil"/>
              <w:right w:val="nil"/>
            </w:tcBorders>
            <w:vAlign w:val="bottom"/>
          </w:tcPr>
          <w:p w14:paraId="285B6B94" w14:textId="1F33212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1490" w:type="dxa"/>
            <w:tcBorders>
              <w:top w:val="nil"/>
              <w:left w:val="nil"/>
              <w:bottom w:val="nil"/>
              <w:right w:val="nil"/>
            </w:tcBorders>
            <w:vAlign w:val="bottom"/>
          </w:tcPr>
          <w:p w14:paraId="563ADE5D" w14:textId="277A99F1"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0.05</w:t>
            </w:r>
          </w:p>
        </w:tc>
        <w:tc>
          <w:tcPr>
            <w:tcW w:w="1905" w:type="dxa"/>
            <w:tcBorders>
              <w:top w:val="nil"/>
              <w:left w:val="nil"/>
              <w:bottom w:val="nil"/>
              <w:right w:val="nil"/>
            </w:tcBorders>
            <w:vAlign w:val="bottom"/>
          </w:tcPr>
          <w:p w14:paraId="2B716835" w14:textId="69E92872"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0.67</w:t>
            </w:r>
          </w:p>
        </w:tc>
        <w:tc>
          <w:tcPr>
            <w:tcW w:w="776" w:type="dxa"/>
            <w:tcBorders>
              <w:top w:val="nil"/>
              <w:left w:val="nil"/>
              <w:bottom w:val="nil"/>
              <w:right w:val="nil"/>
            </w:tcBorders>
            <w:vAlign w:val="bottom"/>
          </w:tcPr>
          <w:p w14:paraId="38B78B9A" w14:textId="0D0DDBF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876" w:type="dxa"/>
            <w:tcBorders>
              <w:top w:val="nil"/>
              <w:left w:val="nil"/>
              <w:bottom w:val="nil"/>
              <w:right w:val="nil"/>
            </w:tcBorders>
            <w:vAlign w:val="bottom"/>
          </w:tcPr>
          <w:p w14:paraId="74735E52" w14:textId="626A807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294" w:type="dxa"/>
            <w:tcBorders>
              <w:top w:val="nil"/>
              <w:left w:val="nil"/>
              <w:bottom w:val="nil"/>
              <w:right w:val="nil"/>
            </w:tcBorders>
            <w:vAlign w:val="bottom"/>
          </w:tcPr>
          <w:p w14:paraId="08F665A8" w14:textId="623AA8A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r>
      <w:tr w:rsidR="000662E7" w:rsidRPr="000A26ED" w14:paraId="56691B38" w14:textId="77777777" w:rsidTr="004A0B2E">
        <w:trPr>
          <w:trHeight w:val="288"/>
        </w:trPr>
        <w:tc>
          <w:tcPr>
            <w:tcW w:w="2284" w:type="dxa"/>
            <w:vAlign w:val="bottom"/>
          </w:tcPr>
          <w:p w14:paraId="4D775F48" w14:textId="76DBE09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Muscle Building </w:t>
            </w:r>
          </w:p>
        </w:tc>
        <w:tc>
          <w:tcPr>
            <w:tcW w:w="972" w:type="dxa"/>
            <w:tcBorders>
              <w:top w:val="nil"/>
              <w:left w:val="nil"/>
              <w:bottom w:val="nil"/>
              <w:right w:val="nil"/>
            </w:tcBorders>
            <w:vAlign w:val="bottom"/>
          </w:tcPr>
          <w:p w14:paraId="778F3A79" w14:textId="0F07D73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884" w:type="dxa"/>
            <w:tcBorders>
              <w:top w:val="nil"/>
              <w:left w:val="nil"/>
              <w:bottom w:val="nil"/>
              <w:right w:val="nil"/>
            </w:tcBorders>
            <w:vAlign w:val="bottom"/>
          </w:tcPr>
          <w:p w14:paraId="4CC334AF" w14:textId="0A4F199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1490" w:type="dxa"/>
            <w:tcBorders>
              <w:top w:val="nil"/>
              <w:left w:val="nil"/>
              <w:bottom w:val="nil"/>
              <w:right w:val="nil"/>
            </w:tcBorders>
            <w:vAlign w:val="bottom"/>
          </w:tcPr>
          <w:p w14:paraId="77C8F9A8" w14:textId="7EE20A53"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-0.22</w:t>
            </w:r>
          </w:p>
        </w:tc>
        <w:tc>
          <w:tcPr>
            <w:tcW w:w="1905" w:type="dxa"/>
            <w:tcBorders>
              <w:top w:val="nil"/>
              <w:left w:val="nil"/>
              <w:bottom w:val="nil"/>
              <w:right w:val="nil"/>
            </w:tcBorders>
            <w:vAlign w:val="bottom"/>
          </w:tcPr>
          <w:p w14:paraId="741EAB4C" w14:textId="2F97CD0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0.57</w:t>
            </w:r>
          </w:p>
        </w:tc>
        <w:tc>
          <w:tcPr>
            <w:tcW w:w="776" w:type="dxa"/>
            <w:tcBorders>
              <w:top w:val="nil"/>
              <w:left w:val="nil"/>
              <w:bottom w:val="nil"/>
              <w:right w:val="nil"/>
            </w:tcBorders>
            <w:vAlign w:val="bottom"/>
          </w:tcPr>
          <w:p w14:paraId="579E79D2" w14:textId="6880A2F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76" w:type="dxa"/>
            <w:tcBorders>
              <w:top w:val="nil"/>
              <w:left w:val="nil"/>
              <w:bottom w:val="nil"/>
              <w:right w:val="nil"/>
            </w:tcBorders>
            <w:vAlign w:val="bottom"/>
          </w:tcPr>
          <w:p w14:paraId="75B446D3" w14:textId="442BBEC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1294" w:type="dxa"/>
            <w:tcBorders>
              <w:top w:val="nil"/>
              <w:left w:val="nil"/>
              <w:bottom w:val="nil"/>
              <w:right w:val="nil"/>
            </w:tcBorders>
            <w:vAlign w:val="bottom"/>
          </w:tcPr>
          <w:p w14:paraId="200E0F2E" w14:textId="696F86A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r>
      <w:tr w:rsidR="000662E7" w:rsidRPr="000A26ED" w14:paraId="3F8FAC57" w14:textId="77777777" w:rsidTr="004A0B2E">
        <w:trPr>
          <w:trHeight w:val="288"/>
        </w:trPr>
        <w:tc>
          <w:tcPr>
            <w:tcW w:w="2284" w:type="dxa"/>
            <w:vAlign w:val="bottom"/>
          </w:tcPr>
          <w:p w14:paraId="46DA38DA" w14:textId="604396C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Exhibitionism   </w:t>
            </w:r>
          </w:p>
        </w:tc>
        <w:tc>
          <w:tcPr>
            <w:tcW w:w="972" w:type="dxa"/>
            <w:tcBorders>
              <w:top w:val="nil"/>
              <w:left w:val="nil"/>
              <w:bottom w:val="nil"/>
              <w:right w:val="nil"/>
            </w:tcBorders>
            <w:vAlign w:val="bottom"/>
          </w:tcPr>
          <w:p w14:paraId="3CC3D8D7" w14:textId="61EE9F8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884" w:type="dxa"/>
            <w:tcBorders>
              <w:top w:val="nil"/>
              <w:left w:val="nil"/>
              <w:bottom w:val="nil"/>
              <w:right w:val="nil"/>
            </w:tcBorders>
            <w:vAlign w:val="bottom"/>
          </w:tcPr>
          <w:p w14:paraId="40627B2F" w14:textId="02E8208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-0.21</w:t>
            </w:r>
          </w:p>
        </w:tc>
        <w:tc>
          <w:tcPr>
            <w:tcW w:w="1490" w:type="dxa"/>
            <w:tcBorders>
              <w:top w:val="nil"/>
              <w:left w:val="nil"/>
              <w:bottom w:val="nil"/>
              <w:right w:val="nil"/>
            </w:tcBorders>
            <w:vAlign w:val="bottom"/>
          </w:tcPr>
          <w:p w14:paraId="1D1C9411" w14:textId="6EFF3836"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0.12</w:t>
            </w:r>
          </w:p>
        </w:tc>
        <w:tc>
          <w:tcPr>
            <w:tcW w:w="1905" w:type="dxa"/>
            <w:tcBorders>
              <w:top w:val="nil"/>
              <w:left w:val="nil"/>
              <w:bottom w:val="nil"/>
              <w:right w:val="nil"/>
            </w:tcBorders>
            <w:vAlign w:val="bottom"/>
          </w:tcPr>
          <w:p w14:paraId="6C69096B" w14:textId="6B4B9BDE"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0.55</w:t>
            </w:r>
          </w:p>
        </w:tc>
        <w:tc>
          <w:tcPr>
            <w:tcW w:w="776" w:type="dxa"/>
            <w:tcBorders>
              <w:top w:val="nil"/>
              <w:left w:val="nil"/>
              <w:bottom w:val="nil"/>
              <w:right w:val="nil"/>
            </w:tcBorders>
            <w:vAlign w:val="bottom"/>
          </w:tcPr>
          <w:p w14:paraId="149B4562" w14:textId="0BEE9A3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876" w:type="dxa"/>
            <w:tcBorders>
              <w:top w:val="nil"/>
              <w:left w:val="nil"/>
              <w:bottom w:val="nil"/>
              <w:right w:val="nil"/>
            </w:tcBorders>
            <w:vAlign w:val="bottom"/>
          </w:tcPr>
          <w:p w14:paraId="23C18FA7" w14:textId="25113BC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294" w:type="dxa"/>
            <w:tcBorders>
              <w:top w:val="nil"/>
              <w:left w:val="nil"/>
              <w:bottom w:val="nil"/>
              <w:right w:val="nil"/>
            </w:tcBorders>
            <w:vAlign w:val="bottom"/>
          </w:tcPr>
          <w:p w14:paraId="53B0C558" w14:textId="2A24B70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r>
      <w:tr w:rsidR="000662E7" w:rsidRPr="000A26ED" w14:paraId="20500199" w14:textId="77777777" w:rsidTr="004A0B2E">
        <w:trPr>
          <w:trHeight w:val="288"/>
        </w:trPr>
        <w:tc>
          <w:tcPr>
            <w:tcW w:w="2284" w:type="dxa"/>
            <w:vAlign w:val="bottom"/>
          </w:tcPr>
          <w:p w14:paraId="5A616876" w14:textId="2A1E9CC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Dietary Restraint</w:t>
            </w:r>
          </w:p>
        </w:tc>
        <w:tc>
          <w:tcPr>
            <w:tcW w:w="972" w:type="dxa"/>
            <w:tcBorders>
              <w:top w:val="nil"/>
              <w:left w:val="nil"/>
              <w:bottom w:val="nil"/>
              <w:right w:val="nil"/>
            </w:tcBorders>
            <w:vAlign w:val="bottom"/>
          </w:tcPr>
          <w:p w14:paraId="65F1575F" w14:textId="21B7B89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84" w:type="dxa"/>
            <w:tcBorders>
              <w:top w:val="nil"/>
              <w:left w:val="nil"/>
              <w:bottom w:val="nil"/>
              <w:right w:val="nil"/>
            </w:tcBorders>
            <w:vAlign w:val="bottom"/>
          </w:tcPr>
          <w:p w14:paraId="76B1D5EA" w14:textId="220FC7E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490" w:type="dxa"/>
            <w:tcBorders>
              <w:top w:val="nil"/>
              <w:left w:val="nil"/>
              <w:bottom w:val="nil"/>
              <w:right w:val="nil"/>
            </w:tcBorders>
            <w:vAlign w:val="bottom"/>
          </w:tcPr>
          <w:p w14:paraId="1F685C42" w14:textId="3C478BF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-0.23</w:t>
            </w:r>
          </w:p>
        </w:tc>
        <w:tc>
          <w:tcPr>
            <w:tcW w:w="1905" w:type="dxa"/>
            <w:tcBorders>
              <w:top w:val="nil"/>
              <w:left w:val="nil"/>
              <w:bottom w:val="nil"/>
              <w:right w:val="nil"/>
            </w:tcBorders>
            <w:vAlign w:val="bottom"/>
          </w:tcPr>
          <w:p w14:paraId="01A81930" w14:textId="46FFD54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0.54</w:t>
            </w:r>
          </w:p>
        </w:tc>
        <w:tc>
          <w:tcPr>
            <w:tcW w:w="776" w:type="dxa"/>
            <w:tcBorders>
              <w:top w:val="nil"/>
              <w:left w:val="nil"/>
              <w:bottom w:val="nil"/>
              <w:right w:val="nil"/>
            </w:tcBorders>
            <w:vAlign w:val="bottom"/>
          </w:tcPr>
          <w:p w14:paraId="28DAE54F" w14:textId="29DF6FB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76" w:type="dxa"/>
            <w:tcBorders>
              <w:top w:val="nil"/>
              <w:left w:val="nil"/>
              <w:bottom w:val="nil"/>
              <w:right w:val="nil"/>
            </w:tcBorders>
            <w:vAlign w:val="bottom"/>
          </w:tcPr>
          <w:p w14:paraId="709BDB3E" w14:textId="0CF4E0E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294" w:type="dxa"/>
            <w:tcBorders>
              <w:top w:val="nil"/>
              <w:left w:val="nil"/>
              <w:bottom w:val="nil"/>
              <w:right w:val="nil"/>
            </w:tcBorders>
            <w:vAlign w:val="bottom"/>
          </w:tcPr>
          <w:p w14:paraId="2636D32C" w14:textId="3398379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r>
      <w:tr w:rsidR="000662E7" w:rsidRPr="000A26ED" w14:paraId="0D786004" w14:textId="77777777" w:rsidTr="004A0B2E">
        <w:trPr>
          <w:trHeight w:val="288"/>
        </w:trPr>
        <w:tc>
          <w:tcPr>
            <w:tcW w:w="2284" w:type="dxa"/>
            <w:vAlign w:val="bottom"/>
          </w:tcPr>
          <w:p w14:paraId="37FAEFCB" w14:textId="79196D7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Body Dissatisfaction</w:t>
            </w:r>
          </w:p>
        </w:tc>
        <w:tc>
          <w:tcPr>
            <w:tcW w:w="972" w:type="dxa"/>
            <w:tcBorders>
              <w:top w:val="nil"/>
              <w:left w:val="nil"/>
              <w:bottom w:val="nil"/>
              <w:right w:val="nil"/>
            </w:tcBorders>
            <w:vAlign w:val="bottom"/>
          </w:tcPr>
          <w:p w14:paraId="30CE03D5" w14:textId="1C217FA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884" w:type="dxa"/>
            <w:tcBorders>
              <w:top w:val="nil"/>
              <w:left w:val="nil"/>
              <w:bottom w:val="nil"/>
              <w:right w:val="nil"/>
            </w:tcBorders>
            <w:vAlign w:val="bottom"/>
          </w:tcPr>
          <w:p w14:paraId="6A75C7FC" w14:textId="041ECEF0"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0.37</w:t>
            </w:r>
          </w:p>
        </w:tc>
        <w:tc>
          <w:tcPr>
            <w:tcW w:w="1490" w:type="dxa"/>
            <w:tcBorders>
              <w:top w:val="nil"/>
              <w:left w:val="nil"/>
              <w:bottom w:val="nil"/>
              <w:right w:val="nil"/>
            </w:tcBorders>
            <w:vAlign w:val="bottom"/>
          </w:tcPr>
          <w:p w14:paraId="438604EF" w14:textId="5F955F9A"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-0.04</w:t>
            </w:r>
          </w:p>
        </w:tc>
        <w:tc>
          <w:tcPr>
            <w:tcW w:w="1905" w:type="dxa"/>
            <w:tcBorders>
              <w:top w:val="nil"/>
              <w:left w:val="nil"/>
              <w:bottom w:val="nil"/>
              <w:right w:val="nil"/>
            </w:tcBorders>
            <w:vAlign w:val="bottom"/>
          </w:tcPr>
          <w:p w14:paraId="07781E5E" w14:textId="051AAF4B"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0.45</w:t>
            </w:r>
          </w:p>
        </w:tc>
        <w:tc>
          <w:tcPr>
            <w:tcW w:w="776" w:type="dxa"/>
            <w:tcBorders>
              <w:top w:val="nil"/>
              <w:left w:val="nil"/>
              <w:bottom w:val="nil"/>
              <w:right w:val="nil"/>
            </w:tcBorders>
            <w:vAlign w:val="bottom"/>
          </w:tcPr>
          <w:p w14:paraId="2631B1F3" w14:textId="465C307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876" w:type="dxa"/>
            <w:tcBorders>
              <w:top w:val="nil"/>
              <w:left w:val="nil"/>
              <w:bottom w:val="nil"/>
              <w:right w:val="nil"/>
            </w:tcBorders>
            <w:vAlign w:val="bottom"/>
          </w:tcPr>
          <w:p w14:paraId="5B847AC9" w14:textId="3D74BF8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1294" w:type="dxa"/>
            <w:tcBorders>
              <w:top w:val="nil"/>
              <w:left w:val="nil"/>
              <w:bottom w:val="nil"/>
              <w:right w:val="nil"/>
            </w:tcBorders>
            <w:vAlign w:val="bottom"/>
          </w:tcPr>
          <w:p w14:paraId="0467641D" w14:textId="2857C8C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r>
      <w:tr w:rsidR="000662E7" w:rsidRPr="000A26ED" w14:paraId="0DDCE2FD" w14:textId="77777777" w:rsidTr="004A0B2E">
        <w:trPr>
          <w:trHeight w:val="288"/>
        </w:trPr>
        <w:tc>
          <w:tcPr>
            <w:tcW w:w="2284" w:type="dxa"/>
            <w:vAlign w:val="bottom"/>
          </w:tcPr>
          <w:p w14:paraId="402B370D" w14:textId="1D88082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Domineering</w:t>
            </w:r>
          </w:p>
        </w:tc>
        <w:tc>
          <w:tcPr>
            <w:tcW w:w="972" w:type="dxa"/>
            <w:tcBorders>
              <w:top w:val="nil"/>
              <w:left w:val="nil"/>
              <w:bottom w:val="nil"/>
              <w:right w:val="nil"/>
            </w:tcBorders>
            <w:vAlign w:val="bottom"/>
          </w:tcPr>
          <w:p w14:paraId="54EBC3E4" w14:textId="6BCC359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84" w:type="dxa"/>
            <w:tcBorders>
              <w:top w:val="nil"/>
              <w:left w:val="nil"/>
              <w:bottom w:val="nil"/>
              <w:right w:val="nil"/>
            </w:tcBorders>
            <w:vAlign w:val="bottom"/>
          </w:tcPr>
          <w:p w14:paraId="73C6D752" w14:textId="2C1EF31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-0.29</w:t>
            </w:r>
          </w:p>
        </w:tc>
        <w:tc>
          <w:tcPr>
            <w:tcW w:w="1490" w:type="dxa"/>
            <w:tcBorders>
              <w:top w:val="nil"/>
              <w:left w:val="nil"/>
              <w:bottom w:val="nil"/>
              <w:right w:val="nil"/>
            </w:tcBorders>
            <w:vAlign w:val="bottom"/>
          </w:tcPr>
          <w:p w14:paraId="2E3F484C" w14:textId="36A2970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905" w:type="dxa"/>
            <w:tcBorders>
              <w:top w:val="nil"/>
              <w:left w:val="nil"/>
              <w:bottom w:val="nil"/>
              <w:right w:val="nil"/>
            </w:tcBorders>
            <w:vAlign w:val="bottom"/>
          </w:tcPr>
          <w:p w14:paraId="4CC5477A" w14:textId="3259C84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0.40</w:t>
            </w:r>
          </w:p>
        </w:tc>
        <w:tc>
          <w:tcPr>
            <w:tcW w:w="776" w:type="dxa"/>
            <w:tcBorders>
              <w:top w:val="nil"/>
              <w:left w:val="nil"/>
              <w:bottom w:val="nil"/>
              <w:right w:val="nil"/>
            </w:tcBorders>
            <w:vAlign w:val="bottom"/>
          </w:tcPr>
          <w:p w14:paraId="4753F22E" w14:textId="7B3E888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876" w:type="dxa"/>
            <w:tcBorders>
              <w:top w:val="nil"/>
              <w:left w:val="nil"/>
              <w:bottom w:val="nil"/>
              <w:right w:val="nil"/>
            </w:tcBorders>
            <w:vAlign w:val="bottom"/>
          </w:tcPr>
          <w:p w14:paraId="7A7EA6E6" w14:textId="60176B7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1294" w:type="dxa"/>
            <w:tcBorders>
              <w:top w:val="nil"/>
              <w:left w:val="nil"/>
              <w:bottom w:val="nil"/>
              <w:right w:val="nil"/>
            </w:tcBorders>
            <w:vAlign w:val="bottom"/>
          </w:tcPr>
          <w:p w14:paraId="67D5BDBD" w14:textId="1B9B692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0.28</w:t>
            </w:r>
          </w:p>
        </w:tc>
      </w:tr>
      <w:tr w:rsidR="000662E7" w:rsidRPr="000A26ED" w14:paraId="7DA8D1E1" w14:textId="77777777" w:rsidTr="004A0B2E">
        <w:trPr>
          <w:trHeight w:val="288"/>
        </w:trPr>
        <w:tc>
          <w:tcPr>
            <w:tcW w:w="2284" w:type="dxa"/>
            <w:vAlign w:val="bottom"/>
          </w:tcPr>
          <w:p w14:paraId="42BA0F16" w14:textId="3A81852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Excessive Exercise </w:t>
            </w:r>
          </w:p>
        </w:tc>
        <w:tc>
          <w:tcPr>
            <w:tcW w:w="972" w:type="dxa"/>
            <w:tcBorders>
              <w:top w:val="nil"/>
              <w:left w:val="nil"/>
              <w:bottom w:val="nil"/>
              <w:right w:val="nil"/>
            </w:tcBorders>
            <w:vAlign w:val="bottom"/>
          </w:tcPr>
          <w:p w14:paraId="76E1A484" w14:textId="4D7960F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884" w:type="dxa"/>
            <w:tcBorders>
              <w:top w:val="nil"/>
              <w:left w:val="nil"/>
              <w:bottom w:val="nil"/>
              <w:right w:val="nil"/>
            </w:tcBorders>
            <w:vAlign w:val="bottom"/>
          </w:tcPr>
          <w:p w14:paraId="497160E0" w14:textId="678CE23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490" w:type="dxa"/>
            <w:tcBorders>
              <w:top w:val="nil"/>
              <w:left w:val="nil"/>
              <w:bottom w:val="nil"/>
              <w:right w:val="nil"/>
            </w:tcBorders>
            <w:vAlign w:val="bottom"/>
          </w:tcPr>
          <w:p w14:paraId="1D9E540F" w14:textId="7A482C9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-0.24</w:t>
            </w:r>
          </w:p>
        </w:tc>
        <w:tc>
          <w:tcPr>
            <w:tcW w:w="1905" w:type="dxa"/>
            <w:tcBorders>
              <w:top w:val="nil"/>
              <w:left w:val="nil"/>
              <w:bottom w:val="nil"/>
              <w:right w:val="nil"/>
            </w:tcBorders>
            <w:vAlign w:val="bottom"/>
          </w:tcPr>
          <w:p w14:paraId="5E0B7F64" w14:textId="43E3DE8C"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0.39</w:t>
            </w:r>
          </w:p>
        </w:tc>
        <w:tc>
          <w:tcPr>
            <w:tcW w:w="776" w:type="dxa"/>
            <w:tcBorders>
              <w:top w:val="nil"/>
              <w:left w:val="nil"/>
              <w:bottom w:val="nil"/>
              <w:right w:val="nil"/>
            </w:tcBorders>
            <w:vAlign w:val="bottom"/>
          </w:tcPr>
          <w:p w14:paraId="7A230527" w14:textId="2454B23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876" w:type="dxa"/>
            <w:tcBorders>
              <w:top w:val="nil"/>
              <w:left w:val="nil"/>
              <w:bottom w:val="nil"/>
              <w:right w:val="nil"/>
            </w:tcBorders>
            <w:vAlign w:val="bottom"/>
          </w:tcPr>
          <w:p w14:paraId="2C89A39A" w14:textId="1C66BDE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0.29</w:t>
            </w:r>
          </w:p>
        </w:tc>
        <w:tc>
          <w:tcPr>
            <w:tcW w:w="1294" w:type="dxa"/>
            <w:tcBorders>
              <w:top w:val="nil"/>
              <w:left w:val="nil"/>
              <w:bottom w:val="nil"/>
              <w:right w:val="nil"/>
            </w:tcBorders>
            <w:vAlign w:val="bottom"/>
          </w:tcPr>
          <w:p w14:paraId="37561D24" w14:textId="371655A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r>
      <w:tr w:rsidR="000662E7" w:rsidRPr="000A26ED" w14:paraId="5D818242" w14:textId="77777777" w:rsidTr="004A0B2E">
        <w:trPr>
          <w:trHeight w:val="288"/>
        </w:trPr>
        <w:tc>
          <w:tcPr>
            <w:tcW w:w="2284" w:type="dxa"/>
            <w:vAlign w:val="bottom"/>
          </w:tcPr>
          <w:p w14:paraId="0DC2520B" w14:textId="6E29701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Perfectionism </w:t>
            </w:r>
          </w:p>
        </w:tc>
        <w:tc>
          <w:tcPr>
            <w:tcW w:w="972" w:type="dxa"/>
            <w:tcBorders>
              <w:top w:val="nil"/>
              <w:left w:val="nil"/>
              <w:bottom w:val="nil"/>
              <w:right w:val="nil"/>
            </w:tcBorders>
            <w:vAlign w:val="bottom"/>
          </w:tcPr>
          <w:p w14:paraId="72D2365A" w14:textId="386D9A7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057C0A0B" w14:textId="273044B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490" w:type="dxa"/>
            <w:tcBorders>
              <w:top w:val="nil"/>
              <w:left w:val="nil"/>
              <w:bottom w:val="nil"/>
              <w:right w:val="nil"/>
            </w:tcBorders>
            <w:vAlign w:val="bottom"/>
          </w:tcPr>
          <w:p w14:paraId="0299F854" w14:textId="6C560FD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0.21</w:t>
            </w:r>
          </w:p>
        </w:tc>
        <w:tc>
          <w:tcPr>
            <w:tcW w:w="1905" w:type="dxa"/>
            <w:tcBorders>
              <w:top w:val="nil"/>
              <w:left w:val="nil"/>
              <w:bottom w:val="nil"/>
              <w:right w:val="nil"/>
            </w:tcBorders>
            <w:vAlign w:val="bottom"/>
          </w:tcPr>
          <w:p w14:paraId="67D8680F" w14:textId="7E57B1E2"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0.38</w:t>
            </w:r>
          </w:p>
        </w:tc>
        <w:tc>
          <w:tcPr>
            <w:tcW w:w="776" w:type="dxa"/>
            <w:tcBorders>
              <w:top w:val="nil"/>
              <w:left w:val="nil"/>
              <w:bottom w:val="nil"/>
              <w:right w:val="nil"/>
            </w:tcBorders>
            <w:vAlign w:val="bottom"/>
          </w:tcPr>
          <w:p w14:paraId="741CF478" w14:textId="6E720E5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876" w:type="dxa"/>
            <w:tcBorders>
              <w:top w:val="nil"/>
              <w:left w:val="nil"/>
              <w:bottom w:val="nil"/>
              <w:right w:val="nil"/>
            </w:tcBorders>
            <w:vAlign w:val="bottom"/>
          </w:tcPr>
          <w:p w14:paraId="15DB9B74" w14:textId="1828BF3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1294" w:type="dxa"/>
            <w:tcBorders>
              <w:top w:val="nil"/>
              <w:left w:val="nil"/>
              <w:bottom w:val="nil"/>
              <w:right w:val="nil"/>
            </w:tcBorders>
            <w:vAlign w:val="bottom"/>
          </w:tcPr>
          <w:p w14:paraId="24E76E5C" w14:textId="444068D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r>
      <w:tr w:rsidR="000662E7" w:rsidRPr="000A26ED" w14:paraId="5A056440" w14:textId="77777777" w:rsidTr="004A0B2E">
        <w:trPr>
          <w:trHeight w:val="288"/>
        </w:trPr>
        <w:tc>
          <w:tcPr>
            <w:tcW w:w="2284" w:type="dxa"/>
            <w:vAlign w:val="bottom"/>
          </w:tcPr>
          <w:p w14:paraId="0A8EA86E" w14:textId="2A88CD9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Purging </w:t>
            </w:r>
          </w:p>
        </w:tc>
        <w:tc>
          <w:tcPr>
            <w:tcW w:w="972" w:type="dxa"/>
            <w:tcBorders>
              <w:top w:val="nil"/>
              <w:left w:val="nil"/>
              <w:bottom w:val="nil"/>
              <w:right w:val="nil"/>
            </w:tcBorders>
            <w:vAlign w:val="bottom"/>
          </w:tcPr>
          <w:p w14:paraId="1DE02A54" w14:textId="4A123A9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884" w:type="dxa"/>
            <w:tcBorders>
              <w:top w:val="nil"/>
              <w:left w:val="nil"/>
              <w:bottom w:val="nil"/>
              <w:right w:val="nil"/>
            </w:tcBorders>
            <w:vAlign w:val="bottom"/>
          </w:tcPr>
          <w:p w14:paraId="3BC48BFE" w14:textId="2483B29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1490" w:type="dxa"/>
            <w:tcBorders>
              <w:top w:val="nil"/>
              <w:left w:val="nil"/>
              <w:bottom w:val="nil"/>
              <w:right w:val="nil"/>
            </w:tcBorders>
            <w:vAlign w:val="bottom"/>
          </w:tcPr>
          <w:p w14:paraId="7E3B60F1" w14:textId="4318EB9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1905" w:type="dxa"/>
            <w:tcBorders>
              <w:top w:val="nil"/>
              <w:left w:val="nil"/>
              <w:bottom w:val="nil"/>
              <w:right w:val="nil"/>
            </w:tcBorders>
            <w:vAlign w:val="bottom"/>
          </w:tcPr>
          <w:p w14:paraId="4702FD4E" w14:textId="44E8DAB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0.33</w:t>
            </w:r>
          </w:p>
        </w:tc>
        <w:tc>
          <w:tcPr>
            <w:tcW w:w="776" w:type="dxa"/>
            <w:tcBorders>
              <w:top w:val="nil"/>
              <w:left w:val="nil"/>
              <w:bottom w:val="nil"/>
              <w:right w:val="nil"/>
            </w:tcBorders>
            <w:vAlign w:val="bottom"/>
          </w:tcPr>
          <w:p w14:paraId="58BC67A3" w14:textId="4064DA8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876" w:type="dxa"/>
            <w:tcBorders>
              <w:top w:val="nil"/>
              <w:left w:val="nil"/>
              <w:bottom w:val="nil"/>
              <w:right w:val="nil"/>
            </w:tcBorders>
            <w:vAlign w:val="bottom"/>
          </w:tcPr>
          <w:p w14:paraId="4EE0AAEF" w14:textId="10E3465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1294" w:type="dxa"/>
            <w:tcBorders>
              <w:top w:val="nil"/>
              <w:left w:val="nil"/>
              <w:bottom w:val="nil"/>
              <w:right w:val="nil"/>
            </w:tcBorders>
            <w:vAlign w:val="bottom"/>
          </w:tcPr>
          <w:p w14:paraId="1C0A810C" w14:textId="1FF8F71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r>
      <w:tr w:rsidR="000662E7" w:rsidRPr="000A26ED" w14:paraId="012F9CFC" w14:textId="77777777" w:rsidTr="004A0B2E">
        <w:trPr>
          <w:trHeight w:val="288"/>
        </w:trPr>
        <w:tc>
          <w:tcPr>
            <w:tcW w:w="2284" w:type="dxa"/>
            <w:vAlign w:val="bottom"/>
          </w:tcPr>
          <w:p w14:paraId="153935AD" w14:textId="32D6146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Risk Aversion </w:t>
            </w:r>
          </w:p>
        </w:tc>
        <w:tc>
          <w:tcPr>
            <w:tcW w:w="972" w:type="dxa"/>
            <w:tcBorders>
              <w:top w:val="nil"/>
              <w:left w:val="nil"/>
              <w:bottom w:val="nil"/>
              <w:right w:val="nil"/>
            </w:tcBorders>
            <w:vAlign w:val="bottom"/>
          </w:tcPr>
          <w:p w14:paraId="4ECCDBB4" w14:textId="37CD43F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24156887" w14:textId="4B5856C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1490" w:type="dxa"/>
            <w:tcBorders>
              <w:top w:val="nil"/>
              <w:left w:val="nil"/>
              <w:bottom w:val="nil"/>
              <w:right w:val="nil"/>
            </w:tcBorders>
            <w:vAlign w:val="bottom"/>
          </w:tcPr>
          <w:p w14:paraId="6457B83D" w14:textId="6D803F5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905" w:type="dxa"/>
            <w:tcBorders>
              <w:top w:val="nil"/>
              <w:left w:val="nil"/>
              <w:bottom w:val="nil"/>
              <w:right w:val="nil"/>
            </w:tcBorders>
            <w:vAlign w:val="bottom"/>
          </w:tcPr>
          <w:p w14:paraId="1443FB04" w14:textId="0DC0B16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0.04</w:t>
            </w:r>
          </w:p>
        </w:tc>
        <w:tc>
          <w:tcPr>
            <w:tcW w:w="776" w:type="dxa"/>
            <w:tcBorders>
              <w:top w:val="nil"/>
              <w:left w:val="nil"/>
              <w:bottom w:val="nil"/>
              <w:right w:val="nil"/>
            </w:tcBorders>
            <w:vAlign w:val="bottom"/>
          </w:tcPr>
          <w:p w14:paraId="0F018FCA" w14:textId="442E3F07"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0.65</w:t>
            </w:r>
          </w:p>
        </w:tc>
        <w:tc>
          <w:tcPr>
            <w:tcW w:w="876" w:type="dxa"/>
            <w:tcBorders>
              <w:top w:val="nil"/>
              <w:left w:val="nil"/>
              <w:bottom w:val="nil"/>
              <w:right w:val="nil"/>
            </w:tcBorders>
            <w:vAlign w:val="bottom"/>
          </w:tcPr>
          <w:p w14:paraId="49F5E8DC" w14:textId="2FA8290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1294" w:type="dxa"/>
            <w:tcBorders>
              <w:top w:val="nil"/>
              <w:left w:val="nil"/>
              <w:bottom w:val="nil"/>
              <w:right w:val="nil"/>
            </w:tcBorders>
            <w:vAlign w:val="bottom"/>
          </w:tcPr>
          <w:p w14:paraId="79F32DC3" w14:textId="42AE885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r>
      <w:tr w:rsidR="000662E7" w:rsidRPr="000A26ED" w14:paraId="6F985FFC" w14:textId="77777777" w:rsidTr="004A0B2E">
        <w:trPr>
          <w:trHeight w:val="288"/>
        </w:trPr>
        <w:tc>
          <w:tcPr>
            <w:tcW w:w="2284" w:type="dxa"/>
            <w:vAlign w:val="bottom"/>
          </w:tcPr>
          <w:p w14:paraId="4F1BEB53" w14:textId="1EE11EC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Situational Phobias</w:t>
            </w:r>
          </w:p>
        </w:tc>
        <w:tc>
          <w:tcPr>
            <w:tcW w:w="972" w:type="dxa"/>
            <w:tcBorders>
              <w:top w:val="nil"/>
              <w:left w:val="nil"/>
              <w:bottom w:val="nil"/>
              <w:right w:val="nil"/>
            </w:tcBorders>
            <w:vAlign w:val="bottom"/>
          </w:tcPr>
          <w:p w14:paraId="7D1FBE91" w14:textId="78016D9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84" w:type="dxa"/>
            <w:tcBorders>
              <w:top w:val="nil"/>
              <w:left w:val="nil"/>
              <w:bottom w:val="nil"/>
              <w:right w:val="nil"/>
            </w:tcBorders>
            <w:vAlign w:val="bottom"/>
          </w:tcPr>
          <w:p w14:paraId="45DEC4B3" w14:textId="5040992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1490" w:type="dxa"/>
            <w:tcBorders>
              <w:top w:val="nil"/>
              <w:left w:val="nil"/>
              <w:bottom w:val="nil"/>
              <w:right w:val="nil"/>
            </w:tcBorders>
            <w:vAlign w:val="bottom"/>
          </w:tcPr>
          <w:p w14:paraId="0E2CE2D1" w14:textId="017DC6D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905" w:type="dxa"/>
            <w:tcBorders>
              <w:top w:val="nil"/>
              <w:left w:val="nil"/>
              <w:bottom w:val="nil"/>
              <w:right w:val="nil"/>
            </w:tcBorders>
            <w:vAlign w:val="bottom"/>
          </w:tcPr>
          <w:p w14:paraId="6B0632F5" w14:textId="0AD73597"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-0.05</w:t>
            </w:r>
          </w:p>
        </w:tc>
        <w:tc>
          <w:tcPr>
            <w:tcW w:w="776" w:type="dxa"/>
            <w:tcBorders>
              <w:top w:val="nil"/>
              <w:left w:val="nil"/>
              <w:bottom w:val="nil"/>
              <w:right w:val="nil"/>
            </w:tcBorders>
            <w:vAlign w:val="bottom"/>
          </w:tcPr>
          <w:p w14:paraId="67DDC255" w14:textId="27E21423"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0.54</w:t>
            </w:r>
          </w:p>
        </w:tc>
        <w:tc>
          <w:tcPr>
            <w:tcW w:w="876" w:type="dxa"/>
            <w:tcBorders>
              <w:top w:val="nil"/>
              <w:left w:val="nil"/>
              <w:bottom w:val="nil"/>
              <w:right w:val="nil"/>
            </w:tcBorders>
            <w:vAlign w:val="bottom"/>
          </w:tcPr>
          <w:p w14:paraId="41753548" w14:textId="4106F93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0.29</w:t>
            </w:r>
          </w:p>
        </w:tc>
        <w:tc>
          <w:tcPr>
            <w:tcW w:w="1294" w:type="dxa"/>
            <w:tcBorders>
              <w:top w:val="nil"/>
              <w:left w:val="nil"/>
              <w:bottom w:val="nil"/>
              <w:right w:val="nil"/>
            </w:tcBorders>
            <w:vAlign w:val="bottom"/>
          </w:tcPr>
          <w:p w14:paraId="4889F568" w14:textId="3D8908D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r>
      <w:tr w:rsidR="000662E7" w:rsidRPr="000A26ED" w14:paraId="697B1B37" w14:textId="77777777" w:rsidTr="004A0B2E">
        <w:trPr>
          <w:trHeight w:val="288"/>
        </w:trPr>
        <w:tc>
          <w:tcPr>
            <w:tcW w:w="2284" w:type="dxa"/>
            <w:vAlign w:val="bottom"/>
          </w:tcPr>
          <w:p w14:paraId="6A3F93AA" w14:textId="7927B60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Hypervigilance </w:t>
            </w:r>
          </w:p>
        </w:tc>
        <w:tc>
          <w:tcPr>
            <w:tcW w:w="972" w:type="dxa"/>
            <w:tcBorders>
              <w:top w:val="nil"/>
              <w:left w:val="nil"/>
              <w:bottom w:val="nil"/>
              <w:right w:val="nil"/>
            </w:tcBorders>
            <w:vAlign w:val="bottom"/>
          </w:tcPr>
          <w:p w14:paraId="2410E263" w14:textId="3E67DC1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36C9AC95" w14:textId="18710BF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490" w:type="dxa"/>
            <w:tcBorders>
              <w:top w:val="nil"/>
              <w:left w:val="nil"/>
              <w:bottom w:val="nil"/>
              <w:right w:val="nil"/>
            </w:tcBorders>
            <w:vAlign w:val="bottom"/>
          </w:tcPr>
          <w:p w14:paraId="71EEA7F1" w14:textId="40B1BEE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1905" w:type="dxa"/>
            <w:tcBorders>
              <w:top w:val="nil"/>
              <w:left w:val="nil"/>
              <w:bottom w:val="nil"/>
              <w:right w:val="nil"/>
            </w:tcBorders>
            <w:vAlign w:val="bottom"/>
          </w:tcPr>
          <w:p w14:paraId="6BADC441" w14:textId="45A2AC55"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0.12</w:t>
            </w:r>
          </w:p>
        </w:tc>
        <w:tc>
          <w:tcPr>
            <w:tcW w:w="776" w:type="dxa"/>
            <w:tcBorders>
              <w:top w:val="nil"/>
              <w:left w:val="nil"/>
              <w:bottom w:val="nil"/>
              <w:right w:val="nil"/>
            </w:tcBorders>
            <w:vAlign w:val="bottom"/>
          </w:tcPr>
          <w:p w14:paraId="044EEDA0" w14:textId="59B7AB27"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0.47</w:t>
            </w:r>
          </w:p>
        </w:tc>
        <w:tc>
          <w:tcPr>
            <w:tcW w:w="876" w:type="dxa"/>
            <w:tcBorders>
              <w:top w:val="nil"/>
              <w:left w:val="nil"/>
              <w:bottom w:val="nil"/>
              <w:right w:val="nil"/>
            </w:tcBorders>
            <w:vAlign w:val="bottom"/>
          </w:tcPr>
          <w:p w14:paraId="62FEB7EA" w14:textId="57D77E7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1294" w:type="dxa"/>
            <w:tcBorders>
              <w:top w:val="nil"/>
              <w:left w:val="nil"/>
              <w:bottom w:val="nil"/>
              <w:right w:val="nil"/>
            </w:tcBorders>
            <w:vAlign w:val="bottom"/>
          </w:tcPr>
          <w:p w14:paraId="60E26CF7" w14:textId="16D134E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r>
      <w:tr w:rsidR="000662E7" w:rsidRPr="000A26ED" w14:paraId="7A7BA8B3" w14:textId="77777777" w:rsidTr="004A0B2E">
        <w:trPr>
          <w:trHeight w:val="288"/>
        </w:trPr>
        <w:tc>
          <w:tcPr>
            <w:tcW w:w="2284" w:type="dxa"/>
            <w:vAlign w:val="bottom"/>
          </w:tcPr>
          <w:p w14:paraId="22DA3715" w14:textId="15CEA00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Risk Taking</w:t>
            </w:r>
          </w:p>
        </w:tc>
        <w:tc>
          <w:tcPr>
            <w:tcW w:w="972" w:type="dxa"/>
            <w:tcBorders>
              <w:top w:val="nil"/>
              <w:left w:val="nil"/>
              <w:bottom w:val="nil"/>
              <w:right w:val="nil"/>
            </w:tcBorders>
            <w:vAlign w:val="bottom"/>
          </w:tcPr>
          <w:p w14:paraId="287FEB7C" w14:textId="5DE53B1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884" w:type="dxa"/>
            <w:tcBorders>
              <w:top w:val="nil"/>
              <w:left w:val="nil"/>
              <w:bottom w:val="nil"/>
              <w:right w:val="nil"/>
            </w:tcBorders>
            <w:vAlign w:val="bottom"/>
          </w:tcPr>
          <w:p w14:paraId="4E79B921" w14:textId="3E17DFA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-0.14</w:t>
            </w:r>
          </w:p>
        </w:tc>
        <w:tc>
          <w:tcPr>
            <w:tcW w:w="1490" w:type="dxa"/>
            <w:tcBorders>
              <w:top w:val="nil"/>
              <w:left w:val="nil"/>
              <w:bottom w:val="nil"/>
              <w:right w:val="nil"/>
            </w:tcBorders>
            <w:vAlign w:val="bottom"/>
          </w:tcPr>
          <w:p w14:paraId="2EC012F6" w14:textId="34EC053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1905" w:type="dxa"/>
            <w:tcBorders>
              <w:top w:val="nil"/>
              <w:left w:val="nil"/>
              <w:bottom w:val="nil"/>
              <w:right w:val="nil"/>
            </w:tcBorders>
            <w:vAlign w:val="bottom"/>
          </w:tcPr>
          <w:p w14:paraId="19A43765" w14:textId="5D9149B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776" w:type="dxa"/>
            <w:tcBorders>
              <w:top w:val="nil"/>
              <w:left w:val="nil"/>
              <w:bottom w:val="nil"/>
              <w:right w:val="nil"/>
            </w:tcBorders>
            <w:vAlign w:val="bottom"/>
          </w:tcPr>
          <w:p w14:paraId="4BEDD0DE" w14:textId="29C54AB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-0.45</w:t>
            </w:r>
          </w:p>
        </w:tc>
        <w:tc>
          <w:tcPr>
            <w:tcW w:w="876" w:type="dxa"/>
            <w:tcBorders>
              <w:top w:val="nil"/>
              <w:left w:val="nil"/>
              <w:bottom w:val="nil"/>
              <w:right w:val="nil"/>
            </w:tcBorders>
            <w:vAlign w:val="bottom"/>
          </w:tcPr>
          <w:p w14:paraId="7D72B0CF" w14:textId="10D1386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0.26</w:t>
            </w:r>
          </w:p>
        </w:tc>
        <w:tc>
          <w:tcPr>
            <w:tcW w:w="1294" w:type="dxa"/>
            <w:tcBorders>
              <w:top w:val="nil"/>
              <w:left w:val="nil"/>
              <w:bottom w:val="nil"/>
              <w:right w:val="nil"/>
            </w:tcBorders>
            <w:vAlign w:val="bottom"/>
          </w:tcPr>
          <w:p w14:paraId="33F5DF13" w14:textId="456CEDE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0.26</w:t>
            </w:r>
          </w:p>
        </w:tc>
      </w:tr>
      <w:tr w:rsidR="000662E7" w:rsidRPr="000A26ED" w14:paraId="5C2226F6" w14:textId="77777777" w:rsidTr="004A0B2E">
        <w:trPr>
          <w:trHeight w:val="288"/>
        </w:trPr>
        <w:tc>
          <w:tcPr>
            <w:tcW w:w="2284" w:type="dxa"/>
            <w:vAlign w:val="bottom"/>
          </w:tcPr>
          <w:p w14:paraId="7C65CBE2" w14:textId="315B028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Agoraphobia </w:t>
            </w:r>
          </w:p>
        </w:tc>
        <w:tc>
          <w:tcPr>
            <w:tcW w:w="972" w:type="dxa"/>
            <w:tcBorders>
              <w:top w:val="nil"/>
              <w:left w:val="nil"/>
              <w:bottom w:val="nil"/>
              <w:right w:val="nil"/>
            </w:tcBorders>
            <w:vAlign w:val="bottom"/>
          </w:tcPr>
          <w:p w14:paraId="684BA518" w14:textId="44921A0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84" w:type="dxa"/>
            <w:tcBorders>
              <w:top w:val="nil"/>
              <w:left w:val="nil"/>
              <w:bottom w:val="nil"/>
              <w:right w:val="nil"/>
            </w:tcBorders>
            <w:vAlign w:val="bottom"/>
          </w:tcPr>
          <w:p w14:paraId="39097DA2" w14:textId="738B6B0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1490" w:type="dxa"/>
            <w:tcBorders>
              <w:top w:val="nil"/>
              <w:left w:val="nil"/>
              <w:bottom w:val="nil"/>
              <w:right w:val="nil"/>
            </w:tcBorders>
            <w:vAlign w:val="bottom"/>
          </w:tcPr>
          <w:p w14:paraId="3C25899E" w14:textId="021FBD8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905" w:type="dxa"/>
            <w:tcBorders>
              <w:top w:val="nil"/>
              <w:left w:val="nil"/>
              <w:bottom w:val="nil"/>
              <w:right w:val="nil"/>
            </w:tcBorders>
            <w:vAlign w:val="bottom"/>
          </w:tcPr>
          <w:p w14:paraId="071D3D1B" w14:textId="62E8956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776" w:type="dxa"/>
            <w:tcBorders>
              <w:top w:val="nil"/>
              <w:left w:val="nil"/>
              <w:bottom w:val="nil"/>
              <w:right w:val="nil"/>
            </w:tcBorders>
            <w:vAlign w:val="bottom"/>
          </w:tcPr>
          <w:p w14:paraId="07BDEBF6" w14:textId="4DB26B06"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0.44</w:t>
            </w:r>
          </w:p>
        </w:tc>
        <w:tc>
          <w:tcPr>
            <w:tcW w:w="876" w:type="dxa"/>
            <w:tcBorders>
              <w:top w:val="nil"/>
              <w:left w:val="nil"/>
              <w:bottom w:val="nil"/>
              <w:right w:val="nil"/>
            </w:tcBorders>
            <w:vAlign w:val="bottom"/>
          </w:tcPr>
          <w:p w14:paraId="1C11E3DB" w14:textId="06E6A869"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0.39</w:t>
            </w:r>
          </w:p>
        </w:tc>
        <w:tc>
          <w:tcPr>
            <w:tcW w:w="1294" w:type="dxa"/>
            <w:tcBorders>
              <w:top w:val="nil"/>
              <w:left w:val="nil"/>
              <w:bottom w:val="nil"/>
              <w:right w:val="nil"/>
            </w:tcBorders>
            <w:vAlign w:val="bottom"/>
          </w:tcPr>
          <w:p w14:paraId="755F17D4" w14:textId="3762FF7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r>
      <w:tr w:rsidR="000662E7" w:rsidRPr="000A26ED" w14:paraId="057716AB" w14:textId="77777777" w:rsidTr="004A0B2E">
        <w:trPr>
          <w:trHeight w:val="288"/>
        </w:trPr>
        <w:tc>
          <w:tcPr>
            <w:tcW w:w="2284" w:type="dxa"/>
            <w:vAlign w:val="bottom"/>
          </w:tcPr>
          <w:p w14:paraId="1349ABAC" w14:textId="74F6262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Animal-Insect Phobia</w:t>
            </w:r>
          </w:p>
        </w:tc>
        <w:tc>
          <w:tcPr>
            <w:tcW w:w="972" w:type="dxa"/>
            <w:tcBorders>
              <w:top w:val="nil"/>
              <w:left w:val="nil"/>
              <w:bottom w:val="nil"/>
              <w:right w:val="nil"/>
            </w:tcBorders>
            <w:vAlign w:val="bottom"/>
          </w:tcPr>
          <w:p w14:paraId="0C4B9CC9" w14:textId="6158990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884" w:type="dxa"/>
            <w:tcBorders>
              <w:top w:val="nil"/>
              <w:left w:val="nil"/>
              <w:bottom w:val="nil"/>
              <w:right w:val="nil"/>
            </w:tcBorders>
            <w:vAlign w:val="bottom"/>
          </w:tcPr>
          <w:p w14:paraId="4BCA8071" w14:textId="12E1BDA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1490" w:type="dxa"/>
            <w:tcBorders>
              <w:top w:val="nil"/>
              <w:left w:val="nil"/>
              <w:bottom w:val="nil"/>
              <w:right w:val="nil"/>
            </w:tcBorders>
            <w:vAlign w:val="bottom"/>
          </w:tcPr>
          <w:p w14:paraId="32AE5C72" w14:textId="1E54F0E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905" w:type="dxa"/>
            <w:tcBorders>
              <w:top w:val="nil"/>
              <w:left w:val="nil"/>
              <w:bottom w:val="nil"/>
              <w:right w:val="nil"/>
            </w:tcBorders>
            <w:vAlign w:val="bottom"/>
          </w:tcPr>
          <w:p w14:paraId="661D62BE" w14:textId="1F5F733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776" w:type="dxa"/>
            <w:tcBorders>
              <w:top w:val="nil"/>
              <w:left w:val="nil"/>
              <w:bottom w:val="nil"/>
              <w:right w:val="nil"/>
            </w:tcBorders>
            <w:vAlign w:val="bottom"/>
          </w:tcPr>
          <w:p w14:paraId="1062115B" w14:textId="78DBBE2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0.42</w:t>
            </w:r>
          </w:p>
        </w:tc>
        <w:tc>
          <w:tcPr>
            <w:tcW w:w="876" w:type="dxa"/>
            <w:tcBorders>
              <w:top w:val="nil"/>
              <w:left w:val="nil"/>
              <w:bottom w:val="nil"/>
              <w:right w:val="nil"/>
            </w:tcBorders>
            <w:vAlign w:val="bottom"/>
          </w:tcPr>
          <w:p w14:paraId="1D408CFA" w14:textId="4BB02F79"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0.14</w:t>
            </w:r>
          </w:p>
        </w:tc>
        <w:tc>
          <w:tcPr>
            <w:tcW w:w="1294" w:type="dxa"/>
            <w:tcBorders>
              <w:top w:val="nil"/>
              <w:left w:val="nil"/>
              <w:bottom w:val="nil"/>
              <w:right w:val="nil"/>
            </w:tcBorders>
            <w:vAlign w:val="bottom"/>
          </w:tcPr>
          <w:p w14:paraId="506D2025" w14:textId="1F351F9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0.16</w:t>
            </w:r>
          </w:p>
        </w:tc>
      </w:tr>
      <w:tr w:rsidR="000662E7" w:rsidRPr="000A26ED" w14:paraId="4B3C1B54" w14:textId="77777777" w:rsidTr="004A0B2E">
        <w:trPr>
          <w:trHeight w:val="288"/>
        </w:trPr>
        <w:tc>
          <w:tcPr>
            <w:tcW w:w="2284" w:type="dxa"/>
            <w:vAlign w:val="bottom"/>
          </w:tcPr>
          <w:p w14:paraId="3BA7F721" w14:textId="443C23CA" w:rsidR="000662E7" w:rsidRPr="00812797" w:rsidRDefault="000662E7" w:rsidP="000662E7">
            <w:pPr>
              <w:rPr>
                <w:rFonts w:ascii="Times New Roman" w:hAnsi="Times New Roman" w:cs="Times New Roman"/>
                <w:sz w:val="20"/>
                <w:szCs w:val="20"/>
              </w:rPr>
            </w:pPr>
            <w:proofErr w:type="spellStart"/>
            <w:r w:rsidRPr="00812797">
              <w:rPr>
                <w:rFonts w:ascii="Times New Roman" w:hAnsi="Times New Roman" w:cs="Times New Roman"/>
                <w:sz w:val="20"/>
                <w:szCs w:val="20"/>
              </w:rPr>
              <w:t>Hyperdeliberation</w:t>
            </w:r>
            <w:proofErr w:type="spellEnd"/>
          </w:p>
        </w:tc>
        <w:tc>
          <w:tcPr>
            <w:tcW w:w="972" w:type="dxa"/>
            <w:tcBorders>
              <w:top w:val="nil"/>
              <w:left w:val="nil"/>
              <w:bottom w:val="nil"/>
              <w:right w:val="nil"/>
            </w:tcBorders>
            <w:vAlign w:val="bottom"/>
          </w:tcPr>
          <w:p w14:paraId="35C076CB" w14:textId="24F8CC7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884" w:type="dxa"/>
            <w:tcBorders>
              <w:top w:val="nil"/>
              <w:left w:val="nil"/>
              <w:bottom w:val="nil"/>
              <w:right w:val="nil"/>
            </w:tcBorders>
            <w:vAlign w:val="bottom"/>
          </w:tcPr>
          <w:p w14:paraId="339A205D" w14:textId="6607B51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-0.27</w:t>
            </w:r>
          </w:p>
        </w:tc>
        <w:tc>
          <w:tcPr>
            <w:tcW w:w="1490" w:type="dxa"/>
            <w:tcBorders>
              <w:top w:val="nil"/>
              <w:left w:val="nil"/>
              <w:bottom w:val="nil"/>
              <w:right w:val="nil"/>
            </w:tcBorders>
            <w:vAlign w:val="bottom"/>
          </w:tcPr>
          <w:p w14:paraId="3AD868BA" w14:textId="1BE5D27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1905" w:type="dxa"/>
            <w:tcBorders>
              <w:top w:val="nil"/>
              <w:left w:val="nil"/>
              <w:bottom w:val="nil"/>
              <w:right w:val="nil"/>
            </w:tcBorders>
            <w:vAlign w:val="bottom"/>
          </w:tcPr>
          <w:p w14:paraId="1B36725A" w14:textId="4E0E0D1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776" w:type="dxa"/>
            <w:tcBorders>
              <w:top w:val="nil"/>
              <w:left w:val="nil"/>
              <w:bottom w:val="nil"/>
              <w:right w:val="nil"/>
            </w:tcBorders>
            <w:vAlign w:val="bottom"/>
          </w:tcPr>
          <w:p w14:paraId="12CDA4D0" w14:textId="3DB71277"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0.41</w:t>
            </w:r>
          </w:p>
        </w:tc>
        <w:tc>
          <w:tcPr>
            <w:tcW w:w="876" w:type="dxa"/>
            <w:tcBorders>
              <w:top w:val="nil"/>
              <w:left w:val="nil"/>
              <w:bottom w:val="nil"/>
              <w:right w:val="nil"/>
            </w:tcBorders>
            <w:vAlign w:val="bottom"/>
          </w:tcPr>
          <w:p w14:paraId="7638894A" w14:textId="0D954075"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-0.16</w:t>
            </w:r>
          </w:p>
        </w:tc>
        <w:tc>
          <w:tcPr>
            <w:tcW w:w="1294" w:type="dxa"/>
            <w:tcBorders>
              <w:top w:val="nil"/>
              <w:left w:val="nil"/>
              <w:bottom w:val="nil"/>
              <w:right w:val="nil"/>
            </w:tcBorders>
            <w:vAlign w:val="bottom"/>
          </w:tcPr>
          <w:p w14:paraId="71F7D1E4" w14:textId="0C64DD9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r>
      <w:tr w:rsidR="000662E7" w:rsidRPr="000A26ED" w14:paraId="6672DA0D" w14:textId="77777777" w:rsidTr="004A0B2E">
        <w:trPr>
          <w:trHeight w:val="288"/>
        </w:trPr>
        <w:tc>
          <w:tcPr>
            <w:tcW w:w="2284" w:type="dxa"/>
            <w:vAlign w:val="bottom"/>
          </w:tcPr>
          <w:p w14:paraId="59B9B0BD" w14:textId="75F7FF6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Health Anxiety</w:t>
            </w:r>
          </w:p>
        </w:tc>
        <w:tc>
          <w:tcPr>
            <w:tcW w:w="972" w:type="dxa"/>
            <w:tcBorders>
              <w:top w:val="nil"/>
              <w:left w:val="nil"/>
              <w:bottom w:val="nil"/>
              <w:right w:val="nil"/>
            </w:tcBorders>
            <w:vAlign w:val="bottom"/>
          </w:tcPr>
          <w:p w14:paraId="43BE3321" w14:textId="5AB35FE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884" w:type="dxa"/>
            <w:tcBorders>
              <w:top w:val="nil"/>
              <w:left w:val="nil"/>
              <w:bottom w:val="nil"/>
              <w:right w:val="nil"/>
            </w:tcBorders>
            <w:vAlign w:val="bottom"/>
          </w:tcPr>
          <w:p w14:paraId="72BC451D" w14:textId="145F963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1490" w:type="dxa"/>
            <w:tcBorders>
              <w:top w:val="nil"/>
              <w:left w:val="nil"/>
              <w:bottom w:val="nil"/>
              <w:right w:val="nil"/>
            </w:tcBorders>
            <w:vAlign w:val="bottom"/>
          </w:tcPr>
          <w:p w14:paraId="3BB4585B" w14:textId="676A27D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905" w:type="dxa"/>
            <w:tcBorders>
              <w:top w:val="nil"/>
              <w:left w:val="nil"/>
              <w:bottom w:val="nil"/>
              <w:right w:val="nil"/>
            </w:tcBorders>
            <w:vAlign w:val="bottom"/>
          </w:tcPr>
          <w:p w14:paraId="10AE676A" w14:textId="58367F2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0.23</w:t>
            </w:r>
          </w:p>
        </w:tc>
        <w:tc>
          <w:tcPr>
            <w:tcW w:w="776" w:type="dxa"/>
            <w:tcBorders>
              <w:top w:val="nil"/>
              <w:left w:val="nil"/>
              <w:bottom w:val="nil"/>
              <w:right w:val="nil"/>
            </w:tcBorders>
            <w:vAlign w:val="bottom"/>
          </w:tcPr>
          <w:p w14:paraId="0DC20482" w14:textId="272FD244"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0.40</w:t>
            </w:r>
          </w:p>
        </w:tc>
        <w:tc>
          <w:tcPr>
            <w:tcW w:w="876" w:type="dxa"/>
            <w:tcBorders>
              <w:top w:val="nil"/>
              <w:left w:val="nil"/>
              <w:bottom w:val="nil"/>
              <w:right w:val="nil"/>
            </w:tcBorders>
            <w:vAlign w:val="bottom"/>
          </w:tcPr>
          <w:p w14:paraId="6733AF23" w14:textId="1A0E9E2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1294" w:type="dxa"/>
            <w:tcBorders>
              <w:top w:val="nil"/>
              <w:left w:val="nil"/>
              <w:bottom w:val="nil"/>
              <w:right w:val="nil"/>
            </w:tcBorders>
            <w:vAlign w:val="bottom"/>
          </w:tcPr>
          <w:p w14:paraId="44D2CF98" w14:textId="602088C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r>
      <w:tr w:rsidR="000662E7" w:rsidRPr="000A26ED" w14:paraId="70B63E6C" w14:textId="77777777" w:rsidTr="004A0B2E">
        <w:trPr>
          <w:trHeight w:val="288"/>
        </w:trPr>
        <w:tc>
          <w:tcPr>
            <w:tcW w:w="2284" w:type="dxa"/>
            <w:vAlign w:val="bottom"/>
          </w:tcPr>
          <w:p w14:paraId="16A1E7E8" w14:textId="3CF1BAC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Somatic Preoccupation</w:t>
            </w:r>
          </w:p>
        </w:tc>
        <w:tc>
          <w:tcPr>
            <w:tcW w:w="972" w:type="dxa"/>
            <w:tcBorders>
              <w:top w:val="nil"/>
              <w:left w:val="nil"/>
              <w:bottom w:val="nil"/>
              <w:right w:val="nil"/>
            </w:tcBorders>
            <w:vAlign w:val="bottom"/>
          </w:tcPr>
          <w:p w14:paraId="5C4A6A53" w14:textId="6A9F3D4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884" w:type="dxa"/>
            <w:tcBorders>
              <w:top w:val="nil"/>
              <w:left w:val="nil"/>
              <w:bottom w:val="nil"/>
              <w:right w:val="nil"/>
            </w:tcBorders>
            <w:vAlign w:val="bottom"/>
          </w:tcPr>
          <w:p w14:paraId="2DDDD117" w14:textId="593A76B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490" w:type="dxa"/>
            <w:tcBorders>
              <w:top w:val="nil"/>
              <w:left w:val="nil"/>
              <w:bottom w:val="nil"/>
              <w:right w:val="nil"/>
            </w:tcBorders>
            <w:vAlign w:val="bottom"/>
          </w:tcPr>
          <w:p w14:paraId="31AB1827" w14:textId="3DA60D6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905" w:type="dxa"/>
            <w:tcBorders>
              <w:top w:val="nil"/>
              <w:left w:val="nil"/>
              <w:bottom w:val="nil"/>
              <w:right w:val="nil"/>
            </w:tcBorders>
            <w:vAlign w:val="bottom"/>
          </w:tcPr>
          <w:p w14:paraId="0BCA5DDF" w14:textId="04A67AE7"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0.37</w:t>
            </w:r>
          </w:p>
        </w:tc>
        <w:tc>
          <w:tcPr>
            <w:tcW w:w="776" w:type="dxa"/>
            <w:tcBorders>
              <w:top w:val="nil"/>
              <w:left w:val="nil"/>
              <w:bottom w:val="nil"/>
              <w:right w:val="nil"/>
            </w:tcBorders>
            <w:vAlign w:val="bottom"/>
          </w:tcPr>
          <w:p w14:paraId="6D7FF559" w14:textId="1664E801"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0.39</w:t>
            </w:r>
          </w:p>
        </w:tc>
        <w:tc>
          <w:tcPr>
            <w:tcW w:w="876" w:type="dxa"/>
            <w:tcBorders>
              <w:top w:val="nil"/>
              <w:left w:val="nil"/>
              <w:bottom w:val="nil"/>
              <w:right w:val="nil"/>
            </w:tcBorders>
            <w:vAlign w:val="bottom"/>
          </w:tcPr>
          <w:p w14:paraId="60F44028" w14:textId="04AF90D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294" w:type="dxa"/>
            <w:tcBorders>
              <w:top w:val="nil"/>
              <w:left w:val="nil"/>
              <w:bottom w:val="nil"/>
              <w:right w:val="nil"/>
            </w:tcBorders>
            <w:vAlign w:val="bottom"/>
          </w:tcPr>
          <w:p w14:paraId="154E1CDE" w14:textId="71CC2D8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r>
      <w:tr w:rsidR="000662E7" w:rsidRPr="000A26ED" w14:paraId="592E5A69" w14:textId="77777777" w:rsidTr="004A0B2E">
        <w:trPr>
          <w:trHeight w:val="288"/>
        </w:trPr>
        <w:tc>
          <w:tcPr>
            <w:tcW w:w="2284" w:type="dxa"/>
            <w:vAlign w:val="bottom"/>
          </w:tcPr>
          <w:p w14:paraId="23212EB2" w14:textId="0EAEF26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Disease Conviction </w:t>
            </w:r>
          </w:p>
        </w:tc>
        <w:tc>
          <w:tcPr>
            <w:tcW w:w="972" w:type="dxa"/>
            <w:tcBorders>
              <w:top w:val="nil"/>
              <w:left w:val="nil"/>
              <w:bottom w:val="nil"/>
              <w:right w:val="nil"/>
            </w:tcBorders>
            <w:vAlign w:val="bottom"/>
          </w:tcPr>
          <w:p w14:paraId="4B092B6B" w14:textId="6E8C95F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39D39006" w14:textId="30EF48C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1490" w:type="dxa"/>
            <w:tcBorders>
              <w:top w:val="nil"/>
              <w:left w:val="nil"/>
              <w:bottom w:val="nil"/>
              <w:right w:val="nil"/>
            </w:tcBorders>
            <w:vAlign w:val="bottom"/>
          </w:tcPr>
          <w:p w14:paraId="0448FC17" w14:textId="1217F62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1905" w:type="dxa"/>
            <w:tcBorders>
              <w:top w:val="nil"/>
              <w:left w:val="nil"/>
              <w:bottom w:val="nil"/>
              <w:right w:val="nil"/>
            </w:tcBorders>
            <w:vAlign w:val="bottom"/>
          </w:tcPr>
          <w:p w14:paraId="7EFBC3E3" w14:textId="06DCBD0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776" w:type="dxa"/>
            <w:tcBorders>
              <w:top w:val="nil"/>
              <w:left w:val="nil"/>
              <w:bottom w:val="nil"/>
              <w:right w:val="nil"/>
            </w:tcBorders>
            <w:vAlign w:val="bottom"/>
          </w:tcPr>
          <w:p w14:paraId="1B96CAE3" w14:textId="6BAFECCB"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0.37</w:t>
            </w:r>
          </w:p>
        </w:tc>
        <w:tc>
          <w:tcPr>
            <w:tcW w:w="876" w:type="dxa"/>
            <w:tcBorders>
              <w:top w:val="nil"/>
              <w:left w:val="nil"/>
              <w:bottom w:val="nil"/>
              <w:right w:val="nil"/>
            </w:tcBorders>
            <w:vAlign w:val="bottom"/>
          </w:tcPr>
          <w:p w14:paraId="02F21DD7" w14:textId="6D804F1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0.28</w:t>
            </w:r>
          </w:p>
        </w:tc>
        <w:tc>
          <w:tcPr>
            <w:tcW w:w="1294" w:type="dxa"/>
            <w:tcBorders>
              <w:top w:val="nil"/>
              <w:left w:val="nil"/>
              <w:bottom w:val="nil"/>
              <w:right w:val="nil"/>
            </w:tcBorders>
            <w:vAlign w:val="bottom"/>
          </w:tcPr>
          <w:p w14:paraId="1D6F7D80" w14:textId="0A711E9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r>
      <w:tr w:rsidR="000662E7" w:rsidRPr="000A26ED" w14:paraId="01201F40" w14:textId="77777777" w:rsidTr="004A0B2E">
        <w:trPr>
          <w:trHeight w:val="288"/>
        </w:trPr>
        <w:tc>
          <w:tcPr>
            <w:tcW w:w="2284" w:type="dxa"/>
            <w:vAlign w:val="bottom"/>
          </w:tcPr>
          <w:p w14:paraId="66C17E9D" w14:textId="0392FF1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Bodily Distress</w:t>
            </w:r>
          </w:p>
        </w:tc>
        <w:tc>
          <w:tcPr>
            <w:tcW w:w="972" w:type="dxa"/>
            <w:tcBorders>
              <w:top w:val="nil"/>
              <w:left w:val="nil"/>
              <w:bottom w:val="nil"/>
              <w:right w:val="nil"/>
            </w:tcBorders>
            <w:vAlign w:val="bottom"/>
          </w:tcPr>
          <w:p w14:paraId="28232E98" w14:textId="38C5CDB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884" w:type="dxa"/>
            <w:tcBorders>
              <w:top w:val="nil"/>
              <w:left w:val="nil"/>
              <w:bottom w:val="nil"/>
              <w:right w:val="nil"/>
            </w:tcBorders>
            <w:vAlign w:val="bottom"/>
          </w:tcPr>
          <w:p w14:paraId="68BF43B9" w14:textId="1E843364"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0.30</w:t>
            </w:r>
          </w:p>
        </w:tc>
        <w:tc>
          <w:tcPr>
            <w:tcW w:w="1490" w:type="dxa"/>
            <w:tcBorders>
              <w:top w:val="nil"/>
              <w:left w:val="nil"/>
              <w:bottom w:val="nil"/>
              <w:right w:val="nil"/>
            </w:tcBorders>
            <w:vAlign w:val="bottom"/>
          </w:tcPr>
          <w:p w14:paraId="0C960D7E" w14:textId="2C960F4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1905" w:type="dxa"/>
            <w:tcBorders>
              <w:top w:val="nil"/>
              <w:left w:val="nil"/>
              <w:bottom w:val="nil"/>
              <w:right w:val="nil"/>
            </w:tcBorders>
            <w:vAlign w:val="bottom"/>
          </w:tcPr>
          <w:p w14:paraId="739042DB" w14:textId="74835C6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0.28</w:t>
            </w:r>
          </w:p>
        </w:tc>
        <w:tc>
          <w:tcPr>
            <w:tcW w:w="776" w:type="dxa"/>
            <w:tcBorders>
              <w:top w:val="nil"/>
              <w:left w:val="nil"/>
              <w:bottom w:val="nil"/>
              <w:right w:val="nil"/>
            </w:tcBorders>
            <w:vAlign w:val="bottom"/>
          </w:tcPr>
          <w:p w14:paraId="0061D295" w14:textId="4810685A"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0.32</w:t>
            </w:r>
          </w:p>
        </w:tc>
        <w:tc>
          <w:tcPr>
            <w:tcW w:w="876" w:type="dxa"/>
            <w:tcBorders>
              <w:top w:val="nil"/>
              <w:left w:val="nil"/>
              <w:bottom w:val="nil"/>
              <w:right w:val="nil"/>
            </w:tcBorders>
            <w:vAlign w:val="bottom"/>
          </w:tcPr>
          <w:p w14:paraId="43D85DBE" w14:textId="268D7A8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1294" w:type="dxa"/>
            <w:tcBorders>
              <w:top w:val="nil"/>
              <w:left w:val="nil"/>
              <w:bottom w:val="nil"/>
              <w:right w:val="nil"/>
            </w:tcBorders>
            <w:vAlign w:val="bottom"/>
          </w:tcPr>
          <w:p w14:paraId="5E912408" w14:textId="1CC7C3F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r>
      <w:tr w:rsidR="000662E7" w:rsidRPr="000A26ED" w14:paraId="071441BE" w14:textId="77777777" w:rsidTr="004A0B2E">
        <w:trPr>
          <w:trHeight w:val="288"/>
        </w:trPr>
        <w:tc>
          <w:tcPr>
            <w:tcW w:w="2284" w:type="dxa"/>
            <w:vAlign w:val="bottom"/>
          </w:tcPr>
          <w:p w14:paraId="45C5A628" w14:textId="06A6513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Food Selectivity</w:t>
            </w:r>
          </w:p>
        </w:tc>
        <w:tc>
          <w:tcPr>
            <w:tcW w:w="972" w:type="dxa"/>
            <w:tcBorders>
              <w:top w:val="nil"/>
              <w:left w:val="nil"/>
              <w:bottom w:val="nil"/>
              <w:right w:val="nil"/>
            </w:tcBorders>
            <w:vAlign w:val="bottom"/>
          </w:tcPr>
          <w:p w14:paraId="4A8428C5" w14:textId="34894C1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884" w:type="dxa"/>
            <w:tcBorders>
              <w:top w:val="nil"/>
              <w:left w:val="nil"/>
              <w:bottom w:val="nil"/>
              <w:right w:val="nil"/>
            </w:tcBorders>
            <w:vAlign w:val="bottom"/>
          </w:tcPr>
          <w:p w14:paraId="4B1CD80B" w14:textId="0D94B86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490" w:type="dxa"/>
            <w:tcBorders>
              <w:top w:val="nil"/>
              <w:left w:val="nil"/>
              <w:bottom w:val="nil"/>
              <w:right w:val="nil"/>
            </w:tcBorders>
            <w:vAlign w:val="bottom"/>
          </w:tcPr>
          <w:p w14:paraId="2C990CF7" w14:textId="4148CBD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0.16</w:t>
            </w:r>
          </w:p>
        </w:tc>
        <w:tc>
          <w:tcPr>
            <w:tcW w:w="1905" w:type="dxa"/>
            <w:tcBorders>
              <w:top w:val="nil"/>
              <w:left w:val="nil"/>
              <w:bottom w:val="nil"/>
              <w:right w:val="nil"/>
            </w:tcBorders>
            <w:vAlign w:val="bottom"/>
          </w:tcPr>
          <w:p w14:paraId="069339F3" w14:textId="199F305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776" w:type="dxa"/>
            <w:tcBorders>
              <w:top w:val="nil"/>
              <w:left w:val="nil"/>
              <w:bottom w:val="nil"/>
              <w:right w:val="nil"/>
            </w:tcBorders>
            <w:vAlign w:val="bottom"/>
          </w:tcPr>
          <w:p w14:paraId="5922C710" w14:textId="3A574B21"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0.30</w:t>
            </w:r>
          </w:p>
        </w:tc>
        <w:tc>
          <w:tcPr>
            <w:tcW w:w="876" w:type="dxa"/>
            <w:tcBorders>
              <w:top w:val="nil"/>
              <w:left w:val="nil"/>
              <w:bottom w:val="nil"/>
              <w:right w:val="nil"/>
            </w:tcBorders>
            <w:vAlign w:val="bottom"/>
          </w:tcPr>
          <w:p w14:paraId="263B9BF6" w14:textId="48E80D1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1294" w:type="dxa"/>
            <w:tcBorders>
              <w:top w:val="nil"/>
              <w:left w:val="nil"/>
              <w:bottom w:val="nil"/>
              <w:right w:val="nil"/>
            </w:tcBorders>
            <w:vAlign w:val="bottom"/>
          </w:tcPr>
          <w:p w14:paraId="57DAFC77" w14:textId="4BD791B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r>
      <w:tr w:rsidR="000662E7" w:rsidRPr="000A26ED" w14:paraId="31C10585" w14:textId="77777777" w:rsidTr="004A0B2E">
        <w:trPr>
          <w:trHeight w:val="288"/>
        </w:trPr>
        <w:tc>
          <w:tcPr>
            <w:tcW w:w="2284" w:type="dxa"/>
            <w:vAlign w:val="bottom"/>
          </w:tcPr>
          <w:p w14:paraId="2A79D2A1" w14:textId="62FE84E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lastRenderedPageBreak/>
              <w:t>Social Anxiety </w:t>
            </w:r>
          </w:p>
        </w:tc>
        <w:tc>
          <w:tcPr>
            <w:tcW w:w="972" w:type="dxa"/>
            <w:tcBorders>
              <w:top w:val="nil"/>
              <w:left w:val="nil"/>
              <w:bottom w:val="nil"/>
              <w:right w:val="nil"/>
            </w:tcBorders>
            <w:vAlign w:val="bottom"/>
          </w:tcPr>
          <w:p w14:paraId="1E9227DB" w14:textId="2F1D66E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884" w:type="dxa"/>
            <w:tcBorders>
              <w:top w:val="nil"/>
              <w:left w:val="nil"/>
              <w:bottom w:val="nil"/>
              <w:right w:val="nil"/>
            </w:tcBorders>
            <w:vAlign w:val="bottom"/>
          </w:tcPr>
          <w:p w14:paraId="680FCD54" w14:textId="2D0E6F7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0.21</w:t>
            </w:r>
          </w:p>
        </w:tc>
        <w:tc>
          <w:tcPr>
            <w:tcW w:w="1490" w:type="dxa"/>
            <w:tcBorders>
              <w:top w:val="nil"/>
              <w:left w:val="nil"/>
              <w:bottom w:val="nil"/>
              <w:right w:val="nil"/>
            </w:tcBorders>
            <w:vAlign w:val="bottom"/>
          </w:tcPr>
          <w:p w14:paraId="41450860" w14:textId="3C1AF2E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0.29</w:t>
            </w:r>
          </w:p>
        </w:tc>
        <w:tc>
          <w:tcPr>
            <w:tcW w:w="1905" w:type="dxa"/>
            <w:tcBorders>
              <w:top w:val="nil"/>
              <w:left w:val="nil"/>
              <w:bottom w:val="nil"/>
              <w:right w:val="nil"/>
            </w:tcBorders>
            <w:vAlign w:val="bottom"/>
          </w:tcPr>
          <w:p w14:paraId="105F2431" w14:textId="50B56D9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776" w:type="dxa"/>
            <w:tcBorders>
              <w:top w:val="nil"/>
              <w:left w:val="nil"/>
              <w:bottom w:val="nil"/>
              <w:right w:val="nil"/>
            </w:tcBorders>
            <w:vAlign w:val="bottom"/>
          </w:tcPr>
          <w:p w14:paraId="2CFC330F" w14:textId="4DECDF4E"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0.30</w:t>
            </w:r>
          </w:p>
        </w:tc>
        <w:tc>
          <w:tcPr>
            <w:tcW w:w="876" w:type="dxa"/>
            <w:tcBorders>
              <w:top w:val="nil"/>
              <w:left w:val="nil"/>
              <w:bottom w:val="nil"/>
              <w:right w:val="nil"/>
            </w:tcBorders>
            <w:vAlign w:val="bottom"/>
          </w:tcPr>
          <w:p w14:paraId="623F9652" w14:textId="0ABE2A8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294" w:type="dxa"/>
            <w:tcBorders>
              <w:top w:val="nil"/>
              <w:left w:val="nil"/>
              <w:bottom w:val="nil"/>
              <w:right w:val="nil"/>
            </w:tcBorders>
            <w:vAlign w:val="bottom"/>
          </w:tcPr>
          <w:p w14:paraId="3C76B9C1" w14:textId="5F27155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r>
      <w:tr w:rsidR="000662E7" w:rsidRPr="000A26ED" w14:paraId="5DB4836D" w14:textId="77777777" w:rsidTr="004A0B2E">
        <w:trPr>
          <w:trHeight w:val="288"/>
        </w:trPr>
        <w:tc>
          <w:tcPr>
            <w:tcW w:w="2284" w:type="dxa"/>
            <w:vAlign w:val="bottom"/>
          </w:tcPr>
          <w:p w14:paraId="12F34012" w14:textId="1DB76EF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Conversion Symptoms  </w:t>
            </w:r>
          </w:p>
        </w:tc>
        <w:tc>
          <w:tcPr>
            <w:tcW w:w="972" w:type="dxa"/>
            <w:tcBorders>
              <w:top w:val="nil"/>
              <w:left w:val="nil"/>
              <w:bottom w:val="nil"/>
              <w:right w:val="nil"/>
            </w:tcBorders>
            <w:vAlign w:val="bottom"/>
          </w:tcPr>
          <w:p w14:paraId="18EDA74B" w14:textId="076C7C4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884" w:type="dxa"/>
            <w:tcBorders>
              <w:top w:val="nil"/>
              <w:left w:val="nil"/>
              <w:bottom w:val="nil"/>
              <w:right w:val="nil"/>
            </w:tcBorders>
            <w:vAlign w:val="bottom"/>
          </w:tcPr>
          <w:p w14:paraId="703796EC" w14:textId="6F5C979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490" w:type="dxa"/>
            <w:tcBorders>
              <w:top w:val="nil"/>
              <w:left w:val="nil"/>
              <w:bottom w:val="nil"/>
              <w:right w:val="nil"/>
            </w:tcBorders>
            <w:vAlign w:val="bottom"/>
          </w:tcPr>
          <w:p w14:paraId="1FA5E228" w14:textId="14F14F5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1905" w:type="dxa"/>
            <w:tcBorders>
              <w:top w:val="nil"/>
              <w:left w:val="nil"/>
              <w:bottom w:val="nil"/>
              <w:right w:val="nil"/>
            </w:tcBorders>
            <w:vAlign w:val="bottom"/>
          </w:tcPr>
          <w:p w14:paraId="39E1ED20" w14:textId="4186257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776" w:type="dxa"/>
            <w:tcBorders>
              <w:top w:val="nil"/>
              <w:left w:val="nil"/>
              <w:bottom w:val="nil"/>
              <w:right w:val="nil"/>
            </w:tcBorders>
            <w:vAlign w:val="bottom"/>
          </w:tcPr>
          <w:p w14:paraId="2B52C13D" w14:textId="1BECAC0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0.06</w:t>
            </w:r>
          </w:p>
        </w:tc>
        <w:tc>
          <w:tcPr>
            <w:tcW w:w="876" w:type="dxa"/>
            <w:tcBorders>
              <w:top w:val="nil"/>
              <w:left w:val="nil"/>
              <w:bottom w:val="nil"/>
              <w:right w:val="nil"/>
            </w:tcBorders>
            <w:vAlign w:val="bottom"/>
          </w:tcPr>
          <w:p w14:paraId="20CC081F" w14:textId="7A8881DE"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0.62</w:t>
            </w:r>
          </w:p>
        </w:tc>
        <w:tc>
          <w:tcPr>
            <w:tcW w:w="1294" w:type="dxa"/>
            <w:tcBorders>
              <w:top w:val="nil"/>
              <w:left w:val="nil"/>
              <w:bottom w:val="nil"/>
              <w:right w:val="nil"/>
            </w:tcBorders>
            <w:vAlign w:val="bottom"/>
          </w:tcPr>
          <w:p w14:paraId="4E604143" w14:textId="116DBD2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r>
      <w:tr w:rsidR="000662E7" w:rsidRPr="000A26ED" w14:paraId="4B8A0944" w14:textId="77777777" w:rsidTr="004A0B2E">
        <w:trPr>
          <w:trHeight w:val="288"/>
        </w:trPr>
        <w:tc>
          <w:tcPr>
            <w:tcW w:w="2284" w:type="dxa"/>
            <w:vAlign w:val="bottom"/>
          </w:tcPr>
          <w:p w14:paraId="78456E8D" w14:textId="42418FD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Dissociation </w:t>
            </w:r>
          </w:p>
        </w:tc>
        <w:tc>
          <w:tcPr>
            <w:tcW w:w="972" w:type="dxa"/>
            <w:tcBorders>
              <w:top w:val="nil"/>
              <w:left w:val="nil"/>
              <w:bottom w:val="nil"/>
              <w:right w:val="nil"/>
            </w:tcBorders>
            <w:vAlign w:val="bottom"/>
          </w:tcPr>
          <w:p w14:paraId="1AAF0BD0" w14:textId="0C83AD8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884" w:type="dxa"/>
            <w:tcBorders>
              <w:top w:val="nil"/>
              <w:left w:val="nil"/>
              <w:bottom w:val="nil"/>
              <w:right w:val="nil"/>
            </w:tcBorders>
            <w:vAlign w:val="bottom"/>
          </w:tcPr>
          <w:p w14:paraId="4864F651" w14:textId="58050A5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490" w:type="dxa"/>
            <w:tcBorders>
              <w:top w:val="nil"/>
              <w:left w:val="nil"/>
              <w:bottom w:val="nil"/>
              <w:right w:val="nil"/>
            </w:tcBorders>
            <w:vAlign w:val="bottom"/>
          </w:tcPr>
          <w:p w14:paraId="644A4D67" w14:textId="3CF4D24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0.22</w:t>
            </w:r>
          </w:p>
        </w:tc>
        <w:tc>
          <w:tcPr>
            <w:tcW w:w="1905" w:type="dxa"/>
            <w:tcBorders>
              <w:top w:val="nil"/>
              <w:left w:val="nil"/>
              <w:bottom w:val="nil"/>
              <w:right w:val="nil"/>
            </w:tcBorders>
            <w:vAlign w:val="bottom"/>
          </w:tcPr>
          <w:p w14:paraId="1188494E" w14:textId="3E803E5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776" w:type="dxa"/>
            <w:tcBorders>
              <w:top w:val="nil"/>
              <w:left w:val="nil"/>
              <w:bottom w:val="nil"/>
              <w:right w:val="nil"/>
            </w:tcBorders>
            <w:vAlign w:val="bottom"/>
          </w:tcPr>
          <w:p w14:paraId="3470E37E" w14:textId="45284E3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0.10</w:t>
            </w:r>
          </w:p>
        </w:tc>
        <w:tc>
          <w:tcPr>
            <w:tcW w:w="876" w:type="dxa"/>
            <w:tcBorders>
              <w:top w:val="nil"/>
              <w:left w:val="nil"/>
              <w:bottom w:val="nil"/>
              <w:right w:val="nil"/>
            </w:tcBorders>
            <w:vAlign w:val="bottom"/>
          </w:tcPr>
          <w:p w14:paraId="69D42E6A" w14:textId="7EB890EC"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0.57</w:t>
            </w:r>
          </w:p>
        </w:tc>
        <w:tc>
          <w:tcPr>
            <w:tcW w:w="1294" w:type="dxa"/>
            <w:tcBorders>
              <w:top w:val="nil"/>
              <w:left w:val="nil"/>
              <w:bottom w:val="nil"/>
              <w:right w:val="nil"/>
            </w:tcBorders>
            <w:vAlign w:val="bottom"/>
          </w:tcPr>
          <w:p w14:paraId="0C0589F4" w14:textId="5C8CED8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0.14</w:t>
            </w:r>
          </w:p>
        </w:tc>
      </w:tr>
      <w:tr w:rsidR="000662E7" w:rsidRPr="000A26ED" w14:paraId="63A9791C" w14:textId="77777777" w:rsidTr="004A0B2E">
        <w:trPr>
          <w:trHeight w:val="288"/>
        </w:trPr>
        <w:tc>
          <w:tcPr>
            <w:tcW w:w="2284" w:type="dxa"/>
            <w:vAlign w:val="bottom"/>
          </w:tcPr>
          <w:p w14:paraId="572EB8D2" w14:textId="565F659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Panic </w:t>
            </w:r>
          </w:p>
        </w:tc>
        <w:tc>
          <w:tcPr>
            <w:tcW w:w="972" w:type="dxa"/>
            <w:tcBorders>
              <w:top w:val="nil"/>
              <w:left w:val="nil"/>
              <w:bottom w:val="nil"/>
              <w:right w:val="nil"/>
            </w:tcBorders>
            <w:vAlign w:val="bottom"/>
          </w:tcPr>
          <w:p w14:paraId="36752735" w14:textId="10BD512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884" w:type="dxa"/>
            <w:tcBorders>
              <w:top w:val="nil"/>
              <w:left w:val="nil"/>
              <w:bottom w:val="nil"/>
              <w:right w:val="nil"/>
            </w:tcBorders>
            <w:vAlign w:val="bottom"/>
          </w:tcPr>
          <w:p w14:paraId="476DEAB4" w14:textId="62FC448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0.16</w:t>
            </w:r>
          </w:p>
        </w:tc>
        <w:tc>
          <w:tcPr>
            <w:tcW w:w="1490" w:type="dxa"/>
            <w:tcBorders>
              <w:top w:val="nil"/>
              <w:left w:val="nil"/>
              <w:bottom w:val="nil"/>
              <w:right w:val="nil"/>
            </w:tcBorders>
            <w:vAlign w:val="bottom"/>
          </w:tcPr>
          <w:p w14:paraId="5ED1DC0C" w14:textId="6E148F0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0.16</w:t>
            </w:r>
          </w:p>
        </w:tc>
        <w:tc>
          <w:tcPr>
            <w:tcW w:w="1905" w:type="dxa"/>
            <w:tcBorders>
              <w:top w:val="nil"/>
              <w:left w:val="nil"/>
              <w:bottom w:val="nil"/>
              <w:right w:val="nil"/>
            </w:tcBorders>
            <w:vAlign w:val="bottom"/>
          </w:tcPr>
          <w:p w14:paraId="33F39E56" w14:textId="4202406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776" w:type="dxa"/>
            <w:tcBorders>
              <w:top w:val="nil"/>
              <w:left w:val="nil"/>
              <w:bottom w:val="nil"/>
              <w:right w:val="nil"/>
            </w:tcBorders>
            <w:vAlign w:val="bottom"/>
          </w:tcPr>
          <w:p w14:paraId="240E2B40" w14:textId="0E167865"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0.30</w:t>
            </w:r>
          </w:p>
        </w:tc>
        <w:tc>
          <w:tcPr>
            <w:tcW w:w="876" w:type="dxa"/>
            <w:tcBorders>
              <w:top w:val="nil"/>
              <w:left w:val="nil"/>
              <w:bottom w:val="nil"/>
              <w:right w:val="nil"/>
            </w:tcBorders>
            <w:vAlign w:val="bottom"/>
          </w:tcPr>
          <w:p w14:paraId="4E9E0034" w14:textId="46919DE0"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0.44</w:t>
            </w:r>
          </w:p>
        </w:tc>
        <w:tc>
          <w:tcPr>
            <w:tcW w:w="1294" w:type="dxa"/>
            <w:tcBorders>
              <w:top w:val="nil"/>
              <w:left w:val="nil"/>
              <w:bottom w:val="nil"/>
              <w:right w:val="nil"/>
            </w:tcBorders>
            <w:vAlign w:val="bottom"/>
          </w:tcPr>
          <w:p w14:paraId="1E7AAF72" w14:textId="6C4D656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r>
      <w:tr w:rsidR="000662E7" w:rsidRPr="000A26ED" w14:paraId="5C0DED06" w14:textId="77777777" w:rsidTr="004A0B2E">
        <w:trPr>
          <w:trHeight w:val="288"/>
        </w:trPr>
        <w:tc>
          <w:tcPr>
            <w:tcW w:w="2284" w:type="dxa"/>
            <w:vAlign w:val="bottom"/>
          </w:tcPr>
          <w:p w14:paraId="241CB471" w14:textId="6495A56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Hallucinations</w:t>
            </w:r>
          </w:p>
        </w:tc>
        <w:tc>
          <w:tcPr>
            <w:tcW w:w="972" w:type="dxa"/>
            <w:tcBorders>
              <w:top w:val="nil"/>
              <w:left w:val="nil"/>
              <w:bottom w:val="nil"/>
              <w:right w:val="nil"/>
            </w:tcBorders>
            <w:vAlign w:val="bottom"/>
          </w:tcPr>
          <w:p w14:paraId="7C43168F" w14:textId="5203EF0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884" w:type="dxa"/>
            <w:tcBorders>
              <w:top w:val="nil"/>
              <w:left w:val="nil"/>
              <w:bottom w:val="nil"/>
              <w:right w:val="nil"/>
            </w:tcBorders>
            <w:vAlign w:val="bottom"/>
          </w:tcPr>
          <w:p w14:paraId="34C55F0A" w14:textId="4375F96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490" w:type="dxa"/>
            <w:tcBorders>
              <w:top w:val="nil"/>
              <w:left w:val="nil"/>
              <w:bottom w:val="nil"/>
              <w:right w:val="nil"/>
            </w:tcBorders>
            <w:vAlign w:val="bottom"/>
          </w:tcPr>
          <w:p w14:paraId="12DBDC7A" w14:textId="700A240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905" w:type="dxa"/>
            <w:tcBorders>
              <w:top w:val="nil"/>
              <w:left w:val="nil"/>
              <w:bottom w:val="nil"/>
              <w:right w:val="nil"/>
            </w:tcBorders>
            <w:vAlign w:val="bottom"/>
          </w:tcPr>
          <w:p w14:paraId="17A5DFA2" w14:textId="54BB9AF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776" w:type="dxa"/>
            <w:tcBorders>
              <w:top w:val="nil"/>
              <w:left w:val="nil"/>
              <w:bottom w:val="nil"/>
              <w:right w:val="nil"/>
            </w:tcBorders>
            <w:vAlign w:val="bottom"/>
          </w:tcPr>
          <w:p w14:paraId="5180FCE1" w14:textId="4D37B1C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876" w:type="dxa"/>
            <w:tcBorders>
              <w:top w:val="nil"/>
              <w:left w:val="nil"/>
              <w:bottom w:val="nil"/>
              <w:right w:val="nil"/>
            </w:tcBorders>
            <w:vAlign w:val="bottom"/>
          </w:tcPr>
          <w:p w14:paraId="5C7211F6" w14:textId="4E0E844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0.43</w:t>
            </w:r>
          </w:p>
        </w:tc>
        <w:tc>
          <w:tcPr>
            <w:tcW w:w="1294" w:type="dxa"/>
            <w:tcBorders>
              <w:top w:val="nil"/>
              <w:left w:val="nil"/>
              <w:bottom w:val="nil"/>
              <w:right w:val="nil"/>
            </w:tcBorders>
            <w:vAlign w:val="bottom"/>
          </w:tcPr>
          <w:p w14:paraId="1F27FC7C" w14:textId="19B717F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0.22</w:t>
            </w:r>
          </w:p>
        </w:tc>
      </w:tr>
      <w:tr w:rsidR="000662E7" w:rsidRPr="000A26ED" w14:paraId="0E2AA5C4" w14:textId="77777777" w:rsidTr="004A0B2E">
        <w:trPr>
          <w:trHeight w:val="288"/>
        </w:trPr>
        <w:tc>
          <w:tcPr>
            <w:tcW w:w="2284" w:type="dxa"/>
            <w:vAlign w:val="bottom"/>
          </w:tcPr>
          <w:p w14:paraId="36703147" w14:textId="65D9A66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Nightmares </w:t>
            </w:r>
          </w:p>
        </w:tc>
        <w:tc>
          <w:tcPr>
            <w:tcW w:w="972" w:type="dxa"/>
            <w:tcBorders>
              <w:top w:val="nil"/>
              <w:left w:val="nil"/>
              <w:bottom w:val="nil"/>
              <w:right w:val="nil"/>
            </w:tcBorders>
            <w:vAlign w:val="bottom"/>
          </w:tcPr>
          <w:p w14:paraId="091F3428" w14:textId="48BE3BC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884" w:type="dxa"/>
            <w:tcBorders>
              <w:top w:val="nil"/>
              <w:left w:val="nil"/>
              <w:bottom w:val="nil"/>
              <w:right w:val="nil"/>
            </w:tcBorders>
            <w:vAlign w:val="bottom"/>
          </w:tcPr>
          <w:p w14:paraId="0D20A153" w14:textId="0E8B43C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490" w:type="dxa"/>
            <w:tcBorders>
              <w:top w:val="nil"/>
              <w:left w:val="nil"/>
              <w:bottom w:val="nil"/>
              <w:right w:val="nil"/>
            </w:tcBorders>
            <w:vAlign w:val="bottom"/>
          </w:tcPr>
          <w:p w14:paraId="37D9A8DF" w14:textId="68FCA52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0.25</w:t>
            </w:r>
          </w:p>
        </w:tc>
        <w:tc>
          <w:tcPr>
            <w:tcW w:w="1905" w:type="dxa"/>
            <w:tcBorders>
              <w:top w:val="nil"/>
              <w:left w:val="nil"/>
              <w:bottom w:val="nil"/>
              <w:right w:val="nil"/>
            </w:tcBorders>
            <w:vAlign w:val="bottom"/>
          </w:tcPr>
          <w:p w14:paraId="343043EF" w14:textId="79330CD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776" w:type="dxa"/>
            <w:tcBorders>
              <w:top w:val="nil"/>
              <w:left w:val="nil"/>
              <w:bottom w:val="nil"/>
              <w:right w:val="nil"/>
            </w:tcBorders>
            <w:vAlign w:val="bottom"/>
          </w:tcPr>
          <w:p w14:paraId="3AAB0842" w14:textId="00500F39"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0.18</w:t>
            </w:r>
          </w:p>
        </w:tc>
        <w:tc>
          <w:tcPr>
            <w:tcW w:w="876" w:type="dxa"/>
            <w:tcBorders>
              <w:top w:val="nil"/>
              <w:left w:val="nil"/>
              <w:bottom w:val="nil"/>
              <w:right w:val="nil"/>
            </w:tcBorders>
            <w:vAlign w:val="bottom"/>
          </w:tcPr>
          <w:p w14:paraId="4E689D0C" w14:textId="235010D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0.42</w:t>
            </w:r>
          </w:p>
        </w:tc>
        <w:tc>
          <w:tcPr>
            <w:tcW w:w="1294" w:type="dxa"/>
            <w:tcBorders>
              <w:top w:val="nil"/>
              <w:left w:val="nil"/>
              <w:bottom w:val="nil"/>
              <w:right w:val="nil"/>
            </w:tcBorders>
            <w:vAlign w:val="bottom"/>
          </w:tcPr>
          <w:p w14:paraId="1E5DC3BB" w14:textId="0F105D9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r>
      <w:tr w:rsidR="000662E7" w:rsidRPr="000A26ED" w14:paraId="7AC50305" w14:textId="77777777" w:rsidTr="004A0B2E">
        <w:trPr>
          <w:trHeight w:val="288"/>
        </w:trPr>
        <w:tc>
          <w:tcPr>
            <w:tcW w:w="2284" w:type="dxa"/>
            <w:vAlign w:val="bottom"/>
          </w:tcPr>
          <w:p w14:paraId="3FBD8381" w14:textId="34B3C5C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NSSI    </w:t>
            </w:r>
          </w:p>
        </w:tc>
        <w:tc>
          <w:tcPr>
            <w:tcW w:w="972" w:type="dxa"/>
            <w:tcBorders>
              <w:top w:val="nil"/>
              <w:left w:val="nil"/>
              <w:bottom w:val="nil"/>
              <w:right w:val="nil"/>
            </w:tcBorders>
            <w:vAlign w:val="bottom"/>
          </w:tcPr>
          <w:p w14:paraId="646AD476" w14:textId="01A6CF0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7165A295" w14:textId="5142FAA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1490" w:type="dxa"/>
            <w:tcBorders>
              <w:top w:val="nil"/>
              <w:left w:val="nil"/>
              <w:bottom w:val="nil"/>
              <w:right w:val="nil"/>
            </w:tcBorders>
            <w:vAlign w:val="bottom"/>
          </w:tcPr>
          <w:p w14:paraId="631B27A9" w14:textId="4B20082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1905" w:type="dxa"/>
            <w:tcBorders>
              <w:top w:val="nil"/>
              <w:left w:val="nil"/>
              <w:bottom w:val="nil"/>
              <w:right w:val="nil"/>
            </w:tcBorders>
            <w:vAlign w:val="bottom"/>
          </w:tcPr>
          <w:p w14:paraId="23CD7010" w14:textId="4A67601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0.21</w:t>
            </w:r>
          </w:p>
        </w:tc>
        <w:tc>
          <w:tcPr>
            <w:tcW w:w="776" w:type="dxa"/>
            <w:tcBorders>
              <w:top w:val="nil"/>
              <w:left w:val="nil"/>
              <w:bottom w:val="nil"/>
              <w:right w:val="nil"/>
            </w:tcBorders>
            <w:vAlign w:val="bottom"/>
          </w:tcPr>
          <w:p w14:paraId="1B50DE58" w14:textId="10FFD0B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-0.13</w:t>
            </w:r>
          </w:p>
        </w:tc>
        <w:tc>
          <w:tcPr>
            <w:tcW w:w="876" w:type="dxa"/>
            <w:tcBorders>
              <w:top w:val="nil"/>
              <w:left w:val="nil"/>
              <w:bottom w:val="nil"/>
              <w:right w:val="nil"/>
            </w:tcBorders>
            <w:vAlign w:val="bottom"/>
          </w:tcPr>
          <w:p w14:paraId="086EA938" w14:textId="7650027C"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0.42</w:t>
            </w:r>
          </w:p>
        </w:tc>
        <w:tc>
          <w:tcPr>
            <w:tcW w:w="1294" w:type="dxa"/>
            <w:tcBorders>
              <w:top w:val="nil"/>
              <w:left w:val="nil"/>
              <w:bottom w:val="nil"/>
              <w:right w:val="nil"/>
            </w:tcBorders>
            <w:vAlign w:val="bottom"/>
          </w:tcPr>
          <w:p w14:paraId="185E7541" w14:textId="1A94550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r>
      <w:tr w:rsidR="000662E7" w:rsidRPr="000A26ED" w14:paraId="3FE38174" w14:textId="77777777" w:rsidTr="004A0B2E">
        <w:trPr>
          <w:trHeight w:val="288"/>
        </w:trPr>
        <w:tc>
          <w:tcPr>
            <w:tcW w:w="2284" w:type="dxa"/>
            <w:vAlign w:val="bottom"/>
          </w:tcPr>
          <w:p w14:paraId="12DF70C0" w14:textId="3EFF39A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Appetite Loss </w:t>
            </w:r>
          </w:p>
        </w:tc>
        <w:tc>
          <w:tcPr>
            <w:tcW w:w="972" w:type="dxa"/>
            <w:tcBorders>
              <w:top w:val="nil"/>
              <w:left w:val="nil"/>
              <w:bottom w:val="nil"/>
              <w:right w:val="nil"/>
            </w:tcBorders>
            <w:vAlign w:val="bottom"/>
          </w:tcPr>
          <w:p w14:paraId="20F5227C" w14:textId="36A6FC9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884" w:type="dxa"/>
            <w:tcBorders>
              <w:top w:val="nil"/>
              <w:left w:val="nil"/>
              <w:bottom w:val="nil"/>
              <w:right w:val="nil"/>
            </w:tcBorders>
            <w:vAlign w:val="bottom"/>
          </w:tcPr>
          <w:p w14:paraId="7738B361" w14:textId="45A397C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1490" w:type="dxa"/>
            <w:tcBorders>
              <w:top w:val="nil"/>
              <w:left w:val="nil"/>
              <w:bottom w:val="nil"/>
              <w:right w:val="nil"/>
            </w:tcBorders>
            <w:vAlign w:val="bottom"/>
          </w:tcPr>
          <w:p w14:paraId="55468341" w14:textId="6760EA9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1905" w:type="dxa"/>
            <w:tcBorders>
              <w:top w:val="nil"/>
              <w:left w:val="nil"/>
              <w:bottom w:val="nil"/>
              <w:right w:val="nil"/>
            </w:tcBorders>
            <w:vAlign w:val="bottom"/>
          </w:tcPr>
          <w:p w14:paraId="0D262790" w14:textId="6368BB5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776" w:type="dxa"/>
            <w:tcBorders>
              <w:top w:val="nil"/>
              <w:left w:val="nil"/>
              <w:bottom w:val="nil"/>
              <w:right w:val="nil"/>
            </w:tcBorders>
            <w:vAlign w:val="bottom"/>
          </w:tcPr>
          <w:p w14:paraId="0BC875B7" w14:textId="10ABD43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76" w:type="dxa"/>
            <w:tcBorders>
              <w:top w:val="nil"/>
              <w:left w:val="nil"/>
              <w:bottom w:val="nil"/>
              <w:right w:val="nil"/>
            </w:tcBorders>
            <w:vAlign w:val="bottom"/>
          </w:tcPr>
          <w:p w14:paraId="24589C03" w14:textId="317F1B0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0.41</w:t>
            </w:r>
          </w:p>
        </w:tc>
        <w:tc>
          <w:tcPr>
            <w:tcW w:w="1294" w:type="dxa"/>
            <w:tcBorders>
              <w:top w:val="nil"/>
              <w:left w:val="nil"/>
              <w:bottom w:val="nil"/>
              <w:right w:val="nil"/>
            </w:tcBorders>
            <w:vAlign w:val="bottom"/>
          </w:tcPr>
          <w:p w14:paraId="7665F135" w14:textId="5C17D37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r>
      <w:tr w:rsidR="000662E7" w:rsidRPr="000A26ED" w14:paraId="0F8F13ED" w14:textId="77777777" w:rsidTr="004A0B2E">
        <w:trPr>
          <w:trHeight w:val="288"/>
        </w:trPr>
        <w:tc>
          <w:tcPr>
            <w:tcW w:w="2284" w:type="dxa"/>
            <w:vAlign w:val="bottom"/>
          </w:tcPr>
          <w:p w14:paraId="4C61BA34" w14:textId="50926B3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Trauma Reactions</w:t>
            </w:r>
          </w:p>
        </w:tc>
        <w:tc>
          <w:tcPr>
            <w:tcW w:w="972" w:type="dxa"/>
            <w:tcBorders>
              <w:top w:val="nil"/>
              <w:left w:val="nil"/>
              <w:bottom w:val="nil"/>
              <w:right w:val="nil"/>
            </w:tcBorders>
            <w:vAlign w:val="bottom"/>
          </w:tcPr>
          <w:p w14:paraId="5C312F9C" w14:textId="02901C6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c>
          <w:tcPr>
            <w:tcW w:w="884" w:type="dxa"/>
            <w:tcBorders>
              <w:top w:val="nil"/>
              <w:left w:val="nil"/>
              <w:bottom w:val="nil"/>
              <w:right w:val="nil"/>
            </w:tcBorders>
            <w:vAlign w:val="bottom"/>
          </w:tcPr>
          <w:p w14:paraId="65FC61E4" w14:textId="4665F89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1490" w:type="dxa"/>
            <w:tcBorders>
              <w:top w:val="nil"/>
              <w:left w:val="nil"/>
              <w:bottom w:val="nil"/>
              <w:right w:val="nil"/>
            </w:tcBorders>
            <w:vAlign w:val="bottom"/>
          </w:tcPr>
          <w:p w14:paraId="1E444916" w14:textId="5411A88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c>
          <w:tcPr>
            <w:tcW w:w="1905" w:type="dxa"/>
            <w:tcBorders>
              <w:top w:val="nil"/>
              <w:left w:val="nil"/>
              <w:bottom w:val="nil"/>
              <w:right w:val="nil"/>
            </w:tcBorders>
            <w:vAlign w:val="bottom"/>
          </w:tcPr>
          <w:p w14:paraId="3CB4A1FD" w14:textId="39CC3AF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776" w:type="dxa"/>
            <w:tcBorders>
              <w:top w:val="nil"/>
              <w:left w:val="nil"/>
              <w:bottom w:val="nil"/>
              <w:right w:val="nil"/>
            </w:tcBorders>
            <w:vAlign w:val="bottom"/>
          </w:tcPr>
          <w:p w14:paraId="78B74E4F" w14:textId="4604C6C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0.25</w:t>
            </w:r>
          </w:p>
        </w:tc>
        <w:tc>
          <w:tcPr>
            <w:tcW w:w="876" w:type="dxa"/>
            <w:tcBorders>
              <w:top w:val="nil"/>
              <w:left w:val="nil"/>
              <w:bottom w:val="nil"/>
              <w:right w:val="nil"/>
            </w:tcBorders>
            <w:vAlign w:val="bottom"/>
          </w:tcPr>
          <w:p w14:paraId="2B442004" w14:textId="0A274F1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0.38</w:t>
            </w:r>
          </w:p>
        </w:tc>
        <w:tc>
          <w:tcPr>
            <w:tcW w:w="1294" w:type="dxa"/>
            <w:tcBorders>
              <w:top w:val="nil"/>
              <w:left w:val="nil"/>
              <w:bottom w:val="nil"/>
              <w:right w:val="nil"/>
            </w:tcBorders>
            <w:vAlign w:val="bottom"/>
          </w:tcPr>
          <w:p w14:paraId="6F8D01E8" w14:textId="4BE2228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r>
      <w:tr w:rsidR="000662E7" w:rsidRPr="000A26ED" w14:paraId="7E76CBE2" w14:textId="77777777" w:rsidTr="004A0B2E">
        <w:trPr>
          <w:trHeight w:val="288"/>
        </w:trPr>
        <w:tc>
          <w:tcPr>
            <w:tcW w:w="2284" w:type="dxa"/>
            <w:vAlign w:val="bottom"/>
          </w:tcPr>
          <w:p w14:paraId="102A08AF" w14:textId="5EBA367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Restricted Eating</w:t>
            </w:r>
          </w:p>
        </w:tc>
        <w:tc>
          <w:tcPr>
            <w:tcW w:w="972" w:type="dxa"/>
            <w:tcBorders>
              <w:top w:val="nil"/>
              <w:left w:val="nil"/>
              <w:bottom w:val="nil"/>
              <w:right w:val="nil"/>
            </w:tcBorders>
            <w:vAlign w:val="bottom"/>
          </w:tcPr>
          <w:p w14:paraId="379BC983" w14:textId="58ABC12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6E8E794F" w14:textId="7ABEDC8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1490" w:type="dxa"/>
            <w:tcBorders>
              <w:top w:val="nil"/>
              <w:left w:val="nil"/>
              <w:bottom w:val="nil"/>
              <w:right w:val="nil"/>
            </w:tcBorders>
            <w:vAlign w:val="bottom"/>
          </w:tcPr>
          <w:p w14:paraId="6AD0B9EB" w14:textId="2AE1A6E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0.14</w:t>
            </w:r>
          </w:p>
        </w:tc>
        <w:tc>
          <w:tcPr>
            <w:tcW w:w="1905" w:type="dxa"/>
            <w:tcBorders>
              <w:top w:val="nil"/>
              <w:left w:val="nil"/>
              <w:bottom w:val="nil"/>
              <w:right w:val="nil"/>
            </w:tcBorders>
            <w:vAlign w:val="bottom"/>
          </w:tcPr>
          <w:p w14:paraId="64794DB3" w14:textId="1688ADE3"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0.30</w:t>
            </w:r>
          </w:p>
        </w:tc>
        <w:tc>
          <w:tcPr>
            <w:tcW w:w="776" w:type="dxa"/>
            <w:tcBorders>
              <w:top w:val="nil"/>
              <w:left w:val="nil"/>
              <w:bottom w:val="nil"/>
              <w:right w:val="nil"/>
            </w:tcBorders>
            <w:vAlign w:val="bottom"/>
          </w:tcPr>
          <w:p w14:paraId="1CA6CA6F" w14:textId="1584A8E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876" w:type="dxa"/>
            <w:tcBorders>
              <w:top w:val="nil"/>
              <w:left w:val="nil"/>
              <w:bottom w:val="nil"/>
              <w:right w:val="nil"/>
            </w:tcBorders>
            <w:vAlign w:val="bottom"/>
          </w:tcPr>
          <w:p w14:paraId="45B0C836" w14:textId="5142D919"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0.38</w:t>
            </w:r>
          </w:p>
        </w:tc>
        <w:tc>
          <w:tcPr>
            <w:tcW w:w="1294" w:type="dxa"/>
            <w:tcBorders>
              <w:top w:val="nil"/>
              <w:left w:val="nil"/>
              <w:bottom w:val="nil"/>
              <w:right w:val="nil"/>
            </w:tcBorders>
            <w:vAlign w:val="bottom"/>
          </w:tcPr>
          <w:p w14:paraId="29FD88D3" w14:textId="7872862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r>
      <w:tr w:rsidR="000662E7" w:rsidRPr="000A26ED" w14:paraId="5210A8A9" w14:textId="77777777" w:rsidTr="004A0B2E">
        <w:trPr>
          <w:trHeight w:val="288"/>
        </w:trPr>
        <w:tc>
          <w:tcPr>
            <w:tcW w:w="2284" w:type="dxa"/>
            <w:vAlign w:val="bottom"/>
          </w:tcPr>
          <w:p w14:paraId="11CFBC2D" w14:textId="50FB1CA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Risky Sex </w:t>
            </w:r>
          </w:p>
        </w:tc>
        <w:tc>
          <w:tcPr>
            <w:tcW w:w="972" w:type="dxa"/>
            <w:tcBorders>
              <w:top w:val="nil"/>
              <w:left w:val="nil"/>
              <w:bottom w:val="nil"/>
              <w:right w:val="nil"/>
            </w:tcBorders>
            <w:vAlign w:val="bottom"/>
          </w:tcPr>
          <w:p w14:paraId="6972CC95" w14:textId="365DC6F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884" w:type="dxa"/>
            <w:tcBorders>
              <w:top w:val="nil"/>
              <w:left w:val="nil"/>
              <w:bottom w:val="nil"/>
              <w:right w:val="nil"/>
            </w:tcBorders>
            <w:vAlign w:val="bottom"/>
          </w:tcPr>
          <w:p w14:paraId="741F5FD8" w14:textId="67214AB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1490" w:type="dxa"/>
            <w:tcBorders>
              <w:top w:val="nil"/>
              <w:left w:val="nil"/>
              <w:bottom w:val="nil"/>
              <w:right w:val="nil"/>
            </w:tcBorders>
            <w:vAlign w:val="bottom"/>
          </w:tcPr>
          <w:p w14:paraId="72ACDB00" w14:textId="19DA066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905" w:type="dxa"/>
            <w:tcBorders>
              <w:top w:val="nil"/>
              <w:left w:val="nil"/>
              <w:bottom w:val="nil"/>
              <w:right w:val="nil"/>
            </w:tcBorders>
            <w:vAlign w:val="bottom"/>
          </w:tcPr>
          <w:p w14:paraId="6C5A80AA" w14:textId="4E15E1E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0.21</w:t>
            </w:r>
          </w:p>
        </w:tc>
        <w:tc>
          <w:tcPr>
            <w:tcW w:w="776" w:type="dxa"/>
            <w:tcBorders>
              <w:top w:val="nil"/>
              <w:left w:val="nil"/>
              <w:bottom w:val="nil"/>
              <w:right w:val="nil"/>
            </w:tcBorders>
            <w:vAlign w:val="bottom"/>
          </w:tcPr>
          <w:p w14:paraId="6706E8B9" w14:textId="5463E3F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-0.25</w:t>
            </w:r>
          </w:p>
        </w:tc>
        <w:tc>
          <w:tcPr>
            <w:tcW w:w="876" w:type="dxa"/>
            <w:tcBorders>
              <w:top w:val="nil"/>
              <w:left w:val="nil"/>
              <w:bottom w:val="nil"/>
              <w:right w:val="nil"/>
            </w:tcBorders>
            <w:vAlign w:val="bottom"/>
          </w:tcPr>
          <w:p w14:paraId="0F1B01DD" w14:textId="484D636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0.33</w:t>
            </w:r>
          </w:p>
        </w:tc>
        <w:tc>
          <w:tcPr>
            <w:tcW w:w="1294" w:type="dxa"/>
            <w:tcBorders>
              <w:top w:val="nil"/>
              <w:left w:val="nil"/>
              <w:bottom w:val="nil"/>
              <w:right w:val="nil"/>
            </w:tcBorders>
            <w:vAlign w:val="bottom"/>
          </w:tcPr>
          <w:p w14:paraId="1A232A0B" w14:textId="0C71B50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r>
      <w:tr w:rsidR="000662E7" w:rsidRPr="000A26ED" w14:paraId="525C4241" w14:textId="77777777" w:rsidTr="004A0B2E">
        <w:trPr>
          <w:trHeight w:val="288"/>
        </w:trPr>
        <w:tc>
          <w:tcPr>
            <w:tcW w:w="2284" w:type="dxa"/>
            <w:vAlign w:val="bottom"/>
          </w:tcPr>
          <w:p w14:paraId="0E60CD99" w14:textId="5BDEFE6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Delusions</w:t>
            </w:r>
          </w:p>
        </w:tc>
        <w:tc>
          <w:tcPr>
            <w:tcW w:w="972" w:type="dxa"/>
            <w:tcBorders>
              <w:top w:val="nil"/>
              <w:left w:val="nil"/>
              <w:bottom w:val="nil"/>
              <w:right w:val="nil"/>
            </w:tcBorders>
            <w:vAlign w:val="bottom"/>
          </w:tcPr>
          <w:p w14:paraId="32BC2812" w14:textId="4AEAC7E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884" w:type="dxa"/>
            <w:tcBorders>
              <w:top w:val="nil"/>
              <w:left w:val="nil"/>
              <w:bottom w:val="nil"/>
              <w:right w:val="nil"/>
            </w:tcBorders>
            <w:vAlign w:val="bottom"/>
          </w:tcPr>
          <w:p w14:paraId="775A0AEF" w14:textId="3C30395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1490" w:type="dxa"/>
            <w:tcBorders>
              <w:top w:val="nil"/>
              <w:left w:val="nil"/>
              <w:bottom w:val="nil"/>
              <w:right w:val="nil"/>
            </w:tcBorders>
            <w:vAlign w:val="bottom"/>
          </w:tcPr>
          <w:p w14:paraId="54626F34" w14:textId="1840FB6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1905" w:type="dxa"/>
            <w:tcBorders>
              <w:top w:val="nil"/>
              <w:left w:val="nil"/>
              <w:bottom w:val="nil"/>
              <w:right w:val="nil"/>
            </w:tcBorders>
            <w:vAlign w:val="bottom"/>
          </w:tcPr>
          <w:p w14:paraId="5F510BCF" w14:textId="6E0C0A3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776" w:type="dxa"/>
            <w:tcBorders>
              <w:top w:val="nil"/>
              <w:left w:val="nil"/>
              <w:bottom w:val="nil"/>
              <w:right w:val="nil"/>
            </w:tcBorders>
            <w:vAlign w:val="bottom"/>
          </w:tcPr>
          <w:p w14:paraId="433EEFF2" w14:textId="6984E81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876" w:type="dxa"/>
            <w:tcBorders>
              <w:top w:val="nil"/>
              <w:left w:val="nil"/>
              <w:bottom w:val="nil"/>
              <w:right w:val="nil"/>
            </w:tcBorders>
            <w:vAlign w:val="bottom"/>
          </w:tcPr>
          <w:p w14:paraId="6087F865" w14:textId="5A34FFC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0.32</w:t>
            </w:r>
          </w:p>
        </w:tc>
        <w:tc>
          <w:tcPr>
            <w:tcW w:w="1294" w:type="dxa"/>
            <w:tcBorders>
              <w:top w:val="nil"/>
              <w:left w:val="nil"/>
              <w:bottom w:val="nil"/>
              <w:right w:val="nil"/>
            </w:tcBorders>
            <w:vAlign w:val="bottom"/>
          </w:tcPr>
          <w:p w14:paraId="5B512098" w14:textId="0BFB20D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r>
      <w:tr w:rsidR="000662E7" w:rsidRPr="000A26ED" w14:paraId="726E66A0" w14:textId="77777777" w:rsidTr="004A0B2E">
        <w:trPr>
          <w:trHeight w:val="288"/>
        </w:trPr>
        <w:tc>
          <w:tcPr>
            <w:tcW w:w="2284" w:type="dxa"/>
            <w:vAlign w:val="bottom"/>
          </w:tcPr>
          <w:p w14:paraId="576CC89B" w14:textId="1803B70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Manic Energy</w:t>
            </w:r>
          </w:p>
        </w:tc>
        <w:tc>
          <w:tcPr>
            <w:tcW w:w="972" w:type="dxa"/>
            <w:tcBorders>
              <w:top w:val="nil"/>
              <w:left w:val="nil"/>
              <w:bottom w:val="nil"/>
              <w:right w:val="nil"/>
            </w:tcBorders>
            <w:vAlign w:val="bottom"/>
          </w:tcPr>
          <w:p w14:paraId="0358C717" w14:textId="33EBB7D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884" w:type="dxa"/>
            <w:tcBorders>
              <w:top w:val="nil"/>
              <w:left w:val="nil"/>
              <w:bottom w:val="nil"/>
              <w:right w:val="nil"/>
            </w:tcBorders>
            <w:vAlign w:val="bottom"/>
          </w:tcPr>
          <w:p w14:paraId="7FDA7C97" w14:textId="798F87C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-0.27</w:t>
            </w:r>
          </w:p>
        </w:tc>
        <w:tc>
          <w:tcPr>
            <w:tcW w:w="1490" w:type="dxa"/>
            <w:tcBorders>
              <w:top w:val="nil"/>
              <w:left w:val="nil"/>
              <w:bottom w:val="nil"/>
              <w:right w:val="nil"/>
            </w:tcBorders>
            <w:vAlign w:val="bottom"/>
          </w:tcPr>
          <w:p w14:paraId="7BEAB8BE" w14:textId="6AB6A75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0.22</w:t>
            </w:r>
          </w:p>
        </w:tc>
        <w:tc>
          <w:tcPr>
            <w:tcW w:w="1905" w:type="dxa"/>
            <w:tcBorders>
              <w:top w:val="nil"/>
              <w:left w:val="nil"/>
              <w:bottom w:val="nil"/>
              <w:right w:val="nil"/>
            </w:tcBorders>
            <w:vAlign w:val="bottom"/>
          </w:tcPr>
          <w:p w14:paraId="76BE5605" w14:textId="5FA7615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776" w:type="dxa"/>
            <w:tcBorders>
              <w:top w:val="nil"/>
              <w:left w:val="nil"/>
              <w:bottom w:val="nil"/>
              <w:right w:val="nil"/>
            </w:tcBorders>
            <w:vAlign w:val="bottom"/>
          </w:tcPr>
          <w:p w14:paraId="7EF6E789" w14:textId="55345E9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76" w:type="dxa"/>
            <w:tcBorders>
              <w:top w:val="nil"/>
              <w:left w:val="nil"/>
              <w:bottom w:val="nil"/>
              <w:right w:val="nil"/>
            </w:tcBorders>
            <w:vAlign w:val="bottom"/>
          </w:tcPr>
          <w:p w14:paraId="611D7E5C" w14:textId="1DC1E8E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0.32</w:t>
            </w:r>
          </w:p>
        </w:tc>
        <w:tc>
          <w:tcPr>
            <w:tcW w:w="1294" w:type="dxa"/>
            <w:tcBorders>
              <w:top w:val="nil"/>
              <w:left w:val="nil"/>
              <w:bottom w:val="nil"/>
              <w:right w:val="nil"/>
            </w:tcBorders>
            <w:vAlign w:val="bottom"/>
          </w:tcPr>
          <w:p w14:paraId="4385788C" w14:textId="434C259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0.24</w:t>
            </w:r>
          </w:p>
        </w:tc>
      </w:tr>
      <w:tr w:rsidR="000662E7" w:rsidRPr="000A26ED" w14:paraId="756AE0D3" w14:textId="77777777" w:rsidTr="004A0B2E">
        <w:trPr>
          <w:trHeight w:val="288"/>
        </w:trPr>
        <w:tc>
          <w:tcPr>
            <w:tcW w:w="2284" w:type="dxa"/>
            <w:vAlign w:val="bottom"/>
          </w:tcPr>
          <w:p w14:paraId="44BBC9B6" w14:textId="2778BD2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Sex-Related Substance Use</w:t>
            </w:r>
          </w:p>
        </w:tc>
        <w:tc>
          <w:tcPr>
            <w:tcW w:w="972" w:type="dxa"/>
            <w:tcBorders>
              <w:top w:val="nil"/>
              <w:left w:val="nil"/>
              <w:bottom w:val="nil"/>
              <w:right w:val="nil"/>
            </w:tcBorders>
            <w:vAlign w:val="bottom"/>
          </w:tcPr>
          <w:p w14:paraId="73362B8C" w14:textId="44B35F0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0.27</w:t>
            </w:r>
          </w:p>
        </w:tc>
        <w:tc>
          <w:tcPr>
            <w:tcW w:w="884" w:type="dxa"/>
            <w:tcBorders>
              <w:top w:val="nil"/>
              <w:left w:val="nil"/>
              <w:bottom w:val="nil"/>
              <w:right w:val="nil"/>
            </w:tcBorders>
            <w:vAlign w:val="bottom"/>
          </w:tcPr>
          <w:p w14:paraId="0031914D" w14:textId="2D41CA3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1490" w:type="dxa"/>
            <w:tcBorders>
              <w:top w:val="nil"/>
              <w:left w:val="nil"/>
              <w:bottom w:val="nil"/>
              <w:right w:val="nil"/>
            </w:tcBorders>
            <w:vAlign w:val="bottom"/>
          </w:tcPr>
          <w:p w14:paraId="089FD89F" w14:textId="5140375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1905" w:type="dxa"/>
            <w:tcBorders>
              <w:top w:val="nil"/>
              <w:left w:val="nil"/>
              <w:bottom w:val="nil"/>
              <w:right w:val="nil"/>
            </w:tcBorders>
            <w:vAlign w:val="bottom"/>
          </w:tcPr>
          <w:p w14:paraId="7745EE3A" w14:textId="6F8C897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776" w:type="dxa"/>
            <w:tcBorders>
              <w:top w:val="nil"/>
              <w:left w:val="nil"/>
              <w:bottom w:val="nil"/>
              <w:right w:val="nil"/>
            </w:tcBorders>
            <w:vAlign w:val="bottom"/>
          </w:tcPr>
          <w:p w14:paraId="50D12491" w14:textId="1D5EB5F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-0.26</w:t>
            </w:r>
          </w:p>
        </w:tc>
        <w:tc>
          <w:tcPr>
            <w:tcW w:w="876" w:type="dxa"/>
            <w:tcBorders>
              <w:top w:val="nil"/>
              <w:left w:val="nil"/>
              <w:bottom w:val="nil"/>
              <w:right w:val="nil"/>
            </w:tcBorders>
            <w:vAlign w:val="bottom"/>
          </w:tcPr>
          <w:p w14:paraId="0274A2D3" w14:textId="4966C527"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0.31</w:t>
            </w:r>
          </w:p>
        </w:tc>
        <w:tc>
          <w:tcPr>
            <w:tcW w:w="1294" w:type="dxa"/>
            <w:tcBorders>
              <w:top w:val="nil"/>
              <w:left w:val="nil"/>
              <w:bottom w:val="nil"/>
              <w:right w:val="nil"/>
            </w:tcBorders>
            <w:vAlign w:val="bottom"/>
          </w:tcPr>
          <w:p w14:paraId="4F972B74" w14:textId="31B0890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r>
      <w:tr w:rsidR="000662E7" w:rsidRPr="000A26ED" w14:paraId="277CD67A" w14:textId="77777777" w:rsidTr="004A0B2E">
        <w:trPr>
          <w:trHeight w:val="288"/>
        </w:trPr>
        <w:tc>
          <w:tcPr>
            <w:tcW w:w="2284" w:type="dxa"/>
            <w:vAlign w:val="bottom"/>
          </w:tcPr>
          <w:p w14:paraId="7579465A" w14:textId="6E50F5C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Counting </w:t>
            </w:r>
          </w:p>
        </w:tc>
        <w:tc>
          <w:tcPr>
            <w:tcW w:w="972" w:type="dxa"/>
            <w:tcBorders>
              <w:top w:val="nil"/>
              <w:left w:val="nil"/>
              <w:bottom w:val="nil"/>
              <w:right w:val="nil"/>
            </w:tcBorders>
            <w:vAlign w:val="bottom"/>
          </w:tcPr>
          <w:p w14:paraId="488CEB0C" w14:textId="391C7BD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884" w:type="dxa"/>
            <w:tcBorders>
              <w:top w:val="nil"/>
              <w:left w:val="nil"/>
              <w:bottom w:val="nil"/>
              <w:right w:val="nil"/>
            </w:tcBorders>
            <w:vAlign w:val="bottom"/>
          </w:tcPr>
          <w:p w14:paraId="61220B0B" w14:textId="2F21BC1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-0.21</w:t>
            </w:r>
          </w:p>
        </w:tc>
        <w:tc>
          <w:tcPr>
            <w:tcW w:w="1490" w:type="dxa"/>
            <w:tcBorders>
              <w:top w:val="nil"/>
              <w:left w:val="nil"/>
              <w:bottom w:val="nil"/>
              <w:right w:val="nil"/>
            </w:tcBorders>
            <w:vAlign w:val="bottom"/>
          </w:tcPr>
          <w:p w14:paraId="720E7D1C" w14:textId="75F29E4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1905" w:type="dxa"/>
            <w:tcBorders>
              <w:top w:val="nil"/>
              <w:left w:val="nil"/>
              <w:bottom w:val="nil"/>
              <w:right w:val="nil"/>
            </w:tcBorders>
            <w:vAlign w:val="bottom"/>
          </w:tcPr>
          <w:p w14:paraId="30E28C64" w14:textId="6F2AD47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776" w:type="dxa"/>
            <w:tcBorders>
              <w:top w:val="nil"/>
              <w:left w:val="nil"/>
              <w:bottom w:val="nil"/>
              <w:right w:val="nil"/>
            </w:tcBorders>
            <w:vAlign w:val="bottom"/>
          </w:tcPr>
          <w:p w14:paraId="7E309D7C" w14:textId="166A8A4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0.25</w:t>
            </w:r>
          </w:p>
        </w:tc>
        <w:tc>
          <w:tcPr>
            <w:tcW w:w="876" w:type="dxa"/>
            <w:tcBorders>
              <w:top w:val="nil"/>
              <w:left w:val="nil"/>
              <w:bottom w:val="nil"/>
              <w:right w:val="nil"/>
            </w:tcBorders>
            <w:vAlign w:val="bottom"/>
          </w:tcPr>
          <w:p w14:paraId="2A1690FD" w14:textId="004EB67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0.30</w:t>
            </w:r>
          </w:p>
        </w:tc>
        <w:tc>
          <w:tcPr>
            <w:tcW w:w="1294" w:type="dxa"/>
            <w:tcBorders>
              <w:top w:val="nil"/>
              <w:left w:val="nil"/>
              <w:bottom w:val="nil"/>
              <w:right w:val="nil"/>
            </w:tcBorders>
            <w:vAlign w:val="bottom"/>
          </w:tcPr>
          <w:p w14:paraId="3EC505D0" w14:textId="26D2E34B"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sz w:val="20"/>
                <w:szCs w:val="20"/>
              </w:rPr>
              <w:t>0.12</w:t>
            </w:r>
          </w:p>
        </w:tc>
      </w:tr>
      <w:tr w:rsidR="000662E7" w:rsidRPr="000A26ED" w14:paraId="2C44CF59" w14:textId="77777777" w:rsidTr="004A0B2E">
        <w:trPr>
          <w:trHeight w:val="288"/>
        </w:trPr>
        <w:tc>
          <w:tcPr>
            <w:tcW w:w="2284" w:type="dxa"/>
            <w:vAlign w:val="bottom"/>
          </w:tcPr>
          <w:p w14:paraId="5C737F0B" w14:textId="0381FCC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Callousness </w:t>
            </w:r>
          </w:p>
        </w:tc>
        <w:tc>
          <w:tcPr>
            <w:tcW w:w="972" w:type="dxa"/>
            <w:tcBorders>
              <w:top w:val="nil"/>
              <w:left w:val="nil"/>
              <w:bottom w:val="nil"/>
              <w:right w:val="nil"/>
            </w:tcBorders>
            <w:vAlign w:val="bottom"/>
          </w:tcPr>
          <w:p w14:paraId="55DDB02C" w14:textId="380E593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884" w:type="dxa"/>
            <w:tcBorders>
              <w:top w:val="nil"/>
              <w:left w:val="nil"/>
              <w:bottom w:val="nil"/>
              <w:right w:val="nil"/>
            </w:tcBorders>
            <w:vAlign w:val="bottom"/>
          </w:tcPr>
          <w:p w14:paraId="34BC6665" w14:textId="3938275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1490" w:type="dxa"/>
            <w:tcBorders>
              <w:top w:val="nil"/>
              <w:left w:val="nil"/>
              <w:bottom w:val="nil"/>
              <w:right w:val="nil"/>
            </w:tcBorders>
            <w:vAlign w:val="bottom"/>
          </w:tcPr>
          <w:p w14:paraId="3AB10570" w14:textId="4982D5C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905" w:type="dxa"/>
            <w:tcBorders>
              <w:top w:val="nil"/>
              <w:left w:val="nil"/>
              <w:bottom w:val="nil"/>
              <w:right w:val="nil"/>
            </w:tcBorders>
            <w:vAlign w:val="bottom"/>
          </w:tcPr>
          <w:p w14:paraId="342A5DE0" w14:textId="7F7DD17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776" w:type="dxa"/>
            <w:tcBorders>
              <w:top w:val="nil"/>
              <w:left w:val="nil"/>
              <w:bottom w:val="nil"/>
              <w:right w:val="nil"/>
            </w:tcBorders>
            <w:vAlign w:val="bottom"/>
          </w:tcPr>
          <w:p w14:paraId="58601917" w14:textId="7372802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76" w:type="dxa"/>
            <w:tcBorders>
              <w:top w:val="nil"/>
              <w:left w:val="nil"/>
              <w:bottom w:val="nil"/>
              <w:right w:val="nil"/>
            </w:tcBorders>
            <w:vAlign w:val="bottom"/>
          </w:tcPr>
          <w:p w14:paraId="79AF6277" w14:textId="085C4D4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294" w:type="dxa"/>
            <w:tcBorders>
              <w:top w:val="nil"/>
              <w:left w:val="nil"/>
              <w:bottom w:val="nil"/>
              <w:right w:val="nil"/>
            </w:tcBorders>
            <w:vAlign w:val="bottom"/>
          </w:tcPr>
          <w:p w14:paraId="58616AA3" w14:textId="0EE4BA3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0.65</w:t>
            </w:r>
          </w:p>
        </w:tc>
      </w:tr>
      <w:tr w:rsidR="000662E7" w:rsidRPr="000A26ED" w14:paraId="5B7016F2" w14:textId="77777777" w:rsidTr="004A0B2E">
        <w:trPr>
          <w:trHeight w:val="288"/>
        </w:trPr>
        <w:tc>
          <w:tcPr>
            <w:tcW w:w="2284" w:type="dxa"/>
            <w:vAlign w:val="bottom"/>
          </w:tcPr>
          <w:p w14:paraId="1A64FC4E" w14:textId="0838A46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Social Aggression </w:t>
            </w:r>
          </w:p>
        </w:tc>
        <w:tc>
          <w:tcPr>
            <w:tcW w:w="972" w:type="dxa"/>
            <w:tcBorders>
              <w:top w:val="nil"/>
              <w:left w:val="nil"/>
              <w:bottom w:val="nil"/>
              <w:right w:val="nil"/>
            </w:tcBorders>
            <w:vAlign w:val="bottom"/>
          </w:tcPr>
          <w:p w14:paraId="2F2FFB1E" w14:textId="03CF906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884" w:type="dxa"/>
            <w:tcBorders>
              <w:top w:val="nil"/>
              <w:left w:val="nil"/>
              <w:bottom w:val="nil"/>
              <w:right w:val="nil"/>
            </w:tcBorders>
            <w:vAlign w:val="bottom"/>
          </w:tcPr>
          <w:p w14:paraId="5EC180BB" w14:textId="7D151FF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490" w:type="dxa"/>
            <w:tcBorders>
              <w:top w:val="nil"/>
              <w:left w:val="nil"/>
              <w:bottom w:val="nil"/>
              <w:right w:val="nil"/>
            </w:tcBorders>
            <w:vAlign w:val="bottom"/>
          </w:tcPr>
          <w:p w14:paraId="40746B6D" w14:textId="70BD6B4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905" w:type="dxa"/>
            <w:tcBorders>
              <w:top w:val="nil"/>
              <w:left w:val="nil"/>
              <w:bottom w:val="nil"/>
              <w:right w:val="nil"/>
            </w:tcBorders>
            <w:vAlign w:val="bottom"/>
          </w:tcPr>
          <w:p w14:paraId="4D49FC87" w14:textId="074B4C0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776" w:type="dxa"/>
            <w:tcBorders>
              <w:top w:val="nil"/>
              <w:left w:val="nil"/>
              <w:bottom w:val="nil"/>
              <w:right w:val="nil"/>
            </w:tcBorders>
            <w:vAlign w:val="bottom"/>
          </w:tcPr>
          <w:p w14:paraId="2A69AF45" w14:textId="0CD8BB7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876" w:type="dxa"/>
            <w:tcBorders>
              <w:top w:val="nil"/>
              <w:left w:val="nil"/>
              <w:bottom w:val="nil"/>
              <w:right w:val="nil"/>
            </w:tcBorders>
            <w:vAlign w:val="bottom"/>
          </w:tcPr>
          <w:p w14:paraId="3375B6F2" w14:textId="00295DA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294" w:type="dxa"/>
            <w:tcBorders>
              <w:top w:val="nil"/>
              <w:left w:val="nil"/>
              <w:bottom w:val="nil"/>
              <w:right w:val="nil"/>
            </w:tcBorders>
            <w:vAlign w:val="bottom"/>
          </w:tcPr>
          <w:p w14:paraId="45F82354" w14:textId="0A6C9B9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0.58</w:t>
            </w:r>
          </w:p>
        </w:tc>
      </w:tr>
      <w:tr w:rsidR="000662E7" w:rsidRPr="000A26ED" w14:paraId="1C17A0E4" w14:textId="77777777" w:rsidTr="004A0B2E">
        <w:trPr>
          <w:trHeight w:val="288"/>
        </w:trPr>
        <w:tc>
          <w:tcPr>
            <w:tcW w:w="2284" w:type="dxa"/>
            <w:vAlign w:val="bottom"/>
          </w:tcPr>
          <w:p w14:paraId="0B355DBD" w14:textId="68BA8E5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Cynicism</w:t>
            </w:r>
          </w:p>
        </w:tc>
        <w:tc>
          <w:tcPr>
            <w:tcW w:w="972" w:type="dxa"/>
            <w:tcBorders>
              <w:top w:val="nil"/>
              <w:left w:val="nil"/>
              <w:bottom w:val="nil"/>
              <w:right w:val="nil"/>
            </w:tcBorders>
            <w:vAlign w:val="bottom"/>
          </w:tcPr>
          <w:p w14:paraId="1959C0E7" w14:textId="5894CF8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884" w:type="dxa"/>
            <w:tcBorders>
              <w:top w:val="nil"/>
              <w:left w:val="nil"/>
              <w:bottom w:val="nil"/>
              <w:right w:val="nil"/>
            </w:tcBorders>
            <w:vAlign w:val="bottom"/>
          </w:tcPr>
          <w:p w14:paraId="234A1BF6" w14:textId="4CF0DEA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1490" w:type="dxa"/>
            <w:tcBorders>
              <w:top w:val="nil"/>
              <w:left w:val="nil"/>
              <w:bottom w:val="nil"/>
              <w:right w:val="nil"/>
            </w:tcBorders>
            <w:vAlign w:val="bottom"/>
          </w:tcPr>
          <w:p w14:paraId="6D1F6F20" w14:textId="028C6C2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1905" w:type="dxa"/>
            <w:tcBorders>
              <w:top w:val="nil"/>
              <w:left w:val="nil"/>
              <w:bottom w:val="nil"/>
              <w:right w:val="nil"/>
            </w:tcBorders>
            <w:vAlign w:val="bottom"/>
          </w:tcPr>
          <w:p w14:paraId="69F718C2" w14:textId="4B874BF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776" w:type="dxa"/>
            <w:tcBorders>
              <w:top w:val="nil"/>
              <w:left w:val="nil"/>
              <w:bottom w:val="nil"/>
              <w:right w:val="nil"/>
            </w:tcBorders>
            <w:vAlign w:val="bottom"/>
          </w:tcPr>
          <w:p w14:paraId="477DA72A" w14:textId="3500F45D"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0.30</w:t>
            </w:r>
          </w:p>
        </w:tc>
        <w:tc>
          <w:tcPr>
            <w:tcW w:w="876" w:type="dxa"/>
            <w:tcBorders>
              <w:top w:val="nil"/>
              <w:left w:val="nil"/>
              <w:bottom w:val="nil"/>
              <w:right w:val="nil"/>
            </w:tcBorders>
            <w:vAlign w:val="bottom"/>
          </w:tcPr>
          <w:p w14:paraId="3A82C42F" w14:textId="4C3D3D6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294" w:type="dxa"/>
            <w:tcBorders>
              <w:top w:val="nil"/>
              <w:left w:val="nil"/>
              <w:bottom w:val="nil"/>
              <w:right w:val="nil"/>
            </w:tcBorders>
            <w:vAlign w:val="bottom"/>
          </w:tcPr>
          <w:p w14:paraId="45AD1551" w14:textId="5E0946B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0.50</w:t>
            </w:r>
          </w:p>
        </w:tc>
      </w:tr>
      <w:tr w:rsidR="000662E7" w:rsidRPr="000A26ED" w14:paraId="3A99138D" w14:textId="77777777" w:rsidTr="004A0B2E">
        <w:trPr>
          <w:trHeight w:val="288"/>
        </w:trPr>
        <w:tc>
          <w:tcPr>
            <w:tcW w:w="2284" w:type="dxa"/>
            <w:vAlign w:val="bottom"/>
          </w:tcPr>
          <w:p w14:paraId="364CEC60" w14:textId="21926D0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Angry Hostility</w:t>
            </w:r>
          </w:p>
        </w:tc>
        <w:tc>
          <w:tcPr>
            <w:tcW w:w="972" w:type="dxa"/>
            <w:tcBorders>
              <w:top w:val="nil"/>
              <w:left w:val="nil"/>
              <w:bottom w:val="nil"/>
              <w:right w:val="nil"/>
            </w:tcBorders>
            <w:vAlign w:val="bottom"/>
          </w:tcPr>
          <w:p w14:paraId="4014E66F" w14:textId="0A2C211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84" w:type="dxa"/>
            <w:tcBorders>
              <w:top w:val="nil"/>
              <w:left w:val="nil"/>
              <w:bottom w:val="nil"/>
              <w:right w:val="nil"/>
            </w:tcBorders>
            <w:vAlign w:val="bottom"/>
          </w:tcPr>
          <w:p w14:paraId="7CD8F5B4" w14:textId="6B72C39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0.24</w:t>
            </w:r>
          </w:p>
        </w:tc>
        <w:tc>
          <w:tcPr>
            <w:tcW w:w="1490" w:type="dxa"/>
            <w:tcBorders>
              <w:top w:val="nil"/>
              <w:left w:val="nil"/>
              <w:bottom w:val="nil"/>
              <w:right w:val="nil"/>
            </w:tcBorders>
            <w:vAlign w:val="bottom"/>
          </w:tcPr>
          <w:p w14:paraId="2A57023D" w14:textId="64213A9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1905" w:type="dxa"/>
            <w:tcBorders>
              <w:top w:val="nil"/>
              <w:left w:val="nil"/>
              <w:bottom w:val="nil"/>
              <w:right w:val="nil"/>
            </w:tcBorders>
            <w:vAlign w:val="bottom"/>
          </w:tcPr>
          <w:p w14:paraId="66FD9DC6" w14:textId="3EEBA78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776" w:type="dxa"/>
            <w:tcBorders>
              <w:top w:val="nil"/>
              <w:left w:val="nil"/>
              <w:bottom w:val="nil"/>
              <w:right w:val="nil"/>
            </w:tcBorders>
            <w:vAlign w:val="bottom"/>
          </w:tcPr>
          <w:p w14:paraId="2A9A96F0" w14:textId="4C5BC9F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876" w:type="dxa"/>
            <w:tcBorders>
              <w:top w:val="nil"/>
              <w:left w:val="nil"/>
              <w:bottom w:val="nil"/>
              <w:right w:val="nil"/>
            </w:tcBorders>
            <w:vAlign w:val="bottom"/>
          </w:tcPr>
          <w:p w14:paraId="079D3F25" w14:textId="03862DD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294" w:type="dxa"/>
            <w:tcBorders>
              <w:top w:val="nil"/>
              <w:left w:val="nil"/>
              <w:bottom w:val="nil"/>
              <w:right w:val="nil"/>
            </w:tcBorders>
            <w:vAlign w:val="bottom"/>
          </w:tcPr>
          <w:p w14:paraId="368C2CA2" w14:textId="21F65BCF"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0.50</w:t>
            </w:r>
          </w:p>
        </w:tc>
      </w:tr>
      <w:tr w:rsidR="000662E7" w:rsidRPr="000A26ED" w14:paraId="039D2123" w14:textId="77777777" w:rsidTr="004A0B2E">
        <w:trPr>
          <w:trHeight w:val="288"/>
        </w:trPr>
        <w:tc>
          <w:tcPr>
            <w:tcW w:w="2284" w:type="dxa"/>
            <w:vAlign w:val="bottom"/>
          </w:tcPr>
          <w:p w14:paraId="3EB98E90" w14:textId="27B3E0C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Oppositionality </w:t>
            </w:r>
          </w:p>
        </w:tc>
        <w:tc>
          <w:tcPr>
            <w:tcW w:w="972" w:type="dxa"/>
            <w:tcBorders>
              <w:top w:val="nil"/>
              <w:left w:val="nil"/>
              <w:bottom w:val="nil"/>
              <w:right w:val="nil"/>
            </w:tcBorders>
            <w:vAlign w:val="bottom"/>
          </w:tcPr>
          <w:p w14:paraId="6F9F1229" w14:textId="680648B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884" w:type="dxa"/>
            <w:tcBorders>
              <w:top w:val="nil"/>
              <w:left w:val="nil"/>
              <w:bottom w:val="nil"/>
              <w:right w:val="nil"/>
            </w:tcBorders>
            <w:vAlign w:val="bottom"/>
          </w:tcPr>
          <w:p w14:paraId="4488A5A8" w14:textId="256D423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1490" w:type="dxa"/>
            <w:tcBorders>
              <w:top w:val="nil"/>
              <w:left w:val="nil"/>
              <w:bottom w:val="nil"/>
              <w:right w:val="nil"/>
            </w:tcBorders>
            <w:vAlign w:val="bottom"/>
          </w:tcPr>
          <w:p w14:paraId="4947F420" w14:textId="45E06A0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1905" w:type="dxa"/>
            <w:tcBorders>
              <w:top w:val="nil"/>
              <w:left w:val="nil"/>
              <w:bottom w:val="nil"/>
              <w:right w:val="nil"/>
            </w:tcBorders>
            <w:vAlign w:val="bottom"/>
          </w:tcPr>
          <w:p w14:paraId="686D3E26" w14:textId="2EFE254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776" w:type="dxa"/>
            <w:tcBorders>
              <w:top w:val="nil"/>
              <w:left w:val="nil"/>
              <w:bottom w:val="nil"/>
              <w:right w:val="nil"/>
            </w:tcBorders>
            <w:vAlign w:val="bottom"/>
          </w:tcPr>
          <w:p w14:paraId="41F61F6E" w14:textId="210F16A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876" w:type="dxa"/>
            <w:tcBorders>
              <w:top w:val="nil"/>
              <w:left w:val="nil"/>
              <w:bottom w:val="nil"/>
              <w:right w:val="nil"/>
            </w:tcBorders>
            <w:vAlign w:val="bottom"/>
          </w:tcPr>
          <w:p w14:paraId="1A20A0D2" w14:textId="6C93F51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1294" w:type="dxa"/>
            <w:tcBorders>
              <w:top w:val="nil"/>
              <w:left w:val="nil"/>
              <w:bottom w:val="nil"/>
              <w:right w:val="nil"/>
            </w:tcBorders>
            <w:vAlign w:val="bottom"/>
          </w:tcPr>
          <w:p w14:paraId="70C6544E" w14:textId="2E637E04"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0.47</w:t>
            </w:r>
          </w:p>
        </w:tc>
      </w:tr>
      <w:tr w:rsidR="000662E7" w:rsidRPr="000A26ED" w14:paraId="14165590" w14:textId="77777777" w:rsidTr="004A0B2E">
        <w:trPr>
          <w:trHeight w:val="288"/>
        </w:trPr>
        <w:tc>
          <w:tcPr>
            <w:tcW w:w="2284" w:type="dxa"/>
            <w:vAlign w:val="bottom"/>
          </w:tcPr>
          <w:p w14:paraId="3660A7FF" w14:textId="3F9993F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Suspiciousness</w:t>
            </w:r>
          </w:p>
        </w:tc>
        <w:tc>
          <w:tcPr>
            <w:tcW w:w="972" w:type="dxa"/>
            <w:tcBorders>
              <w:top w:val="nil"/>
              <w:left w:val="nil"/>
              <w:bottom w:val="nil"/>
              <w:right w:val="nil"/>
            </w:tcBorders>
            <w:vAlign w:val="bottom"/>
          </w:tcPr>
          <w:p w14:paraId="3519BA21" w14:textId="4F08C83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c>
          <w:tcPr>
            <w:tcW w:w="884" w:type="dxa"/>
            <w:tcBorders>
              <w:top w:val="nil"/>
              <w:left w:val="nil"/>
              <w:bottom w:val="nil"/>
              <w:right w:val="nil"/>
            </w:tcBorders>
            <w:vAlign w:val="bottom"/>
          </w:tcPr>
          <w:p w14:paraId="37064B52" w14:textId="7BFCA99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0.09</w:t>
            </w:r>
          </w:p>
        </w:tc>
        <w:tc>
          <w:tcPr>
            <w:tcW w:w="1490" w:type="dxa"/>
            <w:tcBorders>
              <w:top w:val="nil"/>
              <w:left w:val="nil"/>
              <w:bottom w:val="nil"/>
              <w:right w:val="nil"/>
            </w:tcBorders>
            <w:vAlign w:val="bottom"/>
          </w:tcPr>
          <w:p w14:paraId="07845FA2" w14:textId="57496E6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1905" w:type="dxa"/>
            <w:tcBorders>
              <w:top w:val="nil"/>
              <w:left w:val="nil"/>
              <w:bottom w:val="nil"/>
              <w:right w:val="nil"/>
            </w:tcBorders>
            <w:vAlign w:val="bottom"/>
          </w:tcPr>
          <w:p w14:paraId="7C559154" w14:textId="22DB4BC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776" w:type="dxa"/>
            <w:tcBorders>
              <w:top w:val="nil"/>
              <w:left w:val="nil"/>
              <w:bottom w:val="nil"/>
              <w:right w:val="nil"/>
            </w:tcBorders>
            <w:vAlign w:val="bottom"/>
          </w:tcPr>
          <w:p w14:paraId="79B54EA7" w14:textId="179EFCA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0.26</w:t>
            </w:r>
          </w:p>
        </w:tc>
        <w:tc>
          <w:tcPr>
            <w:tcW w:w="876" w:type="dxa"/>
            <w:tcBorders>
              <w:top w:val="nil"/>
              <w:left w:val="nil"/>
              <w:bottom w:val="nil"/>
              <w:right w:val="nil"/>
            </w:tcBorders>
            <w:vAlign w:val="bottom"/>
          </w:tcPr>
          <w:p w14:paraId="3B9768B6" w14:textId="6916018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c>
          <w:tcPr>
            <w:tcW w:w="1294" w:type="dxa"/>
            <w:tcBorders>
              <w:top w:val="nil"/>
              <w:left w:val="nil"/>
              <w:bottom w:val="nil"/>
              <w:right w:val="nil"/>
            </w:tcBorders>
            <w:vAlign w:val="bottom"/>
          </w:tcPr>
          <w:p w14:paraId="3A98D453" w14:textId="0336FDC5"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0.47</w:t>
            </w:r>
          </w:p>
        </w:tc>
      </w:tr>
      <w:tr w:rsidR="000662E7" w:rsidRPr="000A26ED" w14:paraId="4F7A7542" w14:textId="77777777" w:rsidTr="004A0B2E">
        <w:trPr>
          <w:trHeight w:val="288"/>
        </w:trPr>
        <w:tc>
          <w:tcPr>
            <w:tcW w:w="2284" w:type="dxa"/>
            <w:vAlign w:val="bottom"/>
          </w:tcPr>
          <w:p w14:paraId="06A39AE9" w14:textId="70ADF3F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Entitlement </w:t>
            </w:r>
          </w:p>
        </w:tc>
        <w:tc>
          <w:tcPr>
            <w:tcW w:w="972" w:type="dxa"/>
            <w:tcBorders>
              <w:top w:val="nil"/>
              <w:left w:val="nil"/>
              <w:bottom w:val="nil"/>
              <w:right w:val="nil"/>
            </w:tcBorders>
            <w:vAlign w:val="bottom"/>
          </w:tcPr>
          <w:p w14:paraId="4D7A9A89" w14:textId="21605FB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884" w:type="dxa"/>
            <w:tcBorders>
              <w:top w:val="nil"/>
              <w:left w:val="nil"/>
              <w:bottom w:val="nil"/>
              <w:right w:val="nil"/>
            </w:tcBorders>
            <w:vAlign w:val="bottom"/>
          </w:tcPr>
          <w:p w14:paraId="738754F4" w14:textId="1033824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1490" w:type="dxa"/>
            <w:tcBorders>
              <w:top w:val="nil"/>
              <w:left w:val="nil"/>
              <w:bottom w:val="nil"/>
              <w:right w:val="nil"/>
            </w:tcBorders>
            <w:vAlign w:val="bottom"/>
          </w:tcPr>
          <w:p w14:paraId="29D31704" w14:textId="48CA0F6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1905" w:type="dxa"/>
            <w:tcBorders>
              <w:top w:val="nil"/>
              <w:left w:val="nil"/>
              <w:bottom w:val="nil"/>
              <w:right w:val="nil"/>
            </w:tcBorders>
            <w:vAlign w:val="bottom"/>
          </w:tcPr>
          <w:p w14:paraId="2226D064" w14:textId="58B37DE5"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0.34</w:t>
            </w:r>
          </w:p>
        </w:tc>
        <w:tc>
          <w:tcPr>
            <w:tcW w:w="776" w:type="dxa"/>
            <w:tcBorders>
              <w:top w:val="nil"/>
              <w:left w:val="nil"/>
              <w:bottom w:val="nil"/>
              <w:right w:val="nil"/>
            </w:tcBorders>
            <w:vAlign w:val="bottom"/>
          </w:tcPr>
          <w:p w14:paraId="4615614C" w14:textId="6A2CE18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76" w:type="dxa"/>
            <w:tcBorders>
              <w:top w:val="nil"/>
              <w:left w:val="nil"/>
              <w:bottom w:val="nil"/>
              <w:right w:val="nil"/>
            </w:tcBorders>
            <w:vAlign w:val="bottom"/>
          </w:tcPr>
          <w:p w14:paraId="3D4279B3" w14:textId="3529FCF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-0.22</w:t>
            </w:r>
          </w:p>
        </w:tc>
        <w:tc>
          <w:tcPr>
            <w:tcW w:w="1294" w:type="dxa"/>
            <w:tcBorders>
              <w:top w:val="nil"/>
              <w:left w:val="nil"/>
              <w:bottom w:val="nil"/>
              <w:right w:val="nil"/>
            </w:tcBorders>
            <w:vAlign w:val="bottom"/>
          </w:tcPr>
          <w:p w14:paraId="3A43A0BE" w14:textId="4BCACE28" w:rsidR="000662E7" w:rsidRPr="00812797" w:rsidRDefault="000662E7" w:rsidP="000662E7">
            <w:pPr>
              <w:rPr>
                <w:rFonts w:ascii="Times New Roman" w:hAnsi="Times New Roman" w:cs="Times New Roman"/>
                <w:b/>
                <w:bCs/>
                <w:sz w:val="20"/>
                <w:szCs w:val="20"/>
              </w:rPr>
            </w:pPr>
            <w:r w:rsidRPr="00812797">
              <w:rPr>
                <w:rFonts w:ascii="Times New Roman" w:hAnsi="Times New Roman" w:cs="Times New Roman"/>
                <w:b/>
                <w:bCs/>
                <w:sz w:val="20"/>
                <w:szCs w:val="20"/>
              </w:rPr>
              <w:t>0.47</w:t>
            </w:r>
          </w:p>
        </w:tc>
      </w:tr>
      <w:tr w:rsidR="000662E7" w:rsidRPr="000A26ED" w14:paraId="13950A14" w14:textId="1205C812" w:rsidTr="004A0B2E">
        <w:trPr>
          <w:trHeight w:val="288"/>
        </w:trPr>
        <w:tc>
          <w:tcPr>
            <w:tcW w:w="2284" w:type="dxa"/>
            <w:vAlign w:val="bottom"/>
          </w:tcPr>
          <w:p w14:paraId="1C824C7A" w14:textId="2F15B1A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Manipulativeness </w:t>
            </w:r>
          </w:p>
        </w:tc>
        <w:tc>
          <w:tcPr>
            <w:tcW w:w="972" w:type="dxa"/>
            <w:tcBorders>
              <w:top w:val="nil"/>
              <w:left w:val="nil"/>
              <w:bottom w:val="nil"/>
              <w:right w:val="nil"/>
            </w:tcBorders>
            <w:vAlign w:val="bottom"/>
          </w:tcPr>
          <w:p w14:paraId="4DBCB804" w14:textId="2AEDC8D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0.02</w:t>
            </w:r>
          </w:p>
        </w:tc>
        <w:tc>
          <w:tcPr>
            <w:tcW w:w="884" w:type="dxa"/>
            <w:tcBorders>
              <w:top w:val="nil"/>
              <w:left w:val="nil"/>
              <w:bottom w:val="nil"/>
              <w:right w:val="nil"/>
            </w:tcBorders>
            <w:vAlign w:val="bottom"/>
          </w:tcPr>
          <w:p w14:paraId="5BEC472B" w14:textId="239B9428"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sz w:val="20"/>
                <w:szCs w:val="20"/>
              </w:rPr>
              <w:t>-0.03</w:t>
            </w:r>
          </w:p>
        </w:tc>
        <w:tc>
          <w:tcPr>
            <w:tcW w:w="1490" w:type="dxa"/>
            <w:tcBorders>
              <w:top w:val="nil"/>
              <w:left w:val="nil"/>
              <w:bottom w:val="nil"/>
              <w:right w:val="nil"/>
            </w:tcBorders>
            <w:vAlign w:val="bottom"/>
          </w:tcPr>
          <w:p w14:paraId="12733509" w14:textId="7A12BE52"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0.05</w:t>
            </w:r>
          </w:p>
        </w:tc>
        <w:tc>
          <w:tcPr>
            <w:tcW w:w="1905" w:type="dxa"/>
            <w:tcBorders>
              <w:top w:val="nil"/>
              <w:left w:val="nil"/>
              <w:bottom w:val="nil"/>
              <w:right w:val="nil"/>
            </w:tcBorders>
            <w:vAlign w:val="bottom"/>
          </w:tcPr>
          <w:p w14:paraId="68C649C6" w14:textId="21E87B0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0.20</w:t>
            </w:r>
          </w:p>
        </w:tc>
        <w:tc>
          <w:tcPr>
            <w:tcW w:w="776" w:type="dxa"/>
            <w:tcBorders>
              <w:top w:val="nil"/>
              <w:left w:val="nil"/>
              <w:bottom w:val="nil"/>
              <w:right w:val="nil"/>
            </w:tcBorders>
            <w:vAlign w:val="bottom"/>
          </w:tcPr>
          <w:p w14:paraId="1A0910EA" w14:textId="1C3589D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-0.21</w:t>
            </w:r>
          </w:p>
        </w:tc>
        <w:tc>
          <w:tcPr>
            <w:tcW w:w="876" w:type="dxa"/>
            <w:tcBorders>
              <w:top w:val="nil"/>
              <w:left w:val="nil"/>
              <w:bottom w:val="nil"/>
              <w:right w:val="nil"/>
            </w:tcBorders>
            <w:vAlign w:val="bottom"/>
          </w:tcPr>
          <w:p w14:paraId="68DAAEA2" w14:textId="0C276BE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0.21</w:t>
            </w:r>
          </w:p>
        </w:tc>
        <w:tc>
          <w:tcPr>
            <w:tcW w:w="1294" w:type="dxa"/>
            <w:tcBorders>
              <w:top w:val="nil"/>
              <w:left w:val="nil"/>
              <w:bottom w:val="nil"/>
              <w:right w:val="nil"/>
            </w:tcBorders>
            <w:vAlign w:val="bottom"/>
          </w:tcPr>
          <w:p w14:paraId="286A5D96" w14:textId="7C529834"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b/>
                <w:bCs/>
                <w:sz w:val="20"/>
                <w:szCs w:val="20"/>
              </w:rPr>
              <w:t>0.42</w:t>
            </w:r>
          </w:p>
        </w:tc>
      </w:tr>
      <w:tr w:rsidR="000662E7" w:rsidRPr="000A26ED" w14:paraId="7716D8FF" w14:textId="5F9BF75A" w:rsidTr="004A0B2E">
        <w:trPr>
          <w:trHeight w:val="288"/>
        </w:trPr>
        <w:tc>
          <w:tcPr>
            <w:tcW w:w="2284" w:type="dxa"/>
            <w:vAlign w:val="bottom"/>
          </w:tcPr>
          <w:p w14:paraId="57B058C9" w14:textId="4766D54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Rigidity </w:t>
            </w:r>
          </w:p>
        </w:tc>
        <w:tc>
          <w:tcPr>
            <w:tcW w:w="972" w:type="dxa"/>
            <w:tcBorders>
              <w:top w:val="nil"/>
              <w:left w:val="nil"/>
              <w:bottom w:val="nil"/>
              <w:right w:val="nil"/>
            </w:tcBorders>
            <w:vAlign w:val="bottom"/>
          </w:tcPr>
          <w:p w14:paraId="234B07B7" w14:textId="063088B6"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c>
          <w:tcPr>
            <w:tcW w:w="884" w:type="dxa"/>
            <w:tcBorders>
              <w:top w:val="nil"/>
              <w:left w:val="nil"/>
              <w:bottom w:val="nil"/>
              <w:right w:val="nil"/>
            </w:tcBorders>
            <w:vAlign w:val="bottom"/>
          </w:tcPr>
          <w:p w14:paraId="1073B227" w14:textId="1132E99C"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sz w:val="20"/>
                <w:szCs w:val="20"/>
              </w:rPr>
              <w:t>0.00</w:t>
            </w:r>
          </w:p>
        </w:tc>
        <w:tc>
          <w:tcPr>
            <w:tcW w:w="1490" w:type="dxa"/>
            <w:tcBorders>
              <w:top w:val="nil"/>
              <w:left w:val="nil"/>
              <w:bottom w:val="nil"/>
              <w:right w:val="nil"/>
            </w:tcBorders>
            <w:vAlign w:val="bottom"/>
          </w:tcPr>
          <w:p w14:paraId="41863E43" w14:textId="3EE4A6D5"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0.28</w:t>
            </w:r>
          </w:p>
        </w:tc>
        <w:tc>
          <w:tcPr>
            <w:tcW w:w="1905" w:type="dxa"/>
            <w:tcBorders>
              <w:top w:val="nil"/>
              <w:left w:val="nil"/>
              <w:bottom w:val="nil"/>
              <w:right w:val="nil"/>
            </w:tcBorders>
            <w:vAlign w:val="bottom"/>
          </w:tcPr>
          <w:p w14:paraId="560F5DBD" w14:textId="2929C2D6"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0.08</w:t>
            </w:r>
          </w:p>
        </w:tc>
        <w:tc>
          <w:tcPr>
            <w:tcW w:w="776" w:type="dxa"/>
            <w:tcBorders>
              <w:top w:val="nil"/>
              <w:left w:val="nil"/>
              <w:bottom w:val="nil"/>
              <w:right w:val="nil"/>
            </w:tcBorders>
            <w:vAlign w:val="bottom"/>
          </w:tcPr>
          <w:p w14:paraId="268C0DDA" w14:textId="08544293"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0.20</w:t>
            </w:r>
          </w:p>
        </w:tc>
        <w:tc>
          <w:tcPr>
            <w:tcW w:w="876" w:type="dxa"/>
            <w:tcBorders>
              <w:top w:val="nil"/>
              <w:left w:val="nil"/>
              <w:bottom w:val="nil"/>
              <w:right w:val="nil"/>
            </w:tcBorders>
            <w:vAlign w:val="bottom"/>
          </w:tcPr>
          <w:p w14:paraId="65FC3724" w14:textId="19EE1D10"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-0.15</w:t>
            </w:r>
          </w:p>
        </w:tc>
        <w:tc>
          <w:tcPr>
            <w:tcW w:w="1294" w:type="dxa"/>
            <w:tcBorders>
              <w:top w:val="nil"/>
              <w:left w:val="nil"/>
              <w:bottom w:val="nil"/>
              <w:right w:val="nil"/>
            </w:tcBorders>
            <w:vAlign w:val="bottom"/>
          </w:tcPr>
          <w:p w14:paraId="17DC3CD8" w14:textId="7793A375"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b/>
                <w:bCs/>
                <w:sz w:val="20"/>
                <w:szCs w:val="20"/>
              </w:rPr>
              <w:t>0.42</w:t>
            </w:r>
          </w:p>
        </w:tc>
      </w:tr>
      <w:tr w:rsidR="000662E7" w:rsidRPr="000A26ED" w14:paraId="77564668" w14:textId="798BC44B" w:rsidTr="004A0B2E">
        <w:trPr>
          <w:trHeight w:val="288"/>
        </w:trPr>
        <w:tc>
          <w:tcPr>
            <w:tcW w:w="2284" w:type="dxa"/>
            <w:vAlign w:val="bottom"/>
          </w:tcPr>
          <w:p w14:paraId="007471F9" w14:textId="1C1318A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Eccentricity </w:t>
            </w:r>
          </w:p>
        </w:tc>
        <w:tc>
          <w:tcPr>
            <w:tcW w:w="972" w:type="dxa"/>
            <w:tcBorders>
              <w:top w:val="nil"/>
              <w:left w:val="nil"/>
              <w:bottom w:val="nil"/>
              <w:right w:val="nil"/>
            </w:tcBorders>
            <w:vAlign w:val="bottom"/>
          </w:tcPr>
          <w:p w14:paraId="0E45198E" w14:textId="28410AE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0BF203A1" w14:textId="19AADA00"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c>
          <w:tcPr>
            <w:tcW w:w="1490" w:type="dxa"/>
            <w:tcBorders>
              <w:top w:val="nil"/>
              <w:left w:val="nil"/>
              <w:bottom w:val="nil"/>
              <w:right w:val="nil"/>
            </w:tcBorders>
            <w:vAlign w:val="bottom"/>
          </w:tcPr>
          <w:p w14:paraId="5E81E874" w14:textId="42F7B8E3"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b/>
                <w:bCs/>
                <w:sz w:val="20"/>
                <w:szCs w:val="20"/>
              </w:rPr>
              <w:t>0.35</w:t>
            </w:r>
          </w:p>
        </w:tc>
        <w:tc>
          <w:tcPr>
            <w:tcW w:w="1905" w:type="dxa"/>
            <w:tcBorders>
              <w:top w:val="nil"/>
              <w:left w:val="nil"/>
              <w:bottom w:val="nil"/>
              <w:right w:val="nil"/>
            </w:tcBorders>
            <w:vAlign w:val="bottom"/>
          </w:tcPr>
          <w:p w14:paraId="38BF8BBC" w14:textId="2F1FE35F"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0.04</w:t>
            </w:r>
          </w:p>
        </w:tc>
        <w:tc>
          <w:tcPr>
            <w:tcW w:w="776" w:type="dxa"/>
            <w:tcBorders>
              <w:top w:val="nil"/>
              <w:left w:val="nil"/>
              <w:bottom w:val="nil"/>
              <w:right w:val="nil"/>
            </w:tcBorders>
            <w:vAlign w:val="bottom"/>
          </w:tcPr>
          <w:p w14:paraId="27608882" w14:textId="5F9395D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-0.05</w:t>
            </w:r>
          </w:p>
        </w:tc>
        <w:tc>
          <w:tcPr>
            <w:tcW w:w="876" w:type="dxa"/>
            <w:tcBorders>
              <w:top w:val="nil"/>
              <w:left w:val="nil"/>
              <w:bottom w:val="nil"/>
              <w:right w:val="nil"/>
            </w:tcBorders>
            <w:vAlign w:val="bottom"/>
          </w:tcPr>
          <w:p w14:paraId="3D61BB91" w14:textId="675337A5"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0.27</w:t>
            </w:r>
          </w:p>
        </w:tc>
        <w:tc>
          <w:tcPr>
            <w:tcW w:w="1294" w:type="dxa"/>
            <w:tcBorders>
              <w:top w:val="nil"/>
              <w:left w:val="nil"/>
              <w:bottom w:val="nil"/>
              <w:right w:val="nil"/>
            </w:tcBorders>
            <w:vAlign w:val="bottom"/>
          </w:tcPr>
          <w:p w14:paraId="6965896F" w14:textId="29D5A3CE"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b/>
                <w:bCs/>
                <w:sz w:val="20"/>
                <w:szCs w:val="20"/>
              </w:rPr>
              <w:t>0.36</w:t>
            </w:r>
          </w:p>
        </w:tc>
      </w:tr>
      <w:tr w:rsidR="000662E7" w:rsidRPr="000A26ED" w14:paraId="4BB2D8FA" w14:textId="183782BB" w:rsidTr="004A0B2E">
        <w:trPr>
          <w:trHeight w:val="288"/>
        </w:trPr>
        <w:tc>
          <w:tcPr>
            <w:tcW w:w="2284" w:type="dxa"/>
            <w:vAlign w:val="bottom"/>
          </w:tcPr>
          <w:p w14:paraId="663456F6" w14:textId="48CF2FA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Romantic Disinterest </w:t>
            </w:r>
          </w:p>
        </w:tc>
        <w:tc>
          <w:tcPr>
            <w:tcW w:w="972" w:type="dxa"/>
            <w:tcBorders>
              <w:top w:val="nil"/>
              <w:left w:val="nil"/>
              <w:bottom w:val="nil"/>
              <w:right w:val="nil"/>
            </w:tcBorders>
            <w:vAlign w:val="bottom"/>
          </w:tcPr>
          <w:p w14:paraId="00F8F67C" w14:textId="24C8E46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0.20</w:t>
            </w:r>
          </w:p>
        </w:tc>
        <w:tc>
          <w:tcPr>
            <w:tcW w:w="884" w:type="dxa"/>
            <w:tcBorders>
              <w:top w:val="nil"/>
              <w:left w:val="nil"/>
              <w:bottom w:val="nil"/>
              <w:right w:val="nil"/>
            </w:tcBorders>
            <w:vAlign w:val="bottom"/>
          </w:tcPr>
          <w:p w14:paraId="6A14A1BA" w14:textId="735F545F"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0.25</w:t>
            </w:r>
          </w:p>
        </w:tc>
        <w:tc>
          <w:tcPr>
            <w:tcW w:w="1490" w:type="dxa"/>
            <w:tcBorders>
              <w:top w:val="nil"/>
              <w:left w:val="nil"/>
              <w:bottom w:val="nil"/>
              <w:right w:val="nil"/>
            </w:tcBorders>
            <w:vAlign w:val="bottom"/>
          </w:tcPr>
          <w:p w14:paraId="348D3CA1" w14:textId="2205BBE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-0.18</w:t>
            </w:r>
          </w:p>
        </w:tc>
        <w:tc>
          <w:tcPr>
            <w:tcW w:w="1905" w:type="dxa"/>
            <w:tcBorders>
              <w:top w:val="nil"/>
              <w:left w:val="nil"/>
              <w:bottom w:val="nil"/>
              <w:right w:val="nil"/>
            </w:tcBorders>
            <w:vAlign w:val="bottom"/>
          </w:tcPr>
          <w:p w14:paraId="295BCC8C" w14:textId="793D04B6"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-0.03</w:t>
            </w:r>
          </w:p>
        </w:tc>
        <w:tc>
          <w:tcPr>
            <w:tcW w:w="776" w:type="dxa"/>
            <w:tcBorders>
              <w:top w:val="nil"/>
              <w:left w:val="nil"/>
              <w:bottom w:val="nil"/>
              <w:right w:val="nil"/>
            </w:tcBorders>
            <w:vAlign w:val="bottom"/>
          </w:tcPr>
          <w:p w14:paraId="41C2EB74" w14:textId="2BEC4E1C"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0.11</w:t>
            </w:r>
          </w:p>
        </w:tc>
        <w:tc>
          <w:tcPr>
            <w:tcW w:w="876" w:type="dxa"/>
            <w:tcBorders>
              <w:top w:val="nil"/>
              <w:left w:val="nil"/>
              <w:bottom w:val="nil"/>
              <w:right w:val="nil"/>
            </w:tcBorders>
            <w:vAlign w:val="bottom"/>
          </w:tcPr>
          <w:p w14:paraId="6DCF9DC0" w14:textId="196B5E31"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-0.05</w:t>
            </w:r>
          </w:p>
        </w:tc>
        <w:tc>
          <w:tcPr>
            <w:tcW w:w="1294" w:type="dxa"/>
            <w:tcBorders>
              <w:top w:val="nil"/>
              <w:left w:val="nil"/>
              <w:bottom w:val="nil"/>
              <w:right w:val="nil"/>
            </w:tcBorders>
            <w:vAlign w:val="bottom"/>
          </w:tcPr>
          <w:p w14:paraId="50E3BC12" w14:textId="473B5C63"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b/>
                <w:bCs/>
                <w:sz w:val="20"/>
                <w:szCs w:val="20"/>
              </w:rPr>
              <w:t>0.34</w:t>
            </w:r>
          </w:p>
        </w:tc>
      </w:tr>
      <w:tr w:rsidR="000662E7" w:rsidRPr="000A26ED" w14:paraId="1A17A2C6" w14:textId="2A02A2C4" w:rsidTr="004A0B2E">
        <w:trPr>
          <w:trHeight w:val="288"/>
        </w:trPr>
        <w:tc>
          <w:tcPr>
            <w:tcW w:w="2284" w:type="dxa"/>
            <w:vAlign w:val="bottom"/>
          </w:tcPr>
          <w:p w14:paraId="3B454897" w14:textId="419403B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Restricted Affectivity</w:t>
            </w:r>
          </w:p>
        </w:tc>
        <w:tc>
          <w:tcPr>
            <w:tcW w:w="972" w:type="dxa"/>
            <w:tcBorders>
              <w:top w:val="nil"/>
              <w:left w:val="nil"/>
              <w:bottom w:val="nil"/>
              <w:right w:val="nil"/>
            </w:tcBorders>
            <w:vAlign w:val="bottom"/>
          </w:tcPr>
          <w:p w14:paraId="6BFE9069" w14:textId="74626384"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0.23</w:t>
            </w:r>
          </w:p>
        </w:tc>
        <w:tc>
          <w:tcPr>
            <w:tcW w:w="884" w:type="dxa"/>
            <w:tcBorders>
              <w:top w:val="nil"/>
              <w:left w:val="nil"/>
              <w:bottom w:val="nil"/>
              <w:right w:val="nil"/>
            </w:tcBorders>
            <w:vAlign w:val="bottom"/>
          </w:tcPr>
          <w:p w14:paraId="1FF6F7E5" w14:textId="3117005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0.23</w:t>
            </w:r>
          </w:p>
        </w:tc>
        <w:tc>
          <w:tcPr>
            <w:tcW w:w="1490" w:type="dxa"/>
            <w:tcBorders>
              <w:top w:val="nil"/>
              <w:left w:val="nil"/>
              <w:bottom w:val="nil"/>
              <w:right w:val="nil"/>
            </w:tcBorders>
            <w:vAlign w:val="bottom"/>
          </w:tcPr>
          <w:p w14:paraId="6090C74F" w14:textId="4E49C07C"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0.06</w:t>
            </w:r>
          </w:p>
        </w:tc>
        <w:tc>
          <w:tcPr>
            <w:tcW w:w="1905" w:type="dxa"/>
            <w:tcBorders>
              <w:top w:val="nil"/>
              <w:left w:val="nil"/>
              <w:bottom w:val="nil"/>
              <w:right w:val="nil"/>
            </w:tcBorders>
            <w:vAlign w:val="bottom"/>
          </w:tcPr>
          <w:p w14:paraId="2D3B079A" w14:textId="4DD166E4"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0.02</w:t>
            </w:r>
          </w:p>
        </w:tc>
        <w:tc>
          <w:tcPr>
            <w:tcW w:w="776" w:type="dxa"/>
            <w:tcBorders>
              <w:top w:val="nil"/>
              <w:left w:val="nil"/>
              <w:bottom w:val="nil"/>
              <w:right w:val="nil"/>
            </w:tcBorders>
            <w:vAlign w:val="bottom"/>
          </w:tcPr>
          <w:p w14:paraId="4C9F79FC" w14:textId="41D4B86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-0.03</w:t>
            </w:r>
          </w:p>
        </w:tc>
        <w:tc>
          <w:tcPr>
            <w:tcW w:w="876" w:type="dxa"/>
            <w:tcBorders>
              <w:top w:val="nil"/>
              <w:left w:val="nil"/>
              <w:bottom w:val="nil"/>
              <w:right w:val="nil"/>
            </w:tcBorders>
            <w:vAlign w:val="bottom"/>
          </w:tcPr>
          <w:p w14:paraId="1D1786A0" w14:textId="546D5636"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0.10</w:t>
            </w:r>
          </w:p>
        </w:tc>
        <w:tc>
          <w:tcPr>
            <w:tcW w:w="1294" w:type="dxa"/>
            <w:tcBorders>
              <w:top w:val="nil"/>
              <w:left w:val="nil"/>
              <w:bottom w:val="nil"/>
              <w:right w:val="nil"/>
            </w:tcBorders>
            <w:vAlign w:val="bottom"/>
          </w:tcPr>
          <w:p w14:paraId="2A9465F1" w14:textId="3B409CE2"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b/>
                <w:bCs/>
                <w:sz w:val="20"/>
                <w:szCs w:val="20"/>
              </w:rPr>
              <w:t>0.32</w:t>
            </w:r>
          </w:p>
        </w:tc>
      </w:tr>
      <w:tr w:rsidR="000662E7" w:rsidRPr="000A26ED" w14:paraId="418E05DA" w14:textId="06A95FA6" w:rsidTr="004A0B2E">
        <w:trPr>
          <w:trHeight w:val="288"/>
        </w:trPr>
        <w:tc>
          <w:tcPr>
            <w:tcW w:w="2284" w:type="dxa"/>
            <w:vAlign w:val="bottom"/>
          </w:tcPr>
          <w:p w14:paraId="17CC3FB4" w14:textId="5297400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Deceitfulness </w:t>
            </w:r>
          </w:p>
        </w:tc>
        <w:tc>
          <w:tcPr>
            <w:tcW w:w="972" w:type="dxa"/>
            <w:tcBorders>
              <w:top w:val="nil"/>
              <w:left w:val="nil"/>
              <w:bottom w:val="nil"/>
              <w:right w:val="nil"/>
            </w:tcBorders>
            <w:vAlign w:val="bottom"/>
          </w:tcPr>
          <w:p w14:paraId="11B49198" w14:textId="041515E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0.08</w:t>
            </w:r>
          </w:p>
        </w:tc>
        <w:tc>
          <w:tcPr>
            <w:tcW w:w="884" w:type="dxa"/>
            <w:tcBorders>
              <w:top w:val="nil"/>
              <w:left w:val="nil"/>
              <w:bottom w:val="nil"/>
              <w:right w:val="nil"/>
            </w:tcBorders>
            <w:vAlign w:val="bottom"/>
          </w:tcPr>
          <w:p w14:paraId="57422658" w14:textId="708F07CD"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0.01</w:t>
            </w:r>
          </w:p>
        </w:tc>
        <w:tc>
          <w:tcPr>
            <w:tcW w:w="1490" w:type="dxa"/>
            <w:tcBorders>
              <w:top w:val="nil"/>
              <w:left w:val="nil"/>
              <w:bottom w:val="nil"/>
              <w:right w:val="nil"/>
            </w:tcBorders>
            <w:vAlign w:val="bottom"/>
          </w:tcPr>
          <w:p w14:paraId="1FC5EBAB" w14:textId="27D600C6"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0.19</w:t>
            </w:r>
          </w:p>
        </w:tc>
        <w:tc>
          <w:tcPr>
            <w:tcW w:w="1905" w:type="dxa"/>
            <w:tcBorders>
              <w:top w:val="nil"/>
              <w:left w:val="nil"/>
              <w:bottom w:val="nil"/>
              <w:right w:val="nil"/>
            </w:tcBorders>
            <w:vAlign w:val="bottom"/>
          </w:tcPr>
          <w:p w14:paraId="06EEAF9A" w14:textId="0A8C745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0.25</w:t>
            </w:r>
          </w:p>
        </w:tc>
        <w:tc>
          <w:tcPr>
            <w:tcW w:w="776" w:type="dxa"/>
            <w:tcBorders>
              <w:top w:val="nil"/>
              <w:left w:val="nil"/>
              <w:bottom w:val="nil"/>
              <w:right w:val="nil"/>
            </w:tcBorders>
            <w:vAlign w:val="bottom"/>
          </w:tcPr>
          <w:p w14:paraId="0DD36E6E" w14:textId="4EF1EB4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-0.05</w:t>
            </w:r>
          </w:p>
        </w:tc>
        <w:tc>
          <w:tcPr>
            <w:tcW w:w="876" w:type="dxa"/>
            <w:tcBorders>
              <w:top w:val="nil"/>
              <w:left w:val="nil"/>
              <w:bottom w:val="nil"/>
              <w:right w:val="nil"/>
            </w:tcBorders>
            <w:vAlign w:val="bottom"/>
          </w:tcPr>
          <w:p w14:paraId="03403061" w14:textId="028B594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0.07</w:t>
            </w:r>
          </w:p>
        </w:tc>
        <w:tc>
          <w:tcPr>
            <w:tcW w:w="1294" w:type="dxa"/>
            <w:tcBorders>
              <w:top w:val="nil"/>
              <w:left w:val="nil"/>
              <w:bottom w:val="nil"/>
              <w:right w:val="nil"/>
            </w:tcBorders>
            <w:vAlign w:val="bottom"/>
          </w:tcPr>
          <w:p w14:paraId="508CB87A" w14:textId="44E99ACA" w:rsidR="000662E7" w:rsidRPr="00812797" w:rsidRDefault="000662E7" w:rsidP="000662E7">
            <w:pPr>
              <w:rPr>
                <w:rFonts w:ascii="Times New Roman" w:hAnsi="Times New Roman" w:cs="Times New Roman"/>
                <w:b/>
                <w:bCs/>
                <w:sz w:val="20"/>
                <w:szCs w:val="20"/>
                <w:highlight w:val="yellow"/>
              </w:rPr>
            </w:pPr>
            <w:r w:rsidRPr="00812797">
              <w:rPr>
                <w:rFonts w:ascii="Times New Roman" w:hAnsi="Times New Roman" w:cs="Times New Roman"/>
                <w:b/>
                <w:bCs/>
                <w:sz w:val="20"/>
                <w:szCs w:val="20"/>
              </w:rPr>
              <w:t>0.32</w:t>
            </w:r>
          </w:p>
        </w:tc>
      </w:tr>
      <w:tr w:rsidR="000662E7" w:rsidRPr="000A26ED" w14:paraId="6FB45E21" w14:textId="37BC5FE2" w:rsidTr="004A0B2E">
        <w:trPr>
          <w:trHeight w:val="288"/>
        </w:trPr>
        <w:tc>
          <w:tcPr>
            <w:tcW w:w="2284" w:type="dxa"/>
          </w:tcPr>
          <w:p w14:paraId="1673C363" w14:textId="531FC2E8"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Affective Lability</w:t>
            </w:r>
          </w:p>
        </w:tc>
        <w:tc>
          <w:tcPr>
            <w:tcW w:w="972" w:type="dxa"/>
            <w:vAlign w:val="bottom"/>
          </w:tcPr>
          <w:p w14:paraId="721B7B30" w14:textId="670A5EC3"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0.03</w:t>
            </w:r>
          </w:p>
        </w:tc>
        <w:tc>
          <w:tcPr>
            <w:tcW w:w="884" w:type="dxa"/>
            <w:vAlign w:val="bottom"/>
          </w:tcPr>
          <w:p w14:paraId="2351D28E" w14:textId="691837B5"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0.19</w:t>
            </w:r>
          </w:p>
        </w:tc>
        <w:tc>
          <w:tcPr>
            <w:tcW w:w="1490" w:type="dxa"/>
            <w:vAlign w:val="bottom"/>
          </w:tcPr>
          <w:p w14:paraId="15075DA4" w14:textId="5936CF1C"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0.22</w:t>
            </w:r>
          </w:p>
        </w:tc>
        <w:tc>
          <w:tcPr>
            <w:tcW w:w="1905" w:type="dxa"/>
            <w:vAlign w:val="bottom"/>
          </w:tcPr>
          <w:p w14:paraId="56A01E10" w14:textId="6BA8AA59"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0.19</w:t>
            </w:r>
          </w:p>
        </w:tc>
        <w:tc>
          <w:tcPr>
            <w:tcW w:w="776" w:type="dxa"/>
            <w:vAlign w:val="bottom"/>
          </w:tcPr>
          <w:p w14:paraId="57AE4293" w14:textId="3A6F8AA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0.08</w:t>
            </w:r>
          </w:p>
        </w:tc>
        <w:tc>
          <w:tcPr>
            <w:tcW w:w="876" w:type="dxa"/>
            <w:vAlign w:val="bottom"/>
          </w:tcPr>
          <w:p w14:paraId="533CD76B" w14:textId="6DD3AE8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0.21</w:t>
            </w:r>
          </w:p>
        </w:tc>
        <w:tc>
          <w:tcPr>
            <w:tcW w:w="1294" w:type="dxa"/>
            <w:vAlign w:val="bottom"/>
          </w:tcPr>
          <w:p w14:paraId="602111CA" w14:textId="4C129A8F"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0.29</w:t>
            </w:r>
          </w:p>
        </w:tc>
      </w:tr>
      <w:tr w:rsidR="000662E7" w:rsidRPr="000A26ED" w14:paraId="3E78DB0D" w14:textId="21F6ADAA" w:rsidTr="004A0B2E">
        <w:trPr>
          <w:trHeight w:val="288"/>
        </w:trPr>
        <w:tc>
          <w:tcPr>
            <w:tcW w:w="2284" w:type="dxa"/>
          </w:tcPr>
          <w:p w14:paraId="4C2EF0DD" w14:textId="0768196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Antisocial Behavior </w:t>
            </w:r>
          </w:p>
        </w:tc>
        <w:tc>
          <w:tcPr>
            <w:tcW w:w="972" w:type="dxa"/>
            <w:vAlign w:val="bottom"/>
          </w:tcPr>
          <w:p w14:paraId="3FDB2235" w14:textId="59943BE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-0.03</w:t>
            </w:r>
          </w:p>
        </w:tc>
        <w:tc>
          <w:tcPr>
            <w:tcW w:w="884" w:type="dxa"/>
            <w:vAlign w:val="bottom"/>
          </w:tcPr>
          <w:p w14:paraId="54BC0F83" w14:textId="588F1B3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0.11</w:t>
            </w:r>
          </w:p>
        </w:tc>
        <w:tc>
          <w:tcPr>
            <w:tcW w:w="1490" w:type="dxa"/>
            <w:vAlign w:val="bottom"/>
          </w:tcPr>
          <w:p w14:paraId="4DAC00A3" w14:textId="0EA3D5A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-0.15</w:t>
            </w:r>
          </w:p>
        </w:tc>
        <w:tc>
          <w:tcPr>
            <w:tcW w:w="1905" w:type="dxa"/>
            <w:vAlign w:val="bottom"/>
          </w:tcPr>
          <w:p w14:paraId="5AA14435" w14:textId="6EF5AFB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0.09</w:t>
            </w:r>
          </w:p>
        </w:tc>
        <w:tc>
          <w:tcPr>
            <w:tcW w:w="776" w:type="dxa"/>
            <w:vAlign w:val="bottom"/>
          </w:tcPr>
          <w:p w14:paraId="77C27AAB" w14:textId="21F0E5B9"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-0.11</w:t>
            </w:r>
          </w:p>
        </w:tc>
        <w:tc>
          <w:tcPr>
            <w:tcW w:w="876" w:type="dxa"/>
            <w:vAlign w:val="bottom"/>
          </w:tcPr>
          <w:p w14:paraId="7AE8F504" w14:textId="55495AC5"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0.29</w:t>
            </w:r>
          </w:p>
        </w:tc>
        <w:tc>
          <w:tcPr>
            <w:tcW w:w="1294" w:type="dxa"/>
            <w:vAlign w:val="bottom"/>
          </w:tcPr>
          <w:p w14:paraId="560CA73E" w14:textId="06A4BFF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0.27</w:t>
            </w:r>
          </w:p>
        </w:tc>
      </w:tr>
      <w:tr w:rsidR="000662E7" w:rsidRPr="000A26ED" w14:paraId="0F85A4F9" w14:textId="0529134C" w:rsidTr="004A0B2E">
        <w:trPr>
          <w:trHeight w:val="288"/>
        </w:trPr>
        <w:tc>
          <w:tcPr>
            <w:tcW w:w="2284" w:type="dxa"/>
            <w:vAlign w:val="bottom"/>
          </w:tcPr>
          <w:p w14:paraId="5C68B45D" w14:textId="0CF5AEE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Paraphilias </w:t>
            </w:r>
          </w:p>
        </w:tc>
        <w:tc>
          <w:tcPr>
            <w:tcW w:w="972" w:type="dxa"/>
            <w:vAlign w:val="bottom"/>
          </w:tcPr>
          <w:p w14:paraId="37DC3EEF" w14:textId="394245D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c>
          <w:tcPr>
            <w:tcW w:w="884" w:type="dxa"/>
            <w:vAlign w:val="bottom"/>
          </w:tcPr>
          <w:p w14:paraId="176726ED" w14:textId="1799BC9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-0.10</w:t>
            </w:r>
          </w:p>
        </w:tc>
        <w:tc>
          <w:tcPr>
            <w:tcW w:w="1490" w:type="dxa"/>
            <w:vAlign w:val="bottom"/>
          </w:tcPr>
          <w:p w14:paraId="6B4D0C3D" w14:textId="13F892F5"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-0.07</w:t>
            </w:r>
          </w:p>
        </w:tc>
        <w:tc>
          <w:tcPr>
            <w:tcW w:w="1905" w:type="dxa"/>
            <w:vAlign w:val="bottom"/>
          </w:tcPr>
          <w:p w14:paraId="05DB7E91" w14:textId="7521BD8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0.10</w:t>
            </w:r>
          </w:p>
        </w:tc>
        <w:tc>
          <w:tcPr>
            <w:tcW w:w="776" w:type="dxa"/>
            <w:vAlign w:val="bottom"/>
          </w:tcPr>
          <w:p w14:paraId="509344A3" w14:textId="6ED096E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c>
          <w:tcPr>
            <w:tcW w:w="876" w:type="dxa"/>
            <w:vAlign w:val="bottom"/>
          </w:tcPr>
          <w:p w14:paraId="3CBCF163" w14:textId="78EAF0B2"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0.22</w:t>
            </w:r>
          </w:p>
        </w:tc>
        <w:tc>
          <w:tcPr>
            <w:tcW w:w="1294" w:type="dxa"/>
            <w:vAlign w:val="bottom"/>
          </w:tcPr>
          <w:p w14:paraId="37854A71" w14:textId="4EDD2CCC"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0.22</w:t>
            </w:r>
          </w:p>
        </w:tc>
      </w:tr>
      <w:tr w:rsidR="000662E7" w:rsidRPr="000A26ED" w14:paraId="40F768C2" w14:textId="4A535B68" w:rsidTr="004A0B2E">
        <w:trPr>
          <w:trHeight w:val="288"/>
        </w:trPr>
        <w:tc>
          <w:tcPr>
            <w:tcW w:w="2284" w:type="dxa"/>
            <w:vAlign w:val="bottom"/>
          </w:tcPr>
          <w:p w14:paraId="2B07A256" w14:textId="71AE271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Gaming </w:t>
            </w:r>
          </w:p>
        </w:tc>
        <w:tc>
          <w:tcPr>
            <w:tcW w:w="972" w:type="dxa"/>
            <w:vAlign w:val="bottom"/>
          </w:tcPr>
          <w:p w14:paraId="5EEB792F" w14:textId="73339B82"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0.01</w:t>
            </w:r>
          </w:p>
        </w:tc>
        <w:tc>
          <w:tcPr>
            <w:tcW w:w="884" w:type="dxa"/>
            <w:vAlign w:val="bottom"/>
          </w:tcPr>
          <w:p w14:paraId="0A94E5E8" w14:textId="7A844B1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-0.01</w:t>
            </w:r>
          </w:p>
        </w:tc>
        <w:tc>
          <w:tcPr>
            <w:tcW w:w="1490" w:type="dxa"/>
            <w:vAlign w:val="bottom"/>
          </w:tcPr>
          <w:p w14:paraId="0D44A2FE" w14:textId="45D516D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0.08</w:t>
            </w:r>
          </w:p>
        </w:tc>
        <w:tc>
          <w:tcPr>
            <w:tcW w:w="1905" w:type="dxa"/>
            <w:vAlign w:val="bottom"/>
          </w:tcPr>
          <w:p w14:paraId="1D2D961C" w14:textId="42CC4A91"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-0.01</w:t>
            </w:r>
          </w:p>
        </w:tc>
        <w:tc>
          <w:tcPr>
            <w:tcW w:w="776" w:type="dxa"/>
            <w:vAlign w:val="bottom"/>
          </w:tcPr>
          <w:p w14:paraId="78E46D9C" w14:textId="13125EB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-0.01</w:t>
            </w:r>
          </w:p>
        </w:tc>
        <w:tc>
          <w:tcPr>
            <w:tcW w:w="876" w:type="dxa"/>
            <w:vAlign w:val="bottom"/>
          </w:tcPr>
          <w:p w14:paraId="6E4DF7C6" w14:textId="3FD6710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0.06</w:t>
            </w:r>
          </w:p>
        </w:tc>
        <w:tc>
          <w:tcPr>
            <w:tcW w:w="1294" w:type="dxa"/>
            <w:vAlign w:val="bottom"/>
          </w:tcPr>
          <w:p w14:paraId="40275BBE" w14:textId="3D433D5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0.22</w:t>
            </w:r>
          </w:p>
        </w:tc>
      </w:tr>
      <w:tr w:rsidR="000662E7" w:rsidRPr="000A26ED" w14:paraId="4A2B915A" w14:textId="5C9B2BA2" w:rsidTr="004A0B2E">
        <w:trPr>
          <w:trHeight w:val="288"/>
        </w:trPr>
        <w:tc>
          <w:tcPr>
            <w:tcW w:w="2284" w:type="dxa"/>
          </w:tcPr>
          <w:p w14:paraId="14240D85" w14:textId="32661C9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Premature Orgasm</w:t>
            </w:r>
          </w:p>
        </w:tc>
        <w:tc>
          <w:tcPr>
            <w:tcW w:w="972" w:type="dxa"/>
            <w:vAlign w:val="bottom"/>
          </w:tcPr>
          <w:p w14:paraId="46275BD7" w14:textId="7039DA24"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c>
          <w:tcPr>
            <w:tcW w:w="884" w:type="dxa"/>
            <w:vAlign w:val="bottom"/>
          </w:tcPr>
          <w:p w14:paraId="6EFB2D9B" w14:textId="25FCED14"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-0.10</w:t>
            </w:r>
          </w:p>
        </w:tc>
        <w:tc>
          <w:tcPr>
            <w:tcW w:w="1490" w:type="dxa"/>
            <w:vAlign w:val="bottom"/>
          </w:tcPr>
          <w:p w14:paraId="35117FBB" w14:textId="25E3892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0.02</w:t>
            </w:r>
          </w:p>
        </w:tc>
        <w:tc>
          <w:tcPr>
            <w:tcW w:w="1905" w:type="dxa"/>
            <w:vAlign w:val="bottom"/>
          </w:tcPr>
          <w:p w14:paraId="7B5DFC7A" w14:textId="4FC3E71F"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0.03</w:t>
            </w:r>
          </w:p>
        </w:tc>
        <w:tc>
          <w:tcPr>
            <w:tcW w:w="776" w:type="dxa"/>
            <w:vAlign w:val="bottom"/>
          </w:tcPr>
          <w:p w14:paraId="5FABC277" w14:textId="2628278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-0.04</w:t>
            </w:r>
          </w:p>
        </w:tc>
        <w:tc>
          <w:tcPr>
            <w:tcW w:w="876" w:type="dxa"/>
            <w:vAlign w:val="bottom"/>
          </w:tcPr>
          <w:p w14:paraId="5B502985" w14:textId="14AA39B0"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c>
          <w:tcPr>
            <w:tcW w:w="1294" w:type="dxa"/>
            <w:vAlign w:val="bottom"/>
          </w:tcPr>
          <w:p w14:paraId="2D55A870" w14:textId="32B6D25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0.17</w:t>
            </w:r>
          </w:p>
        </w:tc>
      </w:tr>
      <w:tr w:rsidR="000662E7" w:rsidRPr="000A26ED" w14:paraId="3FD1FD33" w14:textId="3F216AB5" w:rsidTr="004A0B2E">
        <w:trPr>
          <w:trHeight w:val="288"/>
        </w:trPr>
        <w:tc>
          <w:tcPr>
            <w:tcW w:w="2284" w:type="dxa"/>
          </w:tcPr>
          <w:p w14:paraId="02B73EA3" w14:textId="4095E0E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Gambling </w:t>
            </w:r>
          </w:p>
        </w:tc>
        <w:tc>
          <w:tcPr>
            <w:tcW w:w="972" w:type="dxa"/>
            <w:vAlign w:val="bottom"/>
          </w:tcPr>
          <w:p w14:paraId="4AEA9814" w14:textId="344E8D3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0.03</w:t>
            </w:r>
          </w:p>
        </w:tc>
        <w:tc>
          <w:tcPr>
            <w:tcW w:w="884" w:type="dxa"/>
            <w:vAlign w:val="bottom"/>
          </w:tcPr>
          <w:p w14:paraId="24D91F32" w14:textId="591EB644"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-0.03</w:t>
            </w:r>
          </w:p>
        </w:tc>
        <w:tc>
          <w:tcPr>
            <w:tcW w:w="1490" w:type="dxa"/>
            <w:vAlign w:val="bottom"/>
          </w:tcPr>
          <w:p w14:paraId="388E892C" w14:textId="4F6B57A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0.00</w:t>
            </w:r>
          </w:p>
        </w:tc>
        <w:tc>
          <w:tcPr>
            <w:tcW w:w="1905" w:type="dxa"/>
            <w:vAlign w:val="bottom"/>
          </w:tcPr>
          <w:p w14:paraId="4F3125D0" w14:textId="2D992199"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-0.09</w:t>
            </w:r>
          </w:p>
        </w:tc>
        <w:tc>
          <w:tcPr>
            <w:tcW w:w="776" w:type="dxa"/>
            <w:vAlign w:val="bottom"/>
          </w:tcPr>
          <w:p w14:paraId="2B848BAF" w14:textId="3E4A0B69"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-0.04</w:t>
            </w:r>
          </w:p>
        </w:tc>
        <w:tc>
          <w:tcPr>
            <w:tcW w:w="876" w:type="dxa"/>
            <w:vAlign w:val="bottom"/>
          </w:tcPr>
          <w:p w14:paraId="16EF7A5D" w14:textId="781CEE6D"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0.14</w:t>
            </w:r>
          </w:p>
        </w:tc>
        <w:tc>
          <w:tcPr>
            <w:tcW w:w="1294" w:type="dxa"/>
            <w:vAlign w:val="bottom"/>
          </w:tcPr>
          <w:p w14:paraId="7C3607B1" w14:textId="0999A359"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0.16</w:t>
            </w:r>
          </w:p>
        </w:tc>
      </w:tr>
      <w:tr w:rsidR="000662E7" w:rsidRPr="000A26ED" w14:paraId="36B303D4" w14:textId="3B1D1C62" w:rsidTr="004A0B2E">
        <w:trPr>
          <w:trHeight w:val="288"/>
        </w:trPr>
        <w:tc>
          <w:tcPr>
            <w:tcW w:w="2284" w:type="dxa"/>
          </w:tcPr>
          <w:p w14:paraId="75EB5694" w14:textId="351FE07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Problematic Shopping</w:t>
            </w:r>
          </w:p>
        </w:tc>
        <w:tc>
          <w:tcPr>
            <w:tcW w:w="972" w:type="dxa"/>
            <w:vAlign w:val="bottom"/>
          </w:tcPr>
          <w:p w14:paraId="60656FCA" w14:textId="6968D7A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0.06</w:t>
            </w:r>
          </w:p>
        </w:tc>
        <w:tc>
          <w:tcPr>
            <w:tcW w:w="884" w:type="dxa"/>
            <w:vAlign w:val="bottom"/>
          </w:tcPr>
          <w:p w14:paraId="2E7E742C" w14:textId="44E7C81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0.07</w:t>
            </w:r>
          </w:p>
        </w:tc>
        <w:tc>
          <w:tcPr>
            <w:tcW w:w="1490" w:type="dxa"/>
            <w:vAlign w:val="bottom"/>
          </w:tcPr>
          <w:p w14:paraId="443B8304" w14:textId="5F0857B9"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0.22</w:t>
            </w:r>
          </w:p>
        </w:tc>
        <w:tc>
          <w:tcPr>
            <w:tcW w:w="1905" w:type="dxa"/>
            <w:vAlign w:val="bottom"/>
          </w:tcPr>
          <w:p w14:paraId="3A1E11C9" w14:textId="2E4B49B0"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0.24</w:t>
            </w:r>
          </w:p>
        </w:tc>
        <w:tc>
          <w:tcPr>
            <w:tcW w:w="776" w:type="dxa"/>
            <w:vAlign w:val="bottom"/>
          </w:tcPr>
          <w:p w14:paraId="2E9D23FD" w14:textId="2C66920F"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0.10</w:t>
            </w:r>
          </w:p>
        </w:tc>
        <w:tc>
          <w:tcPr>
            <w:tcW w:w="876" w:type="dxa"/>
            <w:vAlign w:val="bottom"/>
          </w:tcPr>
          <w:p w14:paraId="5D7A5DD3" w14:textId="2D864EA1"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-0.09</w:t>
            </w:r>
          </w:p>
        </w:tc>
        <w:tc>
          <w:tcPr>
            <w:tcW w:w="1294" w:type="dxa"/>
            <w:vAlign w:val="bottom"/>
          </w:tcPr>
          <w:p w14:paraId="3A6E5B58" w14:textId="0D31B23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r>
      <w:tr w:rsidR="000662E7" w:rsidRPr="000A26ED" w14:paraId="134A3019" w14:textId="2D9FFE33" w:rsidTr="004A0B2E">
        <w:trPr>
          <w:trHeight w:val="288"/>
        </w:trPr>
        <w:tc>
          <w:tcPr>
            <w:tcW w:w="2284" w:type="dxa"/>
          </w:tcPr>
          <w:p w14:paraId="3C31924E" w14:textId="41BDB80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Binge Eating</w:t>
            </w:r>
          </w:p>
        </w:tc>
        <w:tc>
          <w:tcPr>
            <w:tcW w:w="972" w:type="dxa"/>
            <w:vAlign w:val="bottom"/>
          </w:tcPr>
          <w:p w14:paraId="54C68B68" w14:textId="6212AD69"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0.13</w:t>
            </w:r>
          </w:p>
        </w:tc>
        <w:tc>
          <w:tcPr>
            <w:tcW w:w="884" w:type="dxa"/>
            <w:vAlign w:val="bottom"/>
          </w:tcPr>
          <w:p w14:paraId="5FDF0326" w14:textId="1493577E"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0.22</w:t>
            </w:r>
          </w:p>
        </w:tc>
        <w:tc>
          <w:tcPr>
            <w:tcW w:w="1490" w:type="dxa"/>
            <w:vAlign w:val="bottom"/>
          </w:tcPr>
          <w:p w14:paraId="0988B800" w14:textId="7DB4A320"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0.02</w:t>
            </w:r>
          </w:p>
        </w:tc>
        <w:tc>
          <w:tcPr>
            <w:tcW w:w="1905" w:type="dxa"/>
            <w:vAlign w:val="bottom"/>
          </w:tcPr>
          <w:p w14:paraId="5D07A0C1" w14:textId="42A53D1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0.26</w:t>
            </w:r>
          </w:p>
        </w:tc>
        <w:tc>
          <w:tcPr>
            <w:tcW w:w="776" w:type="dxa"/>
            <w:vAlign w:val="bottom"/>
          </w:tcPr>
          <w:p w14:paraId="08AEF444" w14:textId="4623F274"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0.07</w:t>
            </w:r>
          </w:p>
        </w:tc>
        <w:tc>
          <w:tcPr>
            <w:tcW w:w="876" w:type="dxa"/>
            <w:vAlign w:val="bottom"/>
          </w:tcPr>
          <w:p w14:paraId="3ADD9A9D" w14:textId="1A09D46C"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-0.11</w:t>
            </w:r>
          </w:p>
        </w:tc>
        <w:tc>
          <w:tcPr>
            <w:tcW w:w="1294" w:type="dxa"/>
            <w:vAlign w:val="bottom"/>
          </w:tcPr>
          <w:p w14:paraId="62813E91" w14:textId="1DD52123"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0.10</w:t>
            </w:r>
          </w:p>
        </w:tc>
      </w:tr>
      <w:tr w:rsidR="000662E7" w:rsidRPr="000A26ED" w14:paraId="5AFDB00C" w14:textId="6CF27803" w:rsidTr="004A0B2E">
        <w:trPr>
          <w:trHeight w:val="288"/>
        </w:trPr>
        <w:tc>
          <w:tcPr>
            <w:tcW w:w="2284" w:type="dxa"/>
          </w:tcPr>
          <w:p w14:paraId="2023E662" w14:textId="5B93600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Insomnia </w:t>
            </w:r>
          </w:p>
        </w:tc>
        <w:tc>
          <w:tcPr>
            <w:tcW w:w="972" w:type="dxa"/>
            <w:vAlign w:val="bottom"/>
          </w:tcPr>
          <w:p w14:paraId="1C49F307" w14:textId="4143156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0.15</w:t>
            </w:r>
          </w:p>
        </w:tc>
        <w:tc>
          <w:tcPr>
            <w:tcW w:w="884" w:type="dxa"/>
            <w:vAlign w:val="bottom"/>
          </w:tcPr>
          <w:p w14:paraId="5BFD1A93" w14:textId="2AF1CABA"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0.26</w:t>
            </w:r>
          </w:p>
        </w:tc>
        <w:tc>
          <w:tcPr>
            <w:tcW w:w="1490" w:type="dxa"/>
            <w:vAlign w:val="bottom"/>
          </w:tcPr>
          <w:p w14:paraId="17F15ABD" w14:textId="6FB1525B"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0.15</w:t>
            </w:r>
          </w:p>
        </w:tc>
        <w:tc>
          <w:tcPr>
            <w:tcW w:w="1905" w:type="dxa"/>
            <w:vAlign w:val="bottom"/>
          </w:tcPr>
          <w:p w14:paraId="2132B644" w14:textId="2EA018C8"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0.11</w:t>
            </w:r>
          </w:p>
        </w:tc>
        <w:tc>
          <w:tcPr>
            <w:tcW w:w="776" w:type="dxa"/>
            <w:vAlign w:val="bottom"/>
          </w:tcPr>
          <w:p w14:paraId="31870B9F" w14:textId="0939B357"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0.12</w:t>
            </w:r>
          </w:p>
        </w:tc>
        <w:tc>
          <w:tcPr>
            <w:tcW w:w="876" w:type="dxa"/>
            <w:vAlign w:val="bottom"/>
          </w:tcPr>
          <w:p w14:paraId="24D5A017" w14:textId="2BFFF361"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0.19</w:t>
            </w:r>
          </w:p>
        </w:tc>
        <w:tc>
          <w:tcPr>
            <w:tcW w:w="1294" w:type="dxa"/>
            <w:vAlign w:val="bottom"/>
          </w:tcPr>
          <w:p w14:paraId="326B5737" w14:textId="4EFB6D86" w:rsidR="000662E7" w:rsidRPr="00812797" w:rsidRDefault="000662E7" w:rsidP="000662E7">
            <w:pPr>
              <w:rPr>
                <w:rFonts w:ascii="Times New Roman" w:hAnsi="Times New Roman" w:cs="Times New Roman"/>
                <w:sz w:val="20"/>
                <w:szCs w:val="20"/>
                <w:highlight w:val="yellow"/>
              </w:rPr>
            </w:pPr>
            <w:r w:rsidRPr="00812797">
              <w:rPr>
                <w:rFonts w:ascii="Times New Roman" w:hAnsi="Times New Roman" w:cs="Times New Roman"/>
                <w:sz w:val="20"/>
                <w:szCs w:val="20"/>
              </w:rPr>
              <w:t>0.07</w:t>
            </w:r>
          </w:p>
        </w:tc>
      </w:tr>
      <w:tr w:rsidR="000662E7" w:rsidRPr="000A26ED" w14:paraId="54F4BB8B" w14:textId="77777777" w:rsidTr="004A0B2E">
        <w:trPr>
          <w:trHeight w:val="288"/>
        </w:trPr>
        <w:tc>
          <w:tcPr>
            <w:tcW w:w="2284" w:type="dxa"/>
          </w:tcPr>
          <w:p w14:paraId="458AFD69" w14:textId="2307BA6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Blood-Injection Phobia</w:t>
            </w:r>
          </w:p>
        </w:tc>
        <w:tc>
          <w:tcPr>
            <w:tcW w:w="972" w:type="dxa"/>
            <w:vAlign w:val="bottom"/>
          </w:tcPr>
          <w:p w14:paraId="0028862E" w14:textId="584FAE0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0.00</w:t>
            </w:r>
          </w:p>
        </w:tc>
        <w:tc>
          <w:tcPr>
            <w:tcW w:w="884" w:type="dxa"/>
            <w:vAlign w:val="bottom"/>
          </w:tcPr>
          <w:p w14:paraId="2DB04ECE" w14:textId="03D40BE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490" w:type="dxa"/>
            <w:vAlign w:val="bottom"/>
          </w:tcPr>
          <w:p w14:paraId="5FCC023D" w14:textId="78D949B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1905" w:type="dxa"/>
            <w:vAlign w:val="bottom"/>
          </w:tcPr>
          <w:p w14:paraId="307EB860" w14:textId="42EE2FE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776" w:type="dxa"/>
            <w:vAlign w:val="bottom"/>
          </w:tcPr>
          <w:p w14:paraId="08740907" w14:textId="46AF6CF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0.29</w:t>
            </w:r>
          </w:p>
        </w:tc>
        <w:tc>
          <w:tcPr>
            <w:tcW w:w="876" w:type="dxa"/>
            <w:vAlign w:val="bottom"/>
          </w:tcPr>
          <w:p w14:paraId="668B1653" w14:textId="52F4B36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1294" w:type="dxa"/>
            <w:vAlign w:val="bottom"/>
          </w:tcPr>
          <w:p w14:paraId="00E4649E" w14:textId="10931E3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r>
      <w:tr w:rsidR="000662E7" w:rsidRPr="000A26ED" w14:paraId="666D237E" w14:textId="77777777" w:rsidTr="004A0B2E">
        <w:trPr>
          <w:trHeight w:val="288"/>
        </w:trPr>
        <w:tc>
          <w:tcPr>
            <w:tcW w:w="2284" w:type="dxa"/>
            <w:vAlign w:val="bottom"/>
          </w:tcPr>
          <w:p w14:paraId="1668159A" w14:textId="71475F4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Submissiveness  </w:t>
            </w:r>
          </w:p>
        </w:tc>
        <w:tc>
          <w:tcPr>
            <w:tcW w:w="972" w:type="dxa"/>
            <w:vAlign w:val="bottom"/>
          </w:tcPr>
          <w:p w14:paraId="32116354" w14:textId="54BF7F3B"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884" w:type="dxa"/>
            <w:vAlign w:val="bottom"/>
          </w:tcPr>
          <w:p w14:paraId="601C51B3" w14:textId="5180E4A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1490" w:type="dxa"/>
            <w:vAlign w:val="bottom"/>
          </w:tcPr>
          <w:p w14:paraId="3977251B" w14:textId="58D1D6C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0.23</w:t>
            </w:r>
          </w:p>
        </w:tc>
        <w:tc>
          <w:tcPr>
            <w:tcW w:w="1905" w:type="dxa"/>
            <w:vAlign w:val="bottom"/>
          </w:tcPr>
          <w:p w14:paraId="2AD757EC" w14:textId="05297BE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-0.10</w:t>
            </w:r>
          </w:p>
        </w:tc>
        <w:tc>
          <w:tcPr>
            <w:tcW w:w="776" w:type="dxa"/>
            <w:vAlign w:val="bottom"/>
          </w:tcPr>
          <w:p w14:paraId="2254CDC8" w14:textId="2382AD6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0.16</w:t>
            </w:r>
          </w:p>
        </w:tc>
        <w:tc>
          <w:tcPr>
            <w:tcW w:w="876" w:type="dxa"/>
            <w:vAlign w:val="bottom"/>
          </w:tcPr>
          <w:p w14:paraId="2A672B5A" w14:textId="674203A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1294" w:type="dxa"/>
            <w:vAlign w:val="bottom"/>
          </w:tcPr>
          <w:p w14:paraId="52F6F04A" w14:textId="6A931E5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r>
      <w:tr w:rsidR="000662E7" w:rsidRPr="000A26ED" w14:paraId="3D008E3D" w14:textId="77777777" w:rsidTr="004A0B2E">
        <w:trPr>
          <w:trHeight w:val="288"/>
        </w:trPr>
        <w:tc>
          <w:tcPr>
            <w:tcW w:w="2284" w:type="dxa"/>
            <w:vAlign w:val="bottom"/>
          </w:tcPr>
          <w:p w14:paraId="52BED0E2" w14:textId="5A1FE57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Trichotillomania </w:t>
            </w:r>
          </w:p>
        </w:tc>
        <w:tc>
          <w:tcPr>
            <w:tcW w:w="972" w:type="dxa"/>
            <w:vAlign w:val="bottom"/>
          </w:tcPr>
          <w:p w14:paraId="7D604A2F" w14:textId="28FF04E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0.05</w:t>
            </w:r>
          </w:p>
        </w:tc>
        <w:tc>
          <w:tcPr>
            <w:tcW w:w="884" w:type="dxa"/>
            <w:vAlign w:val="bottom"/>
          </w:tcPr>
          <w:p w14:paraId="720AF657" w14:textId="5A6C1F4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1490" w:type="dxa"/>
            <w:vAlign w:val="bottom"/>
          </w:tcPr>
          <w:p w14:paraId="29995ED1" w14:textId="00F9EA2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1905" w:type="dxa"/>
            <w:vAlign w:val="bottom"/>
          </w:tcPr>
          <w:p w14:paraId="7BD75176" w14:textId="0E9976F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c>
          <w:tcPr>
            <w:tcW w:w="776" w:type="dxa"/>
            <w:vAlign w:val="bottom"/>
          </w:tcPr>
          <w:p w14:paraId="0E5D1E65" w14:textId="3075F1E5"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876" w:type="dxa"/>
            <w:vAlign w:val="bottom"/>
          </w:tcPr>
          <w:p w14:paraId="2563CC34" w14:textId="37CDAF74"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0.07</w:t>
            </w:r>
          </w:p>
        </w:tc>
        <w:tc>
          <w:tcPr>
            <w:tcW w:w="1294" w:type="dxa"/>
            <w:vAlign w:val="bottom"/>
          </w:tcPr>
          <w:p w14:paraId="009DB39F" w14:textId="68D0BB6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r>
      <w:tr w:rsidR="000662E7" w:rsidRPr="000A26ED" w14:paraId="28A7D5B8" w14:textId="77777777" w:rsidTr="004A0B2E">
        <w:trPr>
          <w:trHeight w:val="288"/>
        </w:trPr>
        <w:tc>
          <w:tcPr>
            <w:tcW w:w="2284" w:type="dxa"/>
          </w:tcPr>
          <w:p w14:paraId="4FFB9C9A" w14:textId="6FBEF73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Workaholism    </w:t>
            </w:r>
          </w:p>
        </w:tc>
        <w:tc>
          <w:tcPr>
            <w:tcW w:w="972" w:type="dxa"/>
            <w:vAlign w:val="bottom"/>
          </w:tcPr>
          <w:p w14:paraId="02B3A015" w14:textId="4F031AB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884" w:type="dxa"/>
            <w:vAlign w:val="bottom"/>
          </w:tcPr>
          <w:p w14:paraId="4010FAD4" w14:textId="4525B1A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-0.21</w:t>
            </w:r>
          </w:p>
        </w:tc>
        <w:tc>
          <w:tcPr>
            <w:tcW w:w="1490" w:type="dxa"/>
            <w:vAlign w:val="bottom"/>
          </w:tcPr>
          <w:p w14:paraId="66736F82" w14:textId="521E451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0.12</w:t>
            </w:r>
          </w:p>
        </w:tc>
        <w:tc>
          <w:tcPr>
            <w:tcW w:w="1905" w:type="dxa"/>
            <w:vAlign w:val="bottom"/>
          </w:tcPr>
          <w:p w14:paraId="7589AC8F" w14:textId="6E4C6362"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0.20</w:t>
            </w:r>
          </w:p>
        </w:tc>
        <w:tc>
          <w:tcPr>
            <w:tcW w:w="776" w:type="dxa"/>
            <w:vAlign w:val="bottom"/>
          </w:tcPr>
          <w:p w14:paraId="3DADDE17" w14:textId="038D8803"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0.04</w:t>
            </w:r>
          </w:p>
        </w:tc>
        <w:tc>
          <w:tcPr>
            <w:tcW w:w="876" w:type="dxa"/>
            <w:vAlign w:val="bottom"/>
          </w:tcPr>
          <w:p w14:paraId="522DE0A9" w14:textId="67A793A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1294" w:type="dxa"/>
            <w:vAlign w:val="bottom"/>
          </w:tcPr>
          <w:p w14:paraId="45109819" w14:textId="22D8998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r>
      <w:tr w:rsidR="000662E7" w:rsidRPr="000A26ED" w14:paraId="5E40B5F1" w14:textId="77777777" w:rsidTr="004A0B2E">
        <w:trPr>
          <w:trHeight w:val="288"/>
        </w:trPr>
        <w:tc>
          <w:tcPr>
            <w:tcW w:w="2284" w:type="dxa"/>
          </w:tcPr>
          <w:p w14:paraId="5A329669" w14:textId="0BCF719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Harmful Alcohol Use</w:t>
            </w:r>
          </w:p>
        </w:tc>
        <w:tc>
          <w:tcPr>
            <w:tcW w:w="972" w:type="dxa"/>
            <w:vAlign w:val="bottom"/>
          </w:tcPr>
          <w:p w14:paraId="61C11FE5" w14:textId="471A7A4E"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-0.02</w:t>
            </w:r>
          </w:p>
        </w:tc>
        <w:tc>
          <w:tcPr>
            <w:tcW w:w="884" w:type="dxa"/>
            <w:vAlign w:val="bottom"/>
          </w:tcPr>
          <w:p w14:paraId="48F187A8" w14:textId="5DD2ECB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c>
          <w:tcPr>
            <w:tcW w:w="1490" w:type="dxa"/>
            <w:vAlign w:val="bottom"/>
          </w:tcPr>
          <w:p w14:paraId="74EE0E59" w14:textId="7FD0BF6F"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0.15</w:t>
            </w:r>
          </w:p>
        </w:tc>
        <w:tc>
          <w:tcPr>
            <w:tcW w:w="1905" w:type="dxa"/>
            <w:vAlign w:val="bottom"/>
          </w:tcPr>
          <w:p w14:paraId="6BA94FC2" w14:textId="064D0F0C"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0.17</w:t>
            </w:r>
          </w:p>
        </w:tc>
        <w:tc>
          <w:tcPr>
            <w:tcW w:w="776" w:type="dxa"/>
            <w:vAlign w:val="bottom"/>
          </w:tcPr>
          <w:p w14:paraId="5965C72D" w14:textId="5546ED4A"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-0.27</w:t>
            </w:r>
          </w:p>
        </w:tc>
        <w:tc>
          <w:tcPr>
            <w:tcW w:w="876" w:type="dxa"/>
            <w:vAlign w:val="bottom"/>
          </w:tcPr>
          <w:p w14:paraId="3096F35F" w14:textId="1D0A16F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0.06</w:t>
            </w:r>
          </w:p>
        </w:tc>
        <w:tc>
          <w:tcPr>
            <w:tcW w:w="1294" w:type="dxa"/>
            <w:vAlign w:val="bottom"/>
          </w:tcPr>
          <w:p w14:paraId="2A035E2D" w14:textId="272098FD"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-0.08</w:t>
            </w:r>
          </w:p>
        </w:tc>
      </w:tr>
      <w:tr w:rsidR="000662E7" w:rsidRPr="000A26ED" w14:paraId="5F5FF40C" w14:textId="77777777" w:rsidTr="004A0B2E">
        <w:trPr>
          <w:trHeight w:val="288"/>
        </w:trPr>
        <w:tc>
          <w:tcPr>
            <w:tcW w:w="2284" w:type="dxa"/>
            <w:tcBorders>
              <w:bottom w:val="single" w:sz="4" w:space="0" w:color="auto"/>
            </w:tcBorders>
          </w:tcPr>
          <w:p w14:paraId="375A95F9" w14:textId="58210C0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Excoriation </w:t>
            </w:r>
          </w:p>
        </w:tc>
        <w:tc>
          <w:tcPr>
            <w:tcW w:w="972" w:type="dxa"/>
            <w:tcBorders>
              <w:bottom w:val="single" w:sz="4" w:space="0" w:color="auto"/>
            </w:tcBorders>
            <w:vAlign w:val="bottom"/>
          </w:tcPr>
          <w:p w14:paraId="29384AC6" w14:textId="62DF72C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0.01</w:t>
            </w:r>
          </w:p>
        </w:tc>
        <w:tc>
          <w:tcPr>
            <w:tcW w:w="884" w:type="dxa"/>
            <w:tcBorders>
              <w:bottom w:val="single" w:sz="4" w:space="0" w:color="auto"/>
            </w:tcBorders>
            <w:vAlign w:val="bottom"/>
          </w:tcPr>
          <w:p w14:paraId="6F99552F" w14:textId="314233C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-0.03</w:t>
            </w:r>
          </w:p>
        </w:tc>
        <w:tc>
          <w:tcPr>
            <w:tcW w:w="1490" w:type="dxa"/>
            <w:tcBorders>
              <w:bottom w:val="single" w:sz="4" w:space="0" w:color="auto"/>
            </w:tcBorders>
            <w:vAlign w:val="bottom"/>
          </w:tcPr>
          <w:p w14:paraId="6865E24F" w14:textId="53C90EB7"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0.28</w:t>
            </w:r>
          </w:p>
        </w:tc>
        <w:tc>
          <w:tcPr>
            <w:tcW w:w="1905" w:type="dxa"/>
            <w:tcBorders>
              <w:bottom w:val="single" w:sz="4" w:space="0" w:color="auto"/>
            </w:tcBorders>
            <w:vAlign w:val="bottom"/>
          </w:tcPr>
          <w:p w14:paraId="27A7E2AB" w14:textId="63466FE0"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0.11</w:t>
            </w:r>
          </w:p>
        </w:tc>
        <w:tc>
          <w:tcPr>
            <w:tcW w:w="776" w:type="dxa"/>
            <w:tcBorders>
              <w:bottom w:val="single" w:sz="4" w:space="0" w:color="auto"/>
            </w:tcBorders>
            <w:vAlign w:val="bottom"/>
          </w:tcPr>
          <w:p w14:paraId="6EAF7829" w14:textId="203EC5B6"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0.13</w:t>
            </w:r>
          </w:p>
        </w:tc>
        <w:tc>
          <w:tcPr>
            <w:tcW w:w="876" w:type="dxa"/>
            <w:tcBorders>
              <w:bottom w:val="single" w:sz="4" w:space="0" w:color="auto"/>
            </w:tcBorders>
            <w:vAlign w:val="bottom"/>
          </w:tcPr>
          <w:p w14:paraId="5CA1A604" w14:textId="233388B9"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0.18</w:t>
            </w:r>
          </w:p>
        </w:tc>
        <w:tc>
          <w:tcPr>
            <w:tcW w:w="1294" w:type="dxa"/>
            <w:tcBorders>
              <w:bottom w:val="single" w:sz="4" w:space="0" w:color="auto"/>
            </w:tcBorders>
            <w:vAlign w:val="bottom"/>
          </w:tcPr>
          <w:p w14:paraId="406AE1A9" w14:textId="0B10DE21" w:rsidR="000662E7" w:rsidRPr="00812797" w:rsidRDefault="000662E7" w:rsidP="000662E7">
            <w:pPr>
              <w:rPr>
                <w:rFonts w:ascii="Times New Roman" w:hAnsi="Times New Roman" w:cs="Times New Roman"/>
                <w:sz w:val="20"/>
                <w:szCs w:val="20"/>
              </w:rPr>
            </w:pPr>
            <w:r w:rsidRPr="00812797">
              <w:rPr>
                <w:rFonts w:ascii="Times New Roman" w:hAnsi="Times New Roman" w:cs="Times New Roman"/>
                <w:sz w:val="20"/>
                <w:szCs w:val="20"/>
              </w:rPr>
              <w:t>-0.19</w:t>
            </w:r>
          </w:p>
        </w:tc>
      </w:tr>
      <w:tr w:rsidR="000662E7" w:rsidRPr="000A26ED" w14:paraId="246F54D0" w14:textId="75B6E78B" w:rsidTr="004A0B2E">
        <w:trPr>
          <w:trHeight w:val="269"/>
        </w:trPr>
        <w:tc>
          <w:tcPr>
            <w:tcW w:w="10481" w:type="dxa"/>
            <w:gridSpan w:val="8"/>
            <w:tcBorders>
              <w:top w:val="single" w:sz="4" w:space="0" w:color="auto"/>
            </w:tcBorders>
          </w:tcPr>
          <w:p w14:paraId="333C1E9E" w14:textId="4E3C13DF" w:rsidR="000662E7" w:rsidRPr="00350D0B" w:rsidRDefault="000662E7" w:rsidP="000662E7">
            <w:pPr>
              <w:rPr>
                <w:rFonts w:ascii="Times New Roman" w:hAnsi="Times New Roman" w:cs="Times New Roman"/>
                <w:sz w:val="20"/>
                <w:szCs w:val="20"/>
                <w:highlight w:val="yellow"/>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tbl>
      <w:tblPr>
        <w:tblStyle w:val="TableGrid"/>
        <w:tblpPr w:leftFromText="180" w:rightFromText="180" w:horzAnchor="margin" w:tblpXSpec="center" w:tblpY="-1544"/>
        <w:tblW w:w="582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972"/>
        <w:gridCol w:w="861"/>
        <w:gridCol w:w="1494"/>
        <w:gridCol w:w="1383"/>
        <w:gridCol w:w="783"/>
        <w:gridCol w:w="923"/>
        <w:gridCol w:w="1238"/>
        <w:gridCol w:w="1246"/>
      </w:tblGrid>
      <w:tr w:rsidR="00A81EB2" w:rsidRPr="00027A52" w14:paraId="3EC9628B" w14:textId="77777777" w:rsidTr="008B2F03">
        <w:trPr>
          <w:trHeight w:val="630"/>
        </w:trPr>
        <w:tc>
          <w:tcPr>
            <w:tcW w:w="5000" w:type="pct"/>
            <w:gridSpan w:val="9"/>
            <w:tcBorders>
              <w:bottom w:val="single" w:sz="4" w:space="0" w:color="auto"/>
            </w:tcBorders>
          </w:tcPr>
          <w:p w14:paraId="20AD81DB" w14:textId="77777777" w:rsidR="00A81EB2" w:rsidRPr="00027A52" w:rsidRDefault="00A81EB2" w:rsidP="00541FA8">
            <w:pPr>
              <w:rPr>
                <w:b/>
                <w:bCs/>
              </w:rPr>
            </w:pPr>
            <w:r w:rsidRPr="00027A52">
              <w:rPr>
                <w:rFonts w:ascii="Times New Roman" w:hAnsi="Times New Roman" w:cs="Times New Roman"/>
                <w:b/>
                <w:bCs/>
                <w:color w:val="000000" w:themeColor="text1"/>
              </w:rPr>
              <w:lastRenderedPageBreak/>
              <w:t xml:space="preserve">Table S11 </w:t>
            </w:r>
            <w:r w:rsidRPr="00027A52">
              <w:rPr>
                <w:b/>
                <w:bCs/>
              </w:rPr>
              <w:t xml:space="preserve"> </w:t>
            </w:r>
          </w:p>
          <w:p w14:paraId="3B5B75F7" w14:textId="77777777" w:rsidR="00A81EB2" w:rsidRPr="00027A52" w:rsidRDefault="00A81EB2" w:rsidP="00541FA8">
            <w:r w:rsidRPr="002B725C">
              <w:rPr>
                <w:rFonts w:ascii="Times New Roman" w:hAnsi="Times New Roman" w:cs="Times New Roman"/>
                <w:i/>
                <w:iCs/>
                <w:color w:val="000000" w:themeColor="text1"/>
              </w:rPr>
              <w:t xml:space="preserve">Factor Loadings </w:t>
            </w:r>
            <w:r>
              <w:rPr>
                <w:rFonts w:ascii="Times New Roman" w:hAnsi="Times New Roman" w:cs="Times New Roman"/>
                <w:i/>
                <w:iCs/>
                <w:color w:val="000000" w:themeColor="text1"/>
              </w:rPr>
              <w:t>for the</w:t>
            </w:r>
            <w:r w:rsidRPr="002B725C">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8-factor Solution of</w:t>
            </w:r>
            <w:r w:rsidRPr="002B725C">
              <w:rPr>
                <w:rFonts w:ascii="Times New Roman" w:hAnsi="Times New Roman" w:cs="Times New Roman"/>
                <w:i/>
                <w:iCs/>
                <w:color w:val="000000" w:themeColor="text1"/>
              </w:rPr>
              <w:t xml:space="preserve"> </w:t>
            </w:r>
            <w:proofErr w:type="spellStart"/>
            <w:r>
              <w:rPr>
                <w:rFonts w:ascii="Times New Roman" w:hAnsi="Times New Roman" w:cs="Times New Roman"/>
                <w:i/>
                <w:iCs/>
                <w:color w:val="000000" w:themeColor="text1"/>
              </w:rPr>
              <w:t>HiTOP</w:t>
            </w:r>
            <w:proofErr w:type="spellEnd"/>
            <w:r>
              <w:rPr>
                <w:rFonts w:ascii="Times New Roman" w:hAnsi="Times New Roman" w:cs="Times New Roman"/>
                <w:i/>
                <w:iCs/>
                <w:color w:val="000000" w:themeColor="text1"/>
              </w:rPr>
              <w:t>-SR</w:t>
            </w:r>
            <w:r w:rsidRPr="002B725C">
              <w:rPr>
                <w:rFonts w:ascii="Times New Roman" w:hAnsi="Times New Roman" w:cs="Times New Roman"/>
                <w:i/>
                <w:iCs/>
                <w:color w:val="000000" w:themeColor="text1"/>
              </w:rPr>
              <w:t xml:space="preserve"> Scales</w:t>
            </w:r>
          </w:p>
        </w:tc>
      </w:tr>
      <w:tr w:rsidR="00A81EB2" w:rsidRPr="00015D37" w14:paraId="5B20BF32" w14:textId="77777777" w:rsidTr="008B2F03">
        <w:trPr>
          <w:trHeight w:val="161"/>
        </w:trPr>
        <w:tc>
          <w:tcPr>
            <w:tcW w:w="922" w:type="pct"/>
            <w:tcBorders>
              <w:top w:val="single" w:sz="4" w:space="0" w:color="auto"/>
            </w:tcBorders>
          </w:tcPr>
          <w:p w14:paraId="4ED631DB" w14:textId="77777777" w:rsidR="00A81EB2" w:rsidRPr="00015D37" w:rsidRDefault="00A81EB2" w:rsidP="00541FA8">
            <w:pPr>
              <w:jc w:val="cente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Pr="000A26ED">
              <w:rPr>
                <w:rFonts w:ascii="Times New Roman" w:hAnsi="Times New Roman" w:cs="Times New Roman"/>
                <w:sz w:val="20"/>
                <w:szCs w:val="20"/>
              </w:rPr>
              <w:t xml:space="preserve"> Scale</w:t>
            </w:r>
          </w:p>
        </w:tc>
        <w:tc>
          <w:tcPr>
            <w:tcW w:w="4078" w:type="pct"/>
            <w:gridSpan w:val="8"/>
            <w:tcBorders>
              <w:top w:val="single" w:sz="4" w:space="0" w:color="auto"/>
              <w:bottom w:val="single" w:sz="4" w:space="0" w:color="auto"/>
            </w:tcBorders>
          </w:tcPr>
          <w:p w14:paraId="0A4383B7" w14:textId="77777777" w:rsidR="00A81EB2" w:rsidRPr="00015D37" w:rsidRDefault="00A81EB2" w:rsidP="00541FA8">
            <w:pPr>
              <w:jc w:val="center"/>
              <w:rPr>
                <w:rFonts w:ascii="Times New Roman" w:hAnsi="Times New Roman" w:cs="Times New Roman"/>
                <w:sz w:val="20"/>
                <w:szCs w:val="20"/>
              </w:rPr>
            </w:pPr>
            <w:r>
              <w:rPr>
                <w:rFonts w:ascii="Times New Roman" w:hAnsi="Times New Roman" w:cs="Times New Roman"/>
                <w:sz w:val="20"/>
                <w:szCs w:val="20"/>
              </w:rPr>
              <w:t>Factor Loadings</w:t>
            </w:r>
          </w:p>
        </w:tc>
      </w:tr>
      <w:tr w:rsidR="00A81EB2" w:rsidRPr="00015D37" w14:paraId="66023616" w14:textId="77777777" w:rsidTr="008B2F03">
        <w:tc>
          <w:tcPr>
            <w:tcW w:w="922" w:type="pct"/>
          </w:tcPr>
          <w:p w14:paraId="1253D874" w14:textId="77777777" w:rsidR="00A81EB2" w:rsidRPr="00015D37" w:rsidRDefault="00A81EB2" w:rsidP="00541FA8">
            <w:pPr>
              <w:rPr>
                <w:rFonts w:ascii="Times New Roman" w:hAnsi="Times New Roman" w:cs="Times New Roman"/>
                <w:sz w:val="20"/>
                <w:szCs w:val="20"/>
              </w:rPr>
            </w:pPr>
          </w:p>
        </w:tc>
        <w:tc>
          <w:tcPr>
            <w:tcW w:w="446" w:type="pct"/>
            <w:tcBorders>
              <w:top w:val="single" w:sz="4" w:space="0" w:color="auto"/>
            </w:tcBorders>
          </w:tcPr>
          <w:p w14:paraId="35A39436" w14:textId="77777777" w:rsidR="00A81EB2" w:rsidRPr="00015D37" w:rsidRDefault="00A81EB2" w:rsidP="00541FA8">
            <w:pPr>
              <w:jc w:val="center"/>
              <w:rPr>
                <w:rFonts w:ascii="Times New Roman" w:hAnsi="Times New Roman" w:cs="Times New Roman"/>
                <w:sz w:val="20"/>
                <w:szCs w:val="20"/>
              </w:rPr>
            </w:pPr>
            <w:r w:rsidRPr="00015D37">
              <w:rPr>
                <w:rFonts w:ascii="Times New Roman" w:hAnsi="Times New Roman" w:cs="Times New Roman"/>
                <w:sz w:val="20"/>
                <w:szCs w:val="20"/>
              </w:rPr>
              <w:t>Sexual Problems</w:t>
            </w:r>
          </w:p>
        </w:tc>
        <w:tc>
          <w:tcPr>
            <w:tcW w:w="395" w:type="pct"/>
            <w:tcBorders>
              <w:top w:val="single" w:sz="4" w:space="0" w:color="auto"/>
            </w:tcBorders>
          </w:tcPr>
          <w:p w14:paraId="5F79ACB0" w14:textId="77777777" w:rsidR="00A81EB2" w:rsidRPr="00015D37" w:rsidRDefault="00A81EB2" w:rsidP="00541FA8">
            <w:pPr>
              <w:jc w:val="center"/>
              <w:rPr>
                <w:rFonts w:ascii="Times New Roman" w:hAnsi="Times New Roman" w:cs="Times New Roman"/>
                <w:sz w:val="20"/>
                <w:szCs w:val="20"/>
              </w:rPr>
            </w:pPr>
            <w:r w:rsidRPr="00015D37">
              <w:rPr>
                <w:rFonts w:ascii="Times New Roman" w:hAnsi="Times New Roman" w:cs="Times New Roman"/>
                <w:sz w:val="20"/>
                <w:szCs w:val="20"/>
              </w:rPr>
              <w:t>Distress</w:t>
            </w:r>
          </w:p>
        </w:tc>
        <w:tc>
          <w:tcPr>
            <w:tcW w:w="686" w:type="pct"/>
            <w:tcBorders>
              <w:top w:val="single" w:sz="4" w:space="0" w:color="auto"/>
            </w:tcBorders>
          </w:tcPr>
          <w:p w14:paraId="59E2CA4E" w14:textId="77777777" w:rsidR="00A81EB2" w:rsidRPr="00015D37" w:rsidRDefault="00A81EB2" w:rsidP="00541FA8">
            <w:pPr>
              <w:jc w:val="center"/>
              <w:rPr>
                <w:rFonts w:ascii="Times New Roman" w:hAnsi="Times New Roman" w:cs="Times New Roman"/>
                <w:sz w:val="20"/>
                <w:szCs w:val="20"/>
              </w:rPr>
            </w:pPr>
            <w:r w:rsidRPr="00015D37">
              <w:rPr>
                <w:rFonts w:ascii="Times New Roman" w:hAnsi="Times New Roman" w:cs="Times New Roman"/>
                <w:sz w:val="20"/>
                <w:szCs w:val="20"/>
              </w:rPr>
              <w:t>Disorganization</w:t>
            </w:r>
          </w:p>
        </w:tc>
        <w:tc>
          <w:tcPr>
            <w:tcW w:w="635" w:type="pct"/>
            <w:tcBorders>
              <w:top w:val="single" w:sz="4" w:space="0" w:color="auto"/>
            </w:tcBorders>
          </w:tcPr>
          <w:p w14:paraId="6C780187" w14:textId="77777777" w:rsidR="00A81EB2" w:rsidRPr="00015D37" w:rsidRDefault="00A81EB2" w:rsidP="00541FA8">
            <w:pPr>
              <w:jc w:val="center"/>
              <w:rPr>
                <w:rFonts w:ascii="Times New Roman" w:hAnsi="Times New Roman" w:cs="Times New Roman"/>
                <w:sz w:val="20"/>
                <w:szCs w:val="20"/>
              </w:rPr>
            </w:pPr>
            <w:r w:rsidRPr="00015D37">
              <w:rPr>
                <w:rFonts w:ascii="Times New Roman" w:hAnsi="Times New Roman" w:cs="Times New Roman"/>
                <w:sz w:val="20"/>
                <w:szCs w:val="20"/>
              </w:rPr>
              <w:t>Perfectionism/</w:t>
            </w:r>
          </w:p>
          <w:p w14:paraId="52DF8729" w14:textId="77777777" w:rsidR="00A81EB2" w:rsidRPr="00015D37" w:rsidRDefault="00A81EB2" w:rsidP="00541FA8">
            <w:pPr>
              <w:jc w:val="center"/>
              <w:rPr>
                <w:rFonts w:ascii="Times New Roman" w:hAnsi="Times New Roman" w:cs="Times New Roman"/>
                <w:sz w:val="20"/>
                <w:szCs w:val="20"/>
              </w:rPr>
            </w:pPr>
            <w:r w:rsidRPr="00015D37">
              <w:rPr>
                <w:rFonts w:ascii="Times New Roman" w:hAnsi="Times New Roman" w:cs="Times New Roman"/>
                <w:sz w:val="20"/>
                <w:szCs w:val="20"/>
              </w:rPr>
              <w:t>Eating</w:t>
            </w:r>
            <w:r>
              <w:rPr>
                <w:rFonts w:ascii="Times New Roman" w:hAnsi="Times New Roman" w:cs="Times New Roman"/>
                <w:sz w:val="20"/>
                <w:szCs w:val="20"/>
              </w:rPr>
              <w:t xml:space="preserve"> Problems</w:t>
            </w:r>
          </w:p>
        </w:tc>
        <w:tc>
          <w:tcPr>
            <w:tcW w:w="360" w:type="pct"/>
            <w:tcBorders>
              <w:top w:val="single" w:sz="4" w:space="0" w:color="auto"/>
            </w:tcBorders>
          </w:tcPr>
          <w:p w14:paraId="6451181E" w14:textId="77777777" w:rsidR="00A81EB2" w:rsidRPr="00015D37" w:rsidRDefault="00A81EB2" w:rsidP="00541FA8">
            <w:pPr>
              <w:jc w:val="center"/>
              <w:rPr>
                <w:rFonts w:ascii="Times New Roman" w:hAnsi="Times New Roman" w:cs="Times New Roman"/>
                <w:sz w:val="20"/>
                <w:szCs w:val="20"/>
              </w:rPr>
            </w:pPr>
            <w:r w:rsidRPr="00015D37">
              <w:rPr>
                <w:rFonts w:ascii="Times New Roman" w:hAnsi="Times New Roman" w:cs="Times New Roman"/>
                <w:sz w:val="20"/>
                <w:szCs w:val="20"/>
              </w:rPr>
              <w:t>Risk</w:t>
            </w:r>
            <w:r>
              <w:rPr>
                <w:rFonts w:ascii="Times New Roman" w:hAnsi="Times New Roman" w:cs="Times New Roman"/>
                <w:sz w:val="20"/>
                <w:szCs w:val="20"/>
              </w:rPr>
              <w:t xml:space="preserve"> </w:t>
            </w:r>
            <w:r w:rsidRPr="00015D37">
              <w:rPr>
                <w:rFonts w:ascii="Times New Roman" w:hAnsi="Times New Roman" w:cs="Times New Roman"/>
                <w:sz w:val="20"/>
                <w:szCs w:val="20"/>
              </w:rPr>
              <w:t>Taking</w:t>
            </w:r>
          </w:p>
        </w:tc>
        <w:tc>
          <w:tcPr>
            <w:tcW w:w="439" w:type="pct"/>
            <w:tcBorders>
              <w:top w:val="single" w:sz="4" w:space="0" w:color="auto"/>
            </w:tcBorders>
          </w:tcPr>
          <w:p w14:paraId="16172A24" w14:textId="77777777" w:rsidR="00A81EB2" w:rsidRPr="00015D37" w:rsidRDefault="00A81EB2" w:rsidP="00541FA8">
            <w:pPr>
              <w:jc w:val="center"/>
              <w:rPr>
                <w:rFonts w:ascii="Times New Roman" w:hAnsi="Times New Roman" w:cs="Times New Roman"/>
                <w:sz w:val="20"/>
                <w:szCs w:val="20"/>
              </w:rPr>
            </w:pPr>
            <w:r w:rsidRPr="00015D37">
              <w:rPr>
                <w:rFonts w:ascii="Times New Roman" w:hAnsi="Times New Roman" w:cs="Times New Roman"/>
                <w:sz w:val="20"/>
                <w:szCs w:val="20"/>
              </w:rPr>
              <w:t>Fear</w:t>
            </w:r>
          </w:p>
        </w:tc>
        <w:tc>
          <w:tcPr>
            <w:tcW w:w="537" w:type="pct"/>
            <w:tcBorders>
              <w:top w:val="single" w:sz="4" w:space="0" w:color="auto"/>
            </w:tcBorders>
          </w:tcPr>
          <w:p w14:paraId="11B8687E" w14:textId="556193EE" w:rsidR="00A81EB2" w:rsidRPr="00015D37" w:rsidRDefault="008B2F03" w:rsidP="00541FA8">
            <w:pPr>
              <w:jc w:val="center"/>
              <w:rPr>
                <w:rFonts w:ascii="Times New Roman" w:hAnsi="Times New Roman" w:cs="Times New Roman"/>
                <w:sz w:val="20"/>
                <w:szCs w:val="20"/>
              </w:rPr>
            </w:pPr>
            <w:r>
              <w:rPr>
                <w:rFonts w:ascii="Times New Roman" w:hAnsi="Times New Roman" w:cs="Times New Roman"/>
                <w:sz w:val="20"/>
                <w:szCs w:val="20"/>
              </w:rPr>
              <w:t>Detachment</w:t>
            </w:r>
            <w:r w:rsidR="00A81EB2" w:rsidRPr="00015D37">
              <w:rPr>
                <w:rFonts w:ascii="Times New Roman" w:hAnsi="Times New Roman" w:cs="Times New Roman"/>
                <w:sz w:val="20"/>
                <w:szCs w:val="20"/>
              </w:rPr>
              <w:t>/</w:t>
            </w:r>
          </w:p>
          <w:p w14:paraId="6A8D7333" w14:textId="77777777" w:rsidR="00A81EB2" w:rsidRPr="00015D37" w:rsidRDefault="00A81EB2" w:rsidP="00541FA8">
            <w:pPr>
              <w:jc w:val="center"/>
              <w:rPr>
                <w:rFonts w:ascii="Times New Roman" w:hAnsi="Times New Roman" w:cs="Times New Roman"/>
                <w:sz w:val="20"/>
                <w:szCs w:val="20"/>
              </w:rPr>
            </w:pPr>
            <w:r>
              <w:rPr>
                <w:rFonts w:ascii="Times New Roman" w:hAnsi="Times New Roman" w:cs="Times New Roman"/>
                <w:sz w:val="20"/>
                <w:szCs w:val="20"/>
              </w:rPr>
              <w:t>Psychosis</w:t>
            </w:r>
          </w:p>
        </w:tc>
        <w:tc>
          <w:tcPr>
            <w:tcW w:w="579" w:type="pct"/>
            <w:tcBorders>
              <w:top w:val="single" w:sz="4" w:space="0" w:color="auto"/>
            </w:tcBorders>
          </w:tcPr>
          <w:p w14:paraId="4F896C07" w14:textId="77777777" w:rsidR="00A81EB2" w:rsidRPr="00015D37" w:rsidRDefault="00A81EB2" w:rsidP="00541FA8">
            <w:pPr>
              <w:jc w:val="center"/>
              <w:rPr>
                <w:rFonts w:ascii="Times New Roman" w:hAnsi="Times New Roman" w:cs="Times New Roman"/>
                <w:sz w:val="20"/>
                <w:szCs w:val="20"/>
              </w:rPr>
            </w:pPr>
            <w:r>
              <w:rPr>
                <w:rFonts w:ascii="Times New Roman" w:hAnsi="Times New Roman" w:cs="Times New Roman"/>
                <w:sz w:val="20"/>
                <w:szCs w:val="20"/>
              </w:rPr>
              <w:t>Antagonism</w:t>
            </w:r>
          </w:p>
        </w:tc>
      </w:tr>
      <w:tr w:rsidR="00A81EB2" w:rsidRPr="00A81EB2" w14:paraId="2CE646A8" w14:textId="77777777" w:rsidTr="008B2F03">
        <w:tc>
          <w:tcPr>
            <w:tcW w:w="922" w:type="pct"/>
            <w:shd w:val="clear" w:color="auto" w:fill="FFFFFF" w:themeFill="background1"/>
            <w:vAlign w:val="bottom"/>
          </w:tcPr>
          <w:p w14:paraId="7DE1D94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Low Sexual Arousal</w:t>
            </w:r>
          </w:p>
        </w:tc>
        <w:tc>
          <w:tcPr>
            <w:tcW w:w="446" w:type="pct"/>
            <w:tcBorders>
              <w:top w:val="nil"/>
              <w:left w:val="nil"/>
              <w:bottom w:val="nil"/>
              <w:right w:val="nil"/>
            </w:tcBorders>
            <w:shd w:val="clear" w:color="auto" w:fill="FFFFFF" w:themeFill="background1"/>
            <w:vAlign w:val="bottom"/>
          </w:tcPr>
          <w:p w14:paraId="5C58AF1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1.00</w:t>
            </w:r>
          </w:p>
        </w:tc>
        <w:tc>
          <w:tcPr>
            <w:tcW w:w="395" w:type="pct"/>
            <w:tcBorders>
              <w:top w:val="nil"/>
              <w:left w:val="nil"/>
              <w:bottom w:val="nil"/>
              <w:right w:val="nil"/>
            </w:tcBorders>
            <w:shd w:val="clear" w:color="auto" w:fill="FFFFFF" w:themeFill="background1"/>
            <w:vAlign w:val="bottom"/>
          </w:tcPr>
          <w:p w14:paraId="5140DCD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86" w:type="pct"/>
            <w:tcBorders>
              <w:top w:val="nil"/>
              <w:left w:val="nil"/>
              <w:bottom w:val="nil"/>
              <w:right w:val="nil"/>
            </w:tcBorders>
            <w:shd w:val="clear" w:color="auto" w:fill="FFFFFF" w:themeFill="background1"/>
            <w:vAlign w:val="bottom"/>
          </w:tcPr>
          <w:p w14:paraId="406510C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35" w:type="pct"/>
            <w:tcBorders>
              <w:top w:val="nil"/>
              <w:left w:val="nil"/>
              <w:bottom w:val="nil"/>
              <w:right w:val="nil"/>
            </w:tcBorders>
            <w:shd w:val="clear" w:color="auto" w:fill="FFFFFF" w:themeFill="background1"/>
            <w:vAlign w:val="bottom"/>
          </w:tcPr>
          <w:p w14:paraId="00407E2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60" w:type="pct"/>
            <w:tcBorders>
              <w:top w:val="nil"/>
              <w:left w:val="nil"/>
              <w:bottom w:val="nil"/>
              <w:right w:val="nil"/>
            </w:tcBorders>
            <w:shd w:val="clear" w:color="auto" w:fill="FFFFFF" w:themeFill="background1"/>
            <w:vAlign w:val="bottom"/>
          </w:tcPr>
          <w:p w14:paraId="45336C7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439" w:type="pct"/>
            <w:tcBorders>
              <w:top w:val="nil"/>
              <w:left w:val="nil"/>
              <w:bottom w:val="nil"/>
              <w:right w:val="nil"/>
            </w:tcBorders>
            <w:shd w:val="clear" w:color="auto" w:fill="FFFFFF" w:themeFill="background1"/>
            <w:vAlign w:val="bottom"/>
          </w:tcPr>
          <w:p w14:paraId="60D3E43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537" w:type="pct"/>
            <w:tcBorders>
              <w:top w:val="nil"/>
              <w:left w:val="nil"/>
              <w:bottom w:val="nil"/>
              <w:right w:val="nil"/>
            </w:tcBorders>
            <w:shd w:val="clear" w:color="auto" w:fill="FFFFFF" w:themeFill="background1"/>
            <w:vAlign w:val="bottom"/>
          </w:tcPr>
          <w:p w14:paraId="3BE7374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79" w:type="pct"/>
            <w:tcBorders>
              <w:top w:val="nil"/>
              <w:left w:val="nil"/>
              <w:bottom w:val="nil"/>
              <w:right w:val="nil"/>
            </w:tcBorders>
            <w:shd w:val="clear" w:color="auto" w:fill="FFFFFF" w:themeFill="background1"/>
            <w:vAlign w:val="bottom"/>
          </w:tcPr>
          <w:p w14:paraId="304046B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-0.02</w:t>
            </w:r>
          </w:p>
        </w:tc>
      </w:tr>
      <w:tr w:rsidR="00A81EB2" w:rsidRPr="00A81EB2" w14:paraId="0E6E1B8B" w14:textId="77777777" w:rsidTr="008B2F03">
        <w:tc>
          <w:tcPr>
            <w:tcW w:w="922" w:type="pct"/>
            <w:shd w:val="clear" w:color="auto" w:fill="FFFFFF" w:themeFill="background1"/>
            <w:vAlign w:val="bottom"/>
          </w:tcPr>
          <w:p w14:paraId="193162E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Low Sexual Interest</w:t>
            </w:r>
          </w:p>
        </w:tc>
        <w:tc>
          <w:tcPr>
            <w:tcW w:w="446" w:type="pct"/>
            <w:tcBorders>
              <w:top w:val="nil"/>
              <w:left w:val="nil"/>
              <w:bottom w:val="nil"/>
              <w:right w:val="nil"/>
            </w:tcBorders>
            <w:shd w:val="clear" w:color="auto" w:fill="FFFFFF" w:themeFill="background1"/>
            <w:vAlign w:val="bottom"/>
          </w:tcPr>
          <w:p w14:paraId="16AB7FB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0.71</w:t>
            </w:r>
          </w:p>
        </w:tc>
        <w:tc>
          <w:tcPr>
            <w:tcW w:w="395" w:type="pct"/>
            <w:tcBorders>
              <w:top w:val="nil"/>
              <w:left w:val="nil"/>
              <w:bottom w:val="nil"/>
              <w:right w:val="nil"/>
            </w:tcBorders>
            <w:shd w:val="clear" w:color="auto" w:fill="FFFFFF" w:themeFill="background1"/>
            <w:vAlign w:val="bottom"/>
          </w:tcPr>
          <w:p w14:paraId="4C4FAD3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686" w:type="pct"/>
            <w:tcBorders>
              <w:top w:val="nil"/>
              <w:left w:val="nil"/>
              <w:bottom w:val="nil"/>
              <w:right w:val="nil"/>
            </w:tcBorders>
            <w:shd w:val="clear" w:color="auto" w:fill="FFFFFF" w:themeFill="background1"/>
            <w:vAlign w:val="bottom"/>
          </w:tcPr>
          <w:p w14:paraId="27B48B4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635" w:type="pct"/>
            <w:tcBorders>
              <w:top w:val="nil"/>
              <w:left w:val="nil"/>
              <w:bottom w:val="nil"/>
              <w:right w:val="nil"/>
            </w:tcBorders>
            <w:shd w:val="clear" w:color="auto" w:fill="FFFFFF" w:themeFill="background1"/>
            <w:vAlign w:val="bottom"/>
          </w:tcPr>
          <w:p w14:paraId="5450893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60" w:type="pct"/>
            <w:tcBorders>
              <w:top w:val="nil"/>
              <w:left w:val="nil"/>
              <w:bottom w:val="nil"/>
              <w:right w:val="nil"/>
            </w:tcBorders>
            <w:shd w:val="clear" w:color="auto" w:fill="FFFFFF" w:themeFill="background1"/>
            <w:vAlign w:val="bottom"/>
          </w:tcPr>
          <w:p w14:paraId="30AC31E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c>
          <w:tcPr>
            <w:tcW w:w="439" w:type="pct"/>
            <w:tcBorders>
              <w:top w:val="nil"/>
              <w:left w:val="nil"/>
              <w:bottom w:val="nil"/>
              <w:right w:val="nil"/>
            </w:tcBorders>
            <w:shd w:val="clear" w:color="auto" w:fill="FFFFFF" w:themeFill="background1"/>
            <w:vAlign w:val="bottom"/>
          </w:tcPr>
          <w:p w14:paraId="59037CF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37" w:type="pct"/>
            <w:tcBorders>
              <w:top w:val="nil"/>
              <w:left w:val="nil"/>
              <w:bottom w:val="nil"/>
              <w:right w:val="nil"/>
            </w:tcBorders>
            <w:shd w:val="clear" w:color="auto" w:fill="FFFFFF" w:themeFill="background1"/>
            <w:vAlign w:val="bottom"/>
          </w:tcPr>
          <w:p w14:paraId="75DD772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579" w:type="pct"/>
            <w:tcBorders>
              <w:top w:val="nil"/>
              <w:left w:val="nil"/>
              <w:bottom w:val="nil"/>
              <w:right w:val="nil"/>
            </w:tcBorders>
            <w:shd w:val="clear" w:color="auto" w:fill="FFFFFF" w:themeFill="background1"/>
            <w:vAlign w:val="bottom"/>
          </w:tcPr>
          <w:p w14:paraId="4C30FD3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-0.01</w:t>
            </w:r>
          </w:p>
        </w:tc>
      </w:tr>
      <w:tr w:rsidR="00A81EB2" w:rsidRPr="00A81EB2" w14:paraId="77445314" w14:textId="77777777" w:rsidTr="008B2F03">
        <w:tc>
          <w:tcPr>
            <w:tcW w:w="922" w:type="pct"/>
            <w:shd w:val="clear" w:color="auto" w:fill="FFFFFF" w:themeFill="background1"/>
            <w:vAlign w:val="bottom"/>
          </w:tcPr>
          <w:p w14:paraId="312355B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Difficulties Reaching Orgasm   </w:t>
            </w:r>
          </w:p>
        </w:tc>
        <w:tc>
          <w:tcPr>
            <w:tcW w:w="446" w:type="pct"/>
            <w:tcBorders>
              <w:top w:val="nil"/>
              <w:left w:val="nil"/>
              <w:bottom w:val="nil"/>
              <w:right w:val="nil"/>
            </w:tcBorders>
            <w:shd w:val="clear" w:color="auto" w:fill="FFFFFF" w:themeFill="background1"/>
            <w:vAlign w:val="bottom"/>
          </w:tcPr>
          <w:p w14:paraId="339B825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0.70</w:t>
            </w:r>
          </w:p>
        </w:tc>
        <w:tc>
          <w:tcPr>
            <w:tcW w:w="395" w:type="pct"/>
            <w:tcBorders>
              <w:top w:val="nil"/>
              <w:left w:val="nil"/>
              <w:bottom w:val="nil"/>
              <w:right w:val="nil"/>
            </w:tcBorders>
            <w:shd w:val="clear" w:color="auto" w:fill="FFFFFF" w:themeFill="background1"/>
            <w:vAlign w:val="bottom"/>
          </w:tcPr>
          <w:p w14:paraId="6FE3A33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0AFA230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635" w:type="pct"/>
            <w:tcBorders>
              <w:top w:val="nil"/>
              <w:left w:val="nil"/>
              <w:bottom w:val="nil"/>
              <w:right w:val="nil"/>
            </w:tcBorders>
            <w:shd w:val="clear" w:color="auto" w:fill="FFFFFF" w:themeFill="background1"/>
            <w:vAlign w:val="bottom"/>
          </w:tcPr>
          <w:p w14:paraId="391E31C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tcBorders>
              <w:top w:val="nil"/>
              <w:left w:val="nil"/>
              <w:bottom w:val="nil"/>
              <w:right w:val="nil"/>
            </w:tcBorders>
            <w:shd w:val="clear" w:color="auto" w:fill="FFFFFF" w:themeFill="background1"/>
            <w:vAlign w:val="bottom"/>
          </w:tcPr>
          <w:p w14:paraId="5668C3F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439" w:type="pct"/>
            <w:tcBorders>
              <w:top w:val="nil"/>
              <w:left w:val="nil"/>
              <w:bottom w:val="nil"/>
              <w:right w:val="nil"/>
            </w:tcBorders>
            <w:shd w:val="clear" w:color="auto" w:fill="FFFFFF" w:themeFill="background1"/>
            <w:vAlign w:val="bottom"/>
          </w:tcPr>
          <w:p w14:paraId="0C337DD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37" w:type="pct"/>
            <w:tcBorders>
              <w:top w:val="nil"/>
              <w:left w:val="nil"/>
              <w:bottom w:val="nil"/>
              <w:right w:val="nil"/>
            </w:tcBorders>
            <w:shd w:val="clear" w:color="auto" w:fill="FFFFFF" w:themeFill="background1"/>
            <w:vAlign w:val="bottom"/>
          </w:tcPr>
          <w:p w14:paraId="2E6EFB5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579" w:type="pct"/>
            <w:tcBorders>
              <w:top w:val="nil"/>
              <w:left w:val="nil"/>
              <w:bottom w:val="nil"/>
              <w:right w:val="nil"/>
            </w:tcBorders>
            <w:shd w:val="clear" w:color="auto" w:fill="FFFFFF" w:themeFill="background1"/>
            <w:vAlign w:val="bottom"/>
          </w:tcPr>
          <w:p w14:paraId="72AD23D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r>
      <w:tr w:rsidR="00A81EB2" w:rsidRPr="00A81EB2" w14:paraId="1D6EBB83" w14:textId="77777777" w:rsidTr="008B2F03">
        <w:tc>
          <w:tcPr>
            <w:tcW w:w="922" w:type="pct"/>
            <w:shd w:val="clear" w:color="auto" w:fill="FFFFFF" w:themeFill="background1"/>
            <w:vAlign w:val="bottom"/>
          </w:tcPr>
          <w:p w14:paraId="1334290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Sexual Distress </w:t>
            </w:r>
          </w:p>
        </w:tc>
        <w:tc>
          <w:tcPr>
            <w:tcW w:w="446" w:type="pct"/>
            <w:tcBorders>
              <w:top w:val="nil"/>
              <w:left w:val="nil"/>
              <w:bottom w:val="nil"/>
              <w:right w:val="nil"/>
            </w:tcBorders>
            <w:shd w:val="clear" w:color="auto" w:fill="FFFFFF" w:themeFill="background1"/>
            <w:vAlign w:val="bottom"/>
          </w:tcPr>
          <w:p w14:paraId="531656F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0.64</w:t>
            </w:r>
          </w:p>
        </w:tc>
        <w:tc>
          <w:tcPr>
            <w:tcW w:w="395" w:type="pct"/>
            <w:tcBorders>
              <w:top w:val="nil"/>
              <w:left w:val="nil"/>
              <w:bottom w:val="nil"/>
              <w:right w:val="nil"/>
            </w:tcBorders>
            <w:shd w:val="clear" w:color="auto" w:fill="FFFFFF" w:themeFill="background1"/>
            <w:vAlign w:val="bottom"/>
          </w:tcPr>
          <w:p w14:paraId="1B12494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686" w:type="pct"/>
            <w:tcBorders>
              <w:top w:val="nil"/>
              <w:left w:val="nil"/>
              <w:bottom w:val="nil"/>
              <w:right w:val="nil"/>
            </w:tcBorders>
            <w:shd w:val="clear" w:color="auto" w:fill="FFFFFF" w:themeFill="background1"/>
            <w:vAlign w:val="bottom"/>
          </w:tcPr>
          <w:p w14:paraId="2790CCB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635" w:type="pct"/>
            <w:tcBorders>
              <w:top w:val="nil"/>
              <w:left w:val="nil"/>
              <w:bottom w:val="nil"/>
              <w:right w:val="nil"/>
            </w:tcBorders>
            <w:shd w:val="clear" w:color="auto" w:fill="FFFFFF" w:themeFill="background1"/>
            <w:vAlign w:val="bottom"/>
          </w:tcPr>
          <w:p w14:paraId="790AE96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360" w:type="pct"/>
            <w:tcBorders>
              <w:top w:val="nil"/>
              <w:left w:val="nil"/>
              <w:bottom w:val="nil"/>
              <w:right w:val="nil"/>
            </w:tcBorders>
            <w:shd w:val="clear" w:color="auto" w:fill="FFFFFF" w:themeFill="background1"/>
            <w:vAlign w:val="bottom"/>
          </w:tcPr>
          <w:p w14:paraId="32A96C4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439" w:type="pct"/>
            <w:tcBorders>
              <w:top w:val="nil"/>
              <w:left w:val="nil"/>
              <w:bottom w:val="nil"/>
              <w:right w:val="nil"/>
            </w:tcBorders>
            <w:shd w:val="clear" w:color="auto" w:fill="FFFFFF" w:themeFill="background1"/>
            <w:vAlign w:val="bottom"/>
          </w:tcPr>
          <w:p w14:paraId="28AC123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537" w:type="pct"/>
            <w:tcBorders>
              <w:top w:val="nil"/>
              <w:left w:val="nil"/>
              <w:bottom w:val="nil"/>
              <w:right w:val="nil"/>
            </w:tcBorders>
            <w:shd w:val="clear" w:color="auto" w:fill="FFFFFF" w:themeFill="background1"/>
            <w:vAlign w:val="bottom"/>
          </w:tcPr>
          <w:p w14:paraId="6C42F4A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579" w:type="pct"/>
            <w:tcBorders>
              <w:top w:val="nil"/>
              <w:left w:val="nil"/>
              <w:bottom w:val="nil"/>
              <w:right w:val="nil"/>
            </w:tcBorders>
            <w:shd w:val="clear" w:color="auto" w:fill="FFFFFF" w:themeFill="background1"/>
            <w:vAlign w:val="bottom"/>
          </w:tcPr>
          <w:p w14:paraId="5FB0D1D5"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-0.03</w:t>
            </w:r>
          </w:p>
        </w:tc>
      </w:tr>
      <w:tr w:rsidR="00A81EB2" w:rsidRPr="00A81EB2" w14:paraId="792635D9" w14:textId="77777777" w:rsidTr="008B2F03">
        <w:tc>
          <w:tcPr>
            <w:tcW w:w="922" w:type="pct"/>
            <w:shd w:val="clear" w:color="auto" w:fill="FFFFFF" w:themeFill="background1"/>
            <w:vAlign w:val="bottom"/>
          </w:tcPr>
          <w:p w14:paraId="3C1C4FF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Sexual Pain</w:t>
            </w:r>
          </w:p>
        </w:tc>
        <w:tc>
          <w:tcPr>
            <w:tcW w:w="446" w:type="pct"/>
            <w:tcBorders>
              <w:top w:val="nil"/>
              <w:left w:val="nil"/>
              <w:bottom w:val="nil"/>
              <w:right w:val="nil"/>
            </w:tcBorders>
            <w:shd w:val="clear" w:color="auto" w:fill="FFFFFF" w:themeFill="background1"/>
            <w:vAlign w:val="bottom"/>
          </w:tcPr>
          <w:p w14:paraId="25351D4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0.53</w:t>
            </w:r>
          </w:p>
        </w:tc>
        <w:tc>
          <w:tcPr>
            <w:tcW w:w="395" w:type="pct"/>
            <w:tcBorders>
              <w:top w:val="nil"/>
              <w:left w:val="nil"/>
              <w:bottom w:val="nil"/>
              <w:right w:val="nil"/>
            </w:tcBorders>
            <w:shd w:val="clear" w:color="auto" w:fill="FFFFFF" w:themeFill="background1"/>
            <w:vAlign w:val="bottom"/>
          </w:tcPr>
          <w:p w14:paraId="01B14FD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0A50A82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35" w:type="pct"/>
            <w:tcBorders>
              <w:top w:val="nil"/>
              <w:left w:val="nil"/>
              <w:bottom w:val="nil"/>
              <w:right w:val="nil"/>
            </w:tcBorders>
            <w:shd w:val="clear" w:color="auto" w:fill="FFFFFF" w:themeFill="background1"/>
            <w:vAlign w:val="bottom"/>
          </w:tcPr>
          <w:p w14:paraId="53507B4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60" w:type="pct"/>
            <w:tcBorders>
              <w:top w:val="nil"/>
              <w:left w:val="nil"/>
              <w:bottom w:val="nil"/>
              <w:right w:val="nil"/>
            </w:tcBorders>
            <w:shd w:val="clear" w:color="auto" w:fill="FFFFFF" w:themeFill="background1"/>
            <w:vAlign w:val="bottom"/>
          </w:tcPr>
          <w:p w14:paraId="519519D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439" w:type="pct"/>
            <w:tcBorders>
              <w:top w:val="nil"/>
              <w:left w:val="nil"/>
              <w:bottom w:val="nil"/>
              <w:right w:val="nil"/>
            </w:tcBorders>
            <w:shd w:val="clear" w:color="auto" w:fill="FFFFFF" w:themeFill="background1"/>
            <w:vAlign w:val="bottom"/>
          </w:tcPr>
          <w:p w14:paraId="600DF2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537" w:type="pct"/>
            <w:tcBorders>
              <w:top w:val="nil"/>
              <w:left w:val="nil"/>
              <w:bottom w:val="nil"/>
              <w:right w:val="nil"/>
            </w:tcBorders>
            <w:shd w:val="clear" w:color="auto" w:fill="FFFFFF" w:themeFill="background1"/>
            <w:vAlign w:val="bottom"/>
          </w:tcPr>
          <w:p w14:paraId="122683D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79" w:type="pct"/>
            <w:tcBorders>
              <w:top w:val="nil"/>
              <w:left w:val="nil"/>
              <w:bottom w:val="nil"/>
              <w:right w:val="nil"/>
            </w:tcBorders>
            <w:shd w:val="clear" w:color="auto" w:fill="FFFFFF" w:themeFill="background1"/>
            <w:vAlign w:val="bottom"/>
          </w:tcPr>
          <w:p w14:paraId="6A9BE17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-0.10</w:t>
            </w:r>
          </w:p>
        </w:tc>
      </w:tr>
      <w:tr w:rsidR="00A81EB2" w:rsidRPr="00A81EB2" w14:paraId="12C5E78F" w14:textId="77777777" w:rsidTr="008B2F03">
        <w:tc>
          <w:tcPr>
            <w:tcW w:w="922" w:type="pct"/>
            <w:shd w:val="clear" w:color="auto" w:fill="FFFFFF" w:themeFill="background1"/>
          </w:tcPr>
          <w:p w14:paraId="49ECC3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Well-being </w:t>
            </w:r>
          </w:p>
        </w:tc>
        <w:tc>
          <w:tcPr>
            <w:tcW w:w="446" w:type="pct"/>
            <w:shd w:val="clear" w:color="auto" w:fill="FFFFFF" w:themeFill="background1"/>
            <w:vAlign w:val="bottom"/>
          </w:tcPr>
          <w:p w14:paraId="1B259CA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-0.09</w:t>
            </w:r>
          </w:p>
        </w:tc>
        <w:tc>
          <w:tcPr>
            <w:tcW w:w="395" w:type="pct"/>
            <w:shd w:val="clear" w:color="auto" w:fill="FFFFFF" w:themeFill="background1"/>
            <w:vAlign w:val="bottom"/>
          </w:tcPr>
          <w:p w14:paraId="0CF6F9E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-0.74</w:t>
            </w:r>
          </w:p>
        </w:tc>
        <w:tc>
          <w:tcPr>
            <w:tcW w:w="686" w:type="pct"/>
            <w:shd w:val="clear" w:color="auto" w:fill="FFFFFF" w:themeFill="background1"/>
            <w:vAlign w:val="bottom"/>
          </w:tcPr>
          <w:p w14:paraId="79DCC5F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shd w:val="clear" w:color="auto" w:fill="FFFFFF" w:themeFill="background1"/>
            <w:vAlign w:val="bottom"/>
          </w:tcPr>
          <w:p w14:paraId="25A45CE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360" w:type="pct"/>
            <w:shd w:val="clear" w:color="auto" w:fill="FFFFFF" w:themeFill="background1"/>
            <w:vAlign w:val="bottom"/>
          </w:tcPr>
          <w:p w14:paraId="2D8D6D5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439" w:type="pct"/>
            <w:shd w:val="clear" w:color="auto" w:fill="FFFFFF" w:themeFill="background1"/>
            <w:vAlign w:val="bottom"/>
          </w:tcPr>
          <w:p w14:paraId="25A7EDB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537" w:type="pct"/>
            <w:shd w:val="clear" w:color="auto" w:fill="FFFFFF" w:themeFill="background1"/>
            <w:vAlign w:val="bottom"/>
          </w:tcPr>
          <w:p w14:paraId="3657097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579" w:type="pct"/>
            <w:shd w:val="clear" w:color="auto" w:fill="FFFFFF" w:themeFill="background1"/>
            <w:vAlign w:val="bottom"/>
          </w:tcPr>
          <w:p w14:paraId="441272A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r>
      <w:tr w:rsidR="00A81EB2" w:rsidRPr="00A81EB2" w14:paraId="74E0FD07" w14:textId="77777777" w:rsidTr="008B2F03">
        <w:tc>
          <w:tcPr>
            <w:tcW w:w="922" w:type="pct"/>
            <w:shd w:val="clear" w:color="auto" w:fill="FFFFFF" w:themeFill="background1"/>
          </w:tcPr>
          <w:p w14:paraId="4D511FD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Grandiosity </w:t>
            </w:r>
          </w:p>
        </w:tc>
        <w:tc>
          <w:tcPr>
            <w:tcW w:w="446" w:type="pct"/>
            <w:shd w:val="clear" w:color="auto" w:fill="FFFFFF" w:themeFill="background1"/>
            <w:vAlign w:val="bottom"/>
          </w:tcPr>
          <w:p w14:paraId="3C3F01C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95" w:type="pct"/>
            <w:shd w:val="clear" w:color="auto" w:fill="FFFFFF" w:themeFill="background1"/>
            <w:vAlign w:val="bottom"/>
          </w:tcPr>
          <w:p w14:paraId="5833E923"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-0.68</w:t>
            </w:r>
          </w:p>
        </w:tc>
        <w:tc>
          <w:tcPr>
            <w:tcW w:w="686" w:type="pct"/>
            <w:shd w:val="clear" w:color="auto" w:fill="FFFFFF" w:themeFill="background1"/>
            <w:vAlign w:val="bottom"/>
          </w:tcPr>
          <w:p w14:paraId="5A83C63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shd w:val="clear" w:color="auto" w:fill="FFFFFF" w:themeFill="background1"/>
            <w:vAlign w:val="bottom"/>
          </w:tcPr>
          <w:p w14:paraId="0C59334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0.22</w:t>
            </w:r>
          </w:p>
        </w:tc>
        <w:tc>
          <w:tcPr>
            <w:tcW w:w="360" w:type="pct"/>
            <w:shd w:val="clear" w:color="auto" w:fill="FFFFFF" w:themeFill="background1"/>
            <w:vAlign w:val="bottom"/>
          </w:tcPr>
          <w:p w14:paraId="551032A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439" w:type="pct"/>
            <w:shd w:val="clear" w:color="auto" w:fill="FFFFFF" w:themeFill="background1"/>
            <w:vAlign w:val="bottom"/>
          </w:tcPr>
          <w:p w14:paraId="697536E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shd w:val="clear" w:color="auto" w:fill="FFFFFF" w:themeFill="background1"/>
            <w:vAlign w:val="bottom"/>
          </w:tcPr>
          <w:p w14:paraId="50C7C86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579" w:type="pct"/>
            <w:shd w:val="clear" w:color="auto" w:fill="FFFFFF" w:themeFill="background1"/>
            <w:vAlign w:val="bottom"/>
          </w:tcPr>
          <w:p w14:paraId="1B610A9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r>
      <w:tr w:rsidR="00A81EB2" w:rsidRPr="00A81EB2" w14:paraId="4F83A397" w14:textId="77777777" w:rsidTr="008B2F03">
        <w:tc>
          <w:tcPr>
            <w:tcW w:w="922" w:type="pct"/>
            <w:shd w:val="clear" w:color="auto" w:fill="FFFFFF" w:themeFill="background1"/>
            <w:vAlign w:val="bottom"/>
          </w:tcPr>
          <w:p w14:paraId="7657E72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Depressed Mood</w:t>
            </w:r>
          </w:p>
        </w:tc>
        <w:tc>
          <w:tcPr>
            <w:tcW w:w="446" w:type="pct"/>
            <w:tcBorders>
              <w:top w:val="nil"/>
              <w:left w:val="nil"/>
              <w:bottom w:val="nil"/>
              <w:right w:val="nil"/>
            </w:tcBorders>
            <w:shd w:val="clear" w:color="auto" w:fill="FFFFFF" w:themeFill="background1"/>
            <w:vAlign w:val="bottom"/>
          </w:tcPr>
          <w:p w14:paraId="254AEB4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395" w:type="pct"/>
            <w:tcBorders>
              <w:top w:val="nil"/>
              <w:left w:val="nil"/>
              <w:bottom w:val="nil"/>
              <w:right w:val="nil"/>
            </w:tcBorders>
            <w:shd w:val="clear" w:color="auto" w:fill="FFFFFF" w:themeFill="background1"/>
            <w:vAlign w:val="bottom"/>
          </w:tcPr>
          <w:p w14:paraId="4630DA3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0.61</w:t>
            </w:r>
          </w:p>
        </w:tc>
        <w:tc>
          <w:tcPr>
            <w:tcW w:w="686" w:type="pct"/>
            <w:tcBorders>
              <w:top w:val="nil"/>
              <w:left w:val="nil"/>
              <w:bottom w:val="nil"/>
              <w:right w:val="nil"/>
            </w:tcBorders>
            <w:shd w:val="clear" w:color="auto" w:fill="FFFFFF" w:themeFill="background1"/>
            <w:vAlign w:val="bottom"/>
          </w:tcPr>
          <w:p w14:paraId="5B3108A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635" w:type="pct"/>
            <w:tcBorders>
              <w:top w:val="nil"/>
              <w:left w:val="nil"/>
              <w:bottom w:val="nil"/>
              <w:right w:val="nil"/>
            </w:tcBorders>
            <w:shd w:val="clear" w:color="auto" w:fill="FFFFFF" w:themeFill="background1"/>
            <w:vAlign w:val="bottom"/>
          </w:tcPr>
          <w:p w14:paraId="0326259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360" w:type="pct"/>
            <w:tcBorders>
              <w:top w:val="nil"/>
              <w:left w:val="nil"/>
              <w:bottom w:val="nil"/>
              <w:right w:val="nil"/>
            </w:tcBorders>
            <w:shd w:val="clear" w:color="auto" w:fill="FFFFFF" w:themeFill="background1"/>
            <w:vAlign w:val="bottom"/>
          </w:tcPr>
          <w:p w14:paraId="697C144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439" w:type="pct"/>
            <w:tcBorders>
              <w:top w:val="nil"/>
              <w:left w:val="nil"/>
              <w:bottom w:val="nil"/>
              <w:right w:val="nil"/>
            </w:tcBorders>
            <w:shd w:val="clear" w:color="auto" w:fill="FFFFFF" w:themeFill="background1"/>
            <w:vAlign w:val="bottom"/>
          </w:tcPr>
          <w:p w14:paraId="5822B12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37" w:type="pct"/>
            <w:tcBorders>
              <w:top w:val="nil"/>
              <w:left w:val="nil"/>
              <w:bottom w:val="nil"/>
              <w:right w:val="nil"/>
            </w:tcBorders>
            <w:shd w:val="clear" w:color="auto" w:fill="FFFFFF" w:themeFill="background1"/>
            <w:vAlign w:val="bottom"/>
          </w:tcPr>
          <w:p w14:paraId="45F2E8F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579" w:type="pct"/>
            <w:tcBorders>
              <w:top w:val="nil"/>
              <w:left w:val="nil"/>
              <w:bottom w:val="nil"/>
              <w:right w:val="nil"/>
            </w:tcBorders>
            <w:shd w:val="clear" w:color="auto" w:fill="FFFFFF" w:themeFill="background1"/>
            <w:vAlign w:val="bottom"/>
          </w:tcPr>
          <w:p w14:paraId="12E0A76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r>
      <w:tr w:rsidR="00A81EB2" w:rsidRPr="00A81EB2" w14:paraId="4DBDB247" w14:textId="77777777" w:rsidTr="008B2F03">
        <w:tc>
          <w:tcPr>
            <w:tcW w:w="922" w:type="pct"/>
            <w:shd w:val="clear" w:color="auto" w:fill="FFFFFF" w:themeFill="background1"/>
            <w:vAlign w:val="bottom"/>
          </w:tcPr>
          <w:p w14:paraId="0827AB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Anhedonia </w:t>
            </w:r>
          </w:p>
        </w:tc>
        <w:tc>
          <w:tcPr>
            <w:tcW w:w="446" w:type="pct"/>
            <w:tcBorders>
              <w:top w:val="nil"/>
              <w:left w:val="nil"/>
              <w:bottom w:val="nil"/>
              <w:right w:val="nil"/>
            </w:tcBorders>
            <w:shd w:val="clear" w:color="auto" w:fill="FFFFFF" w:themeFill="background1"/>
            <w:vAlign w:val="bottom"/>
          </w:tcPr>
          <w:p w14:paraId="74D8F6D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395" w:type="pct"/>
            <w:tcBorders>
              <w:top w:val="nil"/>
              <w:left w:val="nil"/>
              <w:bottom w:val="nil"/>
              <w:right w:val="nil"/>
            </w:tcBorders>
            <w:shd w:val="clear" w:color="auto" w:fill="FFFFFF" w:themeFill="background1"/>
            <w:vAlign w:val="bottom"/>
          </w:tcPr>
          <w:p w14:paraId="4282AB5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0.51</w:t>
            </w:r>
          </w:p>
        </w:tc>
        <w:tc>
          <w:tcPr>
            <w:tcW w:w="686" w:type="pct"/>
            <w:tcBorders>
              <w:top w:val="nil"/>
              <w:left w:val="nil"/>
              <w:bottom w:val="nil"/>
              <w:right w:val="nil"/>
            </w:tcBorders>
            <w:shd w:val="clear" w:color="auto" w:fill="FFFFFF" w:themeFill="background1"/>
            <w:vAlign w:val="bottom"/>
          </w:tcPr>
          <w:p w14:paraId="29F4E2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635" w:type="pct"/>
            <w:tcBorders>
              <w:top w:val="nil"/>
              <w:left w:val="nil"/>
              <w:bottom w:val="nil"/>
              <w:right w:val="nil"/>
            </w:tcBorders>
            <w:shd w:val="clear" w:color="auto" w:fill="FFFFFF" w:themeFill="background1"/>
            <w:vAlign w:val="bottom"/>
          </w:tcPr>
          <w:p w14:paraId="32901F2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60" w:type="pct"/>
            <w:tcBorders>
              <w:top w:val="nil"/>
              <w:left w:val="nil"/>
              <w:bottom w:val="nil"/>
              <w:right w:val="nil"/>
            </w:tcBorders>
            <w:shd w:val="clear" w:color="auto" w:fill="FFFFFF" w:themeFill="background1"/>
            <w:vAlign w:val="bottom"/>
          </w:tcPr>
          <w:p w14:paraId="5E08EC1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439" w:type="pct"/>
            <w:tcBorders>
              <w:top w:val="nil"/>
              <w:left w:val="nil"/>
              <w:bottom w:val="nil"/>
              <w:right w:val="nil"/>
            </w:tcBorders>
            <w:shd w:val="clear" w:color="auto" w:fill="FFFFFF" w:themeFill="background1"/>
            <w:vAlign w:val="bottom"/>
          </w:tcPr>
          <w:p w14:paraId="175734E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37" w:type="pct"/>
            <w:tcBorders>
              <w:top w:val="nil"/>
              <w:left w:val="nil"/>
              <w:bottom w:val="nil"/>
              <w:right w:val="nil"/>
            </w:tcBorders>
            <w:shd w:val="clear" w:color="auto" w:fill="FFFFFF" w:themeFill="background1"/>
            <w:vAlign w:val="bottom"/>
          </w:tcPr>
          <w:p w14:paraId="079490D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c>
          <w:tcPr>
            <w:tcW w:w="579" w:type="pct"/>
            <w:tcBorders>
              <w:top w:val="nil"/>
              <w:left w:val="nil"/>
              <w:bottom w:val="nil"/>
              <w:right w:val="nil"/>
            </w:tcBorders>
            <w:shd w:val="clear" w:color="auto" w:fill="FFFFFF" w:themeFill="background1"/>
            <w:vAlign w:val="bottom"/>
          </w:tcPr>
          <w:p w14:paraId="6985D15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r>
      <w:tr w:rsidR="00A81EB2" w:rsidRPr="00A81EB2" w14:paraId="5091BFBD" w14:textId="77777777" w:rsidTr="008B2F03">
        <w:tc>
          <w:tcPr>
            <w:tcW w:w="922" w:type="pct"/>
            <w:shd w:val="clear" w:color="auto" w:fill="FFFFFF" w:themeFill="background1"/>
            <w:vAlign w:val="bottom"/>
          </w:tcPr>
          <w:p w14:paraId="016D314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Shame/Guilt </w:t>
            </w:r>
          </w:p>
        </w:tc>
        <w:tc>
          <w:tcPr>
            <w:tcW w:w="446" w:type="pct"/>
            <w:tcBorders>
              <w:top w:val="nil"/>
              <w:left w:val="nil"/>
              <w:bottom w:val="nil"/>
              <w:right w:val="nil"/>
            </w:tcBorders>
            <w:shd w:val="clear" w:color="auto" w:fill="FFFFFF" w:themeFill="background1"/>
            <w:vAlign w:val="bottom"/>
          </w:tcPr>
          <w:p w14:paraId="550912D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395" w:type="pct"/>
            <w:tcBorders>
              <w:top w:val="nil"/>
              <w:left w:val="nil"/>
              <w:bottom w:val="nil"/>
              <w:right w:val="nil"/>
            </w:tcBorders>
            <w:shd w:val="clear" w:color="auto" w:fill="FFFFFF" w:themeFill="background1"/>
            <w:vAlign w:val="bottom"/>
          </w:tcPr>
          <w:p w14:paraId="5824A0F7"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0.48</w:t>
            </w:r>
          </w:p>
        </w:tc>
        <w:tc>
          <w:tcPr>
            <w:tcW w:w="686" w:type="pct"/>
            <w:tcBorders>
              <w:top w:val="nil"/>
              <w:left w:val="nil"/>
              <w:bottom w:val="nil"/>
              <w:right w:val="nil"/>
            </w:tcBorders>
            <w:shd w:val="clear" w:color="auto" w:fill="FFFFFF" w:themeFill="background1"/>
            <w:vAlign w:val="bottom"/>
          </w:tcPr>
          <w:p w14:paraId="1040076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635" w:type="pct"/>
            <w:tcBorders>
              <w:top w:val="nil"/>
              <w:left w:val="nil"/>
              <w:bottom w:val="nil"/>
              <w:right w:val="nil"/>
            </w:tcBorders>
            <w:shd w:val="clear" w:color="auto" w:fill="FFFFFF" w:themeFill="background1"/>
            <w:vAlign w:val="bottom"/>
          </w:tcPr>
          <w:p w14:paraId="03682AC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0.26</w:t>
            </w:r>
          </w:p>
        </w:tc>
        <w:tc>
          <w:tcPr>
            <w:tcW w:w="360" w:type="pct"/>
            <w:tcBorders>
              <w:top w:val="nil"/>
              <w:left w:val="nil"/>
              <w:bottom w:val="nil"/>
              <w:right w:val="nil"/>
            </w:tcBorders>
            <w:shd w:val="clear" w:color="auto" w:fill="FFFFFF" w:themeFill="background1"/>
            <w:vAlign w:val="bottom"/>
          </w:tcPr>
          <w:p w14:paraId="4E3D9E2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439" w:type="pct"/>
            <w:tcBorders>
              <w:top w:val="nil"/>
              <w:left w:val="nil"/>
              <w:bottom w:val="nil"/>
              <w:right w:val="nil"/>
            </w:tcBorders>
            <w:shd w:val="clear" w:color="auto" w:fill="FFFFFF" w:themeFill="background1"/>
            <w:vAlign w:val="bottom"/>
          </w:tcPr>
          <w:p w14:paraId="2CEA4A0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tcBorders>
              <w:top w:val="nil"/>
              <w:left w:val="nil"/>
              <w:bottom w:val="nil"/>
              <w:right w:val="nil"/>
            </w:tcBorders>
            <w:shd w:val="clear" w:color="auto" w:fill="FFFFFF" w:themeFill="background1"/>
            <w:vAlign w:val="bottom"/>
          </w:tcPr>
          <w:p w14:paraId="3326463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79" w:type="pct"/>
            <w:tcBorders>
              <w:top w:val="nil"/>
              <w:left w:val="nil"/>
              <w:bottom w:val="nil"/>
              <w:right w:val="nil"/>
            </w:tcBorders>
            <w:shd w:val="clear" w:color="auto" w:fill="FFFFFF" w:themeFill="background1"/>
            <w:vAlign w:val="bottom"/>
          </w:tcPr>
          <w:p w14:paraId="5E6129E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r>
      <w:tr w:rsidR="00A81EB2" w:rsidRPr="00A81EB2" w14:paraId="065734F1" w14:textId="77777777" w:rsidTr="008B2F03">
        <w:tc>
          <w:tcPr>
            <w:tcW w:w="922" w:type="pct"/>
            <w:shd w:val="clear" w:color="auto" w:fill="FFFFFF" w:themeFill="background1"/>
            <w:vAlign w:val="bottom"/>
          </w:tcPr>
          <w:p w14:paraId="0275855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Suicidality </w:t>
            </w:r>
          </w:p>
        </w:tc>
        <w:tc>
          <w:tcPr>
            <w:tcW w:w="446" w:type="pct"/>
            <w:tcBorders>
              <w:top w:val="nil"/>
              <w:left w:val="nil"/>
              <w:bottom w:val="nil"/>
              <w:right w:val="nil"/>
            </w:tcBorders>
            <w:shd w:val="clear" w:color="auto" w:fill="FFFFFF" w:themeFill="background1"/>
            <w:vAlign w:val="bottom"/>
          </w:tcPr>
          <w:p w14:paraId="718804C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95" w:type="pct"/>
            <w:tcBorders>
              <w:top w:val="nil"/>
              <w:left w:val="nil"/>
              <w:bottom w:val="nil"/>
              <w:right w:val="nil"/>
            </w:tcBorders>
            <w:shd w:val="clear" w:color="auto" w:fill="FFFFFF" w:themeFill="background1"/>
            <w:vAlign w:val="bottom"/>
          </w:tcPr>
          <w:p w14:paraId="0A2B774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0.36</w:t>
            </w:r>
          </w:p>
        </w:tc>
        <w:tc>
          <w:tcPr>
            <w:tcW w:w="686" w:type="pct"/>
            <w:tcBorders>
              <w:top w:val="nil"/>
              <w:left w:val="nil"/>
              <w:bottom w:val="nil"/>
              <w:right w:val="nil"/>
            </w:tcBorders>
            <w:shd w:val="clear" w:color="auto" w:fill="FFFFFF" w:themeFill="background1"/>
            <w:vAlign w:val="bottom"/>
          </w:tcPr>
          <w:p w14:paraId="408A848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635" w:type="pct"/>
            <w:tcBorders>
              <w:top w:val="nil"/>
              <w:left w:val="nil"/>
              <w:bottom w:val="nil"/>
              <w:right w:val="nil"/>
            </w:tcBorders>
            <w:shd w:val="clear" w:color="auto" w:fill="FFFFFF" w:themeFill="background1"/>
            <w:vAlign w:val="bottom"/>
          </w:tcPr>
          <w:p w14:paraId="1D0B045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360" w:type="pct"/>
            <w:tcBorders>
              <w:top w:val="nil"/>
              <w:left w:val="nil"/>
              <w:bottom w:val="nil"/>
              <w:right w:val="nil"/>
            </w:tcBorders>
            <w:shd w:val="clear" w:color="auto" w:fill="FFFFFF" w:themeFill="background1"/>
            <w:vAlign w:val="bottom"/>
          </w:tcPr>
          <w:p w14:paraId="4AB13FA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439" w:type="pct"/>
            <w:tcBorders>
              <w:top w:val="nil"/>
              <w:left w:val="nil"/>
              <w:bottom w:val="nil"/>
              <w:right w:val="nil"/>
            </w:tcBorders>
            <w:shd w:val="clear" w:color="auto" w:fill="FFFFFF" w:themeFill="background1"/>
            <w:vAlign w:val="bottom"/>
          </w:tcPr>
          <w:p w14:paraId="0CE424F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537" w:type="pct"/>
            <w:tcBorders>
              <w:top w:val="nil"/>
              <w:left w:val="nil"/>
              <w:bottom w:val="nil"/>
              <w:right w:val="nil"/>
            </w:tcBorders>
            <w:shd w:val="clear" w:color="auto" w:fill="FFFFFF" w:themeFill="background1"/>
            <w:vAlign w:val="bottom"/>
          </w:tcPr>
          <w:p w14:paraId="276BDBA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579" w:type="pct"/>
            <w:tcBorders>
              <w:top w:val="nil"/>
              <w:left w:val="nil"/>
              <w:bottom w:val="nil"/>
              <w:right w:val="nil"/>
            </w:tcBorders>
            <w:shd w:val="clear" w:color="auto" w:fill="FFFFFF" w:themeFill="background1"/>
            <w:vAlign w:val="bottom"/>
          </w:tcPr>
          <w:p w14:paraId="6FD62BB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59C08B7D" w14:textId="77777777" w:rsidTr="008B2F03">
        <w:tc>
          <w:tcPr>
            <w:tcW w:w="922" w:type="pct"/>
            <w:shd w:val="clear" w:color="auto" w:fill="FFFFFF" w:themeFill="background1"/>
            <w:vAlign w:val="bottom"/>
          </w:tcPr>
          <w:p w14:paraId="5A96BCF8" w14:textId="73F38E2A"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Non-</w:t>
            </w:r>
            <w:r w:rsidR="004C4FD8">
              <w:rPr>
                <w:rFonts w:ascii="Times New Roman" w:hAnsi="Times New Roman" w:cs="Times New Roman"/>
                <w:sz w:val="20"/>
                <w:szCs w:val="20"/>
              </w:rPr>
              <w:t>P</w:t>
            </w:r>
            <w:r w:rsidRPr="00A81EB2">
              <w:rPr>
                <w:rFonts w:ascii="Times New Roman" w:hAnsi="Times New Roman" w:cs="Times New Roman"/>
                <w:sz w:val="20"/>
                <w:szCs w:val="20"/>
              </w:rPr>
              <w:t>ersistence</w:t>
            </w:r>
          </w:p>
        </w:tc>
        <w:tc>
          <w:tcPr>
            <w:tcW w:w="446" w:type="pct"/>
            <w:tcBorders>
              <w:top w:val="nil"/>
              <w:left w:val="nil"/>
              <w:bottom w:val="nil"/>
              <w:right w:val="nil"/>
            </w:tcBorders>
            <w:shd w:val="clear" w:color="auto" w:fill="FFFFFF" w:themeFill="background1"/>
            <w:vAlign w:val="bottom"/>
          </w:tcPr>
          <w:p w14:paraId="63DC518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95" w:type="pct"/>
            <w:tcBorders>
              <w:top w:val="nil"/>
              <w:left w:val="nil"/>
              <w:bottom w:val="nil"/>
              <w:right w:val="nil"/>
            </w:tcBorders>
            <w:shd w:val="clear" w:color="auto" w:fill="FFFFFF" w:themeFill="background1"/>
            <w:vAlign w:val="bottom"/>
          </w:tcPr>
          <w:p w14:paraId="162FB2C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686" w:type="pct"/>
            <w:tcBorders>
              <w:top w:val="nil"/>
              <w:left w:val="nil"/>
              <w:bottom w:val="nil"/>
              <w:right w:val="nil"/>
            </w:tcBorders>
            <w:shd w:val="clear" w:color="auto" w:fill="FFFFFF" w:themeFill="background1"/>
            <w:vAlign w:val="bottom"/>
          </w:tcPr>
          <w:p w14:paraId="3EEA723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0.63</w:t>
            </w:r>
          </w:p>
        </w:tc>
        <w:tc>
          <w:tcPr>
            <w:tcW w:w="635" w:type="pct"/>
            <w:tcBorders>
              <w:top w:val="nil"/>
              <w:left w:val="nil"/>
              <w:bottom w:val="nil"/>
              <w:right w:val="nil"/>
            </w:tcBorders>
            <w:shd w:val="clear" w:color="auto" w:fill="FFFFFF" w:themeFill="background1"/>
            <w:vAlign w:val="bottom"/>
          </w:tcPr>
          <w:p w14:paraId="432D178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60" w:type="pct"/>
            <w:tcBorders>
              <w:top w:val="nil"/>
              <w:left w:val="nil"/>
              <w:bottom w:val="nil"/>
              <w:right w:val="nil"/>
            </w:tcBorders>
            <w:shd w:val="clear" w:color="auto" w:fill="FFFFFF" w:themeFill="background1"/>
            <w:vAlign w:val="bottom"/>
          </w:tcPr>
          <w:p w14:paraId="33EC649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439" w:type="pct"/>
            <w:tcBorders>
              <w:top w:val="nil"/>
              <w:left w:val="nil"/>
              <w:bottom w:val="nil"/>
              <w:right w:val="nil"/>
            </w:tcBorders>
            <w:shd w:val="clear" w:color="auto" w:fill="FFFFFF" w:themeFill="background1"/>
            <w:vAlign w:val="bottom"/>
          </w:tcPr>
          <w:p w14:paraId="0EDAF64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37" w:type="pct"/>
            <w:tcBorders>
              <w:top w:val="nil"/>
              <w:left w:val="nil"/>
              <w:bottom w:val="nil"/>
              <w:right w:val="nil"/>
            </w:tcBorders>
            <w:shd w:val="clear" w:color="auto" w:fill="FFFFFF" w:themeFill="background1"/>
            <w:vAlign w:val="bottom"/>
          </w:tcPr>
          <w:p w14:paraId="0127C9D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579" w:type="pct"/>
            <w:tcBorders>
              <w:top w:val="nil"/>
              <w:left w:val="nil"/>
              <w:bottom w:val="nil"/>
              <w:right w:val="nil"/>
            </w:tcBorders>
            <w:shd w:val="clear" w:color="auto" w:fill="FFFFFF" w:themeFill="background1"/>
            <w:vAlign w:val="bottom"/>
          </w:tcPr>
          <w:p w14:paraId="6E76AC6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72CA8A89" w14:textId="77777777" w:rsidTr="008B2F03">
        <w:tc>
          <w:tcPr>
            <w:tcW w:w="922" w:type="pct"/>
            <w:shd w:val="clear" w:color="auto" w:fill="FFFFFF" w:themeFill="background1"/>
            <w:vAlign w:val="bottom"/>
          </w:tcPr>
          <w:p w14:paraId="4AB415E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Cognitive Problems </w:t>
            </w:r>
          </w:p>
        </w:tc>
        <w:tc>
          <w:tcPr>
            <w:tcW w:w="446" w:type="pct"/>
            <w:tcBorders>
              <w:top w:val="nil"/>
              <w:left w:val="nil"/>
              <w:bottom w:val="nil"/>
              <w:right w:val="nil"/>
            </w:tcBorders>
            <w:shd w:val="clear" w:color="auto" w:fill="FFFFFF" w:themeFill="background1"/>
            <w:vAlign w:val="bottom"/>
          </w:tcPr>
          <w:p w14:paraId="79B8EA1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95" w:type="pct"/>
            <w:tcBorders>
              <w:top w:val="nil"/>
              <w:left w:val="nil"/>
              <w:bottom w:val="nil"/>
              <w:right w:val="nil"/>
            </w:tcBorders>
            <w:shd w:val="clear" w:color="auto" w:fill="FFFFFF" w:themeFill="background1"/>
            <w:vAlign w:val="bottom"/>
          </w:tcPr>
          <w:p w14:paraId="45F8CCB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686" w:type="pct"/>
            <w:tcBorders>
              <w:top w:val="nil"/>
              <w:left w:val="nil"/>
              <w:bottom w:val="nil"/>
              <w:right w:val="nil"/>
            </w:tcBorders>
            <w:shd w:val="clear" w:color="auto" w:fill="FFFFFF" w:themeFill="background1"/>
            <w:vAlign w:val="bottom"/>
          </w:tcPr>
          <w:p w14:paraId="74D2856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0.63</w:t>
            </w:r>
          </w:p>
        </w:tc>
        <w:tc>
          <w:tcPr>
            <w:tcW w:w="635" w:type="pct"/>
            <w:tcBorders>
              <w:top w:val="nil"/>
              <w:left w:val="nil"/>
              <w:bottom w:val="nil"/>
              <w:right w:val="nil"/>
            </w:tcBorders>
            <w:shd w:val="clear" w:color="auto" w:fill="FFFFFF" w:themeFill="background1"/>
            <w:vAlign w:val="bottom"/>
          </w:tcPr>
          <w:p w14:paraId="4B53F8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360" w:type="pct"/>
            <w:tcBorders>
              <w:top w:val="nil"/>
              <w:left w:val="nil"/>
              <w:bottom w:val="nil"/>
              <w:right w:val="nil"/>
            </w:tcBorders>
            <w:shd w:val="clear" w:color="auto" w:fill="FFFFFF" w:themeFill="background1"/>
            <w:vAlign w:val="bottom"/>
          </w:tcPr>
          <w:p w14:paraId="6F81DE1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439" w:type="pct"/>
            <w:tcBorders>
              <w:top w:val="nil"/>
              <w:left w:val="nil"/>
              <w:bottom w:val="nil"/>
              <w:right w:val="nil"/>
            </w:tcBorders>
            <w:shd w:val="clear" w:color="auto" w:fill="FFFFFF" w:themeFill="background1"/>
            <w:vAlign w:val="bottom"/>
          </w:tcPr>
          <w:p w14:paraId="6431D61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537" w:type="pct"/>
            <w:tcBorders>
              <w:top w:val="nil"/>
              <w:left w:val="nil"/>
              <w:bottom w:val="nil"/>
              <w:right w:val="nil"/>
            </w:tcBorders>
            <w:shd w:val="clear" w:color="auto" w:fill="FFFFFF" w:themeFill="background1"/>
            <w:vAlign w:val="bottom"/>
          </w:tcPr>
          <w:p w14:paraId="66EF4A5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579" w:type="pct"/>
            <w:tcBorders>
              <w:top w:val="nil"/>
              <w:left w:val="nil"/>
              <w:bottom w:val="nil"/>
              <w:right w:val="nil"/>
            </w:tcBorders>
            <w:shd w:val="clear" w:color="auto" w:fill="FFFFFF" w:themeFill="background1"/>
            <w:vAlign w:val="bottom"/>
          </w:tcPr>
          <w:p w14:paraId="0503832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r>
      <w:tr w:rsidR="00A81EB2" w:rsidRPr="00A81EB2" w14:paraId="6FA634EA" w14:textId="77777777" w:rsidTr="008B2F03">
        <w:tc>
          <w:tcPr>
            <w:tcW w:w="922" w:type="pct"/>
            <w:shd w:val="clear" w:color="auto" w:fill="FFFFFF" w:themeFill="background1"/>
            <w:vAlign w:val="bottom"/>
          </w:tcPr>
          <w:p w14:paraId="5F31AC2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Disorganization </w:t>
            </w:r>
          </w:p>
        </w:tc>
        <w:tc>
          <w:tcPr>
            <w:tcW w:w="446" w:type="pct"/>
            <w:tcBorders>
              <w:top w:val="nil"/>
              <w:left w:val="nil"/>
              <w:bottom w:val="nil"/>
              <w:right w:val="nil"/>
            </w:tcBorders>
            <w:shd w:val="clear" w:color="auto" w:fill="FFFFFF" w:themeFill="background1"/>
            <w:vAlign w:val="bottom"/>
          </w:tcPr>
          <w:p w14:paraId="0FA5E36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95" w:type="pct"/>
            <w:tcBorders>
              <w:top w:val="nil"/>
              <w:left w:val="nil"/>
              <w:bottom w:val="nil"/>
              <w:right w:val="nil"/>
            </w:tcBorders>
            <w:shd w:val="clear" w:color="auto" w:fill="FFFFFF" w:themeFill="background1"/>
            <w:vAlign w:val="bottom"/>
          </w:tcPr>
          <w:p w14:paraId="6A10D53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686" w:type="pct"/>
            <w:tcBorders>
              <w:top w:val="nil"/>
              <w:left w:val="nil"/>
              <w:bottom w:val="nil"/>
              <w:right w:val="nil"/>
            </w:tcBorders>
            <w:shd w:val="clear" w:color="auto" w:fill="FFFFFF" w:themeFill="background1"/>
            <w:vAlign w:val="bottom"/>
          </w:tcPr>
          <w:p w14:paraId="22D02B5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0.61</w:t>
            </w:r>
          </w:p>
        </w:tc>
        <w:tc>
          <w:tcPr>
            <w:tcW w:w="635" w:type="pct"/>
            <w:tcBorders>
              <w:top w:val="nil"/>
              <w:left w:val="nil"/>
              <w:bottom w:val="nil"/>
              <w:right w:val="nil"/>
            </w:tcBorders>
            <w:shd w:val="clear" w:color="auto" w:fill="FFFFFF" w:themeFill="background1"/>
            <w:vAlign w:val="bottom"/>
          </w:tcPr>
          <w:p w14:paraId="271BA7B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360" w:type="pct"/>
            <w:tcBorders>
              <w:top w:val="nil"/>
              <w:left w:val="nil"/>
              <w:bottom w:val="nil"/>
              <w:right w:val="nil"/>
            </w:tcBorders>
            <w:shd w:val="clear" w:color="auto" w:fill="FFFFFF" w:themeFill="background1"/>
            <w:vAlign w:val="bottom"/>
          </w:tcPr>
          <w:p w14:paraId="6AFCC0C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439" w:type="pct"/>
            <w:tcBorders>
              <w:top w:val="nil"/>
              <w:left w:val="nil"/>
              <w:bottom w:val="nil"/>
              <w:right w:val="nil"/>
            </w:tcBorders>
            <w:shd w:val="clear" w:color="auto" w:fill="FFFFFF" w:themeFill="background1"/>
            <w:vAlign w:val="bottom"/>
          </w:tcPr>
          <w:p w14:paraId="7D7DB60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tcBorders>
              <w:top w:val="nil"/>
              <w:left w:val="nil"/>
              <w:bottom w:val="nil"/>
              <w:right w:val="nil"/>
            </w:tcBorders>
            <w:shd w:val="clear" w:color="auto" w:fill="FFFFFF" w:themeFill="background1"/>
            <w:vAlign w:val="bottom"/>
          </w:tcPr>
          <w:p w14:paraId="5ABD8C9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579" w:type="pct"/>
            <w:tcBorders>
              <w:top w:val="nil"/>
              <w:left w:val="nil"/>
              <w:bottom w:val="nil"/>
              <w:right w:val="nil"/>
            </w:tcBorders>
            <w:shd w:val="clear" w:color="auto" w:fill="FFFFFF" w:themeFill="background1"/>
            <w:vAlign w:val="bottom"/>
          </w:tcPr>
          <w:p w14:paraId="34C7CA3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2108A61B" w14:textId="77777777" w:rsidTr="008B2F03">
        <w:tc>
          <w:tcPr>
            <w:tcW w:w="922" w:type="pct"/>
            <w:shd w:val="clear" w:color="auto" w:fill="FFFFFF" w:themeFill="background1"/>
            <w:vAlign w:val="bottom"/>
          </w:tcPr>
          <w:p w14:paraId="5648DC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Checking </w:t>
            </w:r>
          </w:p>
        </w:tc>
        <w:tc>
          <w:tcPr>
            <w:tcW w:w="446" w:type="pct"/>
            <w:tcBorders>
              <w:top w:val="nil"/>
              <w:left w:val="nil"/>
              <w:bottom w:val="nil"/>
              <w:right w:val="nil"/>
            </w:tcBorders>
            <w:shd w:val="clear" w:color="auto" w:fill="FFFFFF" w:themeFill="background1"/>
            <w:vAlign w:val="bottom"/>
          </w:tcPr>
          <w:p w14:paraId="442E15D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95" w:type="pct"/>
            <w:tcBorders>
              <w:top w:val="nil"/>
              <w:left w:val="nil"/>
              <w:bottom w:val="nil"/>
              <w:right w:val="nil"/>
            </w:tcBorders>
            <w:shd w:val="clear" w:color="auto" w:fill="FFFFFF" w:themeFill="background1"/>
            <w:vAlign w:val="bottom"/>
          </w:tcPr>
          <w:p w14:paraId="3707D6E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86" w:type="pct"/>
            <w:tcBorders>
              <w:top w:val="nil"/>
              <w:left w:val="nil"/>
              <w:bottom w:val="nil"/>
              <w:right w:val="nil"/>
            </w:tcBorders>
            <w:shd w:val="clear" w:color="auto" w:fill="FFFFFF" w:themeFill="background1"/>
            <w:vAlign w:val="bottom"/>
          </w:tcPr>
          <w:p w14:paraId="42CB5B6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0.50</w:t>
            </w:r>
          </w:p>
        </w:tc>
        <w:tc>
          <w:tcPr>
            <w:tcW w:w="635" w:type="pct"/>
            <w:tcBorders>
              <w:top w:val="nil"/>
              <w:left w:val="nil"/>
              <w:bottom w:val="nil"/>
              <w:right w:val="nil"/>
            </w:tcBorders>
            <w:shd w:val="clear" w:color="auto" w:fill="FFFFFF" w:themeFill="background1"/>
            <w:vAlign w:val="bottom"/>
          </w:tcPr>
          <w:p w14:paraId="0E7EDE0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360" w:type="pct"/>
            <w:tcBorders>
              <w:top w:val="nil"/>
              <w:left w:val="nil"/>
              <w:bottom w:val="nil"/>
              <w:right w:val="nil"/>
            </w:tcBorders>
            <w:shd w:val="clear" w:color="auto" w:fill="FFFFFF" w:themeFill="background1"/>
            <w:vAlign w:val="bottom"/>
          </w:tcPr>
          <w:p w14:paraId="3417A6C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439" w:type="pct"/>
            <w:tcBorders>
              <w:top w:val="nil"/>
              <w:left w:val="nil"/>
              <w:bottom w:val="nil"/>
              <w:right w:val="nil"/>
            </w:tcBorders>
            <w:shd w:val="clear" w:color="auto" w:fill="FFFFFF" w:themeFill="background1"/>
            <w:vAlign w:val="bottom"/>
          </w:tcPr>
          <w:p w14:paraId="0A66E98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537" w:type="pct"/>
            <w:tcBorders>
              <w:top w:val="nil"/>
              <w:left w:val="nil"/>
              <w:bottom w:val="nil"/>
              <w:right w:val="nil"/>
            </w:tcBorders>
            <w:shd w:val="clear" w:color="auto" w:fill="FFFFFF" w:themeFill="background1"/>
            <w:vAlign w:val="bottom"/>
          </w:tcPr>
          <w:p w14:paraId="2919BED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579" w:type="pct"/>
            <w:tcBorders>
              <w:top w:val="nil"/>
              <w:left w:val="nil"/>
              <w:bottom w:val="nil"/>
              <w:right w:val="nil"/>
            </w:tcBorders>
            <w:shd w:val="clear" w:color="auto" w:fill="FFFFFF" w:themeFill="background1"/>
            <w:vAlign w:val="bottom"/>
          </w:tcPr>
          <w:p w14:paraId="5BBA9C3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r>
      <w:tr w:rsidR="00A81EB2" w:rsidRPr="00A81EB2" w14:paraId="1C23D064" w14:textId="77777777" w:rsidTr="008B2F03">
        <w:tc>
          <w:tcPr>
            <w:tcW w:w="922" w:type="pct"/>
            <w:shd w:val="clear" w:color="auto" w:fill="FFFFFF" w:themeFill="background1"/>
            <w:vAlign w:val="bottom"/>
          </w:tcPr>
          <w:p w14:paraId="63D91A6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Lassitude </w:t>
            </w:r>
          </w:p>
        </w:tc>
        <w:tc>
          <w:tcPr>
            <w:tcW w:w="446" w:type="pct"/>
            <w:tcBorders>
              <w:top w:val="nil"/>
              <w:left w:val="nil"/>
              <w:bottom w:val="nil"/>
              <w:right w:val="nil"/>
            </w:tcBorders>
            <w:shd w:val="clear" w:color="auto" w:fill="FFFFFF" w:themeFill="background1"/>
            <w:vAlign w:val="bottom"/>
          </w:tcPr>
          <w:p w14:paraId="1AD6849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395" w:type="pct"/>
            <w:tcBorders>
              <w:top w:val="nil"/>
              <w:left w:val="nil"/>
              <w:bottom w:val="nil"/>
              <w:right w:val="nil"/>
            </w:tcBorders>
            <w:shd w:val="clear" w:color="auto" w:fill="FFFFFF" w:themeFill="background1"/>
            <w:vAlign w:val="bottom"/>
          </w:tcPr>
          <w:p w14:paraId="32A8430F"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0.39</w:t>
            </w:r>
          </w:p>
        </w:tc>
        <w:tc>
          <w:tcPr>
            <w:tcW w:w="686" w:type="pct"/>
            <w:tcBorders>
              <w:top w:val="nil"/>
              <w:left w:val="nil"/>
              <w:bottom w:val="nil"/>
              <w:right w:val="nil"/>
            </w:tcBorders>
            <w:shd w:val="clear" w:color="auto" w:fill="FFFFFF" w:themeFill="background1"/>
            <w:vAlign w:val="bottom"/>
          </w:tcPr>
          <w:p w14:paraId="7C21598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0.47</w:t>
            </w:r>
          </w:p>
        </w:tc>
        <w:tc>
          <w:tcPr>
            <w:tcW w:w="635" w:type="pct"/>
            <w:tcBorders>
              <w:top w:val="nil"/>
              <w:left w:val="nil"/>
              <w:bottom w:val="nil"/>
              <w:right w:val="nil"/>
            </w:tcBorders>
            <w:shd w:val="clear" w:color="auto" w:fill="FFFFFF" w:themeFill="background1"/>
            <w:vAlign w:val="bottom"/>
          </w:tcPr>
          <w:p w14:paraId="2673BFD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360" w:type="pct"/>
            <w:tcBorders>
              <w:top w:val="nil"/>
              <w:left w:val="nil"/>
              <w:bottom w:val="nil"/>
              <w:right w:val="nil"/>
            </w:tcBorders>
            <w:shd w:val="clear" w:color="auto" w:fill="FFFFFF" w:themeFill="background1"/>
            <w:vAlign w:val="bottom"/>
          </w:tcPr>
          <w:p w14:paraId="41949A3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439" w:type="pct"/>
            <w:tcBorders>
              <w:top w:val="nil"/>
              <w:left w:val="nil"/>
              <w:bottom w:val="nil"/>
              <w:right w:val="nil"/>
            </w:tcBorders>
            <w:shd w:val="clear" w:color="auto" w:fill="FFFFFF" w:themeFill="background1"/>
            <w:vAlign w:val="bottom"/>
          </w:tcPr>
          <w:p w14:paraId="7CECFF6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tcBorders>
              <w:top w:val="nil"/>
              <w:left w:val="nil"/>
              <w:bottom w:val="nil"/>
              <w:right w:val="nil"/>
            </w:tcBorders>
            <w:shd w:val="clear" w:color="auto" w:fill="FFFFFF" w:themeFill="background1"/>
            <w:vAlign w:val="bottom"/>
          </w:tcPr>
          <w:p w14:paraId="2B0F00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79" w:type="pct"/>
            <w:tcBorders>
              <w:top w:val="nil"/>
              <w:left w:val="nil"/>
              <w:bottom w:val="nil"/>
              <w:right w:val="nil"/>
            </w:tcBorders>
            <w:shd w:val="clear" w:color="auto" w:fill="FFFFFF" w:themeFill="background1"/>
            <w:vAlign w:val="bottom"/>
          </w:tcPr>
          <w:p w14:paraId="79A3CE0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1DDA69AD" w14:textId="77777777" w:rsidTr="008B2F03">
        <w:tc>
          <w:tcPr>
            <w:tcW w:w="922" w:type="pct"/>
            <w:shd w:val="clear" w:color="auto" w:fill="FFFFFF" w:themeFill="background1"/>
            <w:vAlign w:val="bottom"/>
          </w:tcPr>
          <w:p w14:paraId="24FE4A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Hoarding  </w:t>
            </w:r>
          </w:p>
        </w:tc>
        <w:tc>
          <w:tcPr>
            <w:tcW w:w="446" w:type="pct"/>
            <w:tcBorders>
              <w:top w:val="nil"/>
              <w:left w:val="nil"/>
              <w:bottom w:val="nil"/>
              <w:right w:val="nil"/>
            </w:tcBorders>
            <w:shd w:val="clear" w:color="auto" w:fill="FFFFFF" w:themeFill="background1"/>
            <w:vAlign w:val="bottom"/>
          </w:tcPr>
          <w:p w14:paraId="4A8640A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tcBorders>
              <w:top w:val="nil"/>
              <w:left w:val="nil"/>
              <w:bottom w:val="nil"/>
              <w:right w:val="nil"/>
            </w:tcBorders>
            <w:shd w:val="clear" w:color="auto" w:fill="FFFFFF" w:themeFill="background1"/>
            <w:vAlign w:val="bottom"/>
          </w:tcPr>
          <w:p w14:paraId="1B6A1FA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86" w:type="pct"/>
            <w:tcBorders>
              <w:top w:val="nil"/>
              <w:left w:val="nil"/>
              <w:bottom w:val="nil"/>
              <w:right w:val="nil"/>
            </w:tcBorders>
            <w:shd w:val="clear" w:color="auto" w:fill="FFFFFF" w:themeFill="background1"/>
            <w:vAlign w:val="bottom"/>
          </w:tcPr>
          <w:p w14:paraId="514D283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0.37</w:t>
            </w:r>
          </w:p>
        </w:tc>
        <w:tc>
          <w:tcPr>
            <w:tcW w:w="635" w:type="pct"/>
            <w:tcBorders>
              <w:top w:val="nil"/>
              <w:left w:val="nil"/>
              <w:bottom w:val="nil"/>
              <w:right w:val="nil"/>
            </w:tcBorders>
            <w:shd w:val="clear" w:color="auto" w:fill="FFFFFF" w:themeFill="background1"/>
            <w:vAlign w:val="bottom"/>
          </w:tcPr>
          <w:p w14:paraId="180D1BC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360" w:type="pct"/>
            <w:tcBorders>
              <w:top w:val="nil"/>
              <w:left w:val="nil"/>
              <w:bottom w:val="nil"/>
              <w:right w:val="nil"/>
            </w:tcBorders>
            <w:shd w:val="clear" w:color="auto" w:fill="FFFFFF" w:themeFill="background1"/>
            <w:vAlign w:val="bottom"/>
          </w:tcPr>
          <w:p w14:paraId="49EE770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439" w:type="pct"/>
            <w:tcBorders>
              <w:top w:val="nil"/>
              <w:left w:val="nil"/>
              <w:bottom w:val="nil"/>
              <w:right w:val="nil"/>
            </w:tcBorders>
            <w:shd w:val="clear" w:color="auto" w:fill="FFFFFF" w:themeFill="background1"/>
            <w:vAlign w:val="bottom"/>
          </w:tcPr>
          <w:p w14:paraId="5C5A39E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37" w:type="pct"/>
            <w:tcBorders>
              <w:top w:val="nil"/>
              <w:left w:val="nil"/>
              <w:bottom w:val="nil"/>
              <w:right w:val="nil"/>
            </w:tcBorders>
            <w:shd w:val="clear" w:color="auto" w:fill="FFFFFF" w:themeFill="background1"/>
            <w:vAlign w:val="bottom"/>
          </w:tcPr>
          <w:p w14:paraId="0C6C9A1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79" w:type="pct"/>
            <w:tcBorders>
              <w:top w:val="nil"/>
              <w:left w:val="nil"/>
              <w:bottom w:val="nil"/>
              <w:right w:val="nil"/>
            </w:tcBorders>
            <w:shd w:val="clear" w:color="auto" w:fill="FFFFFF" w:themeFill="background1"/>
            <w:vAlign w:val="bottom"/>
          </w:tcPr>
          <w:p w14:paraId="3D5FC37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0.26</w:t>
            </w:r>
          </w:p>
        </w:tc>
      </w:tr>
      <w:tr w:rsidR="00A81EB2" w:rsidRPr="00A81EB2" w14:paraId="783298E3" w14:textId="77777777" w:rsidTr="008B2F03">
        <w:tc>
          <w:tcPr>
            <w:tcW w:w="922" w:type="pct"/>
            <w:shd w:val="clear" w:color="auto" w:fill="FFFFFF" w:themeFill="background1"/>
            <w:vAlign w:val="bottom"/>
          </w:tcPr>
          <w:p w14:paraId="5F14C33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Anxious Worry</w:t>
            </w:r>
          </w:p>
        </w:tc>
        <w:tc>
          <w:tcPr>
            <w:tcW w:w="446" w:type="pct"/>
            <w:tcBorders>
              <w:top w:val="nil"/>
              <w:left w:val="nil"/>
              <w:bottom w:val="nil"/>
              <w:right w:val="nil"/>
            </w:tcBorders>
            <w:shd w:val="clear" w:color="auto" w:fill="FFFFFF" w:themeFill="background1"/>
            <w:vAlign w:val="bottom"/>
          </w:tcPr>
          <w:p w14:paraId="3A92567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tcBorders>
              <w:top w:val="nil"/>
              <w:left w:val="nil"/>
              <w:bottom w:val="nil"/>
              <w:right w:val="nil"/>
            </w:tcBorders>
            <w:shd w:val="clear" w:color="auto" w:fill="FFFFFF" w:themeFill="background1"/>
            <w:vAlign w:val="bottom"/>
          </w:tcPr>
          <w:p w14:paraId="1B0B2D1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0.32</w:t>
            </w:r>
          </w:p>
        </w:tc>
        <w:tc>
          <w:tcPr>
            <w:tcW w:w="686" w:type="pct"/>
            <w:tcBorders>
              <w:top w:val="nil"/>
              <w:left w:val="nil"/>
              <w:bottom w:val="nil"/>
              <w:right w:val="nil"/>
            </w:tcBorders>
            <w:shd w:val="clear" w:color="auto" w:fill="FFFFFF" w:themeFill="background1"/>
            <w:vAlign w:val="bottom"/>
          </w:tcPr>
          <w:p w14:paraId="16CE288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0.36</w:t>
            </w:r>
          </w:p>
        </w:tc>
        <w:tc>
          <w:tcPr>
            <w:tcW w:w="635" w:type="pct"/>
            <w:tcBorders>
              <w:top w:val="nil"/>
              <w:left w:val="nil"/>
              <w:bottom w:val="nil"/>
              <w:right w:val="nil"/>
            </w:tcBorders>
            <w:shd w:val="clear" w:color="auto" w:fill="FFFFFF" w:themeFill="background1"/>
            <w:vAlign w:val="bottom"/>
          </w:tcPr>
          <w:p w14:paraId="7DF63E2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360" w:type="pct"/>
            <w:tcBorders>
              <w:top w:val="nil"/>
              <w:left w:val="nil"/>
              <w:bottom w:val="nil"/>
              <w:right w:val="nil"/>
            </w:tcBorders>
            <w:shd w:val="clear" w:color="auto" w:fill="FFFFFF" w:themeFill="background1"/>
            <w:vAlign w:val="bottom"/>
          </w:tcPr>
          <w:p w14:paraId="6ABA457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439" w:type="pct"/>
            <w:tcBorders>
              <w:top w:val="nil"/>
              <w:left w:val="nil"/>
              <w:bottom w:val="nil"/>
              <w:right w:val="nil"/>
            </w:tcBorders>
            <w:shd w:val="clear" w:color="auto" w:fill="FFFFFF" w:themeFill="background1"/>
            <w:vAlign w:val="bottom"/>
          </w:tcPr>
          <w:p w14:paraId="0707B9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c>
          <w:tcPr>
            <w:tcW w:w="537" w:type="pct"/>
            <w:tcBorders>
              <w:top w:val="nil"/>
              <w:left w:val="nil"/>
              <w:bottom w:val="nil"/>
              <w:right w:val="nil"/>
            </w:tcBorders>
            <w:shd w:val="clear" w:color="auto" w:fill="FFFFFF" w:themeFill="background1"/>
            <w:vAlign w:val="bottom"/>
          </w:tcPr>
          <w:p w14:paraId="4E52105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579" w:type="pct"/>
            <w:tcBorders>
              <w:top w:val="nil"/>
              <w:left w:val="nil"/>
              <w:bottom w:val="nil"/>
              <w:right w:val="nil"/>
            </w:tcBorders>
            <w:shd w:val="clear" w:color="auto" w:fill="FFFFFF" w:themeFill="background1"/>
            <w:vAlign w:val="bottom"/>
          </w:tcPr>
          <w:p w14:paraId="3D4AC34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r>
      <w:tr w:rsidR="00A81EB2" w:rsidRPr="00A81EB2" w14:paraId="15E469AD" w14:textId="77777777" w:rsidTr="008B2F03">
        <w:tc>
          <w:tcPr>
            <w:tcW w:w="922" w:type="pct"/>
            <w:shd w:val="clear" w:color="auto" w:fill="FFFFFF" w:themeFill="background1"/>
            <w:vAlign w:val="bottom"/>
          </w:tcPr>
          <w:p w14:paraId="482046B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Restlessness</w:t>
            </w:r>
          </w:p>
        </w:tc>
        <w:tc>
          <w:tcPr>
            <w:tcW w:w="446" w:type="pct"/>
            <w:tcBorders>
              <w:top w:val="nil"/>
              <w:left w:val="nil"/>
              <w:bottom w:val="nil"/>
              <w:right w:val="nil"/>
            </w:tcBorders>
            <w:shd w:val="clear" w:color="auto" w:fill="FFFFFF" w:themeFill="background1"/>
            <w:vAlign w:val="bottom"/>
          </w:tcPr>
          <w:p w14:paraId="19456C8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95" w:type="pct"/>
            <w:tcBorders>
              <w:top w:val="nil"/>
              <w:left w:val="nil"/>
              <w:bottom w:val="nil"/>
              <w:right w:val="nil"/>
            </w:tcBorders>
            <w:shd w:val="clear" w:color="auto" w:fill="FFFFFF" w:themeFill="background1"/>
            <w:vAlign w:val="bottom"/>
          </w:tcPr>
          <w:p w14:paraId="1761BB5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686" w:type="pct"/>
            <w:tcBorders>
              <w:top w:val="nil"/>
              <w:left w:val="nil"/>
              <w:bottom w:val="nil"/>
              <w:right w:val="nil"/>
            </w:tcBorders>
            <w:shd w:val="clear" w:color="auto" w:fill="FFFFFF" w:themeFill="background1"/>
            <w:vAlign w:val="bottom"/>
          </w:tcPr>
          <w:p w14:paraId="1B5D680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0.35</w:t>
            </w:r>
          </w:p>
        </w:tc>
        <w:tc>
          <w:tcPr>
            <w:tcW w:w="635" w:type="pct"/>
            <w:tcBorders>
              <w:top w:val="nil"/>
              <w:left w:val="nil"/>
              <w:bottom w:val="nil"/>
              <w:right w:val="nil"/>
            </w:tcBorders>
            <w:shd w:val="clear" w:color="auto" w:fill="FFFFFF" w:themeFill="background1"/>
            <w:vAlign w:val="bottom"/>
          </w:tcPr>
          <w:p w14:paraId="696BAEF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360" w:type="pct"/>
            <w:tcBorders>
              <w:top w:val="nil"/>
              <w:left w:val="nil"/>
              <w:bottom w:val="nil"/>
              <w:right w:val="nil"/>
            </w:tcBorders>
            <w:shd w:val="clear" w:color="auto" w:fill="FFFFFF" w:themeFill="background1"/>
            <w:vAlign w:val="bottom"/>
          </w:tcPr>
          <w:p w14:paraId="6323902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439" w:type="pct"/>
            <w:tcBorders>
              <w:top w:val="nil"/>
              <w:left w:val="nil"/>
              <w:bottom w:val="nil"/>
              <w:right w:val="nil"/>
            </w:tcBorders>
            <w:shd w:val="clear" w:color="auto" w:fill="FFFFFF" w:themeFill="background1"/>
            <w:vAlign w:val="bottom"/>
          </w:tcPr>
          <w:p w14:paraId="665DBC8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537" w:type="pct"/>
            <w:tcBorders>
              <w:top w:val="nil"/>
              <w:left w:val="nil"/>
              <w:bottom w:val="nil"/>
              <w:right w:val="nil"/>
            </w:tcBorders>
            <w:shd w:val="clear" w:color="auto" w:fill="FFFFFF" w:themeFill="background1"/>
            <w:vAlign w:val="bottom"/>
          </w:tcPr>
          <w:p w14:paraId="3517304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0.31</w:t>
            </w:r>
          </w:p>
        </w:tc>
        <w:tc>
          <w:tcPr>
            <w:tcW w:w="579" w:type="pct"/>
            <w:tcBorders>
              <w:top w:val="nil"/>
              <w:left w:val="nil"/>
              <w:bottom w:val="nil"/>
              <w:right w:val="nil"/>
            </w:tcBorders>
            <w:shd w:val="clear" w:color="auto" w:fill="FFFFFF" w:themeFill="background1"/>
            <w:vAlign w:val="bottom"/>
          </w:tcPr>
          <w:p w14:paraId="55A429C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r>
      <w:tr w:rsidR="00A81EB2" w:rsidRPr="00A81EB2" w14:paraId="28A79075" w14:textId="77777777" w:rsidTr="008B2F03">
        <w:tc>
          <w:tcPr>
            <w:tcW w:w="922" w:type="pct"/>
            <w:shd w:val="clear" w:color="auto" w:fill="FFFFFF" w:themeFill="background1"/>
            <w:vAlign w:val="bottom"/>
          </w:tcPr>
          <w:p w14:paraId="76B6E14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Fantasy Proneness</w:t>
            </w:r>
          </w:p>
        </w:tc>
        <w:tc>
          <w:tcPr>
            <w:tcW w:w="446" w:type="pct"/>
            <w:tcBorders>
              <w:top w:val="nil"/>
              <w:left w:val="nil"/>
              <w:bottom w:val="nil"/>
              <w:right w:val="nil"/>
            </w:tcBorders>
            <w:shd w:val="clear" w:color="auto" w:fill="FFFFFF" w:themeFill="background1"/>
            <w:vAlign w:val="bottom"/>
          </w:tcPr>
          <w:p w14:paraId="60ED029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395" w:type="pct"/>
            <w:tcBorders>
              <w:top w:val="nil"/>
              <w:left w:val="nil"/>
              <w:bottom w:val="nil"/>
              <w:right w:val="nil"/>
            </w:tcBorders>
            <w:shd w:val="clear" w:color="auto" w:fill="FFFFFF" w:themeFill="background1"/>
            <w:vAlign w:val="bottom"/>
          </w:tcPr>
          <w:p w14:paraId="7F890B55"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0.02</w:t>
            </w:r>
          </w:p>
        </w:tc>
        <w:tc>
          <w:tcPr>
            <w:tcW w:w="686" w:type="pct"/>
            <w:tcBorders>
              <w:top w:val="nil"/>
              <w:left w:val="nil"/>
              <w:bottom w:val="nil"/>
              <w:right w:val="nil"/>
            </w:tcBorders>
            <w:shd w:val="clear" w:color="auto" w:fill="FFFFFF" w:themeFill="background1"/>
            <w:vAlign w:val="bottom"/>
          </w:tcPr>
          <w:p w14:paraId="4784A9B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c>
          <w:tcPr>
            <w:tcW w:w="635" w:type="pct"/>
            <w:tcBorders>
              <w:top w:val="nil"/>
              <w:left w:val="nil"/>
              <w:bottom w:val="nil"/>
              <w:right w:val="nil"/>
            </w:tcBorders>
            <w:shd w:val="clear" w:color="auto" w:fill="FFFFFF" w:themeFill="background1"/>
            <w:vAlign w:val="bottom"/>
          </w:tcPr>
          <w:p w14:paraId="477002F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360" w:type="pct"/>
            <w:tcBorders>
              <w:top w:val="nil"/>
              <w:left w:val="nil"/>
              <w:bottom w:val="nil"/>
              <w:right w:val="nil"/>
            </w:tcBorders>
            <w:shd w:val="clear" w:color="auto" w:fill="FFFFFF" w:themeFill="background1"/>
            <w:vAlign w:val="bottom"/>
          </w:tcPr>
          <w:p w14:paraId="2F2F632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439" w:type="pct"/>
            <w:tcBorders>
              <w:top w:val="nil"/>
              <w:left w:val="nil"/>
              <w:bottom w:val="nil"/>
              <w:right w:val="nil"/>
            </w:tcBorders>
            <w:shd w:val="clear" w:color="auto" w:fill="FFFFFF" w:themeFill="background1"/>
            <w:vAlign w:val="bottom"/>
          </w:tcPr>
          <w:p w14:paraId="47FB8E5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537" w:type="pct"/>
            <w:tcBorders>
              <w:top w:val="nil"/>
              <w:left w:val="nil"/>
              <w:bottom w:val="nil"/>
              <w:right w:val="nil"/>
            </w:tcBorders>
            <w:shd w:val="clear" w:color="auto" w:fill="FFFFFF" w:themeFill="background1"/>
            <w:vAlign w:val="bottom"/>
          </w:tcPr>
          <w:p w14:paraId="1890317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0.32</w:t>
            </w:r>
          </w:p>
        </w:tc>
        <w:tc>
          <w:tcPr>
            <w:tcW w:w="579" w:type="pct"/>
            <w:tcBorders>
              <w:top w:val="nil"/>
              <w:left w:val="nil"/>
              <w:bottom w:val="nil"/>
              <w:right w:val="nil"/>
            </w:tcBorders>
            <w:shd w:val="clear" w:color="auto" w:fill="FFFFFF" w:themeFill="background1"/>
            <w:vAlign w:val="bottom"/>
          </w:tcPr>
          <w:p w14:paraId="6EC5785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r>
      <w:tr w:rsidR="00A81EB2" w:rsidRPr="00A81EB2" w14:paraId="7651824C" w14:textId="77777777" w:rsidTr="008B2F03">
        <w:tc>
          <w:tcPr>
            <w:tcW w:w="922" w:type="pct"/>
            <w:shd w:val="clear" w:color="auto" w:fill="FFFFFF" w:themeFill="background1"/>
            <w:vAlign w:val="bottom"/>
          </w:tcPr>
          <w:p w14:paraId="3F5D97F8" w14:textId="33C04272"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Non-</w:t>
            </w:r>
            <w:proofErr w:type="spellStart"/>
            <w:r w:rsidR="004C4FD8">
              <w:rPr>
                <w:rFonts w:ascii="Times New Roman" w:hAnsi="Times New Roman" w:cs="Times New Roman"/>
                <w:sz w:val="20"/>
                <w:szCs w:val="20"/>
              </w:rPr>
              <w:t>P</w:t>
            </w:r>
            <w:r w:rsidRPr="00A81EB2">
              <w:rPr>
                <w:rFonts w:ascii="Times New Roman" w:hAnsi="Times New Roman" w:cs="Times New Roman"/>
                <w:sz w:val="20"/>
                <w:szCs w:val="20"/>
              </w:rPr>
              <w:t>lanfulness</w:t>
            </w:r>
            <w:proofErr w:type="spellEnd"/>
          </w:p>
        </w:tc>
        <w:tc>
          <w:tcPr>
            <w:tcW w:w="446" w:type="pct"/>
            <w:tcBorders>
              <w:top w:val="nil"/>
              <w:left w:val="nil"/>
              <w:bottom w:val="nil"/>
              <w:right w:val="nil"/>
            </w:tcBorders>
            <w:shd w:val="clear" w:color="auto" w:fill="FFFFFF" w:themeFill="background1"/>
            <w:vAlign w:val="bottom"/>
          </w:tcPr>
          <w:p w14:paraId="049BD92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95" w:type="pct"/>
            <w:tcBorders>
              <w:top w:val="nil"/>
              <w:left w:val="nil"/>
              <w:bottom w:val="nil"/>
              <w:right w:val="nil"/>
            </w:tcBorders>
            <w:shd w:val="clear" w:color="auto" w:fill="FFFFFF" w:themeFill="background1"/>
            <w:vAlign w:val="bottom"/>
          </w:tcPr>
          <w:p w14:paraId="69E6F27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0.02</w:t>
            </w:r>
          </w:p>
        </w:tc>
        <w:tc>
          <w:tcPr>
            <w:tcW w:w="686" w:type="pct"/>
            <w:tcBorders>
              <w:top w:val="nil"/>
              <w:left w:val="nil"/>
              <w:bottom w:val="nil"/>
              <w:right w:val="nil"/>
            </w:tcBorders>
            <w:shd w:val="clear" w:color="auto" w:fill="FFFFFF" w:themeFill="background1"/>
            <w:vAlign w:val="bottom"/>
          </w:tcPr>
          <w:p w14:paraId="5BF02FF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c>
          <w:tcPr>
            <w:tcW w:w="635" w:type="pct"/>
            <w:tcBorders>
              <w:top w:val="nil"/>
              <w:left w:val="nil"/>
              <w:bottom w:val="nil"/>
              <w:right w:val="nil"/>
            </w:tcBorders>
            <w:shd w:val="clear" w:color="auto" w:fill="FFFFFF" w:themeFill="background1"/>
            <w:vAlign w:val="bottom"/>
          </w:tcPr>
          <w:p w14:paraId="286C2EA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60" w:type="pct"/>
            <w:tcBorders>
              <w:top w:val="nil"/>
              <w:left w:val="nil"/>
              <w:bottom w:val="nil"/>
              <w:right w:val="nil"/>
            </w:tcBorders>
            <w:shd w:val="clear" w:color="auto" w:fill="FFFFFF" w:themeFill="background1"/>
            <w:vAlign w:val="bottom"/>
          </w:tcPr>
          <w:p w14:paraId="5946B16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0.33</w:t>
            </w:r>
          </w:p>
        </w:tc>
        <w:tc>
          <w:tcPr>
            <w:tcW w:w="439" w:type="pct"/>
            <w:tcBorders>
              <w:top w:val="nil"/>
              <w:left w:val="nil"/>
              <w:bottom w:val="nil"/>
              <w:right w:val="nil"/>
            </w:tcBorders>
            <w:shd w:val="clear" w:color="auto" w:fill="FFFFFF" w:themeFill="background1"/>
            <w:vAlign w:val="bottom"/>
          </w:tcPr>
          <w:p w14:paraId="0810BC7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tcBorders>
              <w:top w:val="nil"/>
              <w:left w:val="nil"/>
              <w:bottom w:val="nil"/>
              <w:right w:val="nil"/>
            </w:tcBorders>
            <w:shd w:val="clear" w:color="auto" w:fill="FFFFFF" w:themeFill="background1"/>
            <w:vAlign w:val="bottom"/>
          </w:tcPr>
          <w:p w14:paraId="051B31B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0.21</w:t>
            </w:r>
          </w:p>
        </w:tc>
        <w:tc>
          <w:tcPr>
            <w:tcW w:w="579" w:type="pct"/>
            <w:tcBorders>
              <w:top w:val="nil"/>
              <w:left w:val="nil"/>
              <w:bottom w:val="nil"/>
              <w:right w:val="nil"/>
            </w:tcBorders>
            <w:shd w:val="clear" w:color="auto" w:fill="FFFFFF" w:themeFill="background1"/>
            <w:vAlign w:val="bottom"/>
          </w:tcPr>
          <w:p w14:paraId="7F4E34E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r>
      <w:tr w:rsidR="00A81EB2" w:rsidRPr="00A81EB2" w14:paraId="5DB6B459" w14:textId="77777777" w:rsidTr="008B2F03">
        <w:tc>
          <w:tcPr>
            <w:tcW w:w="922" w:type="pct"/>
            <w:shd w:val="clear" w:color="auto" w:fill="FFFFFF" w:themeFill="background1"/>
            <w:vAlign w:val="bottom"/>
          </w:tcPr>
          <w:p w14:paraId="300096C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Excoriation </w:t>
            </w:r>
          </w:p>
        </w:tc>
        <w:tc>
          <w:tcPr>
            <w:tcW w:w="446" w:type="pct"/>
            <w:tcBorders>
              <w:top w:val="nil"/>
              <w:left w:val="nil"/>
              <w:bottom w:val="nil"/>
              <w:right w:val="nil"/>
            </w:tcBorders>
            <w:shd w:val="clear" w:color="auto" w:fill="FFFFFF" w:themeFill="background1"/>
            <w:vAlign w:val="bottom"/>
          </w:tcPr>
          <w:p w14:paraId="21A4D27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395" w:type="pct"/>
            <w:tcBorders>
              <w:top w:val="nil"/>
              <w:left w:val="nil"/>
              <w:bottom w:val="nil"/>
              <w:right w:val="nil"/>
            </w:tcBorders>
            <w:shd w:val="clear" w:color="auto" w:fill="FFFFFF" w:themeFill="background1"/>
            <w:vAlign w:val="bottom"/>
          </w:tcPr>
          <w:p w14:paraId="4B2B0356"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-0.02</w:t>
            </w:r>
          </w:p>
        </w:tc>
        <w:tc>
          <w:tcPr>
            <w:tcW w:w="686" w:type="pct"/>
            <w:tcBorders>
              <w:top w:val="nil"/>
              <w:left w:val="nil"/>
              <w:bottom w:val="nil"/>
              <w:right w:val="nil"/>
            </w:tcBorders>
            <w:shd w:val="clear" w:color="auto" w:fill="FFFFFF" w:themeFill="background1"/>
            <w:vAlign w:val="bottom"/>
          </w:tcPr>
          <w:p w14:paraId="4C2BC77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0.30</w:t>
            </w:r>
          </w:p>
        </w:tc>
        <w:tc>
          <w:tcPr>
            <w:tcW w:w="635" w:type="pct"/>
            <w:tcBorders>
              <w:top w:val="nil"/>
              <w:left w:val="nil"/>
              <w:bottom w:val="nil"/>
              <w:right w:val="nil"/>
            </w:tcBorders>
            <w:shd w:val="clear" w:color="auto" w:fill="FFFFFF" w:themeFill="background1"/>
            <w:vAlign w:val="bottom"/>
          </w:tcPr>
          <w:p w14:paraId="4691110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360" w:type="pct"/>
            <w:tcBorders>
              <w:top w:val="nil"/>
              <w:left w:val="nil"/>
              <w:bottom w:val="nil"/>
              <w:right w:val="nil"/>
            </w:tcBorders>
            <w:shd w:val="clear" w:color="auto" w:fill="FFFFFF" w:themeFill="background1"/>
            <w:vAlign w:val="bottom"/>
          </w:tcPr>
          <w:p w14:paraId="464714B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439" w:type="pct"/>
            <w:tcBorders>
              <w:top w:val="nil"/>
              <w:left w:val="nil"/>
              <w:bottom w:val="nil"/>
              <w:right w:val="nil"/>
            </w:tcBorders>
            <w:shd w:val="clear" w:color="auto" w:fill="FFFFFF" w:themeFill="background1"/>
            <w:vAlign w:val="bottom"/>
          </w:tcPr>
          <w:p w14:paraId="2FF325F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0.21</w:t>
            </w:r>
          </w:p>
        </w:tc>
        <w:tc>
          <w:tcPr>
            <w:tcW w:w="537" w:type="pct"/>
            <w:tcBorders>
              <w:top w:val="nil"/>
              <w:left w:val="nil"/>
              <w:bottom w:val="nil"/>
              <w:right w:val="nil"/>
            </w:tcBorders>
            <w:shd w:val="clear" w:color="auto" w:fill="FFFFFF" w:themeFill="background1"/>
            <w:vAlign w:val="bottom"/>
          </w:tcPr>
          <w:p w14:paraId="1E0390D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79" w:type="pct"/>
            <w:tcBorders>
              <w:top w:val="nil"/>
              <w:left w:val="nil"/>
              <w:bottom w:val="nil"/>
              <w:right w:val="nil"/>
            </w:tcBorders>
            <w:shd w:val="clear" w:color="auto" w:fill="FFFFFF" w:themeFill="background1"/>
            <w:vAlign w:val="bottom"/>
          </w:tcPr>
          <w:p w14:paraId="09D8D02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r>
      <w:tr w:rsidR="00A81EB2" w:rsidRPr="00A81EB2" w14:paraId="1850D308" w14:textId="77777777" w:rsidTr="008B2F03">
        <w:tc>
          <w:tcPr>
            <w:tcW w:w="922" w:type="pct"/>
            <w:shd w:val="clear" w:color="auto" w:fill="FFFFFF" w:themeFill="background1"/>
            <w:vAlign w:val="bottom"/>
          </w:tcPr>
          <w:p w14:paraId="4531930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Dietary Restraint</w:t>
            </w:r>
          </w:p>
        </w:tc>
        <w:tc>
          <w:tcPr>
            <w:tcW w:w="446" w:type="pct"/>
            <w:tcBorders>
              <w:top w:val="nil"/>
              <w:left w:val="nil"/>
              <w:bottom w:val="nil"/>
              <w:right w:val="nil"/>
            </w:tcBorders>
            <w:shd w:val="clear" w:color="auto" w:fill="FFFFFF" w:themeFill="background1"/>
            <w:vAlign w:val="bottom"/>
          </w:tcPr>
          <w:p w14:paraId="19E30F9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tcBorders>
              <w:top w:val="nil"/>
              <w:left w:val="nil"/>
              <w:bottom w:val="nil"/>
              <w:right w:val="nil"/>
            </w:tcBorders>
            <w:shd w:val="clear" w:color="auto" w:fill="FFFFFF" w:themeFill="background1"/>
            <w:vAlign w:val="bottom"/>
          </w:tcPr>
          <w:p w14:paraId="36DA2B1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-0.03</w:t>
            </w:r>
          </w:p>
        </w:tc>
        <w:tc>
          <w:tcPr>
            <w:tcW w:w="686" w:type="pct"/>
            <w:tcBorders>
              <w:top w:val="nil"/>
              <w:left w:val="nil"/>
              <w:bottom w:val="nil"/>
              <w:right w:val="nil"/>
            </w:tcBorders>
            <w:shd w:val="clear" w:color="auto" w:fill="FFFFFF" w:themeFill="background1"/>
            <w:vAlign w:val="bottom"/>
          </w:tcPr>
          <w:p w14:paraId="6AB2CD6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635" w:type="pct"/>
            <w:tcBorders>
              <w:top w:val="nil"/>
              <w:left w:val="nil"/>
              <w:bottom w:val="nil"/>
              <w:right w:val="nil"/>
            </w:tcBorders>
            <w:shd w:val="clear" w:color="auto" w:fill="FFFFFF" w:themeFill="background1"/>
            <w:vAlign w:val="bottom"/>
          </w:tcPr>
          <w:p w14:paraId="687F5C15"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0.66</w:t>
            </w:r>
          </w:p>
        </w:tc>
        <w:tc>
          <w:tcPr>
            <w:tcW w:w="360" w:type="pct"/>
            <w:tcBorders>
              <w:top w:val="nil"/>
              <w:left w:val="nil"/>
              <w:bottom w:val="nil"/>
              <w:right w:val="nil"/>
            </w:tcBorders>
            <w:shd w:val="clear" w:color="auto" w:fill="FFFFFF" w:themeFill="background1"/>
            <w:vAlign w:val="bottom"/>
          </w:tcPr>
          <w:p w14:paraId="78FC862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439" w:type="pct"/>
            <w:tcBorders>
              <w:top w:val="nil"/>
              <w:left w:val="nil"/>
              <w:bottom w:val="nil"/>
              <w:right w:val="nil"/>
            </w:tcBorders>
            <w:shd w:val="clear" w:color="auto" w:fill="FFFFFF" w:themeFill="background1"/>
            <w:vAlign w:val="bottom"/>
          </w:tcPr>
          <w:p w14:paraId="0AB2FE3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37" w:type="pct"/>
            <w:tcBorders>
              <w:top w:val="nil"/>
              <w:left w:val="nil"/>
              <w:bottom w:val="nil"/>
              <w:right w:val="nil"/>
            </w:tcBorders>
            <w:shd w:val="clear" w:color="auto" w:fill="FFFFFF" w:themeFill="background1"/>
            <w:vAlign w:val="bottom"/>
          </w:tcPr>
          <w:p w14:paraId="0FCFC72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79" w:type="pct"/>
            <w:tcBorders>
              <w:top w:val="nil"/>
              <w:left w:val="nil"/>
              <w:bottom w:val="nil"/>
              <w:right w:val="nil"/>
            </w:tcBorders>
            <w:shd w:val="clear" w:color="auto" w:fill="FFFFFF" w:themeFill="background1"/>
            <w:vAlign w:val="bottom"/>
          </w:tcPr>
          <w:p w14:paraId="31189D2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r>
      <w:tr w:rsidR="00A81EB2" w:rsidRPr="00A81EB2" w14:paraId="0E0FDE06" w14:textId="77777777" w:rsidTr="008B2F03">
        <w:tc>
          <w:tcPr>
            <w:tcW w:w="922" w:type="pct"/>
            <w:shd w:val="clear" w:color="auto" w:fill="FFFFFF" w:themeFill="background1"/>
            <w:vAlign w:val="bottom"/>
          </w:tcPr>
          <w:p w14:paraId="6FBC9DC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Muscle Building </w:t>
            </w:r>
          </w:p>
        </w:tc>
        <w:tc>
          <w:tcPr>
            <w:tcW w:w="446" w:type="pct"/>
            <w:tcBorders>
              <w:top w:val="nil"/>
              <w:left w:val="nil"/>
              <w:bottom w:val="nil"/>
              <w:right w:val="nil"/>
            </w:tcBorders>
            <w:shd w:val="clear" w:color="auto" w:fill="FFFFFF" w:themeFill="background1"/>
            <w:vAlign w:val="bottom"/>
          </w:tcPr>
          <w:p w14:paraId="31FE3DF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95" w:type="pct"/>
            <w:tcBorders>
              <w:top w:val="nil"/>
              <w:left w:val="nil"/>
              <w:bottom w:val="nil"/>
              <w:right w:val="nil"/>
            </w:tcBorders>
            <w:shd w:val="clear" w:color="auto" w:fill="FFFFFF" w:themeFill="background1"/>
            <w:vAlign w:val="bottom"/>
          </w:tcPr>
          <w:p w14:paraId="019B7EF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686" w:type="pct"/>
            <w:tcBorders>
              <w:top w:val="nil"/>
              <w:left w:val="nil"/>
              <w:bottom w:val="nil"/>
              <w:right w:val="nil"/>
            </w:tcBorders>
            <w:shd w:val="clear" w:color="auto" w:fill="FFFFFF" w:themeFill="background1"/>
            <w:vAlign w:val="bottom"/>
          </w:tcPr>
          <w:p w14:paraId="45620AC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635" w:type="pct"/>
            <w:tcBorders>
              <w:top w:val="nil"/>
              <w:left w:val="nil"/>
              <w:bottom w:val="nil"/>
              <w:right w:val="nil"/>
            </w:tcBorders>
            <w:shd w:val="clear" w:color="auto" w:fill="FFFFFF" w:themeFill="background1"/>
            <w:vAlign w:val="bottom"/>
          </w:tcPr>
          <w:p w14:paraId="5D44D16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0.61</w:t>
            </w:r>
          </w:p>
        </w:tc>
        <w:tc>
          <w:tcPr>
            <w:tcW w:w="360" w:type="pct"/>
            <w:tcBorders>
              <w:top w:val="nil"/>
              <w:left w:val="nil"/>
              <w:bottom w:val="nil"/>
              <w:right w:val="nil"/>
            </w:tcBorders>
            <w:shd w:val="clear" w:color="auto" w:fill="FFFFFF" w:themeFill="background1"/>
            <w:vAlign w:val="bottom"/>
          </w:tcPr>
          <w:p w14:paraId="342268E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439" w:type="pct"/>
            <w:tcBorders>
              <w:top w:val="nil"/>
              <w:left w:val="nil"/>
              <w:bottom w:val="nil"/>
              <w:right w:val="nil"/>
            </w:tcBorders>
            <w:shd w:val="clear" w:color="auto" w:fill="FFFFFF" w:themeFill="background1"/>
            <w:vAlign w:val="bottom"/>
          </w:tcPr>
          <w:p w14:paraId="271F7C3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537" w:type="pct"/>
            <w:tcBorders>
              <w:top w:val="nil"/>
              <w:left w:val="nil"/>
              <w:bottom w:val="nil"/>
              <w:right w:val="nil"/>
            </w:tcBorders>
            <w:shd w:val="clear" w:color="auto" w:fill="FFFFFF" w:themeFill="background1"/>
            <w:vAlign w:val="bottom"/>
          </w:tcPr>
          <w:p w14:paraId="7DED7EC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79" w:type="pct"/>
            <w:tcBorders>
              <w:top w:val="nil"/>
              <w:left w:val="nil"/>
              <w:bottom w:val="nil"/>
              <w:right w:val="nil"/>
            </w:tcBorders>
            <w:shd w:val="clear" w:color="auto" w:fill="FFFFFF" w:themeFill="background1"/>
            <w:vAlign w:val="bottom"/>
          </w:tcPr>
          <w:p w14:paraId="1B25A3F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r>
      <w:tr w:rsidR="00A81EB2" w:rsidRPr="00A81EB2" w14:paraId="7F6D343F" w14:textId="77777777" w:rsidTr="008B2F03">
        <w:tc>
          <w:tcPr>
            <w:tcW w:w="922" w:type="pct"/>
            <w:shd w:val="clear" w:color="auto" w:fill="FFFFFF" w:themeFill="background1"/>
            <w:vAlign w:val="bottom"/>
          </w:tcPr>
          <w:p w14:paraId="11C554D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Body Focus </w:t>
            </w:r>
          </w:p>
        </w:tc>
        <w:tc>
          <w:tcPr>
            <w:tcW w:w="446" w:type="pct"/>
            <w:tcBorders>
              <w:top w:val="nil"/>
              <w:left w:val="nil"/>
              <w:bottom w:val="nil"/>
              <w:right w:val="nil"/>
            </w:tcBorders>
            <w:shd w:val="clear" w:color="auto" w:fill="FFFFFF" w:themeFill="background1"/>
            <w:vAlign w:val="bottom"/>
          </w:tcPr>
          <w:p w14:paraId="5A555D1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95" w:type="pct"/>
            <w:tcBorders>
              <w:top w:val="nil"/>
              <w:left w:val="nil"/>
              <w:bottom w:val="nil"/>
              <w:right w:val="nil"/>
            </w:tcBorders>
            <w:shd w:val="clear" w:color="auto" w:fill="FFFFFF" w:themeFill="background1"/>
            <w:vAlign w:val="bottom"/>
          </w:tcPr>
          <w:p w14:paraId="17E19ED7"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-0.13</w:t>
            </w:r>
          </w:p>
        </w:tc>
        <w:tc>
          <w:tcPr>
            <w:tcW w:w="686" w:type="pct"/>
            <w:tcBorders>
              <w:top w:val="nil"/>
              <w:left w:val="nil"/>
              <w:bottom w:val="nil"/>
              <w:right w:val="nil"/>
            </w:tcBorders>
            <w:shd w:val="clear" w:color="auto" w:fill="FFFFFF" w:themeFill="background1"/>
            <w:vAlign w:val="bottom"/>
          </w:tcPr>
          <w:p w14:paraId="4597634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635" w:type="pct"/>
            <w:tcBorders>
              <w:top w:val="nil"/>
              <w:left w:val="nil"/>
              <w:bottom w:val="nil"/>
              <w:right w:val="nil"/>
            </w:tcBorders>
            <w:shd w:val="clear" w:color="auto" w:fill="FFFFFF" w:themeFill="background1"/>
            <w:vAlign w:val="bottom"/>
          </w:tcPr>
          <w:p w14:paraId="5BC7F447"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0.60</w:t>
            </w:r>
          </w:p>
        </w:tc>
        <w:tc>
          <w:tcPr>
            <w:tcW w:w="360" w:type="pct"/>
            <w:tcBorders>
              <w:top w:val="nil"/>
              <w:left w:val="nil"/>
              <w:bottom w:val="nil"/>
              <w:right w:val="nil"/>
            </w:tcBorders>
            <w:shd w:val="clear" w:color="auto" w:fill="FFFFFF" w:themeFill="background1"/>
            <w:vAlign w:val="bottom"/>
          </w:tcPr>
          <w:p w14:paraId="20F33A1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439" w:type="pct"/>
            <w:tcBorders>
              <w:top w:val="nil"/>
              <w:left w:val="nil"/>
              <w:bottom w:val="nil"/>
              <w:right w:val="nil"/>
            </w:tcBorders>
            <w:shd w:val="clear" w:color="auto" w:fill="FFFFFF" w:themeFill="background1"/>
            <w:vAlign w:val="bottom"/>
          </w:tcPr>
          <w:p w14:paraId="2E072B5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tcBorders>
              <w:top w:val="nil"/>
              <w:left w:val="nil"/>
              <w:bottom w:val="nil"/>
              <w:right w:val="nil"/>
            </w:tcBorders>
            <w:shd w:val="clear" w:color="auto" w:fill="FFFFFF" w:themeFill="background1"/>
            <w:vAlign w:val="bottom"/>
          </w:tcPr>
          <w:p w14:paraId="6417676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579" w:type="pct"/>
            <w:tcBorders>
              <w:top w:val="nil"/>
              <w:left w:val="nil"/>
              <w:bottom w:val="nil"/>
              <w:right w:val="nil"/>
            </w:tcBorders>
            <w:shd w:val="clear" w:color="auto" w:fill="FFFFFF" w:themeFill="background1"/>
            <w:vAlign w:val="bottom"/>
          </w:tcPr>
          <w:p w14:paraId="70E795D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r>
      <w:tr w:rsidR="00A81EB2" w:rsidRPr="00A81EB2" w14:paraId="25108776" w14:textId="77777777" w:rsidTr="008B2F03">
        <w:tc>
          <w:tcPr>
            <w:tcW w:w="922" w:type="pct"/>
            <w:shd w:val="clear" w:color="auto" w:fill="FFFFFF" w:themeFill="background1"/>
            <w:vAlign w:val="bottom"/>
          </w:tcPr>
          <w:p w14:paraId="1B7A438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Body Dissatisfaction</w:t>
            </w:r>
          </w:p>
        </w:tc>
        <w:tc>
          <w:tcPr>
            <w:tcW w:w="446" w:type="pct"/>
            <w:tcBorders>
              <w:top w:val="nil"/>
              <w:left w:val="nil"/>
              <w:bottom w:val="nil"/>
              <w:right w:val="nil"/>
            </w:tcBorders>
            <w:shd w:val="clear" w:color="auto" w:fill="FFFFFF" w:themeFill="background1"/>
            <w:vAlign w:val="bottom"/>
          </w:tcPr>
          <w:p w14:paraId="3C7E835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95" w:type="pct"/>
            <w:tcBorders>
              <w:top w:val="nil"/>
              <w:left w:val="nil"/>
              <w:bottom w:val="nil"/>
              <w:right w:val="nil"/>
            </w:tcBorders>
            <w:shd w:val="clear" w:color="auto" w:fill="FFFFFF" w:themeFill="background1"/>
            <w:vAlign w:val="bottom"/>
          </w:tcPr>
          <w:p w14:paraId="5C826C63"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0.32</w:t>
            </w:r>
          </w:p>
        </w:tc>
        <w:tc>
          <w:tcPr>
            <w:tcW w:w="686" w:type="pct"/>
            <w:tcBorders>
              <w:top w:val="nil"/>
              <w:left w:val="nil"/>
              <w:bottom w:val="nil"/>
              <w:right w:val="nil"/>
            </w:tcBorders>
            <w:shd w:val="clear" w:color="auto" w:fill="FFFFFF" w:themeFill="background1"/>
            <w:vAlign w:val="bottom"/>
          </w:tcPr>
          <w:p w14:paraId="1284F77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tcBorders>
              <w:top w:val="nil"/>
              <w:left w:val="nil"/>
              <w:bottom w:val="nil"/>
              <w:right w:val="nil"/>
            </w:tcBorders>
            <w:shd w:val="clear" w:color="auto" w:fill="FFFFFF" w:themeFill="background1"/>
            <w:vAlign w:val="bottom"/>
          </w:tcPr>
          <w:p w14:paraId="12177B56"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0.50</w:t>
            </w:r>
          </w:p>
        </w:tc>
        <w:tc>
          <w:tcPr>
            <w:tcW w:w="360" w:type="pct"/>
            <w:tcBorders>
              <w:top w:val="nil"/>
              <w:left w:val="nil"/>
              <w:bottom w:val="nil"/>
              <w:right w:val="nil"/>
            </w:tcBorders>
            <w:shd w:val="clear" w:color="auto" w:fill="FFFFFF" w:themeFill="background1"/>
            <w:vAlign w:val="bottom"/>
          </w:tcPr>
          <w:p w14:paraId="29E34E9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439" w:type="pct"/>
            <w:tcBorders>
              <w:top w:val="nil"/>
              <w:left w:val="nil"/>
              <w:bottom w:val="nil"/>
              <w:right w:val="nil"/>
            </w:tcBorders>
            <w:shd w:val="clear" w:color="auto" w:fill="FFFFFF" w:themeFill="background1"/>
            <w:vAlign w:val="bottom"/>
          </w:tcPr>
          <w:p w14:paraId="1049A64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37" w:type="pct"/>
            <w:tcBorders>
              <w:top w:val="nil"/>
              <w:left w:val="nil"/>
              <w:bottom w:val="nil"/>
              <w:right w:val="nil"/>
            </w:tcBorders>
            <w:shd w:val="clear" w:color="auto" w:fill="FFFFFF" w:themeFill="background1"/>
            <w:vAlign w:val="bottom"/>
          </w:tcPr>
          <w:p w14:paraId="747BF17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79" w:type="pct"/>
            <w:tcBorders>
              <w:top w:val="nil"/>
              <w:left w:val="nil"/>
              <w:bottom w:val="nil"/>
              <w:right w:val="nil"/>
            </w:tcBorders>
            <w:shd w:val="clear" w:color="auto" w:fill="FFFFFF" w:themeFill="background1"/>
            <w:vAlign w:val="bottom"/>
          </w:tcPr>
          <w:p w14:paraId="51EA501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r>
      <w:tr w:rsidR="00A81EB2" w:rsidRPr="00A81EB2" w14:paraId="373E33E0" w14:textId="77777777" w:rsidTr="008B2F03">
        <w:tc>
          <w:tcPr>
            <w:tcW w:w="922" w:type="pct"/>
            <w:shd w:val="clear" w:color="auto" w:fill="FFFFFF" w:themeFill="background1"/>
            <w:vAlign w:val="bottom"/>
          </w:tcPr>
          <w:p w14:paraId="0629775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Excessive Exercise </w:t>
            </w:r>
          </w:p>
        </w:tc>
        <w:tc>
          <w:tcPr>
            <w:tcW w:w="446" w:type="pct"/>
            <w:tcBorders>
              <w:top w:val="nil"/>
              <w:left w:val="nil"/>
              <w:bottom w:val="nil"/>
              <w:right w:val="nil"/>
            </w:tcBorders>
            <w:shd w:val="clear" w:color="auto" w:fill="FFFFFF" w:themeFill="background1"/>
            <w:vAlign w:val="bottom"/>
          </w:tcPr>
          <w:p w14:paraId="7FD2E97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95" w:type="pct"/>
            <w:tcBorders>
              <w:top w:val="nil"/>
              <w:left w:val="nil"/>
              <w:bottom w:val="nil"/>
              <w:right w:val="nil"/>
            </w:tcBorders>
            <w:shd w:val="clear" w:color="auto" w:fill="FFFFFF" w:themeFill="background1"/>
            <w:vAlign w:val="bottom"/>
          </w:tcPr>
          <w:p w14:paraId="5952626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-0.03</w:t>
            </w:r>
          </w:p>
        </w:tc>
        <w:tc>
          <w:tcPr>
            <w:tcW w:w="686" w:type="pct"/>
            <w:tcBorders>
              <w:top w:val="nil"/>
              <w:left w:val="nil"/>
              <w:bottom w:val="nil"/>
              <w:right w:val="nil"/>
            </w:tcBorders>
            <w:shd w:val="clear" w:color="auto" w:fill="FFFFFF" w:themeFill="background1"/>
            <w:vAlign w:val="bottom"/>
          </w:tcPr>
          <w:p w14:paraId="4896C94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635" w:type="pct"/>
            <w:tcBorders>
              <w:top w:val="nil"/>
              <w:left w:val="nil"/>
              <w:bottom w:val="nil"/>
              <w:right w:val="nil"/>
            </w:tcBorders>
            <w:shd w:val="clear" w:color="auto" w:fill="FFFFFF" w:themeFill="background1"/>
            <w:vAlign w:val="bottom"/>
          </w:tcPr>
          <w:p w14:paraId="5BB4DF9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0.43</w:t>
            </w:r>
          </w:p>
        </w:tc>
        <w:tc>
          <w:tcPr>
            <w:tcW w:w="360" w:type="pct"/>
            <w:tcBorders>
              <w:top w:val="nil"/>
              <w:left w:val="nil"/>
              <w:bottom w:val="nil"/>
              <w:right w:val="nil"/>
            </w:tcBorders>
            <w:shd w:val="clear" w:color="auto" w:fill="FFFFFF" w:themeFill="background1"/>
            <w:vAlign w:val="bottom"/>
          </w:tcPr>
          <w:p w14:paraId="44F392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439" w:type="pct"/>
            <w:tcBorders>
              <w:top w:val="nil"/>
              <w:left w:val="nil"/>
              <w:bottom w:val="nil"/>
              <w:right w:val="nil"/>
            </w:tcBorders>
            <w:shd w:val="clear" w:color="auto" w:fill="FFFFFF" w:themeFill="background1"/>
            <w:vAlign w:val="bottom"/>
          </w:tcPr>
          <w:p w14:paraId="4F360A6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537" w:type="pct"/>
            <w:tcBorders>
              <w:top w:val="nil"/>
              <w:left w:val="nil"/>
              <w:bottom w:val="nil"/>
              <w:right w:val="nil"/>
            </w:tcBorders>
            <w:shd w:val="clear" w:color="auto" w:fill="FFFFFF" w:themeFill="background1"/>
            <w:vAlign w:val="bottom"/>
          </w:tcPr>
          <w:p w14:paraId="6739246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579" w:type="pct"/>
            <w:tcBorders>
              <w:top w:val="nil"/>
              <w:left w:val="nil"/>
              <w:bottom w:val="nil"/>
              <w:right w:val="nil"/>
            </w:tcBorders>
            <w:shd w:val="clear" w:color="auto" w:fill="FFFFFF" w:themeFill="background1"/>
            <w:vAlign w:val="bottom"/>
          </w:tcPr>
          <w:p w14:paraId="16362BE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r>
      <w:tr w:rsidR="00A81EB2" w:rsidRPr="00A81EB2" w14:paraId="6DF7DFAE" w14:textId="77777777" w:rsidTr="008B2F03">
        <w:tc>
          <w:tcPr>
            <w:tcW w:w="922" w:type="pct"/>
            <w:shd w:val="clear" w:color="auto" w:fill="FFFFFF" w:themeFill="background1"/>
            <w:vAlign w:val="bottom"/>
          </w:tcPr>
          <w:p w14:paraId="6858E9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Perfectionism </w:t>
            </w:r>
          </w:p>
        </w:tc>
        <w:tc>
          <w:tcPr>
            <w:tcW w:w="446" w:type="pct"/>
            <w:tcBorders>
              <w:top w:val="nil"/>
              <w:left w:val="nil"/>
              <w:bottom w:val="nil"/>
              <w:right w:val="nil"/>
            </w:tcBorders>
            <w:shd w:val="clear" w:color="auto" w:fill="FFFFFF" w:themeFill="background1"/>
            <w:vAlign w:val="bottom"/>
          </w:tcPr>
          <w:p w14:paraId="360C284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95" w:type="pct"/>
            <w:tcBorders>
              <w:top w:val="nil"/>
              <w:left w:val="nil"/>
              <w:bottom w:val="nil"/>
              <w:right w:val="nil"/>
            </w:tcBorders>
            <w:shd w:val="clear" w:color="auto" w:fill="FFFFFF" w:themeFill="background1"/>
            <w:vAlign w:val="bottom"/>
          </w:tcPr>
          <w:p w14:paraId="0B71976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686" w:type="pct"/>
            <w:tcBorders>
              <w:top w:val="nil"/>
              <w:left w:val="nil"/>
              <w:bottom w:val="nil"/>
              <w:right w:val="nil"/>
            </w:tcBorders>
            <w:shd w:val="clear" w:color="auto" w:fill="FFFFFF" w:themeFill="background1"/>
            <w:vAlign w:val="bottom"/>
          </w:tcPr>
          <w:p w14:paraId="1FCA87C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635" w:type="pct"/>
            <w:tcBorders>
              <w:top w:val="nil"/>
              <w:left w:val="nil"/>
              <w:bottom w:val="nil"/>
              <w:right w:val="nil"/>
            </w:tcBorders>
            <w:shd w:val="clear" w:color="auto" w:fill="FFFFFF" w:themeFill="background1"/>
            <w:vAlign w:val="bottom"/>
          </w:tcPr>
          <w:p w14:paraId="37C71DE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0.41</w:t>
            </w:r>
          </w:p>
        </w:tc>
        <w:tc>
          <w:tcPr>
            <w:tcW w:w="360" w:type="pct"/>
            <w:tcBorders>
              <w:top w:val="nil"/>
              <w:left w:val="nil"/>
              <w:bottom w:val="nil"/>
              <w:right w:val="nil"/>
            </w:tcBorders>
            <w:shd w:val="clear" w:color="auto" w:fill="FFFFFF" w:themeFill="background1"/>
            <w:vAlign w:val="bottom"/>
          </w:tcPr>
          <w:p w14:paraId="6CD30D7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439" w:type="pct"/>
            <w:tcBorders>
              <w:top w:val="nil"/>
              <w:left w:val="nil"/>
              <w:bottom w:val="nil"/>
              <w:right w:val="nil"/>
            </w:tcBorders>
            <w:shd w:val="clear" w:color="auto" w:fill="FFFFFF" w:themeFill="background1"/>
            <w:vAlign w:val="bottom"/>
          </w:tcPr>
          <w:p w14:paraId="77B98E2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37" w:type="pct"/>
            <w:tcBorders>
              <w:top w:val="nil"/>
              <w:left w:val="nil"/>
              <w:bottom w:val="nil"/>
              <w:right w:val="nil"/>
            </w:tcBorders>
            <w:shd w:val="clear" w:color="auto" w:fill="FFFFFF" w:themeFill="background1"/>
            <w:vAlign w:val="bottom"/>
          </w:tcPr>
          <w:p w14:paraId="248FB09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79" w:type="pct"/>
            <w:tcBorders>
              <w:top w:val="nil"/>
              <w:left w:val="nil"/>
              <w:bottom w:val="nil"/>
              <w:right w:val="nil"/>
            </w:tcBorders>
            <w:shd w:val="clear" w:color="auto" w:fill="FFFFFF" w:themeFill="background1"/>
            <w:vAlign w:val="bottom"/>
          </w:tcPr>
          <w:p w14:paraId="377711E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r>
      <w:tr w:rsidR="00A81EB2" w:rsidRPr="00A81EB2" w14:paraId="46C43705" w14:textId="77777777" w:rsidTr="008B2F03">
        <w:tc>
          <w:tcPr>
            <w:tcW w:w="922" w:type="pct"/>
            <w:shd w:val="clear" w:color="auto" w:fill="FFFFFF" w:themeFill="background1"/>
            <w:vAlign w:val="bottom"/>
          </w:tcPr>
          <w:p w14:paraId="594CF89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Somatic Preoccupation</w:t>
            </w:r>
          </w:p>
        </w:tc>
        <w:tc>
          <w:tcPr>
            <w:tcW w:w="446" w:type="pct"/>
            <w:tcBorders>
              <w:top w:val="nil"/>
              <w:left w:val="nil"/>
              <w:bottom w:val="nil"/>
              <w:right w:val="nil"/>
            </w:tcBorders>
            <w:shd w:val="clear" w:color="auto" w:fill="FFFFFF" w:themeFill="background1"/>
            <w:vAlign w:val="bottom"/>
          </w:tcPr>
          <w:p w14:paraId="78E9A5B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tcBorders>
              <w:top w:val="nil"/>
              <w:left w:val="nil"/>
              <w:bottom w:val="nil"/>
              <w:right w:val="nil"/>
            </w:tcBorders>
            <w:shd w:val="clear" w:color="auto" w:fill="FFFFFF" w:themeFill="background1"/>
            <w:vAlign w:val="bottom"/>
          </w:tcPr>
          <w:p w14:paraId="3687A77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-0.03</w:t>
            </w:r>
          </w:p>
        </w:tc>
        <w:tc>
          <w:tcPr>
            <w:tcW w:w="686" w:type="pct"/>
            <w:tcBorders>
              <w:top w:val="nil"/>
              <w:left w:val="nil"/>
              <w:bottom w:val="nil"/>
              <w:right w:val="nil"/>
            </w:tcBorders>
            <w:shd w:val="clear" w:color="auto" w:fill="FFFFFF" w:themeFill="background1"/>
            <w:vAlign w:val="bottom"/>
          </w:tcPr>
          <w:p w14:paraId="0D3134D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35" w:type="pct"/>
            <w:tcBorders>
              <w:top w:val="nil"/>
              <w:left w:val="nil"/>
              <w:bottom w:val="nil"/>
              <w:right w:val="nil"/>
            </w:tcBorders>
            <w:shd w:val="clear" w:color="auto" w:fill="FFFFFF" w:themeFill="background1"/>
            <w:vAlign w:val="bottom"/>
          </w:tcPr>
          <w:p w14:paraId="33C5BC95"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0.41</w:t>
            </w:r>
          </w:p>
        </w:tc>
        <w:tc>
          <w:tcPr>
            <w:tcW w:w="360" w:type="pct"/>
            <w:tcBorders>
              <w:top w:val="nil"/>
              <w:left w:val="nil"/>
              <w:bottom w:val="nil"/>
              <w:right w:val="nil"/>
            </w:tcBorders>
            <w:shd w:val="clear" w:color="auto" w:fill="FFFFFF" w:themeFill="background1"/>
            <w:vAlign w:val="bottom"/>
          </w:tcPr>
          <w:p w14:paraId="43E05FB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439" w:type="pct"/>
            <w:tcBorders>
              <w:top w:val="nil"/>
              <w:left w:val="nil"/>
              <w:bottom w:val="nil"/>
              <w:right w:val="nil"/>
            </w:tcBorders>
            <w:shd w:val="clear" w:color="auto" w:fill="FFFFFF" w:themeFill="background1"/>
            <w:vAlign w:val="bottom"/>
          </w:tcPr>
          <w:p w14:paraId="11C5DE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537" w:type="pct"/>
            <w:tcBorders>
              <w:top w:val="nil"/>
              <w:left w:val="nil"/>
              <w:bottom w:val="nil"/>
              <w:right w:val="nil"/>
            </w:tcBorders>
            <w:shd w:val="clear" w:color="auto" w:fill="FFFFFF" w:themeFill="background1"/>
            <w:vAlign w:val="bottom"/>
          </w:tcPr>
          <w:p w14:paraId="6EE3A2D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579" w:type="pct"/>
            <w:tcBorders>
              <w:top w:val="nil"/>
              <w:left w:val="nil"/>
              <w:bottom w:val="nil"/>
              <w:right w:val="nil"/>
            </w:tcBorders>
            <w:shd w:val="clear" w:color="auto" w:fill="FFFFFF" w:themeFill="background1"/>
            <w:vAlign w:val="bottom"/>
          </w:tcPr>
          <w:p w14:paraId="2DEBB67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r>
      <w:tr w:rsidR="00A81EB2" w:rsidRPr="00A81EB2" w14:paraId="2FF7C8E7" w14:textId="77777777" w:rsidTr="008B2F03">
        <w:tc>
          <w:tcPr>
            <w:tcW w:w="922" w:type="pct"/>
            <w:shd w:val="clear" w:color="auto" w:fill="FFFFFF" w:themeFill="background1"/>
            <w:vAlign w:val="bottom"/>
          </w:tcPr>
          <w:p w14:paraId="707F865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Exhibitionism   </w:t>
            </w:r>
          </w:p>
        </w:tc>
        <w:tc>
          <w:tcPr>
            <w:tcW w:w="446" w:type="pct"/>
            <w:tcBorders>
              <w:top w:val="nil"/>
              <w:left w:val="nil"/>
              <w:bottom w:val="nil"/>
              <w:right w:val="nil"/>
            </w:tcBorders>
            <w:shd w:val="clear" w:color="auto" w:fill="FFFFFF" w:themeFill="background1"/>
            <w:vAlign w:val="bottom"/>
          </w:tcPr>
          <w:p w14:paraId="6751BB6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395" w:type="pct"/>
            <w:tcBorders>
              <w:top w:val="nil"/>
              <w:left w:val="nil"/>
              <w:bottom w:val="nil"/>
              <w:right w:val="nil"/>
            </w:tcBorders>
            <w:shd w:val="clear" w:color="auto" w:fill="FFFFFF" w:themeFill="background1"/>
            <w:vAlign w:val="bottom"/>
          </w:tcPr>
          <w:p w14:paraId="458F4BB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c>
          <w:tcPr>
            <w:tcW w:w="686" w:type="pct"/>
            <w:tcBorders>
              <w:top w:val="nil"/>
              <w:left w:val="nil"/>
              <w:bottom w:val="nil"/>
              <w:right w:val="nil"/>
            </w:tcBorders>
            <w:shd w:val="clear" w:color="auto" w:fill="FFFFFF" w:themeFill="background1"/>
            <w:vAlign w:val="bottom"/>
          </w:tcPr>
          <w:p w14:paraId="25596C0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635" w:type="pct"/>
            <w:tcBorders>
              <w:top w:val="nil"/>
              <w:left w:val="nil"/>
              <w:bottom w:val="nil"/>
              <w:right w:val="nil"/>
            </w:tcBorders>
            <w:shd w:val="clear" w:color="auto" w:fill="FFFFFF" w:themeFill="background1"/>
            <w:vAlign w:val="bottom"/>
          </w:tcPr>
          <w:p w14:paraId="7291FE4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0.38</w:t>
            </w:r>
          </w:p>
        </w:tc>
        <w:tc>
          <w:tcPr>
            <w:tcW w:w="360" w:type="pct"/>
            <w:tcBorders>
              <w:top w:val="nil"/>
              <w:left w:val="nil"/>
              <w:bottom w:val="nil"/>
              <w:right w:val="nil"/>
            </w:tcBorders>
            <w:shd w:val="clear" w:color="auto" w:fill="FFFFFF" w:themeFill="background1"/>
            <w:vAlign w:val="bottom"/>
          </w:tcPr>
          <w:p w14:paraId="65D4599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c>
          <w:tcPr>
            <w:tcW w:w="439" w:type="pct"/>
            <w:tcBorders>
              <w:top w:val="nil"/>
              <w:left w:val="nil"/>
              <w:bottom w:val="nil"/>
              <w:right w:val="nil"/>
            </w:tcBorders>
            <w:shd w:val="clear" w:color="auto" w:fill="FFFFFF" w:themeFill="background1"/>
            <w:vAlign w:val="bottom"/>
          </w:tcPr>
          <w:p w14:paraId="1E7E868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537" w:type="pct"/>
            <w:tcBorders>
              <w:top w:val="nil"/>
              <w:left w:val="nil"/>
              <w:bottom w:val="nil"/>
              <w:right w:val="nil"/>
            </w:tcBorders>
            <w:shd w:val="clear" w:color="auto" w:fill="FFFFFF" w:themeFill="background1"/>
            <w:vAlign w:val="bottom"/>
          </w:tcPr>
          <w:p w14:paraId="76FB75C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579" w:type="pct"/>
            <w:tcBorders>
              <w:top w:val="nil"/>
              <w:left w:val="nil"/>
              <w:bottom w:val="nil"/>
              <w:right w:val="nil"/>
            </w:tcBorders>
            <w:shd w:val="clear" w:color="auto" w:fill="FFFFFF" w:themeFill="background1"/>
            <w:vAlign w:val="bottom"/>
          </w:tcPr>
          <w:p w14:paraId="27E24ED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0.30</w:t>
            </w:r>
          </w:p>
        </w:tc>
      </w:tr>
      <w:tr w:rsidR="00A81EB2" w:rsidRPr="00A81EB2" w14:paraId="7A74858C" w14:textId="77777777" w:rsidTr="008B2F03">
        <w:tc>
          <w:tcPr>
            <w:tcW w:w="922" w:type="pct"/>
            <w:shd w:val="clear" w:color="auto" w:fill="FFFFFF" w:themeFill="background1"/>
            <w:vAlign w:val="bottom"/>
          </w:tcPr>
          <w:p w14:paraId="4FE3193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Purging </w:t>
            </w:r>
          </w:p>
        </w:tc>
        <w:tc>
          <w:tcPr>
            <w:tcW w:w="446" w:type="pct"/>
            <w:tcBorders>
              <w:top w:val="nil"/>
              <w:left w:val="nil"/>
              <w:bottom w:val="nil"/>
              <w:right w:val="nil"/>
            </w:tcBorders>
            <w:shd w:val="clear" w:color="auto" w:fill="FFFFFF" w:themeFill="background1"/>
            <w:vAlign w:val="bottom"/>
          </w:tcPr>
          <w:p w14:paraId="564C126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95" w:type="pct"/>
            <w:tcBorders>
              <w:top w:val="nil"/>
              <w:left w:val="nil"/>
              <w:bottom w:val="nil"/>
              <w:right w:val="nil"/>
            </w:tcBorders>
            <w:shd w:val="clear" w:color="auto" w:fill="FFFFFF" w:themeFill="background1"/>
            <w:vAlign w:val="bottom"/>
          </w:tcPr>
          <w:p w14:paraId="3F6AB9B5"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0.11</w:t>
            </w:r>
          </w:p>
        </w:tc>
        <w:tc>
          <w:tcPr>
            <w:tcW w:w="686" w:type="pct"/>
            <w:tcBorders>
              <w:top w:val="nil"/>
              <w:left w:val="nil"/>
              <w:bottom w:val="nil"/>
              <w:right w:val="nil"/>
            </w:tcBorders>
            <w:shd w:val="clear" w:color="auto" w:fill="FFFFFF" w:themeFill="background1"/>
            <w:vAlign w:val="bottom"/>
          </w:tcPr>
          <w:p w14:paraId="7C6328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635" w:type="pct"/>
            <w:tcBorders>
              <w:top w:val="nil"/>
              <w:left w:val="nil"/>
              <w:bottom w:val="nil"/>
              <w:right w:val="nil"/>
            </w:tcBorders>
            <w:shd w:val="clear" w:color="auto" w:fill="FFFFFF" w:themeFill="background1"/>
            <w:vAlign w:val="bottom"/>
          </w:tcPr>
          <w:p w14:paraId="031F18F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0.36</w:t>
            </w:r>
          </w:p>
        </w:tc>
        <w:tc>
          <w:tcPr>
            <w:tcW w:w="360" w:type="pct"/>
            <w:tcBorders>
              <w:top w:val="nil"/>
              <w:left w:val="nil"/>
              <w:bottom w:val="nil"/>
              <w:right w:val="nil"/>
            </w:tcBorders>
            <w:shd w:val="clear" w:color="auto" w:fill="FFFFFF" w:themeFill="background1"/>
            <w:vAlign w:val="bottom"/>
          </w:tcPr>
          <w:p w14:paraId="5B0E16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439" w:type="pct"/>
            <w:tcBorders>
              <w:top w:val="nil"/>
              <w:left w:val="nil"/>
              <w:bottom w:val="nil"/>
              <w:right w:val="nil"/>
            </w:tcBorders>
            <w:shd w:val="clear" w:color="auto" w:fill="FFFFFF" w:themeFill="background1"/>
            <w:vAlign w:val="bottom"/>
          </w:tcPr>
          <w:p w14:paraId="468B74C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537" w:type="pct"/>
            <w:tcBorders>
              <w:top w:val="nil"/>
              <w:left w:val="nil"/>
              <w:bottom w:val="nil"/>
              <w:right w:val="nil"/>
            </w:tcBorders>
            <w:shd w:val="clear" w:color="auto" w:fill="FFFFFF" w:themeFill="background1"/>
            <w:vAlign w:val="bottom"/>
          </w:tcPr>
          <w:p w14:paraId="6F0AF90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79" w:type="pct"/>
            <w:tcBorders>
              <w:top w:val="nil"/>
              <w:left w:val="nil"/>
              <w:bottom w:val="nil"/>
              <w:right w:val="nil"/>
            </w:tcBorders>
            <w:shd w:val="clear" w:color="auto" w:fill="FFFFFF" w:themeFill="background1"/>
            <w:vAlign w:val="bottom"/>
          </w:tcPr>
          <w:p w14:paraId="12FFCD5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r>
      <w:tr w:rsidR="00A81EB2" w:rsidRPr="00A81EB2" w14:paraId="4D903050" w14:textId="77777777" w:rsidTr="008B2F03">
        <w:tc>
          <w:tcPr>
            <w:tcW w:w="922" w:type="pct"/>
            <w:shd w:val="clear" w:color="auto" w:fill="FFFFFF" w:themeFill="background1"/>
            <w:vAlign w:val="bottom"/>
          </w:tcPr>
          <w:p w14:paraId="633445F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Restricted Eating</w:t>
            </w:r>
          </w:p>
        </w:tc>
        <w:tc>
          <w:tcPr>
            <w:tcW w:w="446" w:type="pct"/>
            <w:tcBorders>
              <w:top w:val="nil"/>
              <w:left w:val="nil"/>
              <w:bottom w:val="nil"/>
              <w:right w:val="nil"/>
            </w:tcBorders>
            <w:shd w:val="clear" w:color="auto" w:fill="FFFFFF" w:themeFill="background1"/>
            <w:vAlign w:val="bottom"/>
          </w:tcPr>
          <w:p w14:paraId="676DFDF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95" w:type="pct"/>
            <w:tcBorders>
              <w:top w:val="nil"/>
              <w:left w:val="nil"/>
              <w:bottom w:val="nil"/>
              <w:right w:val="nil"/>
            </w:tcBorders>
            <w:shd w:val="clear" w:color="auto" w:fill="FFFFFF" w:themeFill="background1"/>
            <w:vAlign w:val="bottom"/>
          </w:tcPr>
          <w:p w14:paraId="01B4944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0.12</w:t>
            </w:r>
          </w:p>
        </w:tc>
        <w:tc>
          <w:tcPr>
            <w:tcW w:w="686" w:type="pct"/>
            <w:tcBorders>
              <w:top w:val="nil"/>
              <w:left w:val="nil"/>
              <w:bottom w:val="nil"/>
              <w:right w:val="nil"/>
            </w:tcBorders>
            <w:shd w:val="clear" w:color="auto" w:fill="FFFFFF" w:themeFill="background1"/>
            <w:vAlign w:val="bottom"/>
          </w:tcPr>
          <w:p w14:paraId="07A9D77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635" w:type="pct"/>
            <w:tcBorders>
              <w:top w:val="nil"/>
              <w:left w:val="nil"/>
              <w:bottom w:val="nil"/>
              <w:right w:val="nil"/>
            </w:tcBorders>
            <w:shd w:val="clear" w:color="auto" w:fill="FFFFFF" w:themeFill="background1"/>
            <w:vAlign w:val="bottom"/>
          </w:tcPr>
          <w:p w14:paraId="19BCB2E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0.31</w:t>
            </w:r>
          </w:p>
        </w:tc>
        <w:tc>
          <w:tcPr>
            <w:tcW w:w="360" w:type="pct"/>
            <w:tcBorders>
              <w:top w:val="nil"/>
              <w:left w:val="nil"/>
              <w:bottom w:val="nil"/>
              <w:right w:val="nil"/>
            </w:tcBorders>
            <w:shd w:val="clear" w:color="auto" w:fill="FFFFFF" w:themeFill="background1"/>
            <w:vAlign w:val="bottom"/>
          </w:tcPr>
          <w:p w14:paraId="77270B6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0.26</w:t>
            </w:r>
          </w:p>
        </w:tc>
        <w:tc>
          <w:tcPr>
            <w:tcW w:w="439" w:type="pct"/>
            <w:tcBorders>
              <w:top w:val="nil"/>
              <w:left w:val="nil"/>
              <w:bottom w:val="nil"/>
              <w:right w:val="nil"/>
            </w:tcBorders>
            <w:shd w:val="clear" w:color="auto" w:fill="FFFFFF" w:themeFill="background1"/>
            <w:vAlign w:val="bottom"/>
          </w:tcPr>
          <w:p w14:paraId="2FECC59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537" w:type="pct"/>
            <w:tcBorders>
              <w:top w:val="nil"/>
              <w:left w:val="nil"/>
              <w:bottom w:val="nil"/>
              <w:right w:val="nil"/>
            </w:tcBorders>
            <w:shd w:val="clear" w:color="auto" w:fill="FFFFFF" w:themeFill="background1"/>
            <w:vAlign w:val="bottom"/>
          </w:tcPr>
          <w:p w14:paraId="29662F2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579" w:type="pct"/>
            <w:tcBorders>
              <w:top w:val="nil"/>
              <w:left w:val="nil"/>
              <w:bottom w:val="nil"/>
              <w:right w:val="nil"/>
            </w:tcBorders>
            <w:shd w:val="clear" w:color="auto" w:fill="FFFFFF" w:themeFill="background1"/>
            <w:vAlign w:val="bottom"/>
          </w:tcPr>
          <w:p w14:paraId="502C464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r>
      <w:tr w:rsidR="00A81EB2" w:rsidRPr="00A81EB2" w14:paraId="217D82EE" w14:textId="77777777" w:rsidTr="008B2F03">
        <w:tc>
          <w:tcPr>
            <w:tcW w:w="922" w:type="pct"/>
            <w:shd w:val="clear" w:color="auto" w:fill="FFFFFF" w:themeFill="background1"/>
            <w:vAlign w:val="bottom"/>
          </w:tcPr>
          <w:p w14:paraId="2F9A3AD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Risk Aversion </w:t>
            </w:r>
          </w:p>
        </w:tc>
        <w:tc>
          <w:tcPr>
            <w:tcW w:w="446" w:type="pct"/>
            <w:tcBorders>
              <w:top w:val="nil"/>
              <w:left w:val="nil"/>
              <w:bottom w:val="nil"/>
              <w:right w:val="nil"/>
            </w:tcBorders>
            <w:shd w:val="clear" w:color="auto" w:fill="FFFFFF" w:themeFill="background1"/>
            <w:vAlign w:val="bottom"/>
          </w:tcPr>
          <w:p w14:paraId="4AD0126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95" w:type="pct"/>
            <w:tcBorders>
              <w:top w:val="nil"/>
              <w:left w:val="nil"/>
              <w:bottom w:val="nil"/>
              <w:right w:val="nil"/>
            </w:tcBorders>
            <w:shd w:val="clear" w:color="auto" w:fill="FFFFFF" w:themeFill="background1"/>
            <w:vAlign w:val="bottom"/>
          </w:tcPr>
          <w:p w14:paraId="2B5F2AD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86" w:type="pct"/>
            <w:tcBorders>
              <w:top w:val="nil"/>
              <w:left w:val="nil"/>
              <w:bottom w:val="nil"/>
              <w:right w:val="nil"/>
            </w:tcBorders>
            <w:shd w:val="clear" w:color="auto" w:fill="FFFFFF" w:themeFill="background1"/>
            <w:vAlign w:val="bottom"/>
          </w:tcPr>
          <w:p w14:paraId="7CFBA57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635" w:type="pct"/>
            <w:tcBorders>
              <w:top w:val="nil"/>
              <w:left w:val="nil"/>
              <w:bottom w:val="nil"/>
              <w:right w:val="nil"/>
            </w:tcBorders>
            <w:shd w:val="clear" w:color="auto" w:fill="FFFFFF" w:themeFill="background1"/>
            <w:vAlign w:val="bottom"/>
          </w:tcPr>
          <w:p w14:paraId="5D07AFE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360" w:type="pct"/>
            <w:tcBorders>
              <w:top w:val="nil"/>
              <w:left w:val="nil"/>
              <w:bottom w:val="nil"/>
              <w:right w:val="nil"/>
            </w:tcBorders>
            <w:shd w:val="clear" w:color="auto" w:fill="FFFFFF" w:themeFill="background1"/>
            <w:vAlign w:val="bottom"/>
          </w:tcPr>
          <w:p w14:paraId="0AF328E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-0.59</w:t>
            </w:r>
          </w:p>
        </w:tc>
        <w:tc>
          <w:tcPr>
            <w:tcW w:w="439" w:type="pct"/>
            <w:tcBorders>
              <w:top w:val="nil"/>
              <w:left w:val="nil"/>
              <w:bottom w:val="nil"/>
              <w:right w:val="nil"/>
            </w:tcBorders>
            <w:shd w:val="clear" w:color="auto" w:fill="FFFFFF" w:themeFill="background1"/>
            <w:vAlign w:val="bottom"/>
          </w:tcPr>
          <w:p w14:paraId="2D75CB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537" w:type="pct"/>
            <w:tcBorders>
              <w:top w:val="nil"/>
              <w:left w:val="nil"/>
              <w:bottom w:val="nil"/>
              <w:right w:val="nil"/>
            </w:tcBorders>
            <w:shd w:val="clear" w:color="auto" w:fill="FFFFFF" w:themeFill="background1"/>
            <w:vAlign w:val="bottom"/>
          </w:tcPr>
          <w:p w14:paraId="1B1D86B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579" w:type="pct"/>
            <w:tcBorders>
              <w:top w:val="nil"/>
              <w:left w:val="nil"/>
              <w:bottom w:val="nil"/>
              <w:right w:val="nil"/>
            </w:tcBorders>
            <w:shd w:val="clear" w:color="auto" w:fill="FFFFFF" w:themeFill="background1"/>
            <w:vAlign w:val="bottom"/>
          </w:tcPr>
          <w:p w14:paraId="56C6BE4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r>
      <w:tr w:rsidR="00A81EB2" w:rsidRPr="00A81EB2" w14:paraId="0CC93772" w14:textId="77777777" w:rsidTr="008B2F03">
        <w:tc>
          <w:tcPr>
            <w:tcW w:w="922" w:type="pct"/>
            <w:shd w:val="clear" w:color="auto" w:fill="FFFFFF" w:themeFill="background1"/>
            <w:vAlign w:val="bottom"/>
          </w:tcPr>
          <w:p w14:paraId="6714AA97" w14:textId="77777777" w:rsidR="00A81EB2" w:rsidRPr="00A81EB2" w:rsidRDefault="00A81EB2" w:rsidP="00541FA8">
            <w:pPr>
              <w:rPr>
                <w:rFonts w:ascii="Times New Roman" w:hAnsi="Times New Roman" w:cs="Times New Roman"/>
                <w:sz w:val="20"/>
                <w:szCs w:val="20"/>
              </w:rPr>
            </w:pPr>
            <w:proofErr w:type="spellStart"/>
            <w:r w:rsidRPr="00A81EB2">
              <w:rPr>
                <w:rFonts w:ascii="Times New Roman" w:hAnsi="Times New Roman" w:cs="Times New Roman"/>
                <w:sz w:val="20"/>
                <w:szCs w:val="20"/>
              </w:rPr>
              <w:t>Hyperdeliberation</w:t>
            </w:r>
            <w:proofErr w:type="spellEnd"/>
          </w:p>
        </w:tc>
        <w:tc>
          <w:tcPr>
            <w:tcW w:w="446" w:type="pct"/>
            <w:tcBorders>
              <w:top w:val="nil"/>
              <w:left w:val="nil"/>
              <w:bottom w:val="nil"/>
              <w:right w:val="nil"/>
            </w:tcBorders>
            <w:shd w:val="clear" w:color="auto" w:fill="FFFFFF" w:themeFill="background1"/>
            <w:vAlign w:val="bottom"/>
          </w:tcPr>
          <w:p w14:paraId="1EE163A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95" w:type="pct"/>
            <w:tcBorders>
              <w:top w:val="nil"/>
              <w:left w:val="nil"/>
              <w:bottom w:val="nil"/>
              <w:right w:val="nil"/>
            </w:tcBorders>
            <w:shd w:val="clear" w:color="auto" w:fill="FFFFFF" w:themeFill="background1"/>
            <w:vAlign w:val="bottom"/>
          </w:tcPr>
          <w:p w14:paraId="47B90716"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-0.31</w:t>
            </w:r>
          </w:p>
        </w:tc>
        <w:tc>
          <w:tcPr>
            <w:tcW w:w="686" w:type="pct"/>
            <w:tcBorders>
              <w:top w:val="nil"/>
              <w:left w:val="nil"/>
              <w:bottom w:val="nil"/>
              <w:right w:val="nil"/>
            </w:tcBorders>
            <w:shd w:val="clear" w:color="auto" w:fill="FFFFFF" w:themeFill="background1"/>
            <w:vAlign w:val="bottom"/>
          </w:tcPr>
          <w:p w14:paraId="2051B5C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635" w:type="pct"/>
            <w:tcBorders>
              <w:top w:val="nil"/>
              <w:left w:val="nil"/>
              <w:bottom w:val="nil"/>
              <w:right w:val="nil"/>
            </w:tcBorders>
            <w:shd w:val="clear" w:color="auto" w:fill="FFFFFF" w:themeFill="background1"/>
            <w:vAlign w:val="bottom"/>
          </w:tcPr>
          <w:p w14:paraId="79B7648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c>
          <w:tcPr>
            <w:tcW w:w="360" w:type="pct"/>
            <w:tcBorders>
              <w:top w:val="nil"/>
              <w:left w:val="nil"/>
              <w:bottom w:val="nil"/>
              <w:right w:val="nil"/>
            </w:tcBorders>
            <w:shd w:val="clear" w:color="auto" w:fill="FFFFFF" w:themeFill="background1"/>
            <w:vAlign w:val="bottom"/>
          </w:tcPr>
          <w:p w14:paraId="0B97F1E6"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-0.43</w:t>
            </w:r>
          </w:p>
        </w:tc>
        <w:tc>
          <w:tcPr>
            <w:tcW w:w="439" w:type="pct"/>
            <w:tcBorders>
              <w:top w:val="nil"/>
              <w:left w:val="nil"/>
              <w:bottom w:val="nil"/>
              <w:right w:val="nil"/>
            </w:tcBorders>
            <w:shd w:val="clear" w:color="auto" w:fill="FFFFFF" w:themeFill="background1"/>
            <w:vAlign w:val="bottom"/>
          </w:tcPr>
          <w:p w14:paraId="5F27C53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37" w:type="pct"/>
            <w:tcBorders>
              <w:top w:val="nil"/>
              <w:left w:val="nil"/>
              <w:bottom w:val="nil"/>
              <w:right w:val="nil"/>
            </w:tcBorders>
            <w:shd w:val="clear" w:color="auto" w:fill="FFFFFF" w:themeFill="background1"/>
            <w:vAlign w:val="bottom"/>
          </w:tcPr>
          <w:p w14:paraId="13C5C5D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579" w:type="pct"/>
            <w:tcBorders>
              <w:top w:val="nil"/>
              <w:left w:val="nil"/>
              <w:bottom w:val="nil"/>
              <w:right w:val="nil"/>
            </w:tcBorders>
            <w:shd w:val="clear" w:color="auto" w:fill="FFFFFF" w:themeFill="background1"/>
            <w:vAlign w:val="bottom"/>
          </w:tcPr>
          <w:p w14:paraId="2542BFE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r>
      <w:tr w:rsidR="00A81EB2" w:rsidRPr="00A81EB2" w14:paraId="3EF83F01" w14:textId="77777777" w:rsidTr="008B2F03">
        <w:tc>
          <w:tcPr>
            <w:tcW w:w="922" w:type="pct"/>
            <w:shd w:val="clear" w:color="auto" w:fill="FFFFFF" w:themeFill="background1"/>
            <w:vAlign w:val="bottom"/>
          </w:tcPr>
          <w:p w14:paraId="1E60D62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Risk Taking</w:t>
            </w:r>
          </w:p>
        </w:tc>
        <w:tc>
          <w:tcPr>
            <w:tcW w:w="446" w:type="pct"/>
            <w:tcBorders>
              <w:top w:val="nil"/>
              <w:left w:val="nil"/>
              <w:bottom w:val="nil"/>
              <w:right w:val="nil"/>
            </w:tcBorders>
            <w:shd w:val="clear" w:color="auto" w:fill="FFFFFF" w:themeFill="background1"/>
            <w:vAlign w:val="bottom"/>
          </w:tcPr>
          <w:p w14:paraId="040533F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95" w:type="pct"/>
            <w:tcBorders>
              <w:top w:val="nil"/>
              <w:left w:val="nil"/>
              <w:bottom w:val="nil"/>
              <w:right w:val="nil"/>
            </w:tcBorders>
            <w:shd w:val="clear" w:color="auto" w:fill="FFFFFF" w:themeFill="background1"/>
            <w:vAlign w:val="bottom"/>
          </w:tcPr>
          <w:p w14:paraId="56A69C3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686" w:type="pct"/>
            <w:tcBorders>
              <w:top w:val="nil"/>
              <w:left w:val="nil"/>
              <w:bottom w:val="nil"/>
              <w:right w:val="nil"/>
            </w:tcBorders>
            <w:shd w:val="clear" w:color="auto" w:fill="FFFFFF" w:themeFill="background1"/>
            <w:vAlign w:val="bottom"/>
          </w:tcPr>
          <w:p w14:paraId="50C3A08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635" w:type="pct"/>
            <w:tcBorders>
              <w:top w:val="nil"/>
              <w:left w:val="nil"/>
              <w:bottom w:val="nil"/>
              <w:right w:val="nil"/>
            </w:tcBorders>
            <w:shd w:val="clear" w:color="auto" w:fill="FFFFFF" w:themeFill="background1"/>
            <w:vAlign w:val="bottom"/>
          </w:tcPr>
          <w:p w14:paraId="7BF23DDF"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0.10</w:t>
            </w:r>
          </w:p>
        </w:tc>
        <w:tc>
          <w:tcPr>
            <w:tcW w:w="360" w:type="pct"/>
            <w:tcBorders>
              <w:top w:val="nil"/>
              <w:left w:val="nil"/>
              <w:bottom w:val="nil"/>
              <w:right w:val="nil"/>
            </w:tcBorders>
            <w:shd w:val="clear" w:color="auto" w:fill="FFFFFF" w:themeFill="background1"/>
            <w:vAlign w:val="bottom"/>
          </w:tcPr>
          <w:p w14:paraId="173C844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0.55</w:t>
            </w:r>
          </w:p>
        </w:tc>
        <w:tc>
          <w:tcPr>
            <w:tcW w:w="439" w:type="pct"/>
            <w:tcBorders>
              <w:top w:val="nil"/>
              <w:left w:val="nil"/>
              <w:bottom w:val="nil"/>
              <w:right w:val="nil"/>
            </w:tcBorders>
            <w:shd w:val="clear" w:color="auto" w:fill="FFFFFF" w:themeFill="background1"/>
            <w:vAlign w:val="bottom"/>
          </w:tcPr>
          <w:p w14:paraId="07AA8F3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537" w:type="pct"/>
            <w:tcBorders>
              <w:top w:val="nil"/>
              <w:left w:val="nil"/>
              <w:bottom w:val="nil"/>
              <w:right w:val="nil"/>
            </w:tcBorders>
            <w:shd w:val="clear" w:color="auto" w:fill="FFFFFF" w:themeFill="background1"/>
            <w:vAlign w:val="bottom"/>
          </w:tcPr>
          <w:p w14:paraId="35446C5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579" w:type="pct"/>
            <w:tcBorders>
              <w:top w:val="nil"/>
              <w:left w:val="nil"/>
              <w:bottom w:val="nil"/>
              <w:right w:val="nil"/>
            </w:tcBorders>
            <w:shd w:val="clear" w:color="auto" w:fill="FFFFFF" w:themeFill="background1"/>
            <w:vAlign w:val="bottom"/>
          </w:tcPr>
          <w:p w14:paraId="1CFD5D7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r>
      <w:tr w:rsidR="00A81EB2" w:rsidRPr="00A81EB2" w14:paraId="4D54B79A" w14:textId="77777777" w:rsidTr="008B2F03">
        <w:tc>
          <w:tcPr>
            <w:tcW w:w="922" w:type="pct"/>
            <w:shd w:val="clear" w:color="auto" w:fill="FFFFFF" w:themeFill="background1"/>
            <w:vAlign w:val="bottom"/>
          </w:tcPr>
          <w:p w14:paraId="5495E4D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Risky Sex </w:t>
            </w:r>
          </w:p>
        </w:tc>
        <w:tc>
          <w:tcPr>
            <w:tcW w:w="446" w:type="pct"/>
            <w:tcBorders>
              <w:top w:val="nil"/>
              <w:left w:val="nil"/>
              <w:bottom w:val="nil"/>
              <w:right w:val="nil"/>
            </w:tcBorders>
            <w:shd w:val="clear" w:color="auto" w:fill="FFFFFF" w:themeFill="background1"/>
            <w:vAlign w:val="bottom"/>
          </w:tcPr>
          <w:p w14:paraId="157950B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95" w:type="pct"/>
            <w:tcBorders>
              <w:top w:val="nil"/>
              <w:left w:val="nil"/>
              <w:bottom w:val="nil"/>
              <w:right w:val="nil"/>
            </w:tcBorders>
            <w:shd w:val="clear" w:color="auto" w:fill="FFFFFF" w:themeFill="background1"/>
            <w:vAlign w:val="bottom"/>
          </w:tcPr>
          <w:p w14:paraId="6A1A6E4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1306301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tcBorders>
              <w:top w:val="nil"/>
              <w:left w:val="nil"/>
              <w:bottom w:val="nil"/>
              <w:right w:val="nil"/>
            </w:tcBorders>
            <w:shd w:val="clear" w:color="auto" w:fill="FFFFFF" w:themeFill="background1"/>
            <w:vAlign w:val="bottom"/>
          </w:tcPr>
          <w:p w14:paraId="6F6F3A4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0.10</w:t>
            </w:r>
          </w:p>
        </w:tc>
        <w:tc>
          <w:tcPr>
            <w:tcW w:w="360" w:type="pct"/>
            <w:tcBorders>
              <w:top w:val="nil"/>
              <w:left w:val="nil"/>
              <w:bottom w:val="nil"/>
              <w:right w:val="nil"/>
            </w:tcBorders>
            <w:shd w:val="clear" w:color="auto" w:fill="FFFFFF" w:themeFill="background1"/>
            <w:vAlign w:val="bottom"/>
          </w:tcPr>
          <w:p w14:paraId="191B3C17"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0.46</w:t>
            </w:r>
          </w:p>
        </w:tc>
        <w:tc>
          <w:tcPr>
            <w:tcW w:w="439" w:type="pct"/>
            <w:tcBorders>
              <w:top w:val="nil"/>
              <w:left w:val="nil"/>
              <w:bottom w:val="nil"/>
              <w:right w:val="nil"/>
            </w:tcBorders>
            <w:shd w:val="clear" w:color="auto" w:fill="FFFFFF" w:themeFill="background1"/>
            <w:vAlign w:val="bottom"/>
          </w:tcPr>
          <w:p w14:paraId="44DCFBB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537" w:type="pct"/>
            <w:tcBorders>
              <w:top w:val="nil"/>
              <w:left w:val="nil"/>
              <w:bottom w:val="nil"/>
              <w:right w:val="nil"/>
            </w:tcBorders>
            <w:shd w:val="clear" w:color="auto" w:fill="FFFFFF" w:themeFill="background1"/>
            <w:vAlign w:val="bottom"/>
          </w:tcPr>
          <w:p w14:paraId="6CB1B8F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79" w:type="pct"/>
            <w:tcBorders>
              <w:top w:val="nil"/>
              <w:left w:val="nil"/>
              <w:bottom w:val="nil"/>
              <w:right w:val="nil"/>
            </w:tcBorders>
            <w:shd w:val="clear" w:color="auto" w:fill="FFFFFF" w:themeFill="background1"/>
            <w:vAlign w:val="bottom"/>
          </w:tcPr>
          <w:p w14:paraId="791247A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r>
      <w:tr w:rsidR="00A81EB2" w:rsidRPr="00A81EB2" w14:paraId="5117ACFA" w14:textId="77777777" w:rsidTr="008B2F03">
        <w:tc>
          <w:tcPr>
            <w:tcW w:w="922" w:type="pct"/>
            <w:shd w:val="clear" w:color="auto" w:fill="FFFFFF" w:themeFill="background1"/>
            <w:vAlign w:val="bottom"/>
          </w:tcPr>
          <w:p w14:paraId="46145D3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Sex-Related Substance Use</w:t>
            </w:r>
          </w:p>
        </w:tc>
        <w:tc>
          <w:tcPr>
            <w:tcW w:w="446" w:type="pct"/>
            <w:tcBorders>
              <w:top w:val="nil"/>
              <w:left w:val="nil"/>
              <w:bottom w:val="nil"/>
              <w:right w:val="nil"/>
            </w:tcBorders>
            <w:shd w:val="clear" w:color="auto" w:fill="FFFFFF" w:themeFill="background1"/>
            <w:vAlign w:val="bottom"/>
          </w:tcPr>
          <w:p w14:paraId="164A0C9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c>
          <w:tcPr>
            <w:tcW w:w="395" w:type="pct"/>
            <w:tcBorders>
              <w:top w:val="nil"/>
              <w:left w:val="nil"/>
              <w:bottom w:val="nil"/>
              <w:right w:val="nil"/>
            </w:tcBorders>
            <w:shd w:val="clear" w:color="auto" w:fill="FFFFFF" w:themeFill="background1"/>
            <w:vAlign w:val="bottom"/>
          </w:tcPr>
          <w:p w14:paraId="31D2848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686" w:type="pct"/>
            <w:tcBorders>
              <w:top w:val="nil"/>
              <w:left w:val="nil"/>
              <w:bottom w:val="nil"/>
              <w:right w:val="nil"/>
            </w:tcBorders>
            <w:shd w:val="clear" w:color="auto" w:fill="FFFFFF" w:themeFill="background1"/>
            <w:vAlign w:val="bottom"/>
          </w:tcPr>
          <w:p w14:paraId="7433104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35" w:type="pct"/>
            <w:tcBorders>
              <w:top w:val="nil"/>
              <w:left w:val="nil"/>
              <w:bottom w:val="nil"/>
              <w:right w:val="nil"/>
            </w:tcBorders>
            <w:shd w:val="clear" w:color="auto" w:fill="FFFFFF" w:themeFill="background1"/>
            <w:vAlign w:val="bottom"/>
          </w:tcPr>
          <w:p w14:paraId="66052AF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-0.06</w:t>
            </w:r>
          </w:p>
        </w:tc>
        <w:tc>
          <w:tcPr>
            <w:tcW w:w="360" w:type="pct"/>
            <w:tcBorders>
              <w:top w:val="nil"/>
              <w:left w:val="nil"/>
              <w:bottom w:val="nil"/>
              <w:right w:val="nil"/>
            </w:tcBorders>
            <w:shd w:val="clear" w:color="auto" w:fill="FFFFFF" w:themeFill="background1"/>
            <w:vAlign w:val="bottom"/>
          </w:tcPr>
          <w:p w14:paraId="6F4E539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0.42</w:t>
            </w:r>
          </w:p>
        </w:tc>
        <w:tc>
          <w:tcPr>
            <w:tcW w:w="439" w:type="pct"/>
            <w:tcBorders>
              <w:top w:val="nil"/>
              <w:left w:val="nil"/>
              <w:bottom w:val="nil"/>
              <w:right w:val="nil"/>
            </w:tcBorders>
            <w:shd w:val="clear" w:color="auto" w:fill="FFFFFF" w:themeFill="background1"/>
            <w:vAlign w:val="bottom"/>
          </w:tcPr>
          <w:p w14:paraId="2AE8DBF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537" w:type="pct"/>
            <w:tcBorders>
              <w:top w:val="nil"/>
              <w:left w:val="nil"/>
              <w:bottom w:val="nil"/>
              <w:right w:val="nil"/>
            </w:tcBorders>
            <w:shd w:val="clear" w:color="auto" w:fill="FFFFFF" w:themeFill="background1"/>
            <w:vAlign w:val="bottom"/>
          </w:tcPr>
          <w:p w14:paraId="424B30A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79" w:type="pct"/>
            <w:tcBorders>
              <w:top w:val="nil"/>
              <w:left w:val="nil"/>
              <w:bottom w:val="nil"/>
              <w:right w:val="nil"/>
            </w:tcBorders>
            <w:shd w:val="clear" w:color="auto" w:fill="FFFFFF" w:themeFill="background1"/>
            <w:vAlign w:val="bottom"/>
          </w:tcPr>
          <w:p w14:paraId="5995562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r>
      <w:tr w:rsidR="00A81EB2" w:rsidRPr="00A81EB2" w14:paraId="03E87B26" w14:textId="77777777" w:rsidTr="008B2F03">
        <w:tc>
          <w:tcPr>
            <w:tcW w:w="922" w:type="pct"/>
            <w:shd w:val="clear" w:color="auto" w:fill="FFFFFF" w:themeFill="background1"/>
            <w:vAlign w:val="bottom"/>
          </w:tcPr>
          <w:p w14:paraId="1453C83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Manipulativeness </w:t>
            </w:r>
          </w:p>
        </w:tc>
        <w:tc>
          <w:tcPr>
            <w:tcW w:w="446" w:type="pct"/>
            <w:tcBorders>
              <w:top w:val="nil"/>
              <w:left w:val="nil"/>
              <w:bottom w:val="nil"/>
              <w:right w:val="nil"/>
            </w:tcBorders>
            <w:shd w:val="clear" w:color="auto" w:fill="FFFFFF" w:themeFill="background1"/>
            <w:vAlign w:val="bottom"/>
          </w:tcPr>
          <w:p w14:paraId="6D35A8B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95" w:type="pct"/>
            <w:tcBorders>
              <w:top w:val="nil"/>
              <w:left w:val="nil"/>
              <w:bottom w:val="nil"/>
              <w:right w:val="nil"/>
            </w:tcBorders>
            <w:shd w:val="clear" w:color="auto" w:fill="FFFFFF" w:themeFill="background1"/>
            <w:vAlign w:val="bottom"/>
          </w:tcPr>
          <w:p w14:paraId="3E959B0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0C68C6F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tcBorders>
              <w:top w:val="nil"/>
              <w:left w:val="nil"/>
              <w:bottom w:val="nil"/>
              <w:right w:val="nil"/>
            </w:tcBorders>
            <w:shd w:val="clear" w:color="auto" w:fill="FFFFFF" w:themeFill="background1"/>
            <w:vAlign w:val="bottom"/>
          </w:tcPr>
          <w:p w14:paraId="2AA4C0E7"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0.14</w:t>
            </w:r>
          </w:p>
        </w:tc>
        <w:tc>
          <w:tcPr>
            <w:tcW w:w="360" w:type="pct"/>
            <w:tcBorders>
              <w:top w:val="nil"/>
              <w:left w:val="nil"/>
              <w:bottom w:val="nil"/>
              <w:right w:val="nil"/>
            </w:tcBorders>
            <w:shd w:val="clear" w:color="auto" w:fill="FFFFFF" w:themeFill="background1"/>
            <w:vAlign w:val="bottom"/>
          </w:tcPr>
          <w:p w14:paraId="0D891DF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0.36</w:t>
            </w:r>
          </w:p>
        </w:tc>
        <w:tc>
          <w:tcPr>
            <w:tcW w:w="439" w:type="pct"/>
            <w:tcBorders>
              <w:top w:val="nil"/>
              <w:left w:val="nil"/>
              <w:bottom w:val="nil"/>
              <w:right w:val="nil"/>
            </w:tcBorders>
            <w:shd w:val="clear" w:color="auto" w:fill="FFFFFF" w:themeFill="background1"/>
            <w:vAlign w:val="bottom"/>
          </w:tcPr>
          <w:p w14:paraId="60500BA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37" w:type="pct"/>
            <w:tcBorders>
              <w:top w:val="nil"/>
              <w:left w:val="nil"/>
              <w:bottom w:val="nil"/>
              <w:right w:val="nil"/>
            </w:tcBorders>
            <w:shd w:val="clear" w:color="auto" w:fill="FFFFFF" w:themeFill="background1"/>
            <w:vAlign w:val="bottom"/>
          </w:tcPr>
          <w:p w14:paraId="79DB43C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0.31</w:t>
            </w:r>
          </w:p>
        </w:tc>
        <w:tc>
          <w:tcPr>
            <w:tcW w:w="579" w:type="pct"/>
            <w:tcBorders>
              <w:top w:val="nil"/>
              <w:left w:val="nil"/>
              <w:bottom w:val="nil"/>
              <w:right w:val="nil"/>
            </w:tcBorders>
            <w:shd w:val="clear" w:color="auto" w:fill="FFFFFF" w:themeFill="background1"/>
            <w:vAlign w:val="bottom"/>
          </w:tcPr>
          <w:p w14:paraId="6BC51CA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r>
      <w:tr w:rsidR="00A81EB2" w:rsidRPr="00A81EB2" w14:paraId="1C061EB8" w14:textId="77777777" w:rsidTr="008B2F03">
        <w:tc>
          <w:tcPr>
            <w:tcW w:w="922" w:type="pct"/>
            <w:shd w:val="clear" w:color="auto" w:fill="FFFFFF" w:themeFill="background1"/>
            <w:vAlign w:val="bottom"/>
          </w:tcPr>
          <w:p w14:paraId="08C923D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NSSI    </w:t>
            </w:r>
          </w:p>
        </w:tc>
        <w:tc>
          <w:tcPr>
            <w:tcW w:w="446" w:type="pct"/>
            <w:tcBorders>
              <w:top w:val="nil"/>
              <w:left w:val="nil"/>
              <w:bottom w:val="nil"/>
              <w:right w:val="nil"/>
            </w:tcBorders>
            <w:shd w:val="clear" w:color="auto" w:fill="FFFFFF" w:themeFill="background1"/>
            <w:vAlign w:val="bottom"/>
          </w:tcPr>
          <w:p w14:paraId="2771C4E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tcBorders>
              <w:top w:val="nil"/>
              <w:left w:val="nil"/>
              <w:bottom w:val="nil"/>
              <w:right w:val="nil"/>
            </w:tcBorders>
            <w:shd w:val="clear" w:color="auto" w:fill="FFFFFF" w:themeFill="background1"/>
            <w:vAlign w:val="bottom"/>
          </w:tcPr>
          <w:p w14:paraId="529CAAA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0.19</w:t>
            </w:r>
          </w:p>
        </w:tc>
        <w:tc>
          <w:tcPr>
            <w:tcW w:w="686" w:type="pct"/>
            <w:tcBorders>
              <w:top w:val="nil"/>
              <w:left w:val="nil"/>
              <w:bottom w:val="nil"/>
              <w:right w:val="nil"/>
            </w:tcBorders>
            <w:shd w:val="clear" w:color="auto" w:fill="FFFFFF" w:themeFill="background1"/>
            <w:vAlign w:val="bottom"/>
          </w:tcPr>
          <w:p w14:paraId="5F4C0B2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35" w:type="pct"/>
            <w:tcBorders>
              <w:top w:val="nil"/>
              <w:left w:val="nil"/>
              <w:bottom w:val="nil"/>
              <w:right w:val="nil"/>
            </w:tcBorders>
            <w:shd w:val="clear" w:color="auto" w:fill="FFFFFF" w:themeFill="background1"/>
            <w:vAlign w:val="bottom"/>
          </w:tcPr>
          <w:p w14:paraId="0355D23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360" w:type="pct"/>
            <w:tcBorders>
              <w:top w:val="nil"/>
              <w:left w:val="nil"/>
              <w:bottom w:val="nil"/>
              <w:right w:val="nil"/>
            </w:tcBorders>
            <w:shd w:val="clear" w:color="auto" w:fill="FFFFFF" w:themeFill="background1"/>
            <w:vAlign w:val="bottom"/>
          </w:tcPr>
          <w:p w14:paraId="0E6EF83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0.33</w:t>
            </w:r>
          </w:p>
        </w:tc>
        <w:tc>
          <w:tcPr>
            <w:tcW w:w="439" w:type="pct"/>
            <w:tcBorders>
              <w:top w:val="nil"/>
              <w:left w:val="nil"/>
              <w:bottom w:val="nil"/>
              <w:right w:val="nil"/>
            </w:tcBorders>
            <w:shd w:val="clear" w:color="auto" w:fill="FFFFFF" w:themeFill="background1"/>
            <w:vAlign w:val="bottom"/>
          </w:tcPr>
          <w:p w14:paraId="5234A36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537" w:type="pct"/>
            <w:tcBorders>
              <w:top w:val="nil"/>
              <w:left w:val="nil"/>
              <w:bottom w:val="nil"/>
              <w:right w:val="nil"/>
            </w:tcBorders>
            <w:shd w:val="clear" w:color="auto" w:fill="FFFFFF" w:themeFill="background1"/>
            <w:vAlign w:val="bottom"/>
          </w:tcPr>
          <w:p w14:paraId="486D8F5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579" w:type="pct"/>
            <w:tcBorders>
              <w:top w:val="nil"/>
              <w:left w:val="nil"/>
              <w:bottom w:val="nil"/>
              <w:right w:val="nil"/>
            </w:tcBorders>
            <w:shd w:val="clear" w:color="auto" w:fill="FFFFFF" w:themeFill="background1"/>
            <w:vAlign w:val="bottom"/>
          </w:tcPr>
          <w:p w14:paraId="2E1FFBA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-0.09</w:t>
            </w:r>
          </w:p>
        </w:tc>
      </w:tr>
      <w:tr w:rsidR="00A81EB2" w:rsidRPr="00A81EB2" w14:paraId="54BFA167" w14:textId="77777777" w:rsidTr="008B2F03">
        <w:tc>
          <w:tcPr>
            <w:tcW w:w="922" w:type="pct"/>
            <w:shd w:val="clear" w:color="auto" w:fill="FFFFFF" w:themeFill="background1"/>
            <w:vAlign w:val="bottom"/>
          </w:tcPr>
          <w:p w14:paraId="31D545A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Harmful Alcohol Use</w:t>
            </w:r>
          </w:p>
        </w:tc>
        <w:tc>
          <w:tcPr>
            <w:tcW w:w="446" w:type="pct"/>
            <w:tcBorders>
              <w:top w:val="nil"/>
              <w:left w:val="nil"/>
              <w:bottom w:val="nil"/>
              <w:right w:val="nil"/>
            </w:tcBorders>
            <w:shd w:val="clear" w:color="auto" w:fill="FFFFFF" w:themeFill="background1"/>
            <w:vAlign w:val="bottom"/>
          </w:tcPr>
          <w:p w14:paraId="5DDDAB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95" w:type="pct"/>
            <w:tcBorders>
              <w:top w:val="nil"/>
              <w:left w:val="nil"/>
              <w:bottom w:val="nil"/>
              <w:right w:val="nil"/>
            </w:tcBorders>
            <w:shd w:val="clear" w:color="auto" w:fill="FFFFFF" w:themeFill="background1"/>
            <w:vAlign w:val="bottom"/>
          </w:tcPr>
          <w:p w14:paraId="1C12B24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144F0DB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635" w:type="pct"/>
            <w:tcBorders>
              <w:top w:val="nil"/>
              <w:left w:val="nil"/>
              <w:bottom w:val="nil"/>
              <w:right w:val="nil"/>
            </w:tcBorders>
            <w:shd w:val="clear" w:color="auto" w:fill="FFFFFF" w:themeFill="background1"/>
            <w:vAlign w:val="bottom"/>
          </w:tcPr>
          <w:p w14:paraId="37CED65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60" w:type="pct"/>
            <w:tcBorders>
              <w:top w:val="nil"/>
              <w:left w:val="nil"/>
              <w:bottom w:val="nil"/>
              <w:right w:val="nil"/>
            </w:tcBorders>
            <w:shd w:val="clear" w:color="auto" w:fill="FFFFFF" w:themeFill="background1"/>
            <w:vAlign w:val="bottom"/>
          </w:tcPr>
          <w:p w14:paraId="15028B4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0.32</w:t>
            </w:r>
          </w:p>
        </w:tc>
        <w:tc>
          <w:tcPr>
            <w:tcW w:w="439" w:type="pct"/>
            <w:tcBorders>
              <w:top w:val="nil"/>
              <w:left w:val="nil"/>
              <w:bottom w:val="nil"/>
              <w:right w:val="nil"/>
            </w:tcBorders>
            <w:shd w:val="clear" w:color="auto" w:fill="FFFFFF" w:themeFill="background1"/>
            <w:vAlign w:val="bottom"/>
          </w:tcPr>
          <w:p w14:paraId="1DA6B076"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-0.07</w:t>
            </w:r>
          </w:p>
        </w:tc>
        <w:tc>
          <w:tcPr>
            <w:tcW w:w="537" w:type="pct"/>
            <w:tcBorders>
              <w:top w:val="nil"/>
              <w:left w:val="nil"/>
              <w:bottom w:val="nil"/>
              <w:right w:val="nil"/>
            </w:tcBorders>
            <w:shd w:val="clear" w:color="auto" w:fill="FFFFFF" w:themeFill="background1"/>
            <w:vAlign w:val="bottom"/>
          </w:tcPr>
          <w:p w14:paraId="1ECC6E2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579" w:type="pct"/>
            <w:tcBorders>
              <w:top w:val="nil"/>
              <w:left w:val="nil"/>
              <w:bottom w:val="nil"/>
              <w:right w:val="nil"/>
            </w:tcBorders>
            <w:shd w:val="clear" w:color="auto" w:fill="FFFFFF" w:themeFill="background1"/>
            <w:vAlign w:val="bottom"/>
          </w:tcPr>
          <w:p w14:paraId="23AA3BA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r>
      <w:tr w:rsidR="00A81EB2" w:rsidRPr="00A81EB2" w14:paraId="42EB7884" w14:textId="77777777" w:rsidTr="008B2F03">
        <w:tc>
          <w:tcPr>
            <w:tcW w:w="922" w:type="pct"/>
            <w:shd w:val="clear" w:color="auto" w:fill="FFFFFF" w:themeFill="background1"/>
            <w:vAlign w:val="bottom"/>
          </w:tcPr>
          <w:p w14:paraId="569FD28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Agoraphobia </w:t>
            </w:r>
          </w:p>
        </w:tc>
        <w:tc>
          <w:tcPr>
            <w:tcW w:w="446" w:type="pct"/>
            <w:tcBorders>
              <w:top w:val="nil"/>
              <w:left w:val="nil"/>
              <w:bottom w:val="nil"/>
              <w:right w:val="nil"/>
            </w:tcBorders>
            <w:shd w:val="clear" w:color="auto" w:fill="FFFFFF" w:themeFill="background1"/>
            <w:vAlign w:val="bottom"/>
          </w:tcPr>
          <w:p w14:paraId="4C5D0E7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395" w:type="pct"/>
            <w:tcBorders>
              <w:top w:val="nil"/>
              <w:left w:val="nil"/>
              <w:bottom w:val="nil"/>
              <w:right w:val="nil"/>
            </w:tcBorders>
            <w:shd w:val="clear" w:color="auto" w:fill="FFFFFF" w:themeFill="background1"/>
            <w:vAlign w:val="bottom"/>
          </w:tcPr>
          <w:p w14:paraId="28FFC6C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77790C2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35" w:type="pct"/>
            <w:tcBorders>
              <w:top w:val="nil"/>
              <w:left w:val="nil"/>
              <w:bottom w:val="nil"/>
              <w:right w:val="nil"/>
            </w:tcBorders>
            <w:shd w:val="clear" w:color="auto" w:fill="FFFFFF" w:themeFill="background1"/>
            <w:vAlign w:val="bottom"/>
          </w:tcPr>
          <w:p w14:paraId="79D3B11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360" w:type="pct"/>
            <w:tcBorders>
              <w:top w:val="nil"/>
              <w:left w:val="nil"/>
              <w:bottom w:val="nil"/>
              <w:right w:val="nil"/>
            </w:tcBorders>
            <w:shd w:val="clear" w:color="auto" w:fill="FFFFFF" w:themeFill="background1"/>
            <w:vAlign w:val="bottom"/>
          </w:tcPr>
          <w:p w14:paraId="493DD4D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439" w:type="pct"/>
            <w:tcBorders>
              <w:top w:val="nil"/>
              <w:left w:val="nil"/>
              <w:bottom w:val="nil"/>
              <w:right w:val="nil"/>
            </w:tcBorders>
            <w:shd w:val="clear" w:color="auto" w:fill="FFFFFF" w:themeFill="background1"/>
            <w:vAlign w:val="bottom"/>
          </w:tcPr>
          <w:p w14:paraId="641AFDF7"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0.55</w:t>
            </w:r>
          </w:p>
        </w:tc>
        <w:tc>
          <w:tcPr>
            <w:tcW w:w="537" w:type="pct"/>
            <w:tcBorders>
              <w:top w:val="nil"/>
              <w:left w:val="nil"/>
              <w:bottom w:val="nil"/>
              <w:right w:val="nil"/>
            </w:tcBorders>
            <w:shd w:val="clear" w:color="auto" w:fill="FFFFFF" w:themeFill="background1"/>
            <w:vAlign w:val="bottom"/>
          </w:tcPr>
          <w:p w14:paraId="7A8DDFF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579" w:type="pct"/>
            <w:tcBorders>
              <w:top w:val="nil"/>
              <w:left w:val="nil"/>
              <w:bottom w:val="nil"/>
              <w:right w:val="nil"/>
            </w:tcBorders>
            <w:shd w:val="clear" w:color="auto" w:fill="FFFFFF" w:themeFill="background1"/>
            <w:vAlign w:val="bottom"/>
          </w:tcPr>
          <w:p w14:paraId="2FD614D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r>
      <w:tr w:rsidR="00A81EB2" w:rsidRPr="00A81EB2" w14:paraId="37129D45" w14:textId="77777777" w:rsidTr="008B2F03">
        <w:tc>
          <w:tcPr>
            <w:tcW w:w="922" w:type="pct"/>
            <w:shd w:val="clear" w:color="auto" w:fill="FFFFFF" w:themeFill="background1"/>
            <w:vAlign w:val="bottom"/>
          </w:tcPr>
          <w:p w14:paraId="5E7B410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Panic </w:t>
            </w:r>
          </w:p>
        </w:tc>
        <w:tc>
          <w:tcPr>
            <w:tcW w:w="446" w:type="pct"/>
            <w:tcBorders>
              <w:top w:val="nil"/>
              <w:left w:val="nil"/>
              <w:bottom w:val="nil"/>
              <w:right w:val="nil"/>
            </w:tcBorders>
            <w:shd w:val="clear" w:color="auto" w:fill="FFFFFF" w:themeFill="background1"/>
            <w:vAlign w:val="bottom"/>
          </w:tcPr>
          <w:p w14:paraId="397BC5E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395" w:type="pct"/>
            <w:tcBorders>
              <w:top w:val="nil"/>
              <w:left w:val="nil"/>
              <w:bottom w:val="nil"/>
              <w:right w:val="nil"/>
            </w:tcBorders>
            <w:shd w:val="clear" w:color="auto" w:fill="FFFFFF" w:themeFill="background1"/>
            <w:vAlign w:val="bottom"/>
          </w:tcPr>
          <w:p w14:paraId="5C62EBA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686" w:type="pct"/>
            <w:tcBorders>
              <w:top w:val="nil"/>
              <w:left w:val="nil"/>
              <w:bottom w:val="nil"/>
              <w:right w:val="nil"/>
            </w:tcBorders>
            <w:shd w:val="clear" w:color="auto" w:fill="FFFFFF" w:themeFill="background1"/>
            <w:vAlign w:val="bottom"/>
          </w:tcPr>
          <w:p w14:paraId="59F7583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635" w:type="pct"/>
            <w:tcBorders>
              <w:top w:val="nil"/>
              <w:left w:val="nil"/>
              <w:bottom w:val="nil"/>
              <w:right w:val="nil"/>
            </w:tcBorders>
            <w:shd w:val="clear" w:color="auto" w:fill="FFFFFF" w:themeFill="background1"/>
            <w:vAlign w:val="bottom"/>
          </w:tcPr>
          <w:p w14:paraId="0100C53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360" w:type="pct"/>
            <w:tcBorders>
              <w:top w:val="nil"/>
              <w:left w:val="nil"/>
              <w:bottom w:val="nil"/>
              <w:right w:val="nil"/>
            </w:tcBorders>
            <w:shd w:val="clear" w:color="auto" w:fill="FFFFFF" w:themeFill="background1"/>
            <w:vAlign w:val="bottom"/>
          </w:tcPr>
          <w:p w14:paraId="159AE3D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439" w:type="pct"/>
            <w:tcBorders>
              <w:top w:val="nil"/>
              <w:left w:val="nil"/>
              <w:bottom w:val="nil"/>
              <w:right w:val="nil"/>
            </w:tcBorders>
            <w:shd w:val="clear" w:color="auto" w:fill="FFFFFF" w:themeFill="background1"/>
            <w:vAlign w:val="bottom"/>
          </w:tcPr>
          <w:p w14:paraId="72246C0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0.54</w:t>
            </w:r>
          </w:p>
        </w:tc>
        <w:tc>
          <w:tcPr>
            <w:tcW w:w="537" w:type="pct"/>
            <w:tcBorders>
              <w:top w:val="nil"/>
              <w:left w:val="nil"/>
              <w:bottom w:val="nil"/>
              <w:right w:val="nil"/>
            </w:tcBorders>
            <w:shd w:val="clear" w:color="auto" w:fill="FFFFFF" w:themeFill="background1"/>
            <w:vAlign w:val="bottom"/>
          </w:tcPr>
          <w:p w14:paraId="7A52211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79" w:type="pct"/>
            <w:tcBorders>
              <w:top w:val="nil"/>
              <w:left w:val="nil"/>
              <w:bottom w:val="nil"/>
              <w:right w:val="nil"/>
            </w:tcBorders>
            <w:shd w:val="clear" w:color="auto" w:fill="FFFFFF" w:themeFill="background1"/>
            <w:vAlign w:val="bottom"/>
          </w:tcPr>
          <w:p w14:paraId="3BCCB39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r>
      <w:tr w:rsidR="00A81EB2" w:rsidRPr="00A81EB2" w14:paraId="6A889324" w14:textId="77777777" w:rsidTr="008B2F03">
        <w:tc>
          <w:tcPr>
            <w:tcW w:w="922" w:type="pct"/>
            <w:shd w:val="clear" w:color="auto" w:fill="FFFFFF" w:themeFill="background1"/>
            <w:vAlign w:val="bottom"/>
          </w:tcPr>
          <w:p w14:paraId="60282BB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Situational Phobias</w:t>
            </w:r>
          </w:p>
        </w:tc>
        <w:tc>
          <w:tcPr>
            <w:tcW w:w="446" w:type="pct"/>
            <w:tcBorders>
              <w:top w:val="nil"/>
              <w:left w:val="nil"/>
              <w:bottom w:val="nil"/>
              <w:right w:val="nil"/>
            </w:tcBorders>
            <w:shd w:val="clear" w:color="auto" w:fill="FFFFFF" w:themeFill="background1"/>
            <w:vAlign w:val="bottom"/>
          </w:tcPr>
          <w:p w14:paraId="0023036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95" w:type="pct"/>
            <w:tcBorders>
              <w:top w:val="nil"/>
              <w:left w:val="nil"/>
              <w:bottom w:val="nil"/>
              <w:right w:val="nil"/>
            </w:tcBorders>
            <w:shd w:val="clear" w:color="auto" w:fill="FFFFFF" w:themeFill="background1"/>
            <w:vAlign w:val="bottom"/>
          </w:tcPr>
          <w:p w14:paraId="5A461EB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686" w:type="pct"/>
            <w:tcBorders>
              <w:top w:val="nil"/>
              <w:left w:val="nil"/>
              <w:bottom w:val="nil"/>
              <w:right w:val="nil"/>
            </w:tcBorders>
            <w:shd w:val="clear" w:color="auto" w:fill="FFFFFF" w:themeFill="background1"/>
            <w:vAlign w:val="bottom"/>
          </w:tcPr>
          <w:p w14:paraId="4F1466C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tcBorders>
              <w:top w:val="nil"/>
              <w:left w:val="nil"/>
              <w:bottom w:val="nil"/>
              <w:right w:val="nil"/>
            </w:tcBorders>
            <w:shd w:val="clear" w:color="auto" w:fill="FFFFFF" w:themeFill="background1"/>
            <w:vAlign w:val="bottom"/>
          </w:tcPr>
          <w:p w14:paraId="5CB8FAC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60" w:type="pct"/>
            <w:tcBorders>
              <w:top w:val="nil"/>
              <w:left w:val="nil"/>
              <w:bottom w:val="nil"/>
              <w:right w:val="nil"/>
            </w:tcBorders>
            <w:shd w:val="clear" w:color="auto" w:fill="FFFFFF" w:themeFill="background1"/>
            <w:vAlign w:val="bottom"/>
          </w:tcPr>
          <w:p w14:paraId="3F7872A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439" w:type="pct"/>
            <w:tcBorders>
              <w:top w:val="nil"/>
              <w:left w:val="nil"/>
              <w:bottom w:val="nil"/>
              <w:right w:val="nil"/>
            </w:tcBorders>
            <w:shd w:val="clear" w:color="auto" w:fill="FFFFFF" w:themeFill="background1"/>
            <w:vAlign w:val="bottom"/>
          </w:tcPr>
          <w:p w14:paraId="0AD2BDB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0.54</w:t>
            </w:r>
          </w:p>
        </w:tc>
        <w:tc>
          <w:tcPr>
            <w:tcW w:w="537" w:type="pct"/>
            <w:tcBorders>
              <w:top w:val="nil"/>
              <w:left w:val="nil"/>
              <w:bottom w:val="nil"/>
              <w:right w:val="nil"/>
            </w:tcBorders>
            <w:shd w:val="clear" w:color="auto" w:fill="FFFFFF" w:themeFill="background1"/>
            <w:vAlign w:val="bottom"/>
          </w:tcPr>
          <w:p w14:paraId="51C501E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579" w:type="pct"/>
            <w:tcBorders>
              <w:top w:val="nil"/>
              <w:left w:val="nil"/>
              <w:bottom w:val="nil"/>
              <w:right w:val="nil"/>
            </w:tcBorders>
            <w:shd w:val="clear" w:color="auto" w:fill="FFFFFF" w:themeFill="background1"/>
            <w:vAlign w:val="bottom"/>
          </w:tcPr>
          <w:p w14:paraId="0DE6CE6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r>
      <w:tr w:rsidR="00A81EB2" w:rsidRPr="00A81EB2" w14:paraId="1BA8996D" w14:textId="77777777" w:rsidTr="008B2F03">
        <w:tc>
          <w:tcPr>
            <w:tcW w:w="922" w:type="pct"/>
            <w:shd w:val="clear" w:color="auto" w:fill="FFFFFF" w:themeFill="background1"/>
            <w:vAlign w:val="bottom"/>
          </w:tcPr>
          <w:p w14:paraId="1481AA7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Conversion Symptoms  </w:t>
            </w:r>
          </w:p>
        </w:tc>
        <w:tc>
          <w:tcPr>
            <w:tcW w:w="446" w:type="pct"/>
            <w:tcBorders>
              <w:top w:val="nil"/>
              <w:left w:val="nil"/>
              <w:bottom w:val="nil"/>
              <w:right w:val="nil"/>
            </w:tcBorders>
            <w:shd w:val="clear" w:color="auto" w:fill="FFFFFF" w:themeFill="background1"/>
            <w:vAlign w:val="bottom"/>
          </w:tcPr>
          <w:p w14:paraId="4D76522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95" w:type="pct"/>
            <w:tcBorders>
              <w:top w:val="nil"/>
              <w:left w:val="nil"/>
              <w:bottom w:val="nil"/>
              <w:right w:val="nil"/>
            </w:tcBorders>
            <w:shd w:val="clear" w:color="auto" w:fill="FFFFFF" w:themeFill="background1"/>
            <w:vAlign w:val="bottom"/>
          </w:tcPr>
          <w:p w14:paraId="4F3A8CB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686" w:type="pct"/>
            <w:tcBorders>
              <w:top w:val="nil"/>
              <w:left w:val="nil"/>
              <w:bottom w:val="nil"/>
              <w:right w:val="nil"/>
            </w:tcBorders>
            <w:shd w:val="clear" w:color="auto" w:fill="FFFFFF" w:themeFill="background1"/>
            <w:vAlign w:val="bottom"/>
          </w:tcPr>
          <w:p w14:paraId="14352D9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635" w:type="pct"/>
            <w:tcBorders>
              <w:top w:val="nil"/>
              <w:left w:val="nil"/>
              <w:bottom w:val="nil"/>
              <w:right w:val="nil"/>
            </w:tcBorders>
            <w:shd w:val="clear" w:color="auto" w:fill="FFFFFF" w:themeFill="background1"/>
            <w:vAlign w:val="bottom"/>
          </w:tcPr>
          <w:p w14:paraId="5721A21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360" w:type="pct"/>
            <w:tcBorders>
              <w:top w:val="nil"/>
              <w:left w:val="nil"/>
              <w:bottom w:val="nil"/>
              <w:right w:val="nil"/>
            </w:tcBorders>
            <w:shd w:val="clear" w:color="auto" w:fill="FFFFFF" w:themeFill="background1"/>
            <w:vAlign w:val="bottom"/>
          </w:tcPr>
          <w:p w14:paraId="405314D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0.26</w:t>
            </w:r>
          </w:p>
        </w:tc>
        <w:tc>
          <w:tcPr>
            <w:tcW w:w="439" w:type="pct"/>
            <w:tcBorders>
              <w:top w:val="nil"/>
              <w:left w:val="nil"/>
              <w:bottom w:val="nil"/>
              <w:right w:val="nil"/>
            </w:tcBorders>
            <w:shd w:val="clear" w:color="auto" w:fill="FFFFFF" w:themeFill="background1"/>
            <w:vAlign w:val="bottom"/>
          </w:tcPr>
          <w:p w14:paraId="4E53F59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0.48</w:t>
            </w:r>
          </w:p>
        </w:tc>
        <w:tc>
          <w:tcPr>
            <w:tcW w:w="537" w:type="pct"/>
            <w:tcBorders>
              <w:top w:val="nil"/>
              <w:left w:val="nil"/>
              <w:bottom w:val="nil"/>
              <w:right w:val="nil"/>
            </w:tcBorders>
            <w:shd w:val="clear" w:color="auto" w:fill="FFFFFF" w:themeFill="background1"/>
            <w:vAlign w:val="bottom"/>
          </w:tcPr>
          <w:p w14:paraId="060282F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579" w:type="pct"/>
            <w:tcBorders>
              <w:top w:val="nil"/>
              <w:left w:val="nil"/>
              <w:bottom w:val="nil"/>
              <w:right w:val="nil"/>
            </w:tcBorders>
            <w:shd w:val="clear" w:color="auto" w:fill="FFFFFF" w:themeFill="background1"/>
            <w:vAlign w:val="bottom"/>
          </w:tcPr>
          <w:p w14:paraId="296826E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r>
      <w:tr w:rsidR="00A81EB2" w:rsidRPr="00A81EB2" w14:paraId="3BB9FD40" w14:textId="77777777" w:rsidTr="008B2F03">
        <w:tc>
          <w:tcPr>
            <w:tcW w:w="922" w:type="pct"/>
            <w:shd w:val="clear" w:color="auto" w:fill="FFFFFF" w:themeFill="background1"/>
            <w:vAlign w:val="bottom"/>
          </w:tcPr>
          <w:p w14:paraId="2E129E9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Dissociation </w:t>
            </w:r>
          </w:p>
        </w:tc>
        <w:tc>
          <w:tcPr>
            <w:tcW w:w="446" w:type="pct"/>
            <w:tcBorders>
              <w:top w:val="nil"/>
              <w:left w:val="nil"/>
              <w:bottom w:val="nil"/>
              <w:right w:val="nil"/>
            </w:tcBorders>
            <w:shd w:val="clear" w:color="auto" w:fill="FFFFFF" w:themeFill="background1"/>
            <w:vAlign w:val="bottom"/>
          </w:tcPr>
          <w:p w14:paraId="1B5B2FA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tcBorders>
              <w:top w:val="nil"/>
              <w:left w:val="nil"/>
              <w:bottom w:val="nil"/>
              <w:right w:val="nil"/>
            </w:tcBorders>
            <w:shd w:val="clear" w:color="auto" w:fill="FFFFFF" w:themeFill="background1"/>
            <w:vAlign w:val="bottom"/>
          </w:tcPr>
          <w:p w14:paraId="144096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86" w:type="pct"/>
            <w:tcBorders>
              <w:top w:val="nil"/>
              <w:left w:val="nil"/>
              <w:bottom w:val="nil"/>
              <w:right w:val="nil"/>
            </w:tcBorders>
            <w:shd w:val="clear" w:color="auto" w:fill="FFFFFF" w:themeFill="background1"/>
            <w:vAlign w:val="bottom"/>
          </w:tcPr>
          <w:p w14:paraId="0CC85B6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635" w:type="pct"/>
            <w:tcBorders>
              <w:top w:val="nil"/>
              <w:left w:val="nil"/>
              <w:bottom w:val="nil"/>
              <w:right w:val="nil"/>
            </w:tcBorders>
            <w:shd w:val="clear" w:color="auto" w:fill="FFFFFF" w:themeFill="background1"/>
            <w:vAlign w:val="bottom"/>
          </w:tcPr>
          <w:p w14:paraId="7D66E4C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60" w:type="pct"/>
            <w:tcBorders>
              <w:top w:val="nil"/>
              <w:left w:val="nil"/>
              <w:bottom w:val="nil"/>
              <w:right w:val="nil"/>
            </w:tcBorders>
            <w:shd w:val="clear" w:color="auto" w:fill="FFFFFF" w:themeFill="background1"/>
            <w:vAlign w:val="bottom"/>
          </w:tcPr>
          <w:p w14:paraId="6F6414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0.22</w:t>
            </w:r>
          </w:p>
        </w:tc>
        <w:tc>
          <w:tcPr>
            <w:tcW w:w="439" w:type="pct"/>
            <w:tcBorders>
              <w:top w:val="nil"/>
              <w:left w:val="nil"/>
              <w:bottom w:val="nil"/>
              <w:right w:val="nil"/>
            </w:tcBorders>
            <w:shd w:val="clear" w:color="auto" w:fill="FFFFFF" w:themeFill="background1"/>
            <w:vAlign w:val="bottom"/>
          </w:tcPr>
          <w:p w14:paraId="6D84294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0.44</w:t>
            </w:r>
          </w:p>
        </w:tc>
        <w:tc>
          <w:tcPr>
            <w:tcW w:w="537" w:type="pct"/>
            <w:tcBorders>
              <w:top w:val="nil"/>
              <w:left w:val="nil"/>
              <w:bottom w:val="nil"/>
              <w:right w:val="nil"/>
            </w:tcBorders>
            <w:shd w:val="clear" w:color="auto" w:fill="FFFFFF" w:themeFill="background1"/>
            <w:vAlign w:val="bottom"/>
          </w:tcPr>
          <w:p w14:paraId="022F9C6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c>
          <w:tcPr>
            <w:tcW w:w="579" w:type="pct"/>
            <w:tcBorders>
              <w:top w:val="nil"/>
              <w:left w:val="nil"/>
              <w:bottom w:val="nil"/>
              <w:right w:val="nil"/>
            </w:tcBorders>
            <w:shd w:val="clear" w:color="auto" w:fill="FFFFFF" w:themeFill="background1"/>
            <w:vAlign w:val="bottom"/>
          </w:tcPr>
          <w:p w14:paraId="778EC8C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r>
      <w:tr w:rsidR="00A81EB2" w:rsidRPr="00A81EB2" w14:paraId="01213320" w14:textId="77777777" w:rsidTr="008B2F03">
        <w:tc>
          <w:tcPr>
            <w:tcW w:w="922" w:type="pct"/>
            <w:shd w:val="clear" w:color="auto" w:fill="FFFFFF" w:themeFill="background1"/>
            <w:vAlign w:val="bottom"/>
          </w:tcPr>
          <w:p w14:paraId="6935411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lastRenderedPageBreak/>
              <w:t>Nightmares </w:t>
            </w:r>
          </w:p>
        </w:tc>
        <w:tc>
          <w:tcPr>
            <w:tcW w:w="446" w:type="pct"/>
            <w:tcBorders>
              <w:top w:val="nil"/>
              <w:left w:val="nil"/>
              <w:bottom w:val="nil"/>
              <w:right w:val="nil"/>
            </w:tcBorders>
            <w:shd w:val="clear" w:color="auto" w:fill="FFFFFF" w:themeFill="background1"/>
            <w:vAlign w:val="bottom"/>
          </w:tcPr>
          <w:p w14:paraId="3B0DE13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95" w:type="pct"/>
            <w:tcBorders>
              <w:top w:val="nil"/>
              <w:left w:val="nil"/>
              <w:bottom w:val="nil"/>
              <w:right w:val="nil"/>
            </w:tcBorders>
            <w:shd w:val="clear" w:color="auto" w:fill="FFFFFF" w:themeFill="background1"/>
            <w:vAlign w:val="bottom"/>
          </w:tcPr>
          <w:p w14:paraId="1E861C7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86" w:type="pct"/>
            <w:tcBorders>
              <w:top w:val="nil"/>
              <w:left w:val="nil"/>
              <w:bottom w:val="nil"/>
              <w:right w:val="nil"/>
            </w:tcBorders>
            <w:shd w:val="clear" w:color="auto" w:fill="FFFFFF" w:themeFill="background1"/>
            <w:vAlign w:val="bottom"/>
          </w:tcPr>
          <w:p w14:paraId="19FE525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c>
          <w:tcPr>
            <w:tcW w:w="635" w:type="pct"/>
            <w:tcBorders>
              <w:top w:val="nil"/>
              <w:left w:val="nil"/>
              <w:bottom w:val="nil"/>
              <w:right w:val="nil"/>
            </w:tcBorders>
            <w:shd w:val="clear" w:color="auto" w:fill="FFFFFF" w:themeFill="background1"/>
            <w:vAlign w:val="bottom"/>
          </w:tcPr>
          <w:p w14:paraId="4CA91F3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60" w:type="pct"/>
            <w:tcBorders>
              <w:top w:val="nil"/>
              <w:left w:val="nil"/>
              <w:bottom w:val="nil"/>
              <w:right w:val="nil"/>
            </w:tcBorders>
            <w:shd w:val="clear" w:color="auto" w:fill="FFFFFF" w:themeFill="background1"/>
            <w:vAlign w:val="bottom"/>
          </w:tcPr>
          <w:p w14:paraId="0F1FF58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439" w:type="pct"/>
            <w:tcBorders>
              <w:top w:val="nil"/>
              <w:left w:val="nil"/>
              <w:bottom w:val="nil"/>
              <w:right w:val="nil"/>
            </w:tcBorders>
            <w:shd w:val="clear" w:color="auto" w:fill="FFFFFF" w:themeFill="background1"/>
            <w:vAlign w:val="bottom"/>
          </w:tcPr>
          <w:p w14:paraId="581BD0E7"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0.43</w:t>
            </w:r>
          </w:p>
        </w:tc>
        <w:tc>
          <w:tcPr>
            <w:tcW w:w="537" w:type="pct"/>
            <w:tcBorders>
              <w:top w:val="nil"/>
              <w:left w:val="nil"/>
              <w:bottom w:val="nil"/>
              <w:right w:val="nil"/>
            </w:tcBorders>
            <w:shd w:val="clear" w:color="auto" w:fill="FFFFFF" w:themeFill="background1"/>
            <w:vAlign w:val="bottom"/>
          </w:tcPr>
          <w:p w14:paraId="3E2A0DF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79" w:type="pct"/>
            <w:tcBorders>
              <w:top w:val="nil"/>
              <w:left w:val="nil"/>
              <w:bottom w:val="nil"/>
              <w:right w:val="nil"/>
            </w:tcBorders>
            <w:shd w:val="clear" w:color="auto" w:fill="FFFFFF" w:themeFill="background1"/>
            <w:vAlign w:val="bottom"/>
          </w:tcPr>
          <w:p w14:paraId="6E67046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r>
      <w:tr w:rsidR="00A81EB2" w:rsidRPr="00A81EB2" w14:paraId="74EE1DBF" w14:textId="77777777" w:rsidTr="008B2F03">
        <w:tc>
          <w:tcPr>
            <w:tcW w:w="922" w:type="pct"/>
            <w:shd w:val="clear" w:color="auto" w:fill="FFFFFF" w:themeFill="background1"/>
            <w:vAlign w:val="bottom"/>
          </w:tcPr>
          <w:p w14:paraId="71B2F33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Disease Conviction </w:t>
            </w:r>
          </w:p>
        </w:tc>
        <w:tc>
          <w:tcPr>
            <w:tcW w:w="446" w:type="pct"/>
            <w:tcBorders>
              <w:top w:val="nil"/>
              <w:left w:val="nil"/>
              <w:bottom w:val="nil"/>
              <w:right w:val="nil"/>
            </w:tcBorders>
            <w:shd w:val="clear" w:color="auto" w:fill="FFFFFF" w:themeFill="background1"/>
            <w:vAlign w:val="bottom"/>
          </w:tcPr>
          <w:p w14:paraId="792985B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tcBorders>
              <w:top w:val="nil"/>
              <w:left w:val="nil"/>
              <w:bottom w:val="nil"/>
              <w:right w:val="nil"/>
            </w:tcBorders>
            <w:shd w:val="clear" w:color="auto" w:fill="FFFFFF" w:themeFill="background1"/>
            <w:vAlign w:val="bottom"/>
          </w:tcPr>
          <w:p w14:paraId="48FB586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0.10</w:t>
            </w:r>
          </w:p>
        </w:tc>
        <w:tc>
          <w:tcPr>
            <w:tcW w:w="686" w:type="pct"/>
            <w:tcBorders>
              <w:top w:val="nil"/>
              <w:left w:val="nil"/>
              <w:bottom w:val="nil"/>
              <w:right w:val="nil"/>
            </w:tcBorders>
            <w:shd w:val="clear" w:color="auto" w:fill="FFFFFF" w:themeFill="background1"/>
            <w:vAlign w:val="bottom"/>
          </w:tcPr>
          <w:p w14:paraId="6D7A632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635" w:type="pct"/>
            <w:tcBorders>
              <w:top w:val="nil"/>
              <w:left w:val="nil"/>
              <w:bottom w:val="nil"/>
              <w:right w:val="nil"/>
            </w:tcBorders>
            <w:shd w:val="clear" w:color="auto" w:fill="FFFFFF" w:themeFill="background1"/>
            <w:vAlign w:val="bottom"/>
          </w:tcPr>
          <w:p w14:paraId="0B3B51F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360" w:type="pct"/>
            <w:tcBorders>
              <w:top w:val="nil"/>
              <w:left w:val="nil"/>
              <w:bottom w:val="nil"/>
              <w:right w:val="nil"/>
            </w:tcBorders>
            <w:shd w:val="clear" w:color="auto" w:fill="FFFFFF" w:themeFill="background1"/>
            <w:vAlign w:val="bottom"/>
          </w:tcPr>
          <w:p w14:paraId="7DC47FC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-0.09</w:t>
            </w:r>
          </w:p>
        </w:tc>
        <w:tc>
          <w:tcPr>
            <w:tcW w:w="439" w:type="pct"/>
            <w:tcBorders>
              <w:top w:val="nil"/>
              <w:left w:val="nil"/>
              <w:bottom w:val="nil"/>
              <w:right w:val="nil"/>
            </w:tcBorders>
            <w:shd w:val="clear" w:color="auto" w:fill="FFFFFF" w:themeFill="background1"/>
            <w:vAlign w:val="bottom"/>
          </w:tcPr>
          <w:p w14:paraId="766678E3"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0.41</w:t>
            </w:r>
          </w:p>
        </w:tc>
        <w:tc>
          <w:tcPr>
            <w:tcW w:w="537" w:type="pct"/>
            <w:tcBorders>
              <w:top w:val="nil"/>
              <w:left w:val="nil"/>
              <w:bottom w:val="nil"/>
              <w:right w:val="nil"/>
            </w:tcBorders>
            <w:shd w:val="clear" w:color="auto" w:fill="FFFFFF" w:themeFill="background1"/>
            <w:vAlign w:val="bottom"/>
          </w:tcPr>
          <w:p w14:paraId="543891E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579" w:type="pct"/>
            <w:tcBorders>
              <w:top w:val="nil"/>
              <w:left w:val="nil"/>
              <w:bottom w:val="nil"/>
              <w:right w:val="nil"/>
            </w:tcBorders>
            <w:shd w:val="clear" w:color="auto" w:fill="FFFFFF" w:themeFill="background1"/>
            <w:vAlign w:val="bottom"/>
          </w:tcPr>
          <w:p w14:paraId="1941307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0.18</w:t>
            </w:r>
          </w:p>
        </w:tc>
      </w:tr>
      <w:tr w:rsidR="00A81EB2" w:rsidRPr="00A81EB2" w14:paraId="038BBF95" w14:textId="77777777" w:rsidTr="008B2F03">
        <w:tc>
          <w:tcPr>
            <w:tcW w:w="922" w:type="pct"/>
            <w:shd w:val="clear" w:color="auto" w:fill="FFFFFF" w:themeFill="background1"/>
            <w:vAlign w:val="bottom"/>
          </w:tcPr>
          <w:p w14:paraId="6DF82FA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Trauma Reactions</w:t>
            </w:r>
          </w:p>
        </w:tc>
        <w:tc>
          <w:tcPr>
            <w:tcW w:w="446" w:type="pct"/>
            <w:tcBorders>
              <w:top w:val="nil"/>
              <w:left w:val="nil"/>
              <w:bottom w:val="nil"/>
              <w:right w:val="nil"/>
            </w:tcBorders>
            <w:shd w:val="clear" w:color="auto" w:fill="FFFFFF" w:themeFill="background1"/>
            <w:vAlign w:val="bottom"/>
          </w:tcPr>
          <w:p w14:paraId="65482E7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95" w:type="pct"/>
            <w:tcBorders>
              <w:top w:val="nil"/>
              <w:left w:val="nil"/>
              <w:bottom w:val="nil"/>
              <w:right w:val="nil"/>
            </w:tcBorders>
            <w:shd w:val="clear" w:color="auto" w:fill="FFFFFF" w:themeFill="background1"/>
            <w:vAlign w:val="bottom"/>
          </w:tcPr>
          <w:p w14:paraId="1D2AA81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0.11</w:t>
            </w:r>
          </w:p>
        </w:tc>
        <w:tc>
          <w:tcPr>
            <w:tcW w:w="686" w:type="pct"/>
            <w:tcBorders>
              <w:top w:val="nil"/>
              <w:left w:val="nil"/>
              <w:bottom w:val="nil"/>
              <w:right w:val="nil"/>
            </w:tcBorders>
            <w:shd w:val="clear" w:color="auto" w:fill="FFFFFF" w:themeFill="background1"/>
            <w:vAlign w:val="bottom"/>
          </w:tcPr>
          <w:p w14:paraId="087FBB6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635" w:type="pct"/>
            <w:tcBorders>
              <w:top w:val="nil"/>
              <w:left w:val="nil"/>
              <w:bottom w:val="nil"/>
              <w:right w:val="nil"/>
            </w:tcBorders>
            <w:shd w:val="clear" w:color="auto" w:fill="FFFFFF" w:themeFill="background1"/>
            <w:vAlign w:val="bottom"/>
          </w:tcPr>
          <w:p w14:paraId="274401C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360" w:type="pct"/>
            <w:tcBorders>
              <w:top w:val="nil"/>
              <w:left w:val="nil"/>
              <w:bottom w:val="nil"/>
              <w:right w:val="nil"/>
            </w:tcBorders>
            <w:shd w:val="clear" w:color="auto" w:fill="FFFFFF" w:themeFill="background1"/>
            <w:vAlign w:val="bottom"/>
          </w:tcPr>
          <w:p w14:paraId="7704259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0.06</w:t>
            </w:r>
          </w:p>
        </w:tc>
        <w:tc>
          <w:tcPr>
            <w:tcW w:w="439" w:type="pct"/>
            <w:tcBorders>
              <w:top w:val="nil"/>
              <w:left w:val="nil"/>
              <w:bottom w:val="nil"/>
              <w:right w:val="nil"/>
            </w:tcBorders>
            <w:shd w:val="clear" w:color="auto" w:fill="FFFFFF" w:themeFill="background1"/>
            <w:vAlign w:val="bottom"/>
          </w:tcPr>
          <w:p w14:paraId="752257C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0.40</w:t>
            </w:r>
          </w:p>
        </w:tc>
        <w:tc>
          <w:tcPr>
            <w:tcW w:w="537" w:type="pct"/>
            <w:tcBorders>
              <w:top w:val="nil"/>
              <w:left w:val="nil"/>
              <w:bottom w:val="nil"/>
              <w:right w:val="nil"/>
            </w:tcBorders>
            <w:shd w:val="clear" w:color="auto" w:fill="FFFFFF" w:themeFill="background1"/>
            <w:vAlign w:val="bottom"/>
          </w:tcPr>
          <w:p w14:paraId="418E9CB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579" w:type="pct"/>
            <w:tcBorders>
              <w:top w:val="nil"/>
              <w:left w:val="nil"/>
              <w:bottom w:val="nil"/>
              <w:right w:val="nil"/>
            </w:tcBorders>
            <w:shd w:val="clear" w:color="auto" w:fill="FFFFFF" w:themeFill="background1"/>
            <w:vAlign w:val="bottom"/>
          </w:tcPr>
          <w:p w14:paraId="171E616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0.14</w:t>
            </w:r>
          </w:p>
        </w:tc>
      </w:tr>
      <w:tr w:rsidR="00A81EB2" w:rsidRPr="00A81EB2" w14:paraId="4AEEFB9B" w14:textId="77777777" w:rsidTr="008B2F03">
        <w:tc>
          <w:tcPr>
            <w:tcW w:w="922" w:type="pct"/>
            <w:shd w:val="clear" w:color="auto" w:fill="FFFFFF" w:themeFill="background1"/>
            <w:vAlign w:val="bottom"/>
          </w:tcPr>
          <w:p w14:paraId="234160B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Health Anxiety</w:t>
            </w:r>
          </w:p>
        </w:tc>
        <w:tc>
          <w:tcPr>
            <w:tcW w:w="446" w:type="pct"/>
            <w:tcBorders>
              <w:top w:val="nil"/>
              <w:left w:val="nil"/>
              <w:bottom w:val="nil"/>
              <w:right w:val="nil"/>
            </w:tcBorders>
            <w:shd w:val="clear" w:color="auto" w:fill="FFFFFF" w:themeFill="background1"/>
            <w:vAlign w:val="bottom"/>
          </w:tcPr>
          <w:p w14:paraId="1E281F0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95" w:type="pct"/>
            <w:tcBorders>
              <w:top w:val="nil"/>
              <w:left w:val="nil"/>
              <w:bottom w:val="nil"/>
              <w:right w:val="nil"/>
            </w:tcBorders>
            <w:shd w:val="clear" w:color="auto" w:fill="FFFFFF" w:themeFill="background1"/>
            <w:vAlign w:val="bottom"/>
          </w:tcPr>
          <w:p w14:paraId="043C160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0.11</w:t>
            </w:r>
          </w:p>
        </w:tc>
        <w:tc>
          <w:tcPr>
            <w:tcW w:w="686" w:type="pct"/>
            <w:tcBorders>
              <w:top w:val="nil"/>
              <w:left w:val="nil"/>
              <w:bottom w:val="nil"/>
              <w:right w:val="nil"/>
            </w:tcBorders>
            <w:shd w:val="clear" w:color="auto" w:fill="FFFFFF" w:themeFill="background1"/>
            <w:vAlign w:val="bottom"/>
          </w:tcPr>
          <w:p w14:paraId="10250DD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35" w:type="pct"/>
            <w:tcBorders>
              <w:top w:val="nil"/>
              <w:left w:val="nil"/>
              <w:bottom w:val="nil"/>
              <w:right w:val="nil"/>
            </w:tcBorders>
            <w:shd w:val="clear" w:color="auto" w:fill="FFFFFF" w:themeFill="background1"/>
            <w:vAlign w:val="bottom"/>
          </w:tcPr>
          <w:p w14:paraId="7891A78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360" w:type="pct"/>
            <w:tcBorders>
              <w:top w:val="nil"/>
              <w:left w:val="nil"/>
              <w:bottom w:val="nil"/>
              <w:right w:val="nil"/>
            </w:tcBorders>
            <w:shd w:val="clear" w:color="auto" w:fill="FFFFFF" w:themeFill="background1"/>
            <w:vAlign w:val="bottom"/>
          </w:tcPr>
          <w:p w14:paraId="06D4FAD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-0.09</w:t>
            </w:r>
          </w:p>
        </w:tc>
        <w:tc>
          <w:tcPr>
            <w:tcW w:w="439" w:type="pct"/>
            <w:tcBorders>
              <w:top w:val="nil"/>
              <w:left w:val="nil"/>
              <w:bottom w:val="nil"/>
              <w:right w:val="nil"/>
            </w:tcBorders>
            <w:shd w:val="clear" w:color="auto" w:fill="FFFFFF" w:themeFill="background1"/>
            <w:vAlign w:val="bottom"/>
          </w:tcPr>
          <w:p w14:paraId="33A84CFF"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0.40</w:t>
            </w:r>
          </w:p>
        </w:tc>
        <w:tc>
          <w:tcPr>
            <w:tcW w:w="537" w:type="pct"/>
            <w:tcBorders>
              <w:top w:val="nil"/>
              <w:left w:val="nil"/>
              <w:bottom w:val="nil"/>
              <w:right w:val="nil"/>
            </w:tcBorders>
            <w:shd w:val="clear" w:color="auto" w:fill="FFFFFF" w:themeFill="background1"/>
            <w:vAlign w:val="bottom"/>
          </w:tcPr>
          <w:p w14:paraId="5A9E974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579" w:type="pct"/>
            <w:tcBorders>
              <w:top w:val="nil"/>
              <w:left w:val="nil"/>
              <w:bottom w:val="nil"/>
              <w:right w:val="nil"/>
            </w:tcBorders>
            <w:shd w:val="clear" w:color="auto" w:fill="FFFFFF" w:themeFill="background1"/>
            <w:vAlign w:val="bottom"/>
          </w:tcPr>
          <w:p w14:paraId="111E1A9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0.25</w:t>
            </w:r>
          </w:p>
        </w:tc>
      </w:tr>
      <w:tr w:rsidR="00A81EB2" w:rsidRPr="00A81EB2" w14:paraId="23E98625" w14:textId="77777777" w:rsidTr="008B2F03">
        <w:tc>
          <w:tcPr>
            <w:tcW w:w="922" w:type="pct"/>
            <w:shd w:val="clear" w:color="auto" w:fill="FFFFFF" w:themeFill="background1"/>
            <w:vAlign w:val="bottom"/>
          </w:tcPr>
          <w:p w14:paraId="4D37409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Hypervigilance </w:t>
            </w:r>
          </w:p>
        </w:tc>
        <w:tc>
          <w:tcPr>
            <w:tcW w:w="446" w:type="pct"/>
            <w:tcBorders>
              <w:top w:val="nil"/>
              <w:left w:val="nil"/>
              <w:bottom w:val="nil"/>
              <w:right w:val="nil"/>
            </w:tcBorders>
            <w:shd w:val="clear" w:color="auto" w:fill="FFFFFF" w:themeFill="background1"/>
            <w:vAlign w:val="bottom"/>
          </w:tcPr>
          <w:p w14:paraId="5BB61ED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395" w:type="pct"/>
            <w:tcBorders>
              <w:top w:val="nil"/>
              <w:left w:val="nil"/>
              <w:bottom w:val="nil"/>
              <w:right w:val="nil"/>
            </w:tcBorders>
            <w:shd w:val="clear" w:color="auto" w:fill="FFFFFF" w:themeFill="background1"/>
            <w:vAlign w:val="bottom"/>
          </w:tcPr>
          <w:p w14:paraId="74CB436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0.02</w:t>
            </w:r>
          </w:p>
        </w:tc>
        <w:tc>
          <w:tcPr>
            <w:tcW w:w="686" w:type="pct"/>
            <w:tcBorders>
              <w:top w:val="nil"/>
              <w:left w:val="nil"/>
              <w:bottom w:val="nil"/>
              <w:right w:val="nil"/>
            </w:tcBorders>
            <w:shd w:val="clear" w:color="auto" w:fill="FFFFFF" w:themeFill="background1"/>
            <w:vAlign w:val="bottom"/>
          </w:tcPr>
          <w:p w14:paraId="34E6947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635" w:type="pct"/>
            <w:tcBorders>
              <w:top w:val="nil"/>
              <w:left w:val="nil"/>
              <w:bottom w:val="nil"/>
              <w:right w:val="nil"/>
            </w:tcBorders>
            <w:shd w:val="clear" w:color="auto" w:fill="FFFFFF" w:themeFill="background1"/>
            <w:vAlign w:val="bottom"/>
          </w:tcPr>
          <w:p w14:paraId="0CD9D02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60" w:type="pct"/>
            <w:tcBorders>
              <w:top w:val="nil"/>
              <w:left w:val="nil"/>
              <w:bottom w:val="nil"/>
              <w:right w:val="nil"/>
            </w:tcBorders>
            <w:shd w:val="clear" w:color="auto" w:fill="FFFFFF" w:themeFill="background1"/>
            <w:vAlign w:val="bottom"/>
          </w:tcPr>
          <w:p w14:paraId="1B14245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-0.15</w:t>
            </w:r>
          </w:p>
        </w:tc>
        <w:tc>
          <w:tcPr>
            <w:tcW w:w="439" w:type="pct"/>
            <w:tcBorders>
              <w:top w:val="nil"/>
              <w:left w:val="nil"/>
              <w:bottom w:val="nil"/>
              <w:right w:val="nil"/>
            </w:tcBorders>
            <w:shd w:val="clear" w:color="auto" w:fill="FFFFFF" w:themeFill="background1"/>
            <w:vAlign w:val="bottom"/>
          </w:tcPr>
          <w:p w14:paraId="6EC3F1B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0.40</w:t>
            </w:r>
          </w:p>
        </w:tc>
        <w:tc>
          <w:tcPr>
            <w:tcW w:w="537" w:type="pct"/>
            <w:tcBorders>
              <w:top w:val="nil"/>
              <w:left w:val="nil"/>
              <w:bottom w:val="nil"/>
              <w:right w:val="nil"/>
            </w:tcBorders>
            <w:shd w:val="clear" w:color="auto" w:fill="FFFFFF" w:themeFill="background1"/>
            <w:vAlign w:val="bottom"/>
          </w:tcPr>
          <w:p w14:paraId="6E1C722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79" w:type="pct"/>
            <w:tcBorders>
              <w:top w:val="nil"/>
              <w:left w:val="nil"/>
              <w:bottom w:val="nil"/>
              <w:right w:val="nil"/>
            </w:tcBorders>
            <w:shd w:val="clear" w:color="auto" w:fill="FFFFFF" w:themeFill="background1"/>
            <w:vAlign w:val="bottom"/>
          </w:tcPr>
          <w:p w14:paraId="54538A3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r>
      <w:tr w:rsidR="00A81EB2" w:rsidRPr="00A81EB2" w14:paraId="2C4BB22C" w14:textId="77777777" w:rsidTr="008B2F03">
        <w:tc>
          <w:tcPr>
            <w:tcW w:w="922" w:type="pct"/>
            <w:shd w:val="clear" w:color="auto" w:fill="FFFFFF" w:themeFill="background1"/>
            <w:vAlign w:val="bottom"/>
          </w:tcPr>
          <w:p w14:paraId="50CBF51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Animal-Insect Phobia</w:t>
            </w:r>
          </w:p>
        </w:tc>
        <w:tc>
          <w:tcPr>
            <w:tcW w:w="446" w:type="pct"/>
            <w:tcBorders>
              <w:top w:val="nil"/>
              <w:left w:val="nil"/>
              <w:bottom w:val="nil"/>
              <w:right w:val="nil"/>
            </w:tcBorders>
            <w:shd w:val="clear" w:color="auto" w:fill="FFFFFF" w:themeFill="background1"/>
            <w:vAlign w:val="bottom"/>
          </w:tcPr>
          <w:p w14:paraId="3B8616F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tcBorders>
              <w:top w:val="nil"/>
              <w:left w:val="nil"/>
              <w:bottom w:val="nil"/>
              <w:right w:val="nil"/>
            </w:tcBorders>
            <w:shd w:val="clear" w:color="auto" w:fill="FFFFFF" w:themeFill="background1"/>
            <w:vAlign w:val="bottom"/>
          </w:tcPr>
          <w:p w14:paraId="222B267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-0.13</w:t>
            </w:r>
          </w:p>
        </w:tc>
        <w:tc>
          <w:tcPr>
            <w:tcW w:w="686" w:type="pct"/>
            <w:tcBorders>
              <w:top w:val="nil"/>
              <w:left w:val="nil"/>
              <w:bottom w:val="nil"/>
              <w:right w:val="nil"/>
            </w:tcBorders>
            <w:shd w:val="clear" w:color="auto" w:fill="FFFFFF" w:themeFill="background1"/>
            <w:vAlign w:val="bottom"/>
          </w:tcPr>
          <w:p w14:paraId="6C6F9A4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635" w:type="pct"/>
            <w:tcBorders>
              <w:top w:val="nil"/>
              <w:left w:val="nil"/>
              <w:bottom w:val="nil"/>
              <w:right w:val="nil"/>
            </w:tcBorders>
            <w:shd w:val="clear" w:color="auto" w:fill="FFFFFF" w:themeFill="background1"/>
            <w:vAlign w:val="bottom"/>
          </w:tcPr>
          <w:p w14:paraId="107EFAC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60" w:type="pct"/>
            <w:tcBorders>
              <w:top w:val="nil"/>
              <w:left w:val="nil"/>
              <w:bottom w:val="nil"/>
              <w:right w:val="nil"/>
            </w:tcBorders>
            <w:shd w:val="clear" w:color="auto" w:fill="FFFFFF" w:themeFill="background1"/>
            <w:vAlign w:val="bottom"/>
          </w:tcPr>
          <w:p w14:paraId="72675B5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-0.16</w:t>
            </w:r>
          </w:p>
        </w:tc>
        <w:tc>
          <w:tcPr>
            <w:tcW w:w="439" w:type="pct"/>
            <w:tcBorders>
              <w:top w:val="nil"/>
              <w:left w:val="nil"/>
              <w:bottom w:val="nil"/>
              <w:right w:val="nil"/>
            </w:tcBorders>
            <w:shd w:val="clear" w:color="auto" w:fill="FFFFFF" w:themeFill="background1"/>
            <w:vAlign w:val="bottom"/>
          </w:tcPr>
          <w:p w14:paraId="0228EC0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0.35</w:t>
            </w:r>
          </w:p>
        </w:tc>
        <w:tc>
          <w:tcPr>
            <w:tcW w:w="537" w:type="pct"/>
            <w:tcBorders>
              <w:top w:val="nil"/>
              <w:left w:val="nil"/>
              <w:bottom w:val="nil"/>
              <w:right w:val="nil"/>
            </w:tcBorders>
            <w:shd w:val="clear" w:color="auto" w:fill="FFFFFF" w:themeFill="background1"/>
            <w:vAlign w:val="bottom"/>
          </w:tcPr>
          <w:p w14:paraId="76F3C24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79" w:type="pct"/>
            <w:tcBorders>
              <w:top w:val="nil"/>
              <w:left w:val="nil"/>
              <w:bottom w:val="nil"/>
              <w:right w:val="nil"/>
            </w:tcBorders>
            <w:shd w:val="clear" w:color="auto" w:fill="FFFFFF" w:themeFill="background1"/>
            <w:vAlign w:val="bottom"/>
          </w:tcPr>
          <w:p w14:paraId="0071E43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0.27</w:t>
            </w:r>
          </w:p>
        </w:tc>
      </w:tr>
      <w:tr w:rsidR="00A81EB2" w:rsidRPr="00A81EB2" w14:paraId="68FEB5FA" w14:textId="77777777" w:rsidTr="008B2F03">
        <w:tc>
          <w:tcPr>
            <w:tcW w:w="922" w:type="pct"/>
            <w:shd w:val="clear" w:color="auto" w:fill="FFFFFF" w:themeFill="background1"/>
            <w:vAlign w:val="bottom"/>
          </w:tcPr>
          <w:p w14:paraId="6EFF065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Counting </w:t>
            </w:r>
          </w:p>
        </w:tc>
        <w:tc>
          <w:tcPr>
            <w:tcW w:w="446" w:type="pct"/>
            <w:tcBorders>
              <w:top w:val="nil"/>
              <w:left w:val="nil"/>
              <w:bottom w:val="nil"/>
              <w:right w:val="nil"/>
            </w:tcBorders>
            <w:shd w:val="clear" w:color="auto" w:fill="FFFFFF" w:themeFill="background1"/>
            <w:vAlign w:val="bottom"/>
          </w:tcPr>
          <w:p w14:paraId="48A24FF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395" w:type="pct"/>
            <w:tcBorders>
              <w:top w:val="nil"/>
              <w:left w:val="nil"/>
              <w:bottom w:val="nil"/>
              <w:right w:val="nil"/>
            </w:tcBorders>
            <w:shd w:val="clear" w:color="auto" w:fill="FFFFFF" w:themeFill="background1"/>
            <w:vAlign w:val="bottom"/>
          </w:tcPr>
          <w:p w14:paraId="15E1B20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-0.21</w:t>
            </w:r>
          </w:p>
        </w:tc>
        <w:tc>
          <w:tcPr>
            <w:tcW w:w="686" w:type="pct"/>
            <w:tcBorders>
              <w:top w:val="nil"/>
              <w:left w:val="nil"/>
              <w:bottom w:val="nil"/>
              <w:right w:val="nil"/>
            </w:tcBorders>
            <w:shd w:val="clear" w:color="auto" w:fill="FFFFFF" w:themeFill="background1"/>
            <w:vAlign w:val="bottom"/>
          </w:tcPr>
          <w:p w14:paraId="0E77C2D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635" w:type="pct"/>
            <w:tcBorders>
              <w:top w:val="nil"/>
              <w:left w:val="nil"/>
              <w:bottom w:val="nil"/>
              <w:right w:val="nil"/>
            </w:tcBorders>
            <w:shd w:val="clear" w:color="auto" w:fill="FFFFFF" w:themeFill="background1"/>
            <w:vAlign w:val="bottom"/>
          </w:tcPr>
          <w:p w14:paraId="23795A3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60" w:type="pct"/>
            <w:tcBorders>
              <w:top w:val="nil"/>
              <w:left w:val="nil"/>
              <w:bottom w:val="nil"/>
              <w:right w:val="nil"/>
            </w:tcBorders>
            <w:shd w:val="clear" w:color="auto" w:fill="FFFFFF" w:themeFill="background1"/>
            <w:vAlign w:val="bottom"/>
          </w:tcPr>
          <w:p w14:paraId="0187A43D"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0.01</w:t>
            </w:r>
          </w:p>
        </w:tc>
        <w:tc>
          <w:tcPr>
            <w:tcW w:w="439" w:type="pct"/>
            <w:tcBorders>
              <w:top w:val="nil"/>
              <w:left w:val="nil"/>
              <w:bottom w:val="nil"/>
              <w:right w:val="nil"/>
            </w:tcBorders>
            <w:shd w:val="clear" w:color="auto" w:fill="FFFFFF" w:themeFill="background1"/>
            <w:vAlign w:val="bottom"/>
          </w:tcPr>
          <w:p w14:paraId="4BB475F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c>
          <w:tcPr>
            <w:tcW w:w="537" w:type="pct"/>
            <w:tcBorders>
              <w:top w:val="nil"/>
              <w:left w:val="nil"/>
              <w:bottom w:val="nil"/>
              <w:right w:val="nil"/>
            </w:tcBorders>
            <w:shd w:val="clear" w:color="auto" w:fill="FFFFFF" w:themeFill="background1"/>
            <w:vAlign w:val="bottom"/>
          </w:tcPr>
          <w:p w14:paraId="651ECC0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579" w:type="pct"/>
            <w:tcBorders>
              <w:top w:val="nil"/>
              <w:left w:val="nil"/>
              <w:bottom w:val="nil"/>
              <w:right w:val="nil"/>
            </w:tcBorders>
            <w:shd w:val="clear" w:color="auto" w:fill="FFFFFF" w:themeFill="background1"/>
            <w:vAlign w:val="bottom"/>
          </w:tcPr>
          <w:p w14:paraId="6986873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0.08</w:t>
            </w:r>
          </w:p>
        </w:tc>
      </w:tr>
      <w:tr w:rsidR="00A81EB2" w:rsidRPr="00A81EB2" w14:paraId="308BC108" w14:textId="77777777" w:rsidTr="008B2F03">
        <w:tc>
          <w:tcPr>
            <w:tcW w:w="922" w:type="pct"/>
            <w:shd w:val="clear" w:color="auto" w:fill="FFFFFF" w:themeFill="background1"/>
            <w:vAlign w:val="bottom"/>
          </w:tcPr>
          <w:p w14:paraId="0E9825F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Bodily Distress</w:t>
            </w:r>
          </w:p>
        </w:tc>
        <w:tc>
          <w:tcPr>
            <w:tcW w:w="446" w:type="pct"/>
            <w:tcBorders>
              <w:top w:val="nil"/>
              <w:left w:val="nil"/>
              <w:bottom w:val="nil"/>
              <w:right w:val="nil"/>
            </w:tcBorders>
            <w:shd w:val="clear" w:color="auto" w:fill="FFFFFF" w:themeFill="background1"/>
            <w:vAlign w:val="bottom"/>
          </w:tcPr>
          <w:p w14:paraId="7DF54F0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395" w:type="pct"/>
            <w:tcBorders>
              <w:top w:val="nil"/>
              <w:left w:val="nil"/>
              <w:bottom w:val="nil"/>
              <w:right w:val="nil"/>
            </w:tcBorders>
            <w:shd w:val="clear" w:color="auto" w:fill="FFFFFF" w:themeFill="background1"/>
            <w:vAlign w:val="bottom"/>
          </w:tcPr>
          <w:p w14:paraId="46E547E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0.27</w:t>
            </w:r>
          </w:p>
        </w:tc>
        <w:tc>
          <w:tcPr>
            <w:tcW w:w="686" w:type="pct"/>
            <w:tcBorders>
              <w:top w:val="nil"/>
              <w:left w:val="nil"/>
              <w:bottom w:val="nil"/>
              <w:right w:val="nil"/>
            </w:tcBorders>
            <w:shd w:val="clear" w:color="auto" w:fill="FFFFFF" w:themeFill="background1"/>
            <w:vAlign w:val="bottom"/>
          </w:tcPr>
          <w:p w14:paraId="650582D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0.21</w:t>
            </w:r>
          </w:p>
        </w:tc>
        <w:tc>
          <w:tcPr>
            <w:tcW w:w="635" w:type="pct"/>
            <w:tcBorders>
              <w:top w:val="nil"/>
              <w:left w:val="nil"/>
              <w:bottom w:val="nil"/>
              <w:right w:val="nil"/>
            </w:tcBorders>
            <w:shd w:val="clear" w:color="auto" w:fill="FFFFFF" w:themeFill="background1"/>
            <w:vAlign w:val="bottom"/>
          </w:tcPr>
          <w:p w14:paraId="1F79B5A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c>
          <w:tcPr>
            <w:tcW w:w="360" w:type="pct"/>
            <w:tcBorders>
              <w:top w:val="nil"/>
              <w:left w:val="nil"/>
              <w:bottom w:val="nil"/>
              <w:right w:val="nil"/>
            </w:tcBorders>
            <w:shd w:val="clear" w:color="auto" w:fill="FFFFFF" w:themeFill="background1"/>
            <w:vAlign w:val="bottom"/>
          </w:tcPr>
          <w:p w14:paraId="1B3B3E1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439" w:type="pct"/>
            <w:tcBorders>
              <w:top w:val="nil"/>
              <w:left w:val="nil"/>
              <w:bottom w:val="nil"/>
              <w:right w:val="nil"/>
            </w:tcBorders>
            <w:shd w:val="clear" w:color="auto" w:fill="FFFFFF" w:themeFill="background1"/>
            <w:vAlign w:val="bottom"/>
          </w:tcPr>
          <w:p w14:paraId="4ACA7B9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0.33</w:t>
            </w:r>
          </w:p>
        </w:tc>
        <w:tc>
          <w:tcPr>
            <w:tcW w:w="537" w:type="pct"/>
            <w:tcBorders>
              <w:top w:val="nil"/>
              <w:left w:val="nil"/>
              <w:bottom w:val="nil"/>
              <w:right w:val="nil"/>
            </w:tcBorders>
            <w:shd w:val="clear" w:color="auto" w:fill="FFFFFF" w:themeFill="background1"/>
            <w:vAlign w:val="bottom"/>
          </w:tcPr>
          <w:p w14:paraId="54F4D56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-0.03</w:t>
            </w:r>
          </w:p>
        </w:tc>
        <w:tc>
          <w:tcPr>
            <w:tcW w:w="579" w:type="pct"/>
            <w:tcBorders>
              <w:top w:val="nil"/>
              <w:left w:val="nil"/>
              <w:bottom w:val="nil"/>
              <w:right w:val="nil"/>
            </w:tcBorders>
            <w:shd w:val="clear" w:color="auto" w:fill="FFFFFF" w:themeFill="background1"/>
            <w:vAlign w:val="bottom"/>
          </w:tcPr>
          <w:p w14:paraId="4FACBAE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r>
      <w:tr w:rsidR="00A81EB2" w:rsidRPr="00A81EB2" w14:paraId="10C98B5B" w14:textId="77777777" w:rsidTr="008B2F03">
        <w:tc>
          <w:tcPr>
            <w:tcW w:w="922" w:type="pct"/>
            <w:shd w:val="clear" w:color="auto" w:fill="FFFFFF" w:themeFill="background1"/>
            <w:vAlign w:val="bottom"/>
          </w:tcPr>
          <w:p w14:paraId="7C792CD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Restricted Affectivity</w:t>
            </w:r>
          </w:p>
        </w:tc>
        <w:tc>
          <w:tcPr>
            <w:tcW w:w="446" w:type="pct"/>
            <w:tcBorders>
              <w:top w:val="nil"/>
              <w:left w:val="nil"/>
              <w:bottom w:val="nil"/>
              <w:right w:val="nil"/>
            </w:tcBorders>
            <w:shd w:val="clear" w:color="auto" w:fill="FFFFFF" w:themeFill="background1"/>
            <w:vAlign w:val="bottom"/>
          </w:tcPr>
          <w:p w14:paraId="4FB930C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395" w:type="pct"/>
            <w:tcBorders>
              <w:top w:val="nil"/>
              <w:left w:val="nil"/>
              <w:bottom w:val="nil"/>
              <w:right w:val="nil"/>
            </w:tcBorders>
            <w:shd w:val="clear" w:color="auto" w:fill="FFFFFF" w:themeFill="background1"/>
            <w:vAlign w:val="bottom"/>
          </w:tcPr>
          <w:p w14:paraId="0E904C6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0.21</w:t>
            </w:r>
          </w:p>
        </w:tc>
        <w:tc>
          <w:tcPr>
            <w:tcW w:w="686" w:type="pct"/>
            <w:tcBorders>
              <w:top w:val="nil"/>
              <w:left w:val="nil"/>
              <w:bottom w:val="nil"/>
              <w:right w:val="nil"/>
            </w:tcBorders>
            <w:shd w:val="clear" w:color="auto" w:fill="FFFFFF" w:themeFill="background1"/>
            <w:vAlign w:val="bottom"/>
          </w:tcPr>
          <w:p w14:paraId="50D0FC8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tcBorders>
              <w:top w:val="nil"/>
              <w:left w:val="nil"/>
              <w:bottom w:val="nil"/>
              <w:right w:val="nil"/>
            </w:tcBorders>
            <w:shd w:val="clear" w:color="auto" w:fill="FFFFFF" w:themeFill="background1"/>
            <w:vAlign w:val="bottom"/>
          </w:tcPr>
          <w:p w14:paraId="7C7424A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360" w:type="pct"/>
            <w:tcBorders>
              <w:top w:val="nil"/>
              <w:left w:val="nil"/>
              <w:bottom w:val="nil"/>
              <w:right w:val="nil"/>
            </w:tcBorders>
            <w:shd w:val="clear" w:color="auto" w:fill="FFFFFF" w:themeFill="background1"/>
            <w:vAlign w:val="bottom"/>
          </w:tcPr>
          <w:p w14:paraId="0EAEE63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439" w:type="pct"/>
            <w:tcBorders>
              <w:top w:val="nil"/>
              <w:left w:val="nil"/>
              <w:bottom w:val="nil"/>
              <w:right w:val="nil"/>
            </w:tcBorders>
            <w:shd w:val="clear" w:color="auto" w:fill="FFFFFF" w:themeFill="background1"/>
            <w:vAlign w:val="bottom"/>
          </w:tcPr>
          <w:p w14:paraId="66C1E99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537" w:type="pct"/>
            <w:tcBorders>
              <w:top w:val="nil"/>
              <w:left w:val="nil"/>
              <w:bottom w:val="nil"/>
              <w:right w:val="nil"/>
            </w:tcBorders>
            <w:shd w:val="clear" w:color="auto" w:fill="FFFFFF" w:themeFill="background1"/>
            <w:vAlign w:val="bottom"/>
          </w:tcPr>
          <w:p w14:paraId="382B7FD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0.58</w:t>
            </w:r>
          </w:p>
        </w:tc>
        <w:tc>
          <w:tcPr>
            <w:tcW w:w="579" w:type="pct"/>
            <w:tcBorders>
              <w:top w:val="nil"/>
              <w:left w:val="nil"/>
              <w:bottom w:val="nil"/>
              <w:right w:val="nil"/>
            </w:tcBorders>
            <w:shd w:val="clear" w:color="auto" w:fill="FFFFFF" w:themeFill="background1"/>
            <w:vAlign w:val="bottom"/>
          </w:tcPr>
          <w:p w14:paraId="77D3BB6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r>
      <w:tr w:rsidR="00A81EB2" w:rsidRPr="00A81EB2" w14:paraId="263297B8" w14:textId="77777777" w:rsidTr="008B2F03">
        <w:tc>
          <w:tcPr>
            <w:tcW w:w="922" w:type="pct"/>
            <w:shd w:val="clear" w:color="auto" w:fill="FFFFFF" w:themeFill="background1"/>
            <w:vAlign w:val="bottom"/>
          </w:tcPr>
          <w:p w14:paraId="1EF3DE3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Callousness </w:t>
            </w:r>
          </w:p>
        </w:tc>
        <w:tc>
          <w:tcPr>
            <w:tcW w:w="446" w:type="pct"/>
            <w:tcBorders>
              <w:top w:val="nil"/>
              <w:left w:val="nil"/>
              <w:bottom w:val="nil"/>
              <w:right w:val="nil"/>
            </w:tcBorders>
            <w:shd w:val="clear" w:color="auto" w:fill="FFFFFF" w:themeFill="background1"/>
            <w:vAlign w:val="bottom"/>
          </w:tcPr>
          <w:p w14:paraId="0CA12B7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395" w:type="pct"/>
            <w:tcBorders>
              <w:top w:val="nil"/>
              <w:left w:val="nil"/>
              <w:bottom w:val="nil"/>
              <w:right w:val="nil"/>
            </w:tcBorders>
            <w:shd w:val="clear" w:color="auto" w:fill="FFFFFF" w:themeFill="background1"/>
            <w:vAlign w:val="bottom"/>
          </w:tcPr>
          <w:p w14:paraId="1E0C55C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686" w:type="pct"/>
            <w:tcBorders>
              <w:top w:val="nil"/>
              <w:left w:val="nil"/>
              <w:bottom w:val="nil"/>
              <w:right w:val="nil"/>
            </w:tcBorders>
            <w:shd w:val="clear" w:color="auto" w:fill="FFFFFF" w:themeFill="background1"/>
            <w:vAlign w:val="bottom"/>
          </w:tcPr>
          <w:p w14:paraId="5A42C6C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-0.12</w:t>
            </w:r>
          </w:p>
        </w:tc>
        <w:tc>
          <w:tcPr>
            <w:tcW w:w="635" w:type="pct"/>
            <w:tcBorders>
              <w:top w:val="nil"/>
              <w:left w:val="nil"/>
              <w:bottom w:val="nil"/>
              <w:right w:val="nil"/>
            </w:tcBorders>
            <w:shd w:val="clear" w:color="auto" w:fill="FFFFFF" w:themeFill="background1"/>
            <w:vAlign w:val="bottom"/>
          </w:tcPr>
          <w:p w14:paraId="4ED1595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360" w:type="pct"/>
            <w:tcBorders>
              <w:top w:val="nil"/>
              <w:left w:val="nil"/>
              <w:bottom w:val="nil"/>
              <w:right w:val="nil"/>
            </w:tcBorders>
            <w:shd w:val="clear" w:color="auto" w:fill="FFFFFF" w:themeFill="background1"/>
            <w:vAlign w:val="bottom"/>
          </w:tcPr>
          <w:p w14:paraId="505D91F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439" w:type="pct"/>
            <w:tcBorders>
              <w:top w:val="nil"/>
              <w:left w:val="nil"/>
              <w:bottom w:val="nil"/>
              <w:right w:val="nil"/>
            </w:tcBorders>
            <w:shd w:val="clear" w:color="auto" w:fill="FFFFFF" w:themeFill="background1"/>
            <w:vAlign w:val="bottom"/>
          </w:tcPr>
          <w:p w14:paraId="30B6448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537" w:type="pct"/>
            <w:tcBorders>
              <w:top w:val="nil"/>
              <w:left w:val="nil"/>
              <w:bottom w:val="nil"/>
              <w:right w:val="nil"/>
            </w:tcBorders>
            <w:shd w:val="clear" w:color="auto" w:fill="FFFFFF" w:themeFill="background1"/>
            <w:vAlign w:val="bottom"/>
          </w:tcPr>
          <w:p w14:paraId="5B7053B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0.56</w:t>
            </w:r>
          </w:p>
        </w:tc>
        <w:tc>
          <w:tcPr>
            <w:tcW w:w="579" w:type="pct"/>
            <w:tcBorders>
              <w:top w:val="nil"/>
              <w:left w:val="nil"/>
              <w:bottom w:val="nil"/>
              <w:right w:val="nil"/>
            </w:tcBorders>
            <w:shd w:val="clear" w:color="auto" w:fill="FFFFFF" w:themeFill="background1"/>
            <w:vAlign w:val="bottom"/>
          </w:tcPr>
          <w:p w14:paraId="7F48C82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0.35</w:t>
            </w:r>
          </w:p>
        </w:tc>
      </w:tr>
      <w:tr w:rsidR="00A81EB2" w:rsidRPr="00A81EB2" w14:paraId="114F52E4" w14:textId="77777777" w:rsidTr="008B2F03">
        <w:tc>
          <w:tcPr>
            <w:tcW w:w="922" w:type="pct"/>
            <w:shd w:val="clear" w:color="auto" w:fill="FFFFFF" w:themeFill="background1"/>
            <w:vAlign w:val="bottom"/>
          </w:tcPr>
          <w:p w14:paraId="7DF33FB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Eccentricity </w:t>
            </w:r>
          </w:p>
        </w:tc>
        <w:tc>
          <w:tcPr>
            <w:tcW w:w="446" w:type="pct"/>
            <w:tcBorders>
              <w:top w:val="nil"/>
              <w:left w:val="nil"/>
              <w:bottom w:val="nil"/>
              <w:right w:val="nil"/>
            </w:tcBorders>
            <w:shd w:val="clear" w:color="auto" w:fill="FFFFFF" w:themeFill="background1"/>
            <w:vAlign w:val="bottom"/>
          </w:tcPr>
          <w:p w14:paraId="77E123F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95" w:type="pct"/>
            <w:tcBorders>
              <w:top w:val="nil"/>
              <w:left w:val="nil"/>
              <w:bottom w:val="nil"/>
              <w:right w:val="nil"/>
            </w:tcBorders>
            <w:shd w:val="clear" w:color="auto" w:fill="FFFFFF" w:themeFill="background1"/>
            <w:vAlign w:val="bottom"/>
          </w:tcPr>
          <w:p w14:paraId="132D2FD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686" w:type="pct"/>
            <w:tcBorders>
              <w:top w:val="nil"/>
              <w:left w:val="nil"/>
              <w:bottom w:val="nil"/>
              <w:right w:val="nil"/>
            </w:tcBorders>
            <w:shd w:val="clear" w:color="auto" w:fill="FFFFFF" w:themeFill="background1"/>
            <w:vAlign w:val="bottom"/>
          </w:tcPr>
          <w:p w14:paraId="4792249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0.27</w:t>
            </w:r>
          </w:p>
        </w:tc>
        <w:tc>
          <w:tcPr>
            <w:tcW w:w="635" w:type="pct"/>
            <w:tcBorders>
              <w:top w:val="nil"/>
              <w:left w:val="nil"/>
              <w:bottom w:val="nil"/>
              <w:right w:val="nil"/>
            </w:tcBorders>
            <w:shd w:val="clear" w:color="auto" w:fill="FFFFFF" w:themeFill="background1"/>
            <w:vAlign w:val="bottom"/>
          </w:tcPr>
          <w:p w14:paraId="4C92F05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tcBorders>
              <w:top w:val="nil"/>
              <w:left w:val="nil"/>
              <w:bottom w:val="nil"/>
              <w:right w:val="nil"/>
            </w:tcBorders>
            <w:shd w:val="clear" w:color="auto" w:fill="FFFFFF" w:themeFill="background1"/>
            <w:vAlign w:val="bottom"/>
          </w:tcPr>
          <w:p w14:paraId="3C1A8BD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439" w:type="pct"/>
            <w:tcBorders>
              <w:top w:val="nil"/>
              <w:left w:val="nil"/>
              <w:bottom w:val="nil"/>
              <w:right w:val="nil"/>
            </w:tcBorders>
            <w:shd w:val="clear" w:color="auto" w:fill="FFFFFF" w:themeFill="background1"/>
            <w:vAlign w:val="bottom"/>
          </w:tcPr>
          <w:p w14:paraId="6172F82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537" w:type="pct"/>
            <w:tcBorders>
              <w:top w:val="nil"/>
              <w:left w:val="nil"/>
              <w:bottom w:val="nil"/>
              <w:right w:val="nil"/>
            </w:tcBorders>
            <w:shd w:val="clear" w:color="auto" w:fill="FFFFFF" w:themeFill="background1"/>
            <w:vAlign w:val="bottom"/>
          </w:tcPr>
          <w:p w14:paraId="12A74D4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0.44</w:t>
            </w:r>
          </w:p>
        </w:tc>
        <w:tc>
          <w:tcPr>
            <w:tcW w:w="579" w:type="pct"/>
            <w:tcBorders>
              <w:top w:val="nil"/>
              <w:left w:val="nil"/>
              <w:bottom w:val="nil"/>
              <w:right w:val="nil"/>
            </w:tcBorders>
            <w:shd w:val="clear" w:color="auto" w:fill="FFFFFF" w:themeFill="background1"/>
            <w:vAlign w:val="bottom"/>
          </w:tcPr>
          <w:p w14:paraId="374C9DD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2437BFB3" w14:textId="77777777" w:rsidTr="008B2F03">
        <w:tc>
          <w:tcPr>
            <w:tcW w:w="922" w:type="pct"/>
            <w:shd w:val="clear" w:color="auto" w:fill="FFFFFF" w:themeFill="background1"/>
            <w:vAlign w:val="bottom"/>
          </w:tcPr>
          <w:p w14:paraId="2B2BA0E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Oppositionality </w:t>
            </w:r>
          </w:p>
        </w:tc>
        <w:tc>
          <w:tcPr>
            <w:tcW w:w="446" w:type="pct"/>
            <w:tcBorders>
              <w:top w:val="nil"/>
              <w:left w:val="nil"/>
              <w:bottom w:val="nil"/>
              <w:right w:val="nil"/>
            </w:tcBorders>
            <w:shd w:val="clear" w:color="auto" w:fill="FFFFFF" w:themeFill="background1"/>
            <w:vAlign w:val="bottom"/>
          </w:tcPr>
          <w:p w14:paraId="43C7F6D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95" w:type="pct"/>
            <w:tcBorders>
              <w:top w:val="nil"/>
              <w:left w:val="nil"/>
              <w:bottom w:val="nil"/>
              <w:right w:val="nil"/>
            </w:tcBorders>
            <w:shd w:val="clear" w:color="auto" w:fill="FFFFFF" w:themeFill="background1"/>
            <w:vAlign w:val="bottom"/>
          </w:tcPr>
          <w:p w14:paraId="695454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686" w:type="pct"/>
            <w:tcBorders>
              <w:top w:val="nil"/>
              <w:left w:val="nil"/>
              <w:bottom w:val="nil"/>
              <w:right w:val="nil"/>
            </w:tcBorders>
            <w:shd w:val="clear" w:color="auto" w:fill="FFFFFF" w:themeFill="background1"/>
            <w:vAlign w:val="bottom"/>
          </w:tcPr>
          <w:p w14:paraId="634B710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0.11</w:t>
            </w:r>
          </w:p>
        </w:tc>
        <w:tc>
          <w:tcPr>
            <w:tcW w:w="635" w:type="pct"/>
            <w:tcBorders>
              <w:top w:val="nil"/>
              <w:left w:val="nil"/>
              <w:bottom w:val="nil"/>
              <w:right w:val="nil"/>
            </w:tcBorders>
            <w:shd w:val="clear" w:color="auto" w:fill="FFFFFF" w:themeFill="background1"/>
            <w:vAlign w:val="bottom"/>
          </w:tcPr>
          <w:p w14:paraId="603CCED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60" w:type="pct"/>
            <w:tcBorders>
              <w:top w:val="nil"/>
              <w:left w:val="nil"/>
              <w:bottom w:val="nil"/>
              <w:right w:val="nil"/>
            </w:tcBorders>
            <w:shd w:val="clear" w:color="auto" w:fill="FFFFFF" w:themeFill="background1"/>
            <w:vAlign w:val="bottom"/>
          </w:tcPr>
          <w:p w14:paraId="17D82D7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439" w:type="pct"/>
            <w:tcBorders>
              <w:top w:val="nil"/>
              <w:left w:val="nil"/>
              <w:bottom w:val="nil"/>
              <w:right w:val="nil"/>
            </w:tcBorders>
            <w:shd w:val="clear" w:color="auto" w:fill="FFFFFF" w:themeFill="background1"/>
            <w:vAlign w:val="bottom"/>
          </w:tcPr>
          <w:p w14:paraId="5B55889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37" w:type="pct"/>
            <w:tcBorders>
              <w:top w:val="nil"/>
              <w:left w:val="nil"/>
              <w:bottom w:val="nil"/>
              <w:right w:val="nil"/>
            </w:tcBorders>
            <w:shd w:val="clear" w:color="auto" w:fill="FFFFFF" w:themeFill="background1"/>
            <w:vAlign w:val="bottom"/>
          </w:tcPr>
          <w:p w14:paraId="7B652E6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0.43</w:t>
            </w:r>
          </w:p>
        </w:tc>
        <w:tc>
          <w:tcPr>
            <w:tcW w:w="579" w:type="pct"/>
            <w:tcBorders>
              <w:top w:val="nil"/>
              <w:left w:val="nil"/>
              <w:bottom w:val="nil"/>
              <w:right w:val="nil"/>
            </w:tcBorders>
            <w:shd w:val="clear" w:color="auto" w:fill="FFFFFF" w:themeFill="background1"/>
            <w:vAlign w:val="bottom"/>
          </w:tcPr>
          <w:p w14:paraId="73B28F7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r>
      <w:tr w:rsidR="00A81EB2" w:rsidRPr="00A81EB2" w14:paraId="031CC244" w14:textId="77777777" w:rsidTr="008B2F03">
        <w:tc>
          <w:tcPr>
            <w:tcW w:w="922" w:type="pct"/>
            <w:shd w:val="clear" w:color="auto" w:fill="FFFFFF" w:themeFill="background1"/>
            <w:vAlign w:val="bottom"/>
          </w:tcPr>
          <w:p w14:paraId="09C1F14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Social Aloofness</w:t>
            </w:r>
          </w:p>
        </w:tc>
        <w:tc>
          <w:tcPr>
            <w:tcW w:w="446" w:type="pct"/>
            <w:tcBorders>
              <w:top w:val="nil"/>
              <w:left w:val="nil"/>
              <w:bottom w:val="nil"/>
              <w:right w:val="nil"/>
            </w:tcBorders>
            <w:shd w:val="clear" w:color="auto" w:fill="FFFFFF" w:themeFill="background1"/>
            <w:vAlign w:val="bottom"/>
          </w:tcPr>
          <w:p w14:paraId="7052BE1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395" w:type="pct"/>
            <w:tcBorders>
              <w:top w:val="nil"/>
              <w:left w:val="nil"/>
              <w:bottom w:val="nil"/>
              <w:right w:val="nil"/>
            </w:tcBorders>
            <w:shd w:val="clear" w:color="auto" w:fill="FFFFFF" w:themeFill="background1"/>
            <w:vAlign w:val="bottom"/>
          </w:tcPr>
          <w:p w14:paraId="315324C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0.30</w:t>
            </w:r>
          </w:p>
        </w:tc>
        <w:tc>
          <w:tcPr>
            <w:tcW w:w="686" w:type="pct"/>
            <w:tcBorders>
              <w:top w:val="nil"/>
              <w:left w:val="nil"/>
              <w:bottom w:val="nil"/>
              <w:right w:val="nil"/>
            </w:tcBorders>
            <w:shd w:val="clear" w:color="auto" w:fill="FFFFFF" w:themeFill="background1"/>
            <w:vAlign w:val="bottom"/>
          </w:tcPr>
          <w:p w14:paraId="5DB7284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635" w:type="pct"/>
            <w:tcBorders>
              <w:top w:val="nil"/>
              <w:left w:val="nil"/>
              <w:bottom w:val="nil"/>
              <w:right w:val="nil"/>
            </w:tcBorders>
            <w:shd w:val="clear" w:color="auto" w:fill="FFFFFF" w:themeFill="background1"/>
            <w:vAlign w:val="bottom"/>
          </w:tcPr>
          <w:p w14:paraId="5691364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360" w:type="pct"/>
            <w:tcBorders>
              <w:top w:val="nil"/>
              <w:left w:val="nil"/>
              <w:bottom w:val="nil"/>
              <w:right w:val="nil"/>
            </w:tcBorders>
            <w:shd w:val="clear" w:color="auto" w:fill="FFFFFF" w:themeFill="background1"/>
            <w:vAlign w:val="bottom"/>
          </w:tcPr>
          <w:p w14:paraId="1BDB759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-0.31</w:t>
            </w:r>
          </w:p>
        </w:tc>
        <w:tc>
          <w:tcPr>
            <w:tcW w:w="439" w:type="pct"/>
            <w:tcBorders>
              <w:top w:val="nil"/>
              <w:left w:val="nil"/>
              <w:bottom w:val="nil"/>
              <w:right w:val="nil"/>
            </w:tcBorders>
            <w:shd w:val="clear" w:color="auto" w:fill="FFFFFF" w:themeFill="background1"/>
            <w:vAlign w:val="bottom"/>
          </w:tcPr>
          <w:p w14:paraId="4D3B061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tcBorders>
              <w:top w:val="nil"/>
              <w:left w:val="nil"/>
              <w:bottom w:val="nil"/>
              <w:right w:val="nil"/>
            </w:tcBorders>
            <w:shd w:val="clear" w:color="auto" w:fill="FFFFFF" w:themeFill="background1"/>
            <w:vAlign w:val="bottom"/>
          </w:tcPr>
          <w:p w14:paraId="6C663B5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0.40</w:t>
            </w:r>
          </w:p>
        </w:tc>
        <w:tc>
          <w:tcPr>
            <w:tcW w:w="579" w:type="pct"/>
            <w:tcBorders>
              <w:top w:val="nil"/>
              <w:left w:val="nil"/>
              <w:bottom w:val="nil"/>
              <w:right w:val="nil"/>
            </w:tcBorders>
            <w:shd w:val="clear" w:color="auto" w:fill="FFFFFF" w:themeFill="background1"/>
            <w:vAlign w:val="bottom"/>
          </w:tcPr>
          <w:p w14:paraId="2900146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r>
      <w:tr w:rsidR="00A81EB2" w:rsidRPr="00A81EB2" w14:paraId="17045F29" w14:textId="77777777" w:rsidTr="008B2F03">
        <w:tc>
          <w:tcPr>
            <w:tcW w:w="922" w:type="pct"/>
            <w:shd w:val="clear" w:color="auto" w:fill="FFFFFF" w:themeFill="background1"/>
            <w:vAlign w:val="bottom"/>
          </w:tcPr>
          <w:p w14:paraId="0155595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Romantic Disinterest </w:t>
            </w:r>
          </w:p>
        </w:tc>
        <w:tc>
          <w:tcPr>
            <w:tcW w:w="446" w:type="pct"/>
            <w:tcBorders>
              <w:top w:val="nil"/>
              <w:left w:val="nil"/>
              <w:bottom w:val="nil"/>
              <w:right w:val="nil"/>
            </w:tcBorders>
            <w:shd w:val="clear" w:color="auto" w:fill="FFFFFF" w:themeFill="background1"/>
            <w:vAlign w:val="bottom"/>
          </w:tcPr>
          <w:p w14:paraId="425004C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395" w:type="pct"/>
            <w:tcBorders>
              <w:top w:val="nil"/>
              <w:left w:val="nil"/>
              <w:bottom w:val="nil"/>
              <w:right w:val="nil"/>
            </w:tcBorders>
            <w:shd w:val="clear" w:color="auto" w:fill="FFFFFF" w:themeFill="background1"/>
            <w:vAlign w:val="bottom"/>
          </w:tcPr>
          <w:p w14:paraId="12D4A91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0.22</w:t>
            </w:r>
          </w:p>
        </w:tc>
        <w:tc>
          <w:tcPr>
            <w:tcW w:w="686" w:type="pct"/>
            <w:tcBorders>
              <w:top w:val="nil"/>
              <w:left w:val="nil"/>
              <w:bottom w:val="nil"/>
              <w:right w:val="nil"/>
            </w:tcBorders>
            <w:shd w:val="clear" w:color="auto" w:fill="FFFFFF" w:themeFill="background1"/>
            <w:vAlign w:val="bottom"/>
          </w:tcPr>
          <w:p w14:paraId="0367E42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635" w:type="pct"/>
            <w:tcBorders>
              <w:top w:val="nil"/>
              <w:left w:val="nil"/>
              <w:bottom w:val="nil"/>
              <w:right w:val="nil"/>
            </w:tcBorders>
            <w:shd w:val="clear" w:color="auto" w:fill="FFFFFF" w:themeFill="background1"/>
            <w:vAlign w:val="bottom"/>
          </w:tcPr>
          <w:p w14:paraId="43A844E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60" w:type="pct"/>
            <w:tcBorders>
              <w:top w:val="nil"/>
              <w:left w:val="nil"/>
              <w:bottom w:val="nil"/>
              <w:right w:val="nil"/>
            </w:tcBorders>
            <w:shd w:val="clear" w:color="auto" w:fill="FFFFFF" w:themeFill="background1"/>
            <w:vAlign w:val="bottom"/>
          </w:tcPr>
          <w:p w14:paraId="2967DCC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439" w:type="pct"/>
            <w:tcBorders>
              <w:top w:val="nil"/>
              <w:left w:val="nil"/>
              <w:bottom w:val="nil"/>
              <w:right w:val="nil"/>
            </w:tcBorders>
            <w:shd w:val="clear" w:color="auto" w:fill="FFFFFF" w:themeFill="background1"/>
            <w:vAlign w:val="bottom"/>
          </w:tcPr>
          <w:p w14:paraId="108DCB7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537" w:type="pct"/>
            <w:tcBorders>
              <w:top w:val="nil"/>
              <w:left w:val="nil"/>
              <w:bottom w:val="nil"/>
              <w:right w:val="nil"/>
            </w:tcBorders>
            <w:shd w:val="clear" w:color="auto" w:fill="FFFFFF" w:themeFill="background1"/>
            <w:vAlign w:val="bottom"/>
          </w:tcPr>
          <w:p w14:paraId="2AC3297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0.38</w:t>
            </w:r>
          </w:p>
        </w:tc>
        <w:tc>
          <w:tcPr>
            <w:tcW w:w="579" w:type="pct"/>
            <w:tcBorders>
              <w:top w:val="nil"/>
              <w:left w:val="nil"/>
              <w:bottom w:val="nil"/>
              <w:right w:val="nil"/>
            </w:tcBorders>
            <w:shd w:val="clear" w:color="auto" w:fill="FFFFFF" w:themeFill="background1"/>
            <w:vAlign w:val="bottom"/>
          </w:tcPr>
          <w:p w14:paraId="1C1970A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r>
      <w:tr w:rsidR="00A81EB2" w:rsidRPr="00A81EB2" w14:paraId="0DD06FA4" w14:textId="77777777" w:rsidTr="008B2F03">
        <w:tc>
          <w:tcPr>
            <w:tcW w:w="922" w:type="pct"/>
            <w:shd w:val="clear" w:color="auto" w:fill="FFFFFF" w:themeFill="background1"/>
            <w:vAlign w:val="bottom"/>
          </w:tcPr>
          <w:p w14:paraId="1DC3783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Social Anxiety </w:t>
            </w:r>
          </w:p>
        </w:tc>
        <w:tc>
          <w:tcPr>
            <w:tcW w:w="446" w:type="pct"/>
            <w:tcBorders>
              <w:top w:val="nil"/>
              <w:left w:val="nil"/>
              <w:bottom w:val="nil"/>
              <w:right w:val="nil"/>
            </w:tcBorders>
            <w:shd w:val="clear" w:color="auto" w:fill="FFFFFF" w:themeFill="background1"/>
            <w:vAlign w:val="bottom"/>
          </w:tcPr>
          <w:p w14:paraId="6EE7CB6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tcBorders>
              <w:top w:val="nil"/>
              <w:left w:val="nil"/>
              <w:bottom w:val="nil"/>
              <w:right w:val="nil"/>
            </w:tcBorders>
            <w:shd w:val="clear" w:color="auto" w:fill="FFFFFF" w:themeFill="background1"/>
            <w:vAlign w:val="bottom"/>
          </w:tcPr>
          <w:p w14:paraId="4D72AD5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686" w:type="pct"/>
            <w:tcBorders>
              <w:top w:val="nil"/>
              <w:left w:val="nil"/>
              <w:bottom w:val="nil"/>
              <w:right w:val="nil"/>
            </w:tcBorders>
            <w:shd w:val="clear" w:color="auto" w:fill="FFFFFF" w:themeFill="background1"/>
            <w:vAlign w:val="bottom"/>
          </w:tcPr>
          <w:p w14:paraId="4371DA85"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0.28</w:t>
            </w:r>
          </w:p>
        </w:tc>
        <w:tc>
          <w:tcPr>
            <w:tcW w:w="635" w:type="pct"/>
            <w:tcBorders>
              <w:top w:val="nil"/>
              <w:left w:val="nil"/>
              <w:bottom w:val="nil"/>
              <w:right w:val="nil"/>
            </w:tcBorders>
            <w:shd w:val="clear" w:color="auto" w:fill="FFFFFF" w:themeFill="background1"/>
            <w:vAlign w:val="bottom"/>
          </w:tcPr>
          <w:p w14:paraId="01D9055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tcBorders>
              <w:top w:val="nil"/>
              <w:left w:val="nil"/>
              <w:bottom w:val="nil"/>
              <w:right w:val="nil"/>
            </w:tcBorders>
            <w:shd w:val="clear" w:color="auto" w:fill="FFFFFF" w:themeFill="background1"/>
            <w:vAlign w:val="bottom"/>
          </w:tcPr>
          <w:p w14:paraId="7DADEEE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c>
          <w:tcPr>
            <w:tcW w:w="439" w:type="pct"/>
            <w:tcBorders>
              <w:top w:val="nil"/>
              <w:left w:val="nil"/>
              <w:bottom w:val="nil"/>
              <w:right w:val="nil"/>
            </w:tcBorders>
            <w:shd w:val="clear" w:color="auto" w:fill="FFFFFF" w:themeFill="background1"/>
            <w:vAlign w:val="bottom"/>
          </w:tcPr>
          <w:p w14:paraId="14B41FF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537" w:type="pct"/>
            <w:tcBorders>
              <w:top w:val="nil"/>
              <w:left w:val="nil"/>
              <w:bottom w:val="nil"/>
              <w:right w:val="nil"/>
            </w:tcBorders>
            <w:shd w:val="clear" w:color="auto" w:fill="FFFFFF" w:themeFill="background1"/>
            <w:vAlign w:val="bottom"/>
          </w:tcPr>
          <w:p w14:paraId="5D3C2385"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c>
          <w:tcPr>
            <w:tcW w:w="579" w:type="pct"/>
            <w:tcBorders>
              <w:top w:val="nil"/>
              <w:left w:val="nil"/>
              <w:bottom w:val="nil"/>
              <w:right w:val="nil"/>
            </w:tcBorders>
            <w:shd w:val="clear" w:color="auto" w:fill="FFFFFF" w:themeFill="background1"/>
            <w:vAlign w:val="bottom"/>
          </w:tcPr>
          <w:p w14:paraId="672B93C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r>
      <w:tr w:rsidR="00A81EB2" w:rsidRPr="00A81EB2" w14:paraId="0714C662" w14:textId="77777777" w:rsidTr="008B2F03">
        <w:tc>
          <w:tcPr>
            <w:tcW w:w="922" w:type="pct"/>
            <w:shd w:val="clear" w:color="auto" w:fill="FFFFFF" w:themeFill="background1"/>
            <w:vAlign w:val="bottom"/>
          </w:tcPr>
          <w:p w14:paraId="1057AB3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Gaming </w:t>
            </w:r>
          </w:p>
        </w:tc>
        <w:tc>
          <w:tcPr>
            <w:tcW w:w="446" w:type="pct"/>
            <w:tcBorders>
              <w:top w:val="nil"/>
              <w:left w:val="nil"/>
              <w:bottom w:val="nil"/>
              <w:right w:val="nil"/>
            </w:tcBorders>
            <w:shd w:val="clear" w:color="auto" w:fill="FFFFFF" w:themeFill="background1"/>
            <w:vAlign w:val="bottom"/>
          </w:tcPr>
          <w:p w14:paraId="0E501F2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tcBorders>
              <w:top w:val="nil"/>
              <w:left w:val="nil"/>
              <w:bottom w:val="nil"/>
              <w:right w:val="nil"/>
            </w:tcBorders>
            <w:shd w:val="clear" w:color="auto" w:fill="FFFFFF" w:themeFill="background1"/>
            <w:vAlign w:val="bottom"/>
          </w:tcPr>
          <w:p w14:paraId="32C790D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-0.02</w:t>
            </w:r>
          </w:p>
        </w:tc>
        <w:tc>
          <w:tcPr>
            <w:tcW w:w="686" w:type="pct"/>
            <w:tcBorders>
              <w:top w:val="nil"/>
              <w:left w:val="nil"/>
              <w:bottom w:val="nil"/>
              <w:right w:val="nil"/>
            </w:tcBorders>
            <w:shd w:val="clear" w:color="auto" w:fill="FFFFFF" w:themeFill="background1"/>
            <w:vAlign w:val="bottom"/>
          </w:tcPr>
          <w:p w14:paraId="2D0BEC4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635" w:type="pct"/>
            <w:tcBorders>
              <w:top w:val="nil"/>
              <w:left w:val="nil"/>
              <w:bottom w:val="nil"/>
              <w:right w:val="nil"/>
            </w:tcBorders>
            <w:shd w:val="clear" w:color="auto" w:fill="FFFFFF" w:themeFill="background1"/>
            <w:vAlign w:val="bottom"/>
          </w:tcPr>
          <w:p w14:paraId="3D755DA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360" w:type="pct"/>
            <w:tcBorders>
              <w:top w:val="nil"/>
              <w:left w:val="nil"/>
              <w:bottom w:val="nil"/>
              <w:right w:val="nil"/>
            </w:tcBorders>
            <w:shd w:val="clear" w:color="auto" w:fill="FFFFFF" w:themeFill="background1"/>
            <w:vAlign w:val="bottom"/>
          </w:tcPr>
          <w:p w14:paraId="5A95B58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0.01</w:t>
            </w:r>
          </w:p>
        </w:tc>
        <w:tc>
          <w:tcPr>
            <w:tcW w:w="439" w:type="pct"/>
            <w:tcBorders>
              <w:top w:val="nil"/>
              <w:left w:val="nil"/>
              <w:bottom w:val="nil"/>
              <w:right w:val="nil"/>
            </w:tcBorders>
            <w:shd w:val="clear" w:color="auto" w:fill="FFFFFF" w:themeFill="background1"/>
            <w:vAlign w:val="bottom"/>
          </w:tcPr>
          <w:p w14:paraId="3C6256F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537" w:type="pct"/>
            <w:tcBorders>
              <w:top w:val="nil"/>
              <w:left w:val="nil"/>
              <w:bottom w:val="nil"/>
              <w:right w:val="nil"/>
            </w:tcBorders>
            <w:shd w:val="clear" w:color="auto" w:fill="FFFFFF" w:themeFill="background1"/>
            <w:vAlign w:val="bottom"/>
          </w:tcPr>
          <w:p w14:paraId="23AFD1F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0.34</w:t>
            </w:r>
          </w:p>
        </w:tc>
        <w:tc>
          <w:tcPr>
            <w:tcW w:w="579" w:type="pct"/>
            <w:tcBorders>
              <w:top w:val="nil"/>
              <w:left w:val="nil"/>
              <w:bottom w:val="nil"/>
              <w:right w:val="nil"/>
            </w:tcBorders>
            <w:shd w:val="clear" w:color="auto" w:fill="FFFFFF" w:themeFill="background1"/>
            <w:vAlign w:val="bottom"/>
          </w:tcPr>
          <w:p w14:paraId="2B1606EF"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0.00</w:t>
            </w:r>
          </w:p>
        </w:tc>
      </w:tr>
      <w:tr w:rsidR="00A81EB2" w:rsidRPr="00A81EB2" w14:paraId="5BD8B110" w14:textId="77777777" w:rsidTr="008B2F03">
        <w:tc>
          <w:tcPr>
            <w:tcW w:w="922" w:type="pct"/>
            <w:shd w:val="clear" w:color="auto" w:fill="FFFFFF" w:themeFill="background1"/>
            <w:vAlign w:val="bottom"/>
          </w:tcPr>
          <w:p w14:paraId="430B62F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Hallucinations</w:t>
            </w:r>
          </w:p>
        </w:tc>
        <w:tc>
          <w:tcPr>
            <w:tcW w:w="446" w:type="pct"/>
            <w:tcBorders>
              <w:top w:val="nil"/>
              <w:left w:val="nil"/>
              <w:bottom w:val="nil"/>
              <w:right w:val="nil"/>
            </w:tcBorders>
            <w:shd w:val="clear" w:color="auto" w:fill="FFFFFF" w:themeFill="background1"/>
            <w:vAlign w:val="bottom"/>
          </w:tcPr>
          <w:p w14:paraId="26E13F0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tcBorders>
              <w:top w:val="nil"/>
              <w:left w:val="nil"/>
              <w:bottom w:val="nil"/>
              <w:right w:val="nil"/>
            </w:tcBorders>
            <w:shd w:val="clear" w:color="auto" w:fill="FFFFFF" w:themeFill="background1"/>
            <w:vAlign w:val="bottom"/>
          </w:tcPr>
          <w:p w14:paraId="2A3BD57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-0.04</w:t>
            </w:r>
          </w:p>
        </w:tc>
        <w:tc>
          <w:tcPr>
            <w:tcW w:w="686" w:type="pct"/>
            <w:tcBorders>
              <w:top w:val="nil"/>
              <w:left w:val="nil"/>
              <w:bottom w:val="nil"/>
              <w:right w:val="nil"/>
            </w:tcBorders>
            <w:shd w:val="clear" w:color="auto" w:fill="FFFFFF" w:themeFill="background1"/>
            <w:vAlign w:val="bottom"/>
          </w:tcPr>
          <w:p w14:paraId="5478517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35" w:type="pct"/>
            <w:tcBorders>
              <w:top w:val="nil"/>
              <w:left w:val="nil"/>
              <w:bottom w:val="nil"/>
              <w:right w:val="nil"/>
            </w:tcBorders>
            <w:shd w:val="clear" w:color="auto" w:fill="FFFFFF" w:themeFill="background1"/>
            <w:vAlign w:val="bottom"/>
          </w:tcPr>
          <w:p w14:paraId="26D99D3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tcBorders>
              <w:top w:val="nil"/>
              <w:left w:val="nil"/>
              <w:bottom w:val="nil"/>
              <w:right w:val="nil"/>
            </w:tcBorders>
            <w:shd w:val="clear" w:color="auto" w:fill="FFFFFF" w:themeFill="background1"/>
            <w:vAlign w:val="bottom"/>
          </w:tcPr>
          <w:p w14:paraId="05712B2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0.21</w:t>
            </w:r>
          </w:p>
        </w:tc>
        <w:tc>
          <w:tcPr>
            <w:tcW w:w="439" w:type="pct"/>
            <w:tcBorders>
              <w:top w:val="nil"/>
              <w:left w:val="nil"/>
              <w:bottom w:val="nil"/>
              <w:right w:val="nil"/>
            </w:tcBorders>
            <w:shd w:val="clear" w:color="auto" w:fill="FFFFFF" w:themeFill="background1"/>
            <w:vAlign w:val="bottom"/>
          </w:tcPr>
          <w:p w14:paraId="6191981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c>
          <w:tcPr>
            <w:tcW w:w="537" w:type="pct"/>
            <w:tcBorders>
              <w:top w:val="nil"/>
              <w:left w:val="nil"/>
              <w:bottom w:val="nil"/>
              <w:right w:val="nil"/>
            </w:tcBorders>
            <w:shd w:val="clear" w:color="auto" w:fill="FFFFFF" w:themeFill="background1"/>
            <w:vAlign w:val="bottom"/>
          </w:tcPr>
          <w:p w14:paraId="298570A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0.32</w:t>
            </w:r>
          </w:p>
        </w:tc>
        <w:tc>
          <w:tcPr>
            <w:tcW w:w="579" w:type="pct"/>
            <w:tcBorders>
              <w:top w:val="nil"/>
              <w:left w:val="nil"/>
              <w:bottom w:val="nil"/>
              <w:right w:val="nil"/>
            </w:tcBorders>
            <w:shd w:val="clear" w:color="auto" w:fill="FFFFFF" w:themeFill="background1"/>
            <w:vAlign w:val="bottom"/>
          </w:tcPr>
          <w:p w14:paraId="7F402BA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0.02</w:t>
            </w:r>
          </w:p>
        </w:tc>
      </w:tr>
      <w:tr w:rsidR="00A81EB2" w:rsidRPr="00A81EB2" w14:paraId="3F550A92" w14:textId="77777777" w:rsidTr="008B2F03">
        <w:tc>
          <w:tcPr>
            <w:tcW w:w="922" w:type="pct"/>
            <w:shd w:val="clear" w:color="auto" w:fill="FFFFFF" w:themeFill="background1"/>
            <w:vAlign w:val="bottom"/>
          </w:tcPr>
          <w:p w14:paraId="230DA09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Angry Hostility</w:t>
            </w:r>
          </w:p>
        </w:tc>
        <w:tc>
          <w:tcPr>
            <w:tcW w:w="446" w:type="pct"/>
            <w:tcBorders>
              <w:top w:val="nil"/>
              <w:left w:val="nil"/>
              <w:bottom w:val="nil"/>
              <w:right w:val="nil"/>
            </w:tcBorders>
            <w:shd w:val="clear" w:color="auto" w:fill="FFFFFF" w:themeFill="background1"/>
            <w:vAlign w:val="bottom"/>
          </w:tcPr>
          <w:p w14:paraId="5CD651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tcBorders>
              <w:top w:val="nil"/>
              <w:left w:val="nil"/>
              <w:bottom w:val="nil"/>
              <w:right w:val="nil"/>
            </w:tcBorders>
            <w:shd w:val="clear" w:color="auto" w:fill="FFFFFF" w:themeFill="background1"/>
            <w:vAlign w:val="bottom"/>
          </w:tcPr>
          <w:p w14:paraId="25124DE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686" w:type="pct"/>
            <w:tcBorders>
              <w:top w:val="nil"/>
              <w:left w:val="nil"/>
              <w:bottom w:val="nil"/>
              <w:right w:val="nil"/>
            </w:tcBorders>
            <w:shd w:val="clear" w:color="auto" w:fill="FFFFFF" w:themeFill="background1"/>
            <w:vAlign w:val="bottom"/>
          </w:tcPr>
          <w:p w14:paraId="4A43C8C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635" w:type="pct"/>
            <w:tcBorders>
              <w:top w:val="nil"/>
              <w:left w:val="nil"/>
              <w:bottom w:val="nil"/>
              <w:right w:val="nil"/>
            </w:tcBorders>
            <w:shd w:val="clear" w:color="auto" w:fill="FFFFFF" w:themeFill="background1"/>
            <w:vAlign w:val="bottom"/>
          </w:tcPr>
          <w:p w14:paraId="257B1C3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tcBorders>
              <w:top w:val="nil"/>
              <w:left w:val="nil"/>
              <w:bottom w:val="nil"/>
              <w:right w:val="nil"/>
            </w:tcBorders>
            <w:shd w:val="clear" w:color="auto" w:fill="FFFFFF" w:themeFill="background1"/>
            <w:vAlign w:val="bottom"/>
          </w:tcPr>
          <w:p w14:paraId="7EF554B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439" w:type="pct"/>
            <w:tcBorders>
              <w:top w:val="nil"/>
              <w:left w:val="nil"/>
              <w:bottom w:val="nil"/>
              <w:right w:val="nil"/>
            </w:tcBorders>
            <w:shd w:val="clear" w:color="auto" w:fill="FFFFFF" w:themeFill="background1"/>
            <w:vAlign w:val="bottom"/>
          </w:tcPr>
          <w:p w14:paraId="24C01DA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537" w:type="pct"/>
            <w:tcBorders>
              <w:top w:val="nil"/>
              <w:left w:val="nil"/>
              <w:bottom w:val="nil"/>
              <w:right w:val="nil"/>
            </w:tcBorders>
            <w:shd w:val="clear" w:color="auto" w:fill="FFFFFF" w:themeFill="background1"/>
            <w:vAlign w:val="bottom"/>
          </w:tcPr>
          <w:p w14:paraId="793DEDB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79" w:type="pct"/>
            <w:tcBorders>
              <w:top w:val="nil"/>
              <w:left w:val="nil"/>
              <w:bottom w:val="nil"/>
              <w:right w:val="nil"/>
            </w:tcBorders>
            <w:shd w:val="clear" w:color="auto" w:fill="FFFFFF" w:themeFill="background1"/>
            <w:vAlign w:val="bottom"/>
          </w:tcPr>
          <w:p w14:paraId="57D5C78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0.63</w:t>
            </w:r>
          </w:p>
        </w:tc>
      </w:tr>
      <w:tr w:rsidR="00A81EB2" w:rsidRPr="00A81EB2" w14:paraId="04C26B82" w14:textId="77777777" w:rsidTr="008B2F03">
        <w:tc>
          <w:tcPr>
            <w:tcW w:w="922" w:type="pct"/>
            <w:shd w:val="clear" w:color="auto" w:fill="FFFFFF" w:themeFill="background1"/>
            <w:vAlign w:val="bottom"/>
          </w:tcPr>
          <w:p w14:paraId="3C834C2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Cynicism</w:t>
            </w:r>
          </w:p>
        </w:tc>
        <w:tc>
          <w:tcPr>
            <w:tcW w:w="446" w:type="pct"/>
            <w:tcBorders>
              <w:top w:val="nil"/>
              <w:left w:val="nil"/>
              <w:bottom w:val="nil"/>
              <w:right w:val="nil"/>
            </w:tcBorders>
            <w:shd w:val="clear" w:color="auto" w:fill="FFFFFF" w:themeFill="background1"/>
            <w:vAlign w:val="bottom"/>
          </w:tcPr>
          <w:p w14:paraId="140DF24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395" w:type="pct"/>
            <w:tcBorders>
              <w:top w:val="nil"/>
              <w:left w:val="nil"/>
              <w:bottom w:val="nil"/>
              <w:right w:val="nil"/>
            </w:tcBorders>
            <w:shd w:val="clear" w:color="auto" w:fill="FFFFFF" w:themeFill="background1"/>
            <w:vAlign w:val="bottom"/>
          </w:tcPr>
          <w:p w14:paraId="761358E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0.04</w:t>
            </w:r>
          </w:p>
        </w:tc>
        <w:tc>
          <w:tcPr>
            <w:tcW w:w="686" w:type="pct"/>
            <w:tcBorders>
              <w:top w:val="nil"/>
              <w:left w:val="nil"/>
              <w:bottom w:val="nil"/>
              <w:right w:val="nil"/>
            </w:tcBorders>
            <w:shd w:val="clear" w:color="auto" w:fill="FFFFFF" w:themeFill="background1"/>
            <w:vAlign w:val="bottom"/>
          </w:tcPr>
          <w:p w14:paraId="5F46F6C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tcBorders>
              <w:top w:val="nil"/>
              <w:left w:val="nil"/>
              <w:bottom w:val="nil"/>
              <w:right w:val="nil"/>
            </w:tcBorders>
            <w:shd w:val="clear" w:color="auto" w:fill="FFFFFF" w:themeFill="background1"/>
            <w:vAlign w:val="bottom"/>
          </w:tcPr>
          <w:p w14:paraId="40760E2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tcBorders>
              <w:top w:val="nil"/>
              <w:left w:val="nil"/>
              <w:bottom w:val="nil"/>
              <w:right w:val="nil"/>
            </w:tcBorders>
            <w:shd w:val="clear" w:color="auto" w:fill="FFFFFF" w:themeFill="background1"/>
            <w:vAlign w:val="bottom"/>
          </w:tcPr>
          <w:p w14:paraId="0C0AC50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-0.07</w:t>
            </w:r>
          </w:p>
        </w:tc>
        <w:tc>
          <w:tcPr>
            <w:tcW w:w="439" w:type="pct"/>
            <w:tcBorders>
              <w:top w:val="nil"/>
              <w:left w:val="nil"/>
              <w:bottom w:val="nil"/>
              <w:right w:val="nil"/>
            </w:tcBorders>
            <w:shd w:val="clear" w:color="auto" w:fill="FFFFFF" w:themeFill="background1"/>
            <w:vAlign w:val="bottom"/>
          </w:tcPr>
          <w:p w14:paraId="1435F1A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537" w:type="pct"/>
            <w:tcBorders>
              <w:top w:val="nil"/>
              <w:left w:val="nil"/>
              <w:bottom w:val="nil"/>
              <w:right w:val="nil"/>
            </w:tcBorders>
            <w:shd w:val="clear" w:color="auto" w:fill="FFFFFF" w:themeFill="background1"/>
            <w:vAlign w:val="bottom"/>
          </w:tcPr>
          <w:p w14:paraId="7484E93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579" w:type="pct"/>
            <w:tcBorders>
              <w:top w:val="nil"/>
              <w:left w:val="nil"/>
              <w:bottom w:val="nil"/>
              <w:right w:val="nil"/>
            </w:tcBorders>
            <w:shd w:val="clear" w:color="auto" w:fill="FFFFFF" w:themeFill="background1"/>
            <w:vAlign w:val="bottom"/>
          </w:tcPr>
          <w:p w14:paraId="29F3B062"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0.52</w:t>
            </w:r>
          </w:p>
        </w:tc>
      </w:tr>
      <w:tr w:rsidR="00A81EB2" w:rsidRPr="00A81EB2" w14:paraId="5076B20B" w14:textId="77777777" w:rsidTr="008B2F03">
        <w:tc>
          <w:tcPr>
            <w:tcW w:w="922" w:type="pct"/>
            <w:shd w:val="clear" w:color="auto" w:fill="FFFFFF" w:themeFill="background1"/>
            <w:vAlign w:val="bottom"/>
          </w:tcPr>
          <w:p w14:paraId="31A30DC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Suspiciousness</w:t>
            </w:r>
          </w:p>
        </w:tc>
        <w:tc>
          <w:tcPr>
            <w:tcW w:w="446" w:type="pct"/>
            <w:tcBorders>
              <w:top w:val="nil"/>
              <w:left w:val="nil"/>
              <w:bottom w:val="nil"/>
              <w:right w:val="nil"/>
            </w:tcBorders>
            <w:shd w:val="clear" w:color="auto" w:fill="FFFFFF" w:themeFill="background1"/>
            <w:vAlign w:val="bottom"/>
          </w:tcPr>
          <w:p w14:paraId="575463E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395" w:type="pct"/>
            <w:tcBorders>
              <w:top w:val="nil"/>
              <w:left w:val="nil"/>
              <w:bottom w:val="nil"/>
              <w:right w:val="nil"/>
            </w:tcBorders>
            <w:shd w:val="clear" w:color="auto" w:fill="FFFFFF" w:themeFill="background1"/>
            <w:vAlign w:val="bottom"/>
          </w:tcPr>
          <w:p w14:paraId="5B8A9D1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686" w:type="pct"/>
            <w:tcBorders>
              <w:top w:val="nil"/>
              <w:left w:val="nil"/>
              <w:bottom w:val="nil"/>
              <w:right w:val="nil"/>
            </w:tcBorders>
            <w:shd w:val="clear" w:color="auto" w:fill="FFFFFF" w:themeFill="background1"/>
            <w:vAlign w:val="bottom"/>
          </w:tcPr>
          <w:p w14:paraId="6FB97051"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-0.04</w:t>
            </w:r>
          </w:p>
        </w:tc>
        <w:tc>
          <w:tcPr>
            <w:tcW w:w="635" w:type="pct"/>
            <w:tcBorders>
              <w:top w:val="nil"/>
              <w:left w:val="nil"/>
              <w:bottom w:val="nil"/>
              <w:right w:val="nil"/>
            </w:tcBorders>
            <w:shd w:val="clear" w:color="auto" w:fill="FFFFFF" w:themeFill="background1"/>
            <w:vAlign w:val="bottom"/>
          </w:tcPr>
          <w:p w14:paraId="3816C20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tcBorders>
              <w:top w:val="nil"/>
              <w:left w:val="nil"/>
              <w:bottom w:val="nil"/>
              <w:right w:val="nil"/>
            </w:tcBorders>
            <w:shd w:val="clear" w:color="auto" w:fill="FFFFFF" w:themeFill="background1"/>
            <w:vAlign w:val="bottom"/>
          </w:tcPr>
          <w:p w14:paraId="5C1E178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439" w:type="pct"/>
            <w:tcBorders>
              <w:top w:val="nil"/>
              <w:left w:val="nil"/>
              <w:bottom w:val="nil"/>
              <w:right w:val="nil"/>
            </w:tcBorders>
            <w:shd w:val="clear" w:color="auto" w:fill="FFFFFF" w:themeFill="background1"/>
            <w:vAlign w:val="bottom"/>
          </w:tcPr>
          <w:p w14:paraId="097A5EF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537" w:type="pct"/>
            <w:tcBorders>
              <w:top w:val="nil"/>
              <w:left w:val="nil"/>
              <w:bottom w:val="nil"/>
              <w:right w:val="nil"/>
            </w:tcBorders>
            <w:shd w:val="clear" w:color="auto" w:fill="FFFFFF" w:themeFill="background1"/>
            <w:vAlign w:val="bottom"/>
          </w:tcPr>
          <w:p w14:paraId="369A861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579" w:type="pct"/>
            <w:tcBorders>
              <w:top w:val="nil"/>
              <w:left w:val="nil"/>
              <w:bottom w:val="nil"/>
              <w:right w:val="nil"/>
            </w:tcBorders>
            <w:shd w:val="clear" w:color="auto" w:fill="FFFFFF" w:themeFill="background1"/>
            <w:vAlign w:val="bottom"/>
          </w:tcPr>
          <w:p w14:paraId="6117286C"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0.50</w:t>
            </w:r>
          </w:p>
        </w:tc>
      </w:tr>
      <w:tr w:rsidR="00A81EB2" w:rsidRPr="00A81EB2" w14:paraId="3AD8E625" w14:textId="77777777" w:rsidTr="008B2F03">
        <w:tc>
          <w:tcPr>
            <w:tcW w:w="922" w:type="pct"/>
            <w:shd w:val="clear" w:color="auto" w:fill="FFFFFF" w:themeFill="background1"/>
            <w:vAlign w:val="bottom"/>
          </w:tcPr>
          <w:p w14:paraId="74991EA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Social Aggression </w:t>
            </w:r>
          </w:p>
        </w:tc>
        <w:tc>
          <w:tcPr>
            <w:tcW w:w="446" w:type="pct"/>
            <w:tcBorders>
              <w:top w:val="nil"/>
              <w:left w:val="nil"/>
              <w:bottom w:val="nil"/>
              <w:right w:val="nil"/>
            </w:tcBorders>
            <w:shd w:val="clear" w:color="auto" w:fill="FFFFFF" w:themeFill="background1"/>
            <w:vAlign w:val="bottom"/>
          </w:tcPr>
          <w:p w14:paraId="313A7BA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395" w:type="pct"/>
            <w:tcBorders>
              <w:top w:val="nil"/>
              <w:left w:val="nil"/>
              <w:bottom w:val="nil"/>
              <w:right w:val="nil"/>
            </w:tcBorders>
            <w:shd w:val="clear" w:color="auto" w:fill="FFFFFF" w:themeFill="background1"/>
            <w:vAlign w:val="bottom"/>
          </w:tcPr>
          <w:p w14:paraId="2BA7C24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5DD46E7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35" w:type="pct"/>
            <w:tcBorders>
              <w:top w:val="nil"/>
              <w:left w:val="nil"/>
              <w:bottom w:val="nil"/>
              <w:right w:val="nil"/>
            </w:tcBorders>
            <w:shd w:val="clear" w:color="auto" w:fill="FFFFFF" w:themeFill="background1"/>
            <w:vAlign w:val="bottom"/>
          </w:tcPr>
          <w:p w14:paraId="399DA05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360" w:type="pct"/>
            <w:tcBorders>
              <w:top w:val="nil"/>
              <w:left w:val="nil"/>
              <w:bottom w:val="nil"/>
              <w:right w:val="nil"/>
            </w:tcBorders>
            <w:shd w:val="clear" w:color="auto" w:fill="FFFFFF" w:themeFill="background1"/>
            <w:vAlign w:val="bottom"/>
          </w:tcPr>
          <w:p w14:paraId="6F1C374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439" w:type="pct"/>
            <w:tcBorders>
              <w:top w:val="nil"/>
              <w:left w:val="nil"/>
              <w:bottom w:val="nil"/>
              <w:right w:val="nil"/>
            </w:tcBorders>
            <w:shd w:val="clear" w:color="auto" w:fill="FFFFFF" w:themeFill="background1"/>
            <w:vAlign w:val="bottom"/>
          </w:tcPr>
          <w:p w14:paraId="2880FE8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537" w:type="pct"/>
            <w:tcBorders>
              <w:top w:val="nil"/>
              <w:left w:val="nil"/>
              <w:bottom w:val="nil"/>
              <w:right w:val="nil"/>
            </w:tcBorders>
            <w:shd w:val="clear" w:color="auto" w:fill="FFFFFF" w:themeFill="background1"/>
            <w:vAlign w:val="bottom"/>
          </w:tcPr>
          <w:p w14:paraId="77B0436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579" w:type="pct"/>
            <w:tcBorders>
              <w:top w:val="nil"/>
              <w:left w:val="nil"/>
              <w:bottom w:val="nil"/>
              <w:right w:val="nil"/>
            </w:tcBorders>
            <w:shd w:val="clear" w:color="auto" w:fill="FFFFFF" w:themeFill="background1"/>
            <w:vAlign w:val="bottom"/>
          </w:tcPr>
          <w:p w14:paraId="40168429"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0.48</w:t>
            </w:r>
          </w:p>
        </w:tc>
      </w:tr>
      <w:tr w:rsidR="00A81EB2" w:rsidRPr="00A81EB2" w14:paraId="37F4E4EA" w14:textId="77777777" w:rsidTr="008B2F03">
        <w:tc>
          <w:tcPr>
            <w:tcW w:w="922" w:type="pct"/>
            <w:shd w:val="clear" w:color="auto" w:fill="FFFFFF" w:themeFill="background1"/>
            <w:vAlign w:val="bottom"/>
          </w:tcPr>
          <w:p w14:paraId="2E01FDB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Irritability </w:t>
            </w:r>
          </w:p>
        </w:tc>
        <w:tc>
          <w:tcPr>
            <w:tcW w:w="446" w:type="pct"/>
            <w:tcBorders>
              <w:top w:val="nil"/>
              <w:left w:val="nil"/>
              <w:bottom w:val="nil"/>
              <w:right w:val="nil"/>
            </w:tcBorders>
            <w:shd w:val="clear" w:color="auto" w:fill="FFFFFF" w:themeFill="background1"/>
            <w:vAlign w:val="bottom"/>
          </w:tcPr>
          <w:p w14:paraId="1D6E70D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395" w:type="pct"/>
            <w:tcBorders>
              <w:top w:val="nil"/>
              <w:left w:val="nil"/>
              <w:bottom w:val="nil"/>
              <w:right w:val="nil"/>
            </w:tcBorders>
            <w:shd w:val="clear" w:color="auto" w:fill="FFFFFF" w:themeFill="background1"/>
            <w:vAlign w:val="bottom"/>
          </w:tcPr>
          <w:p w14:paraId="30EC373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c>
          <w:tcPr>
            <w:tcW w:w="686" w:type="pct"/>
            <w:tcBorders>
              <w:top w:val="nil"/>
              <w:left w:val="nil"/>
              <w:bottom w:val="nil"/>
              <w:right w:val="nil"/>
            </w:tcBorders>
            <w:shd w:val="clear" w:color="auto" w:fill="FFFFFF" w:themeFill="background1"/>
            <w:vAlign w:val="bottom"/>
          </w:tcPr>
          <w:p w14:paraId="710EC830"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0.15</w:t>
            </w:r>
          </w:p>
        </w:tc>
        <w:tc>
          <w:tcPr>
            <w:tcW w:w="635" w:type="pct"/>
            <w:tcBorders>
              <w:top w:val="nil"/>
              <w:left w:val="nil"/>
              <w:bottom w:val="nil"/>
              <w:right w:val="nil"/>
            </w:tcBorders>
            <w:shd w:val="clear" w:color="auto" w:fill="FFFFFF" w:themeFill="background1"/>
            <w:vAlign w:val="bottom"/>
          </w:tcPr>
          <w:p w14:paraId="5F22D4C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360" w:type="pct"/>
            <w:tcBorders>
              <w:top w:val="nil"/>
              <w:left w:val="nil"/>
              <w:bottom w:val="nil"/>
              <w:right w:val="nil"/>
            </w:tcBorders>
            <w:shd w:val="clear" w:color="auto" w:fill="FFFFFF" w:themeFill="background1"/>
            <w:vAlign w:val="bottom"/>
          </w:tcPr>
          <w:p w14:paraId="564962A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439" w:type="pct"/>
            <w:tcBorders>
              <w:top w:val="nil"/>
              <w:left w:val="nil"/>
              <w:bottom w:val="nil"/>
              <w:right w:val="nil"/>
            </w:tcBorders>
            <w:shd w:val="clear" w:color="auto" w:fill="FFFFFF" w:themeFill="background1"/>
            <w:vAlign w:val="bottom"/>
          </w:tcPr>
          <w:p w14:paraId="585A9F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37" w:type="pct"/>
            <w:tcBorders>
              <w:top w:val="nil"/>
              <w:left w:val="nil"/>
              <w:bottom w:val="nil"/>
              <w:right w:val="nil"/>
            </w:tcBorders>
            <w:shd w:val="clear" w:color="auto" w:fill="FFFFFF" w:themeFill="background1"/>
            <w:vAlign w:val="bottom"/>
          </w:tcPr>
          <w:p w14:paraId="27AF3EA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79" w:type="pct"/>
            <w:tcBorders>
              <w:top w:val="nil"/>
              <w:left w:val="nil"/>
              <w:bottom w:val="nil"/>
              <w:right w:val="nil"/>
            </w:tcBorders>
            <w:shd w:val="clear" w:color="auto" w:fill="FFFFFF" w:themeFill="background1"/>
            <w:vAlign w:val="bottom"/>
          </w:tcPr>
          <w:p w14:paraId="09024A9B"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0.48</w:t>
            </w:r>
          </w:p>
        </w:tc>
      </w:tr>
      <w:tr w:rsidR="00A81EB2" w:rsidRPr="00A81EB2" w14:paraId="64511277" w14:textId="77777777" w:rsidTr="008B2F03">
        <w:tc>
          <w:tcPr>
            <w:tcW w:w="922" w:type="pct"/>
            <w:shd w:val="clear" w:color="auto" w:fill="FFFFFF" w:themeFill="background1"/>
            <w:vAlign w:val="bottom"/>
          </w:tcPr>
          <w:p w14:paraId="48FEBF3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Entitlement </w:t>
            </w:r>
          </w:p>
        </w:tc>
        <w:tc>
          <w:tcPr>
            <w:tcW w:w="446" w:type="pct"/>
            <w:tcBorders>
              <w:top w:val="nil"/>
              <w:left w:val="nil"/>
              <w:bottom w:val="nil"/>
              <w:right w:val="nil"/>
            </w:tcBorders>
            <w:shd w:val="clear" w:color="auto" w:fill="FFFFFF" w:themeFill="background1"/>
            <w:vAlign w:val="bottom"/>
          </w:tcPr>
          <w:p w14:paraId="6FFABBD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395" w:type="pct"/>
            <w:tcBorders>
              <w:top w:val="nil"/>
              <w:left w:val="nil"/>
              <w:bottom w:val="nil"/>
              <w:right w:val="nil"/>
            </w:tcBorders>
            <w:shd w:val="clear" w:color="auto" w:fill="FFFFFF" w:themeFill="background1"/>
            <w:vAlign w:val="bottom"/>
          </w:tcPr>
          <w:p w14:paraId="0105ABB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686" w:type="pct"/>
            <w:tcBorders>
              <w:top w:val="nil"/>
              <w:left w:val="nil"/>
              <w:bottom w:val="nil"/>
              <w:right w:val="nil"/>
            </w:tcBorders>
            <w:shd w:val="clear" w:color="auto" w:fill="FFFFFF" w:themeFill="background1"/>
            <w:vAlign w:val="bottom"/>
          </w:tcPr>
          <w:p w14:paraId="51990EDA"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0.15</w:t>
            </w:r>
          </w:p>
        </w:tc>
        <w:tc>
          <w:tcPr>
            <w:tcW w:w="635" w:type="pct"/>
            <w:tcBorders>
              <w:top w:val="nil"/>
              <w:left w:val="nil"/>
              <w:bottom w:val="nil"/>
              <w:right w:val="nil"/>
            </w:tcBorders>
            <w:shd w:val="clear" w:color="auto" w:fill="FFFFFF" w:themeFill="background1"/>
            <w:vAlign w:val="bottom"/>
          </w:tcPr>
          <w:p w14:paraId="77DBA1B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360" w:type="pct"/>
            <w:tcBorders>
              <w:top w:val="nil"/>
              <w:left w:val="nil"/>
              <w:bottom w:val="nil"/>
              <w:right w:val="nil"/>
            </w:tcBorders>
            <w:shd w:val="clear" w:color="auto" w:fill="FFFFFF" w:themeFill="background1"/>
            <w:vAlign w:val="bottom"/>
          </w:tcPr>
          <w:p w14:paraId="3FD759E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439" w:type="pct"/>
            <w:tcBorders>
              <w:top w:val="nil"/>
              <w:left w:val="nil"/>
              <w:bottom w:val="nil"/>
              <w:right w:val="nil"/>
            </w:tcBorders>
            <w:shd w:val="clear" w:color="auto" w:fill="FFFFFF" w:themeFill="background1"/>
            <w:vAlign w:val="bottom"/>
          </w:tcPr>
          <w:p w14:paraId="43A0886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537" w:type="pct"/>
            <w:tcBorders>
              <w:top w:val="nil"/>
              <w:left w:val="nil"/>
              <w:bottom w:val="nil"/>
              <w:right w:val="nil"/>
            </w:tcBorders>
            <w:shd w:val="clear" w:color="auto" w:fill="FFFFFF" w:themeFill="background1"/>
            <w:vAlign w:val="bottom"/>
          </w:tcPr>
          <w:p w14:paraId="009E761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579" w:type="pct"/>
            <w:tcBorders>
              <w:top w:val="nil"/>
              <w:left w:val="nil"/>
              <w:bottom w:val="nil"/>
              <w:right w:val="nil"/>
            </w:tcBorders>
            <w:shd w:val="clear" w:color="auto" w:fill="FFFFFF" w:themeFill="background1"/>
            <w:vAlign w:val="bottom"/>
          </w:tcPr>
          <w:p w14:paraId="5A254EE8"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0.47</w:t>
            </w:r>
          </w:p>
        </w:tc>
      </w:tr>
      <w:tr w:rsidR="00A81EB2" w:rsidRPr="00A81EB2" w14:paraId="6ADE2CFA" w14:textId="77777777" w:rsidTr="008B2F03">
        <w:tc>
          <w:tcPr>
            <w:tcW w:w="922" w:type="pct"/>
            <w:shd w:val="clear" w:color="auto" w:fill="FFFFFF" w:themeFill="background1"/>
            <w:vAlign w:val="bottom"/>
          </w:tcPr>
          <w:p w14:paraId="153E520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Rigidity </w:t>
            </w:r>
          </w:p>
        </w:tc>
        <w:tc>
          <w:tcPr>
            <w:tcW w:w="446" w:type="pct"/>
            <w:tcBorders>
              <w:top w:val="nil"/>
              <w:left w:val="nil"/>
              <w:bottom w:val="nil"/>
              <w:right w:val="nil"/>
            </w:tcBorders>
            <w:shd w:val="clear" w:color="auto" w:fill="FFFFFF" w:themeFill="background1"/>
            <w:vAlign w:val="bottom"/>
          </w:tcPr>
          <w:p w14:paraId="12DD6E26"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0.12</w:t>
            </w:r>
          </w:p>
        </w:tc>
        <w:tc>
          <w:tcPr>
            <w:tcW w:w="395" w:type="pct"/>
            <w:tcBorders>
              <w:top w:val="nil"/>
              <w:left w:val="nil"/>
              <w:bottom w:val="nil"/>
              <w:right w:val="nil"/>
            </w:tcBorders>
            <w:shd w:val="clear" w:color="auto" w:fill="FFFFFF" w:themeFill="background1"/>
            <w:vAlign w:val="bottom"/>
          </w:tcPr>
          <w:p w14:paraId="53D7639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686" w:type="pct"/>
            <w:tcBorders>
              <w:top w:val="nil"/>
              <w:left w:val="nil"/>
              <w:bottom w:val="nil"/>
              <w:right w:val="nil"/>
            </w:tcBorders>
            <w:shd w:val="clear" w:color="auto" w:fill="FFFFFF" w:themeFill="background1"/>
            <w:vAlign w:val="bottom"/>
          </w:tcPr>
          <w:p w14:paraId="0914BC7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635" w:type="pct"/>
            <w:tcBorders>
              <w:top w:val="nil"/>
              <w:left w:val="nil"/>
              <w:bottom w:val="nil"/>
              <w:right w:val="nil"/>
            </w:tcBorders>
            <w:shd w:val="clear" w:color="auto" w:fill="FFFFFF" w:themeFill="background1"/>
            <w:vAlign w:val="bottom"/>
          </w:tcPr>
          <w:p w14:paraId="7B8F4A4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360" w:type="pct"/>
            <w:tcBorders>
              <w:top w:val="nil"/>
              <w:left w:val="nil"/>
              <w:bottom w:val="nil"/>
              <w:right w:val="nil"/>
            </w:tcBorders>
            <w:shd w:val="clear" w:color="auto" w:fill="FFFFFF" w:themeFill="background1"/>
            <w:vAlign w:val="bottom"/>
          </w:tcPr>
          <w:p w14:paraId="43210A8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439" w:type="pct"/>
            <w:tcBorders>
              <w:top w:val="nil"/>
              <w:left w:val="nil"/>
              <w:bottom w:val="nil"/>
              <w:right w:val="nil"/>
            </w:tcBorders>
            <w:shd w:val="clear" w:color="auto" w:fill="FFFFFF" w:themeFill="background1"/>
            <w:vAlign w:val="bottom"/>
          </w:tcPr>
          <w:p w14:paraId="659D2E8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37" w:type="pct"/>
            <w:tcBorders>
              <w:top w:val="nil"/>
              <w:left w:val="nil"/>
              <w:bottom w:val="nil"/>
              <w:right w:val="nil"/>
            </w:tcBorders>
            <w:shd w:val="clear" w:color="auto" w:fill="FFFFFF" w:themeFill="background1"/>
            <w:vAlign w:val="bottom"/>
          </w:tcPr>
          <w:p w14:paraId="5A0E392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579" w:type="pct"/>
            <w:tcBorders>
              <w:top w:val="nil"/>
              <w:left w:val="nil"/>
              <w:bottom w:val="nil"/>
              <w:right w:val="nil"/>
            </w:tcBorders>
            <w:shd w:val="clear" w:color="auto" w:fill="FFFFFF" w:themeFill="background1"/>
            <w:vAlign w:val="bottom"/>
          </w:tcPr>
          <w:p w14:paraId="6EB32D4F"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0.38</w:t>
            </w:r>
          </w:p>
        </w:tc>
      </w:tr>
      <w:tr w:rsidR="00A81EB2" w:rsidRPr="00A81EB2" w14:paraId="4AF26C03" w14:textId="77777777" w:rsidTr="008B2F03">
        <w:tc>
          <w:tcPr>
            <w:tcW w:w="922" w:type="pct"/>
            <w:shd w:val="clear" w:color="auto" w:fill="FFFFFF" w:themeFill="background1"/>
            <w:vAlign w:val="bottom"/>
          </w:tcPr>
          <w:p w14:paraId="687067A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Domineering</w:t>
            </w:r>
          </w:p>
        </w:tc>
        <w:tc>
          <w:tcPr>
            <w:tcW w:w="446" w:type="pct"/>
            <w:tcBorders>
              <w:top w:val="nil"/>
              <w:left w:val="nil"/>
              <w:bottom w:val="nil"/>
              <w:right w:val="nil"/>
            </w:tcBorders>
            <w:shd w:val="clear" w:color="auto" w:fill="FFFFFF" w:themeFill="background1"/>
            <w:vAlign w:val="bottom"/>
          </w:tcPr>
          <w:p w14:paraId="3B449296"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sz w:val="20"/>
                <w:szCs w:val="20"/>
              </w:rPr>
              <w:t>0.10</w:t>
            </w:r>
          </w:p>
        </w:tc>
        <w:tc>
          <w:tcPr>
            <w:tcW w:w="395" w:type="pct"/>
            <w:tcBorders>
              <w:top w:val="nil"/>
              <w:left w:val="nil"/>
              <w:bottom w:val="nil"/>
              <w:right w:val="nil"/>
            </w:tcBorders>
            <w:shd w:val="clear" w:color="auto" w:fill="FFFFFF" w:themeFill="background1"/>
            <w:vAlign w:val="bottom"/>
          </w:tcPr>
          <w:p w14:paraId="50B84B13"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-0.33</w:t>
            </w:r>
          </w:p>
        </w:tc>
        <w:tc>
          <w:tcPr>
            <w:tcW w:w="686" w:type="pct"/>
            <w:tcBorders>
              <w:top w:val="nil"/>
              <w:left w:val="nil"/>
              <w:bottom w:val="nil"/>
              <w:right w:val="nil"/>
            </w:tcBorders>
            <w:shd w:val="clear" w:color="auto" w:fill="FFFFFF" w:themeFill="background1"/>
            <w:vAlign w:val="bottom"/>
          </w:tcPr>
          <w:p w14:paraId="4924F5C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tcBorders>
              <w:top w:val="nil"/>
              <w:left w:val="nil"/>
              <w:bottom w:val="nil"/>
              <w:right w:val="nil"/>
            </w:tcBorders>
            <w:shd w:val="clear" w:color="auto" w:fill="FFFFFF" w:themeFill="background1"/>
            <w:vAlign w:val="bottom"/>
          </w:tcPr>
          <w:p w14:paraId="29F610B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360" w:type="pct"/>
            <w:tcBorders>
              <w:top w:val="nil"/>
              <w:left w:val="nil"/>
              <w:bottom w:val="nil"/>
              <w:right w:val="nil"/>
            </w:tcBorders>
            <w:shd w:val="clear" w:color="auto" w:fill="FFFFFF" w:themeFill="background1"/>
            <w:vAlign w:val="bottom"/>
          </w:tcPr>
          <w:p w14:paraId="5FEBF72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439" w:type="pct"/>
            <w:tcBorders>
              <w:top w:val="nil"/>
              <w:left w:val="nil"/>
              <w:bottom w:val="nil"/>
              <w:right w:val="nil"/>
            </w:tcBorders>
            <w:shd w:val="clear" w:color="auto" w:fill="FFFFFF" w:themeFill="background1"/>
            <w:vAlign w:val="bottom"/>
          </w:tcPr>
          <w:p w14:paraId="7A754F4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537" w:type="pct"/>
            <w:tcBorders>
              <w:top w:val="nil"/>
              <w:left w:val="nil"/>
              <w:bottom w:val="nil"/>
              <w:right w:val="nil"/>
            </w:tcBorders>
            <w:shd w:val="clear" w:color="auto" w:fill="FFFFFF" w:themeFill="background1"/>
            <w:vAlign w:val="bottom"/>
          </w:tcPr>
          <w:p w14:paraId="016E8A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79" w:type="pct"/>
            <w:tcBorders>
              <w:top w:val="nil"/>
              <w:left w:val="nil"/>
              <w:bottom w:val="nil"/>
              <w:right w:val="nil"/>
            </w:tcBorders>
            <w:shd w:val="clear" w:color="auto" w:fill="FFFFFF" w:themeFill="background1"/>
            <w:vAlign w:val="bottom"/>
          </w:tcPr>
          <w:p w14:paraId="08CD66EE"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0.38</w:t>
            </w:r>
          </w:p>
        </w:tc>
      </w:tr>
      <w:tr w:rsidR="00A81EB2" w:rsidRPr="00A81EB2" w14:paraId="50B34727" w14:textId="77777777" w:rsidTr="008B2F03">
        <w:tc>
          <w:tcPr>
            <w:tcW w:w="922" w:type="pct"/>
            <w:shd w:val="clear" w:color="auto" w:fill="FFFFFF" w:themeFill="background1"/>
            <w:vAlign w:val="bottom"/>
          </w:tcPr>
          <w:p w14:paraId="5126933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Affective Lability</w:t>
            </w:r>
          </w:p>
        </w:tc>
        <w:tc>
          <w:tcPr>
            <w:tcW w:w="446" w:type="pct"/>
            <w:tcBorders>
              <w:top w:val="nil"/>
              <w:left w:val="nil"/>
              <w:bottom w:val="nil"/>
              <w:right w:val="nil"/>
            </w:tcBorders>
            <w:shd w:val="clear" w:color="auto" w:fill="FFFFFF" w:themeFill="background1"/>
            <w:vAlign w:val="bottom"/>
          </w:tcPr>
          <w:p w14:paraId="4FEB226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95" w:type="pct"/>
            <w:tcBorders>
              <w:top w:val="nil"/>
              <w:left w:val="nil"/>
              <w:bottom w:val="nil"/>
              <w:right w:val="nil"/>
            </w:tcBorders>
            <w:shd w:val="clear" w:color="auto" w:fill="FFFFFF" w:themeFill="background1"/>
            <w:vAlign w:val="bottom"/>
          </w:tcPr>
          <w:p w14:paraId="0A9315A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686" w:type="pct"/>
            <w:tcBorders>
              <w:top w:val="nil"/>
              <w:left w:val="nil"/>
              <w:bottom w:val="nil"/>
              <w:right w:val="nil"/>
            </w:tcBorders>
            <w:shd w:val="clear" w:color="auto" w:fill="FFFFFF" w:themeFill="background1"/>
            <w:vAlign w:val="bottom"/>
          </w:tcPr>
          <w:p w14:paraId="47B2211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635" w:type="pct"/>
            <w:tcBorders>
              <w:top w:val="nil"/>
              <w:left w:val="nil"/>
              <w:bottom w:val="nil"/>
              <w:right w:val="nil"/>
            </w:tcBorders>
            <w:shd w:val="clear" w:color="auto" w:fill="FFFFFF" w:themeFill="background1"/>
            <w:vAlign w:val="bottom"/>
          </w:tcPr>
          <w:p w14:paraId="17ABB05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60" w:type="pct"/>
            <w:tcBorders>
              <w:top w:val="nil"/>
              <w:left w:val="nil"/>
              <w:bottom w:val="nil"/>
              <w:right w:val="nil"/>
            </w:tcBorders>
            <w:shd w:val="clear" w:color="auto" w:fill="FFFFFF" w:themeFill="background1"/>
            <w:vAlign w:val="bottom"/>
          </w:tcPr>
          <w:p w14:paraId="3098DCA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439" w:type="pct"/>
            <w:tcBorders>
              <w:top w:val="nil"/>
              <w:left w:val="nil"/>
              <w:bottom w:val="nil"/>
              <w:right w:val="nil"/>
            </w:tcBorders>
            <w:shd w:val="clear" w:color="auto" w:fill="FFFFFF" w:themeFill="background1"/>
            <w:vAlign w:val="bottom"/>
          </w:tcPr>
          <w:p w14:paraId="73561E2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537" w:type="pct"/>
            <w:tcBorders>
              <w:top w:val="nil"/>
              <w:left w:val="nil"/>
              <w:bottom w:val="nil"/>
              <w:right w:val="nil"/>
            </w:tcBorders>
            <w:shd w:val="clear" w:color="auto" w:fill="FFFFFF" w:themeFill="background1"/>
            <w:vAlign w:val="bottom"/>
          </w:tcPr>
          <w:p w14:paraId="49D09BE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579" w:type="pct"/>
            <w:tcBorders>
              <w:top w:val="nil"/>
              <w:left w:val="nil"/>
              <w:bottom w:val="nil"/>
              <w:right w:val="nil"/>
            </w:tcBorders>
            <w:shd w:val="clear" w:color="auto" w:fill="FFFFFF" w:themeFill="background1"/>
            <w:vAlign w:val="bottom"/>
          </w:tcPr>
          <w:p w14:paraId="62FAF5C4" w14:textId="77777777" w:rsidR="00A81EB2" w:rsidRPr="00A81EB2" w:rsidRDefault="00A81EB2" w:rsidP="00541FA8">
            <w:pPr>
              <w:rPr>
                <w:rFonts w:ascii="Times New Roman" w:hAnsi="Times New Roman" w:cs="Times New Roman"/>
                <w:b/>
                <w:bCs/>
                <w:sz w:val="20"/>
                <w:szCs w:val="20"/>
              </w:rPr>
            </w:pPr>
            <w:r w:rsidRPr="00A81EB2">
              <w:rPr>
                <w:rFonts w:ascii="Times New Roman" w:hAnsi="Times New Roman" w:cs="Times New Roman"/>
                <w:b/>
                <w:bCs/>
                <w:sz w:val="20"/>
                <w:szCs w:val="20"/>
              </w:rPr>
              <w:t>0.35</w:t>
            </w:r>
          </w:p>
        </w:tc>
      </w:tr>
      <w:tr w:rsidR="00A81EB2" w:rsidRPr="00A81EB2" w14:paraId="344172C8" w14:textId="77777777" w:rsidTr="008B2F03">
        <w:tc>
          <w:tcPr>
            <w:tcW w:w="922" w:type="pct"/>
            <w:shd w:val="clear" w:color="auto" w:fill="FFFFFF" w:themeFill="background1"/>
            <w:vAlign w:val="bottom"/>
          </w:tcPr>
          <w:p w14:paraId="08BD930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Problematic Shopping</w:t>
            </w:r>
          </w:p>
        </w:tc>
        <w:tc>
          <w:tcPr>
            <w:tcW w:w="446" w:type="pct"/>
            <w:shd w:val="clear" w:color="auto" w:fill="FFFFFF" w:themeFill="background1"/>
            <w:vAlign w:val="bottom"/>
          </w:tcPr>
          <w:p w14:paraId="6BBEA16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shd w:val="clear" w:color="auto" w:fill="FFFFFF" w:themeFill="background1"/>
            <w:vAlign w:val="bottom"/>
          </w:tcPr>
          <w:p w14:paraId="0B41C94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686" w:type="pct"/>
            <w:shd w:val="clear" w:color="auto" w:fill="FFFFFF" w:themeFill="background1"/>
            <w:vAlign w:val="bottom"/>
          </w:tcPr>
          <w:p w14:paraId="75D4585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635" w:type="pct"/>
            <w:shd w:val="clear" w:color="auto" w:fill="FFFFFF" w:themeFill="background1"/>
            <w:vAlign w:val="bottom"/>
          </w:tcPr>
          <w:p w14:paraId="6E4D61A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360" w:type="pct"/>
            <w:shd w:val="clear" w:color="auto" w:fill="FFFFFF" w:themeFill="background1"/>
            <w:vAlign w:val="bottom"/>
          </w:tcPr>
          <w:p w14:paraId="29A9683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439" w:type="pct"/>
            <w:shd w:val="clear" w:color="auto" w:fill="FFFFFF" w:themeFill="background1"/>
            <w:vAlign w:val="bottom"/>
          </w:tcPr>
          <w:p w14:paraId="6310DB2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37" w:type="pct"/>
            <w:shd w:val="clear" w:color="auto" w:fill="FFFFFF" w:themeFill="background1"/>
            <w:vAlign w:val="bottom"/>
          </w:tcPr>
          <w:p w14:paraId="18B35B3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79" w:type="pct"/>
            <w:shd w:val="clear" w:color="auto" w:fill="FFFFFF" w:themeFill="background1"/>
            <w:vAlign w:val="bottom"/>
          </w:tcPr>
          <w:p w14:paraId="33BEA80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r>
      <w:tr w:rsidR="00A81EB2" w:rsidRPr="00A81EB2" w14:paraId="192770F6" w14:textId="77777777" w:rsidTr="008B2F03">
        <w:tc>
          <w:tcPr>
            <w:tcW w:w="922" w:type="pct"/>
            <w:shd w:val="clear" w:color="auto" w:fill="FFFFFF" w:themeFill="background1"/>
            <w:vAlign w:val="bottom"/>
          </w:tcPr>
          <w:p w14:paraId="4DDD32C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Deceitfulness </w:t>
            </w:r>
          </w:p>
        </w:tc>
        <w:tc>
          <w:tcPr>
            <w:tcW w:w="446" w:type="pct"/>
            <w:shd w:val="clear" w:color="auto" w:fill="FFFFFF" w:themeFill="background1"/>
            <w:vAlign w:val="bottom"/>
          </w:tcPr>
          <w:p w14:paraId="39F0F69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395" w:type="pct"/>
            <w:shd w:val="clear" w:color="auto" w:fill="FFFFFF" w:themeFill="background1"/>
            <w:vAlign w:val="bottom"/>
          </w:tcPr>
          <w:p w14:paraId="6C3209C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86" w:type="pct"/>
            <w:shd w:val="clear" w:color="auto" w:fill="FFFFFF" w:themeFill="background1"/>
            <w:vAlign w:val="bottom"/>
          </w:tcPr>
          <w:p w14:paraId="56AEE7B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635" w:type="pct"/>
            <w:shd w:val="clear" w:color="auto" w:fill="FFFFFF" w:themeFill="background1"/>
            <w:vAlign w:val="bottom"/>
          </w:tcPr>
          <w:p w14:paraId="0EFC6D6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360" w:type="pct"/>
            <w:shd w:val="clear" w:color="auto" w:fill="FFFFFF" w:themeFill="background1"/>
            <w:vAlign w:val="bottom"/>
          </w:tcPr>
          <w:p w14:paraId="04FE40B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439" w:type="pct"/>
            <w:shd w:val="clear" w:color="auto" w:fill="FFFFFF" w:themeFill="background1"/>
            <w:vAlign w:val="bottom"/>
          </w:tcPr>
          <w:p w14:paraId="29068C9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537" w:type="pct"/>
            <w:shd w:val="clear" w:color="auto" w:fill="FFFFFF" w:themeFill="background1"/>
            <w:vAlign w:val="bottom"/>
          </w:tcPr>
          <w:p w14:paraId="7B4B84D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579" w:type="pct"/>
            <w:shd w:val="clear" w:color="auto" w:fill="FFFFFF" w:themeFill="background1"/>
            <w:vAlign w:val="bottom"/>
          </w:tcPr>
          <w:p w14:paraId="1B33469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r>
      <w:tr w:rsidR="00A81EB2" w:rsidRPr="00A81EB2" w14:paraId="450D1A08" w14:textId="77777777" w:rsidTr="008B2F03">
        <w:tc>
          <w:tcPr>
            <w:tcW w:w="922" w:type="pct"/>
            <w:shd w:val="clear" w:color="auto" w:fill="FFFFFF" w:themeFill="background1"/>
          </w:tcPr>
          <w:p w14:paraId="1925550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Binge Eating</w:t>
            </w:r>
          </w:p>
        </w:tc>
        <w:tc>
          <w:tcPr>
            <w:tcW w:w="446" w:type="pct"/>
            <w:shd w:val="clear" w:color="auto" w:fill="FFFFFF" w:themeFill="background1"/>
            <w:vAlign w:val="bottom"/>
          </w:tcPr>
          <w:p w14:paraId="483AAD5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95" w:type="pct"/>
            <w:shd w:val="clear" w:color="auto" w:fill="FFFFFF" w:themeFill="background1"/>
            <w:vAlign w:val="bottom"/>
          </w:tcPr>
          <w:p w14:paraId="0E19330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686" w:type="pct"/>
            <w:shd w:val="clear" w:color="auto" w:fill="FFFFFF" w:themeFill="background1"/>
            <w:vAlign w:val="bottom"/>
          </w:tcPr>
          <w:p w14:paraId="77C8865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635" w:type="pct"/>
            <w:shd w:val="clear" w:color="auto" w:fill="FFFFFF" w:themeFill="background1"/>
            <w:vAlign w:val="bottom"/>
          </w:tcPr>
          <w:p w14:paraId="62D7754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0.26</w:t>
            </w:r>
          </w:p>
        </w:tc>
        <w:tc>
          <w:tcPr>
            <w:tcW w:w="360" w:type="pct"/>
            <w:shd w:val="clear" w:color="auto" w:fill="FFFFFF" w:themeFill="background1"/>
            <w:vAlign w:val="bottom"/>
          </w:tcPr>
          <w:p w14:paraId="7EBBEAC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439" w:type="pct"/>
            <w:shd w:val="clear" w:color="auto" w:fill="FFFFFF" w:themeFill="background1"/>
            <w:vAlign w:val="bottom"/>
          </w:tcPr>
          <w:p w14:paraId="0A2BC6E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37" w:type="pct"/>
            <w:shd w:val="clear" w:color="auto" w:fill="FFFFFF" w:themeFill="background1"/>
            <w:vAlign w:val="bottom"/>
          </w:tcPr>
          <w:p w14:paraId="4C79DB7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579" w:type="pct"/>
            <w:shd w:val="clear" w:color="auto" w:fill="FFFFFF" w:themeFill="background1"/>
            <w:vAlign w:val="bottom"/>
          </w:tcPr>
          <w:p w14:paraId="79E443E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r>
      <w:tr w:rsidR="00A81EB2" w:rsidRPr="00A81EB2" w14:paraId="07D07013" w14:textId="77777777" w:rsidTr="008B2F03">
        <w:tc>
          <w:tcPr>
            <w:tcW w:w="922" w:type="pct"/>
            <w:shd w:val="clear" w:color="auto" w:fill="FFFFFF" w:themeFill="background1"/>
            <w:vAlign w:val="bottom"/>
          </w:tcPr>
          <w:p w14:paraId="22AC722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Blood-Injection Phobia</w:t>
            </w:r>
          </w:p>
        </w:tc>
        <w:tc>
          <w:tcPr>
            <w:tcW w:w="446" w:type="pct"/>
            <w:shd w:val="clear" w:color="auto" w:fill="FFFFFF" w:themeFill="background1"/>
            <w:vAlign w:val="bottom"/>
          </w:tcPr>
          <w:p w14:paraId="4CA44CC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95" w:type="pct"/>
            <w:shd w:val="clear" w:color="auto" w:fill="FFFFFF" w:themeFill="background1"/>
            <w:vAlign w:val="bottom"/>
          </w:tcPr>
          <w:p w14:paraId="5622963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686" w:type="pct"/>
            <w:shd w:val="clear" w:color="auto" w:fill="FFFFFF" w:themeFill="background1"/>
            <w:vAlign w:val="bottom"/>
          </w:tcPr>
          <w:p w14:paraId="07E94B4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635" w:type="pct"/>
            <w:shd w:val="clear" w:color="auto" w:fill="FFFFFF" w:themeFill="background1"/>
            <w:vAlign w:val="bottom"/>
          </w:tcPr>
          <w:p w14:paraId="1BF94BA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shd w:val="clear" w:color="auto" w:fill="FFFFFF" w:themeFill="background1"/>
            <w:vAlign w:val="bottom"/>
          </w:tcPr>
          <w:p w14:paraId="45D7A78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439" w:type="pct"/>
            <w:shd w:val="clear" w:color="auto" w:fill="FFFFFF" w:themeFill="background1"/>
            <w:vAlign w:val="bottom"/>
          </w:tcPr>
          <w:p w14:paraId="7D437EF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537" w:type="pct"/>
            <w:shd w:val="clear" w:color="auto" w:fill="FFFFFF" w:themeFill="background1"/>
            <w:vAlign w:val="bottom"/>
          </w:tcPr>
          <w:p w14:paraId="216A08F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579" w:type="pct"/>
            <w:shd w:val="clear" w:color="auto" w:fill="FFFFFF" w:themeFill="background1"/>
            <w:vAlign w:val="bottom"/>
          </w:tcPr>
          <w:p w14:paraId="7BE7D48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r>
      <w:tr w:rsidR="00A81EB2" w:rsidRPr="00A81EB2" w14:paraId="614EB2B1" w14:textId="77777777" w:rsidTr="008B2F03">
        <w:tc>
          <w:tcPr>
            <w:tcW w:w="922" w:type="pct"/>
            <w:shd w:val="clear" w:color="auto" w:fill="FFFFFF" w:themeFill="background1"/>
            <w:vAlign w:val="bottom"/>
          </w:tcPr>
          <w:p w14:paraId="62682B2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Antisocial Behavior </w:t>
            </w:r>
          </w:p>
        </w:tc>
        <w:tc>
          <w:tcPr>
            <w:tcW w:w="446" w:type="pct"/>
            <w:shd w:val="clear" w:color="auto" w:fill="FFFFFF" w:themeFill="background1"/>
            <w:vAlign w:val="bottom"/>
          </w:tcPr>
          <w:p w14:paraId="514C04A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shd w:val="clear" w:color="auto" w:fill="FFFFFF" w:themeFill="background1"/>
            <w:vAlign w:val="bottom"/>
          </w:tcPr>
          <w:p w14:paraId="6C5B6F2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686" w:type="pct"/>
            <w:shd w:val="clear" w:color="auto" w:fill="FFFFFF" w:themeFill="background1"/>
            <w:vAlign w:val="bottom"/>
          </w:tcPr>
          <w:p w14:paraId="0AC522D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635" w:type="pct"/>
            <w:shd w:val="clear" w:color="auto" w:fill="FFFFFF" w:themeFill="background1"/>
            <w:vAlign w:val="bottom"/>
          </w:tcPr>
          <w:p w14:paraId="47D7220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60" w:type="pct"/>
            <w:shd w:val="clear" w:color="auto" w:fill="FFFFFF" w:themeFill="background1"/>
            <w:vAlign w:val="bottom"/>
          </w:tcPr>
          <w:p w14:paraId="2340FA5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439" w:type="pct"/>
            <w:shd w:val="clear" w:color="auto" w:fill="FFFFFF" w:themeFill="background1"/>
            <w:vAlign w:val="bottom"/>
          </w:tcPr>
          <w:p w14:paraId="0ED01A3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537" w:type="pct"/>
            <w:shd w:val="clear" w:color="auto" w:fill="FFFFFF" w:themeFill="background1"/>
            <w:vAlign w:val="bottom"/>
          </w:tcPr>
          <w:p w14:paraId="6089B40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0.18</w:t>
            </w:r>
          </w:p>
        </w:tc>
        <w:tc>
          <w:tcPr>
            <w:tcW w:w="579" w:type="pct"/>
            <w:shd w:val="clear" w:color="auto" w:fill="FFFFFF" w:themeFill="background1"/>
            <w:vAlign w:val="bottom"/>
          </w:tcPr>
          <w:p w14:paraId="1DCD1FE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r>
      <w:tr w:rsidR="00A81EB2" w:rsidRPr="00A81EB2" w14:paraId="58543B0B" w14:textId="77777777" w:rsidTr="008B2F03">
        <w:tc>
          <w:tcPr>
            <w:tcW w:w="922" w:type="pct"/>
            <w:shd w:val="clear" w:color="auto" w:fill="FFFFFF" w:themeFill="background1"/>
            <w:vAlign w:val="bottom"/>
          </w:tcPr>
          <w:p w14:paraId="232A2A3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Paraphilias </w:t>
            </w:r>
          </w:p>
        </w:tc>
        <w:tc>
          <w:tcPr>
            <w:tcW w:w="446" w:type="pct"/>
            <w:shd w:val="clear" w:color="auto" w:fill="FFFFFF" w:themeFill="background1"/>
            <w:vAlign w:val="bottom"/>
          </w:tcPr>
          <w:p w14:paraId="23A2216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395" w:type="pct"/>
            <w:shd w:val="clear" w:color="auto" w:fill="FFFFFF" w:themeFill="background1"/>
            <w:vAlign w:val="bottom"/>
          </w:tcPr>
          <w:p w14:paraId="1DE8205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686" w:type="pct"/>
            <w:shd w:val="clear" w:color="auto" w:fill="FFFFFF" w:themeFill="background1"/>
            <w:vAlign w:val="bottom"/>
          </w:tcPr>
          <w:p w14:paraId="6D2DA51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635" w:type="pct"/>
            <w:shd w:val="clear" w:color="auto" w:fill="FFFFFF" w:themeFill="background1"/>
            <w:vAlign w:val="bottom"/>
          </w:tcPr>
          <w:p w14:paraId="0B23240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360" w:type="pct"/>
            <w:shd w:val="clear" w:color="auto" w:fill="FFFFFF" w:themeFill="background1"/>
            <w:vAlign w:val="bottom"/>
          </w:tcPr>
          <w:p w14:paraId="5E29A45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0.27</w:t>
            </w:r>
          </w:p>
        </w:tc>
        <w:tc>
          <w:tcPr>
            <w:tcW w:w="439" w:type="pct"/>
            <w:shd w:val="clear" w:color="auto" w:fill="FFFFFF" w:themeFill="background1"/>
            <w:vAlign w:val="bottom"/>
          </w:tcPr>
          <w:p w14:paraId="7E9367B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537" w:type="pct"/>
            <w:shd w:val="clear" w:color="auto" w:fill="FFFFFF" w:themeFill="background1"/>
            <w:vAlign w:val="bottom"/>
          </w:tcPr>
          <w:p w14:paraId="77FFA35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579" w:type="pct"/>
            <w:shd w:val="clear" w:color="auto" w:fill="FFFFFF" w:themeFill="background1"/>
            <w:vAlign w:val="bottom"/>
          </w:tcPr>
          <w:p w14:paraId="252A06D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48949BB5" w14:textId="77777777" w:rsidTr="008B2F03">
        <w:tc>
          <w:tcPr>
            <w:tcW w:w="922" w:type="pct"/>
            <w:shd w:val="clear" w:color="auto" w:fill="FFFFFF" w:themeFill="background1"/>
            <w:vAlign w:val="bottom"/>
          </w:tcPr>
          <w:p w14:paraId="3269FAE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Insomnia </w:t>
            </w:r>
          </w:p>
        </w:tc>
        <w:tc>
          <w:tcPr>
            <w:tcW w:w="446" w:type="pct"/>
            <w:shd w:val="clear" w:color="auto" w:fill="FFFFFF" w:themeFill="background1"/>
            <w:vAlign w:val="bottom"/>
          </w:tcPr>
          <w:p w14:paraId="26CB249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395" w:type="pct"/>
            <w:shd w:val="clear" w:color="auto" w:fill="FFFFFF" w:themeFill="background1"/>
            <w:vAlign w:val="bottom"/>
          </w:tcPr>
          <w:p w14:paraId="5A47A94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0.24</w:t>
            </w:r>
          </w:p>
        </w:tc>
        <w:tc>
          <w:tcPr>
            <w:tcW w:w="686" w:type="pct"/>
            <w:shd w:val="clear" w:color="auto" w:fill="FFFFFF" w:themeFill="background1"/>
            <w:vAlign w:val="bottom"/>
          </w:tcPr>
          <w:p w14:paraId="0A36866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635" w:type="pct"/>
            <w:shd w:val="clear" w:color="auto" w:fill="FFFFFF" w:themeFill="background1"/>
            <w:vAlign w:val="bottom"/>
          </w:tcPr>
          <w:p w14:paraId="68CFD7D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360" w:type="pct"/>
            <w:shd w:val="clear" w:color="auto" w:fill="FFFFFF" w:themeFill="background1"/>
            <w:vAlign w:val="bottom"/>
          </w:tcPr>
          <w:p w14:paraId="08974D1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439" w:type="pct"/>
            <w:shd w:val="clear" w:color="auto" w:fill="FFFFFF" w:themeFill="background1"/>
            <w:vAlign w:val="bottom"/>
          </w:tcPr>
          <w:p w14:paraId="2F74140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537" w:type="pct"/>
            <w:shd w:val="clear" w:color="auto" w:fill="FFFFFF" w:themeFill="background1"/>
            <w:vAlign w:val="bottom"/>
          </w:tcPr>
          <w:p w14:paraId="13308F9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579" w:type="pct"/>
            <w:shd w:val="clear" w:color="auto" w:fill="FFFFFF" w:themeFill="background1"/>
            <w:vAlign w:val="bottom"/>
          </w:tcPr>
          <w:p w14:paraId="49010E7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32B049D5" w14:textId="77777777" w:rsidTr="008B2F03">
        <w:tc>
          <w:tcPr>
            <w:tcW w:w="922" w:type="pct"/>
            <w:shd w:val="clear" w:color="auto" w:fill="FFFFFF" w:themeFill="background1"/>
            <w:vAlign w:val="bottom"/>
          </w:tcPr>
          <w:p w14:paraId="08265C9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Premature Orgasm</w:t>
            </w:r>
          </w:p>
        </w:tc>
        <w:tc>
          <w:tcPr>
            <w:tcW w:w="446" w:type="pct"/>
            <w:shd w:val="clear" w:color="auto" w:fill="FFFFFF" w:themeFill="background1"/>
            <w:vAlign w:val="bottom"/>
          </w:tcPr>
          <w:p w14:paraId="42BB3E5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95" w:type="pct"/>
            <w:shd w:val="clear" w:color="auto" w:fill="FFFFFF" w:themeFill="background1"/>
            <w:vAlign w:val="bottom"/>
          </w:tcPr>
          <w:p w14:paraId="2454350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686" w:type="pct"/>
            <w:shd w:val="clear" w:color="auto" w:fill="FFFFFF" w:themeFill="background1"/>
            <w:vAlign w:val="bottom"/>
          </w:tcPr>
          <w:p w14:paraId="4D830CB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35" w:type="pct"/>
            <w:shd w:val="clear" w:color="auto" w:fill="FFFFFF" w:themeFill="background1"/>
            <w:vAlign w:val="bottom"/>
          </w:tcPr>
          <w:p w14:paraId="378B5A5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360" w:type="pct"/>
            <w:shd w:val="clear" w:color="auto" w:fill="FFFFFF" w:themeFill="background1"/>
            <w:vAlign w:val="bottom"/>
          </w:tcPr>
          <w:p w14:paraId="781491B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439" w:type="pct"/>
            <w:shd w:val="clear" w:color="auto" w:fill="FFFFFF" w:themeFill="background1"/>
            <w:vAlign w:val="bottom"/>
          </w:tcPr>
          <w:p w14:paraId="4828085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c>
          <w:tcPr>
            <w:tcW w:w="537" w:type="pct"/>
            <w:shd w:val="clear" w:color="auto" w:fill="FFFFFF" w:themeFill="background1"/>
            <w:vAlign w:val="bottom"/>
          </w:tcPr>
          <w:p w14:paraId="42D4645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579" w:type="pct"/>
            <w:shd w:val="clear" w:color="auto" w:fill="FFFFFF" w:themeFill="background1"/>
            <w:vAlign w:val="bottom"/>
          </w:tcPr>
          <w:p w14:paraId="691A580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r>
      <w:tr w:rsidR="00A81EB2" w:rsidRPr="00A81EB2" w14:paraId="44AD19D7" w14:textId="77777777" w:rsidTr="008B2F03">
        <w:tc>
          <w:tcPr>
            <w:tcW w:w="922" w:type="pct"/>
            <w:shd w:val="clear" w:color="auto" w:fill="FFFFFF" w:themeFill="background1"/>
            <w:vAlign w:val="bottom"/>
          </w:tcPr>
          <w:p w14:paraId="300D2DD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Gambling </w:t>
            </w:r>
          </w:p>
        </w:tc>
        <w:tc>
          <w:tcPr>
            <w:tcW w:w="446" w:type="pct"/>
            <w:shd w:val="clear" w:color="auto" w:fill="FFFFFF" w:themeFill="background1"/>
            <w:vAlign w:val="bottom"/>
          </w:tcPr>
          <w:p w14:paraId="04A3A90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shd w:val="clear" w:color="auto" w:fill="FFFFFF" w:themeFill="background1"/>
            <w:vAlign w:val="bottom"/>
          </w:tcPr>
          <w:p w14:paraId="1598664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686" w:type="pct"/>
            <w:shd w:val="clear" w:color="auto" w:fill="FFFFFF" w:themeFill="background1"/>
            <w:vAlign w:val="bottom"/>
          </w:tcPr>
          <w:p w14:paraId="1298B1D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635" w:type="pct"/>
            <w:shd w:val="clear" w:color="auto" w:fill="FFFFFF" w:themeFill="background1"/>
            <w:vAlign w:val="bottom"/>
          </w:tcPr>
          <w:p w14:paraId="06EB959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360" w:type="pct"/>
            <w:shd w:val="clear" w:color="auto" w:fill="FFFFFF" w:themeFill="background1"/>
            <w:vAlign w:val="bottom"/>
          </w:tcPr>
          <w:p w14:paraId="16D5BD4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c>
          <w:tcPr>
            <w:tcW w:w="439" w:type="pct"/>
            <w:shd w:val="clear" w:color="auto" w:fill="FFFFFF" w:themeFill="background1"/>
            <w:vAlign w:val="bottom"/>
          </w:tcPr>
          <w:p w14:paraId="20CC4D2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537" w:type="pct"/>
            <w:shd w:val="clear" w:color="auto" w:fill="FFFFFF" w:themeFill="background1"/>
            <w:vAlign w:val="bottom"/>
          </w:tcPr>
          <w:p w14:paraId="58B98A2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579" w:type="pct"/>
            <w:shd w:val="clear" w:color="auto" w:fill="FFFFFF" w:themeFill="background1"/>
            <w:vAlign w:val="bottom"/>
          </w:tcPr>
          <w:p w14:paraId="60F57C4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r>
      <w:tr w:rsidR="00A81EB2" w:rsidRPr="00A81EB2" w14:paraId="5062C71E" w14:textId="77777777" w:rsidTr="008B2F03">
        <w:tc>
          <w:tcPr>
            <w:tcW w:w="922" w:type="pct"/>
            <w:shd w:val="clear" w:color="auto" w:fill="FFFFFF" w:themeFill="background1"/>
            <w:vAlign w:val="bottom"/>
          </w:tcPr>
          <w:p w14:paraId="3FC51E7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Manic Energy</w:t>
            </w:r>
          </w:p>
        </w:tc>
        <w:tc>
          <w:tcPr>
            <w:tcW w:w="446" w:type="pct"/>
            <w:shd w:val="clear" w:color="auto" w:fill="FFFFFF" w:themeFill="background1"/>
            <w:vAlign w:val="bottom"/>
          </w:tcPr>
          <w:p w14:paraId="082F123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395" w:type="pct"/>
            <w:shd w:val="clear" w:color="auto" w:fill="FFFFFF" w:themeFill="background1"/>
            <w:vAlign w:val="bottom"/>
          </w:tcPr>
          <w:p w14:paraId="10DA0D3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686" w:type="pct"/>
            <w:shd w:val="clear" w:color="auto" w:fill="FFFFFF" w:themeFill="background1"/>
            <w:vAlign w:val="bottom"/>
          </w:tcPr>
          <w:p w14:paraId="183AA76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635" w:type="pct"/>
            <w:shd w:val="clear" w:color="auto" w:fill="FFFFFF" w:themeFill="background1"/>
            <w:vAlign w:val="bottom"/>
          </w:tcPr>
          <w:p w14:paraId="1D35679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c>
          <w:tcPr>
            <w:tcW w:w="360" w:type="pct"/>
            <w:shd w:val="clear" w:color="auto" w:fill="FFFFFF" w:themeFill="background1"/>
            <w:vAlign w:val="bottom"/>
          </w:tcPr>
          <w:p w14:paraId="24D3329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439" w:type="pct"/>
            <w:shd w:val="clear" w:color="auto" w:fill="FFFFFF" w:themeFill="background1"/>
            <w:vAlign w:val="bottom"/>
          </w:tcPr>
          <w:p w14:paraId="5549A46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537" w:type="pct"/>
            <w:shd w:val="clear" w:color="auto" w:fill="FFFFFF" w:themeFill="background1"/>
            <w:vAlign w:val="bottom"/>
          </w:tcPr>
          <w:p w14:paraId="0535B8F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0.29</w:t>
            </w:r>
          </w:p>
        </w:tc>
        <w:tc>
          <w:tcPr>
            <w:tcW w:w="579" w:type="pct"/>
            <w:shd w:val="clear" w:color="auto" w:fill="FFFFFF" w:themeFill="background1"/>
            <w:vAlign w:val="bottom"/>
          </w:tcPr>
          <w:p w14:paraId="7905037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r>
      <w:tr w:rsidR="00A81EB2" w:rsidRPr="00A81EB2" w14:paraId="77BE3701" w14:textId="77777777" w:rsidTr="008B2F03">
        <w:tc>
          <w:tcPr>
            <w:tcW w:w="922" w:type="pct"/>
            <w:shd w:val="clear" w:color="auto" w:fill="FFFFFF" w:themeFill="background1"/>
            <w:vAlign w:val="bottom"/>
          </w:tcPr>
          <w:p w14:paraId="787DB07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Food Selectivity</w:t>
            </w:r>
          </w:p>
        </w:tc>
        <w:tc>
          <w:tcPr>
            <w:tcW w:w="446" w:type="pct"/>
            <w:shd w:val="clear" w:color="auto" w:fill="FFFFFF" w:themeFill="background1"/>
            <w:vAlign w:val="bottom"/>
          </w:tcPr>
          <w:p w14:paraId="08E8055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shd w:val="clear" w:color="auto" w:fill="FFFFFF" w:themeFill="background1"/>
            <w:vAlign w:val="bottom"/>
          </w:tcPr>
          <w:p w14:paraId="4821F6A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686" w:type="pct"/>
            <w:shd w:val="clear" w:color="auto" w:fill="FFFFFF" w:themeFill="background1"/>
            <w:vAlign w:val="bottom"/>
          </w:tcPr>
          <w:p w14:paraId="5A0158C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635" w:type="pct"/>
            <w:shd w:val="clear" w:color="auto" w:fill="FFFFFF" w:themeFill="background1"/>
            <w:vAlign w:val="bottom"/>
          </w:tcPr>
          <w:p w14:paraId="00B70BB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360" w:type="pct"/>
            <w:shd w:val="clear" w:color="auto" w:fill="FFFFFF" w:themeFill="background1"/>
            <w:vAlign w:val="bottom"/>
          </w:tcPr>
          <w:p w14:paraId="0949C51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439" w:type="pct"/>
            <w:shd w:val="clear" w:color="auto" w:fill="FFFFFF" w:themeFill="background1"/>
            <w:vAlign w:val="bottom"/>
          </w:tcPr>
          <w:p w14:paraId="6E1A2FF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0.25</w:t>
            </w:r>
          </w:p>
        </w:tc>
        <w:tc>
          <w:tcPr>
            <w:tcW w:w="537" w:type="pct"/>
            <w:shd w:val="clear" w:color="auto" w:fill="FFFFFF" w:themeFill="background1"/>
            <w:vAlign w:val="bottom"/>
          </w:tcPr>
          <w:p w14:paraId="7DAECF56"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0.21</w:t>
            </w:r>
          </w:p>
        </w:tc>
        <w:tc>
          <w:tcPr>
            <w:tcW w:w="579" w:type="pct"/>
            <w:shd w:val="clear" w:color="auto" w:fill="FFFFFF" w:themeFill="background1"/>
            <w:vAlign w:val="bottom"/>
          </w:tcPr>
          <w:p w14:paraId="36550C1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0.07</w:t>
            </w:r>
          </w:p>
        </w:tc>
      </w:tr>
      <w:tr w:rsidR="00A81EB2" w:rsidRPr="00A81EB2" w14:paraId="78116B0C" w14:textId="77777777" w:rsidTr="008B2F03">
        <w:tc>
          <w:tcPr>
            <w:tcW w:w="922" w:type="pct"/>
            <w:shd w:val="clear" w:color="auto" w:fill="FFFFFF" w:themeFill="background1"/>
          </w:tcPr>
          <w:p w14:paraId="5751215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Delusions</w:t>
            </w:r>
          </w:p>
        </w:tc>
        <w:tc>
          <w:tcPr>
            <w:tcW w:w="446" w:type="pct"/>
            <w:shd w:val="clear" w:color="auto" w:fill="FFFFFF" w:themeFill="background1"/>
            <w:vAlign w:val="bottom"/>
          </w:tcPr>
          <w:p w14:paraId="5E78E9B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395" w:type="pct"/>
            <w:shd w:val="clear" w:color="auto" w:fill="FFFFFF" w:themeFill="background1"/>
            <w:vAlign w:val="bottom"/>
          </w:tcPr>
          <w:p w14:paraId="5FABB70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-0.17</w:t>
            </w:r>
          </w:p>
        </w:tc>
        <w:tc>
          <w:tcPr>
            <w:tcW w:w="686" w:type="pct"/>
            <w:shd w:val="clear" w:color="auto" w:fill="FFFFFF" w:themeFill="background1"/>
            <w:vAlign w:val="bottom"/>
          </w:tcPr>
          <w:p w14:paraId="599A3AD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635" w:type="pct"/>
            <w:shd w:val="clear" w:color="auto" w:fill="FFFFFF" w:themeFill="background1"/>
            <w:vAlign w:val="bottom"/>
          </w:tcPr>
          <w:p w14:paraId="0CCF86F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60" w:type="pct"/>
            <w:shd w:val="clear" w:color="auto" w:fill="FFFFFF" w:themeFill="background1"/>
            <w:vAlign w:val="bottom"/>
          </w:tcPr>
          <w:p w14:paraId="1079BB8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0.09</w:t>
            </w:r>
          </w:p>
        </w:tc>
        <w:tc>
          <w:tcPr>
            <w:tcW w:w="439" w:type="pct"/>
            <w:shd w:val="clear" w:color="auto" w:fill="FFFFFF" w:themeFill="background1"/>
            <w:vAlign w:val="bottom"/>
          </w:tcPr>
          <w:p w14:paraId="291BDEF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0.27</w:t>
            </w:r>
          </w:p>
        </w:tc>
        <w:tc>
          <w:tcPr>
            <w:tcW w:w="537" w:type="pct"/>
            <w:shd w:val="clear" w:color="auto" w:fill="FFFFFF" w:themeFill="background1"/>
            <w:vAlign w:val="bottom"/>
          </w:tcPr>
          <w:p w14:paraId="2D44A688"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0.27</w:t>
            </w:r>
          </w:p>
        </w:tc>
        <w:tc>
          <w:tcPr>
            <w:tcW w:w="579" w:type="pct"/>
            <w:shd w:val="clear" w:color="auto" w:fill="FFFFFF" w:themeFill="background1"/>
            <w:vAlign w:val="bottom"/>
          </w:tcPr>
          <w:p w14:paraId="3DB58739"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0.05</w:t>
            </w:r>
          </w:p>
        </w:tc>
      </w:tr>
      <w:tr w:rsidR="00A81EB2" w:rsidRPr="00A81EB2" w14:paraId="47C312E4" w14:textId="77777777" w:rsidTr="008B2F03">
        <w:tc>
          <w:tcPr>
            <w:tcW w:w="922" w:type="pct"/>
            <w:shd w:val="clear" w:color="auto" w:fill="FFFFFF" w:themeFill="background1"/>
          </w:tcPr>
          <w:p w14:paraId="4F44A74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Workaholism    </w:t>
            </w:r>
          </w:p>
        </w:tc>
        <w:tc>
          <w:tcPr>
            <w:tcW w:w="446" w:type="pct"/>
            <w:shd w:val="clear" w:color="auto" w:fill="FFFFFF" w:themeFill="background1"/>
            <w:vAlign w:val="bottom"/>
          </w:tcPr>
          <w:p w14:paraId="17D2AC5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395" w:type="pct"/>
            <w:shd w:val="clear" w:color="auto" w:fill="FFFFFF" w:themeFill="background1"/>
            <w:vAlign w:val="bottom"/>
          </w:tcPr>
          <w:p w14:paraId="082AFD2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-0.22</w:t>
            </w:r>
          </w:p>
        </w:tc>
        <w:tc>
          <w:tcPr>
            <w:tcW w:w="686" w:type="pct"/>
            <w:shd w:val="clear" w:color="auto" w:fill="FFFFFF" w:themeFill="background1"/>
            <w:vAlign w:val="bottom"/>
          </w:tcPr>
          <w:p w14:paraId="743F39D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0.12</w:t>
            </w:r>
          </w:p>
        </w:tc>
        <w:tc>
          <w:tcPr>
            <w:tcW w:w="635" w:type="pct"/>
            <w:shd w:val="clear" w:color="auto" w:fill="FFFFFF" w:themeFill="background1"/>
            <w:vAlign w:val="bottom"/>
          </w:tcPr>
          <w:p w14:paraId="389B5B3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360" w:type="pct"/>
            <w:shd w:val="clear" w:color="auto" w:fill="FFFFFF" w:themeFill="background1"/>
            <w:vAlign w:val="bottom"/>
          </w:tcPr>
          <w:p w14:paraId="3B07A3A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439" w:type="pct"/>
            <w:shd w:val="clear" w:color="auto" w:fill="FFFFFF" w:themeFill="background1"/>
            <w:vAlign w:val="bottom"/>
          </w:tcPr>
          <w:p w14:paraId="2F1E0081"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0.00</w:t>
            </w:r>
          </w:p>
        </w:tc>
        <w:tc>
          <w:tcPr>
            <w:tcW w:w="537" w:type="pct"/>
            <w:shd w:val="clear" w:color="auto" w:fill="FFFFFF" w:themeFill="background1"/>
            <w:vAlign w:val="bottom"/>
          </w:tcPr>
          <w:p w14:paraId="2D062F9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c>
          <w:tcPr>
            <w:tcW w:w="579" w:type="pct"/>
            <w:shd w:val="clear" w:color="auto" w:fill="FFFFFF" w:themeFill="background1"/>
            <w:vAlign w:val="bottom"/>
          </w:tcPr>
          <w:p w14:paraId="615CFF8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r>
      <w:tr w:rsidR="00A81EB2" w:rsidRPr="00A81EB2" w14:paraId="685FE7FD" w14:textId="77777777" w:rsidTr="008B2F03">
        <w:tc>
          <w:tcPr>
            <w:tcW w:w="922" w:type="pct"/>
            <w:shd w:val="clear" w:color="auto" w:fill="FFFFFF" w:themeFill="background1"/>
          </w:tcPr>
          <w:p w14:paraId="21B8878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Appetite Loss </w:t>
            </w:r>
          </w:p>
        </w:tc>
        <w:tc>
          <w:tcPr>
            <w:tcW w:w="446" w:type="pct"/>
            <w:shd w:val="clear" w:color="auto" w:fill="FFFFFF" w:themeFill="background1"/>
            <w:vAlign w:val="bottom"/>
          </w:tcPr>
          <w:p w14:paraId="3F34F41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395" w:type="pct"/>
            <w:shd w:val="clear" w:color="auto" w:fill="FFFFFF" w:themeFill="background1"/>
            <w:vAlign w:val="bottom"/>
          </w:tcPr>
          <w:p w14:paraId="6D848485"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686" w:type="pct"/>
            <w:shd w:val="clear" w:color="auto" w:fill="FFFFFF" w:themeFill="background1"/>
            <w:vAlign w:val="bottom"/>
          </w:tcPr>
          <w:p w14:paraId="0FDCD9A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0.19</w:t>
            </w:r>
          </w:p>
        </w:tc>
        <w:tc>
          <w:tcPr>
            <w:tcW w:w="635" w:type="pct"/>
            <w:shd w:val="clear" w:color="auto" w:fill="FFFFFF" w:themeFill="background1"/>
            <w:vAlign w:val="bottom"/>
          </w:tcPr>
          <w:p w14:paraId="2697A95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0.20</w:t>
            </w:r>
          </w:p>
        </w:tc>
        <w:tc>
          <w:tcPr>
            <w:tcW w:w="360" w:type="pct"/>
            <w:shd w:val="clear" w:color="auto" w:fill="FFFFFF" w:themeFill="background1"/>
            <w:vAlign w:val="bottom"/>
          </w:tcPr>
          <w:p w14:paraId="2347A91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0.21</w:t>
            </w:r>
          </w:p>
        </w:tc>
        <w:tc>
          <w:tcPr>
            <w:tcW w:w="439" w:type="pct"/>
            <w:shd w:val="clear" w:color="auto" w:fill="FFFFFF" w:themeFill="background1"/>
            <w:vAlign w:val="bottom"/>
          </w:tcPr>
          <w:p w14:paraId="0F2E022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0.28</w:t>
            </w:r>
          </w:p>
        </w:tc>
        <w:tc>
          <w:tcPr>
            <w:tcW w:w="537" w:type="pct"/>
            <w:shd w:val="clear" w:color="auto" w:fill="FFFFFF" w:themeFill="background1"/>
            <w:vAlign w:val="bottom"/>
          </w:tcPr>
          <w:p w14:paraId="7315CAF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579" w:type="pct"/>
            <w:shd w:val="clear" w:color="auto" w:fill="FFFFFF" w:themeFill="background1"/>
            <w:vAlign w:val="bottom"/>
          </w:tcPr>
          <w:p w14:paraId="2617568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-0.13</w:t>
            </w:r>
          </w:p>
        </w:tc>
      </w:tr>
      <w:tr w:rsidR="00A81EB2" w:rsidRPr="00A81EB2" w14:paraId="0CD3FB07" w14:textId="77777777" w:rsidTr="008B2F03">
        <w:tc>
          <w:tcPr>
            <w:tcW w:w="922" w:type="pct"/>
            <w:shd w:val="clear" w:color="auto" w:fill="FFFFFF" w:themeFill="background1"/>
          </w:tcPr>
          <w:p w14:paraId="4253B86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Trichotillomania </w:t>
            </w:r>
          </w:p>
        </w:tc>
        <w:tc>
          <w:tcPr>
            <w:tcW w:w="446" w:type="pct"/>
            <w:shd w:val="clear" w:color="auto" w:fill="FFFFFF" w:themeFill="background1"/>
            <w:vAlign w:val="bottom"/>
          </w:tcPr>
          <w:p w14:paraId="20D69CBE"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0.04</w:t>
            </w:r>
          </w:p>
        </w:tc>
        <w:tc>
          <w:tcPr>
            <w:tcW w:w="395" w:type="pct"/>
            <w:shd w:val="clear" w:color="auto" w:fill="FFFFFF" w:themeFill="background1"/>
            <w:vAlign w:val="bottom"/>
          </w:tcPr>
          <w:p w14:paraId="6447DD8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c>
          <w:tcPr>
            <w:tcW w:w="686" w:type="pct"/>
            <w:shd w:val="clear" w:color="auto" w:fill="FFFFFF" w:themeFill="background1"/>
            <w:vAlign w:val="bottom"/>
          </w:tcPr>
          <w:p w14:paraId="340A0F8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635" w:type="pct"/>
            <w:shd w:val="clear" w:color="auto" w:fill="FFFFFF" w:themeFill="background1"/>
            <w:vAlign w:val="bottom"/>
          </w:tcPr>
          <w:p w14:paraId="0101C00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0.10</w:t>
            </w:r>
          </w:p>
        </w:tc>
        <w:tc>
          <w:tcPr>
            <w:tcW w:w="360" w:type="pct"/>
            <w:shd w:val="clear" w:color="auto" w:fill="FFFFFF" w:themeFill="background1"/>
            <w:vAlign w:val="bottom"/>
          </w:tcPr>
          <w:p w14:paraId="3B3173B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0.03</w:t>
            </w:r>
          </w:p>
        </w:tc>
        <w:tc>
          <w:tcPr>
            <w:tcW w:w="439" w:type="pct"/>
            <w:shd w:val="clear" w:color="auto" w:fill="FFFFFF" w:themeFill="background1"/>
            <w:vAlign w:val="bottom"/>
          </w:tcPr>
          <w:p w14:paraId="732FECE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37" w:type="pct"/>
            <w:shd w:val="clear" w:color="auto" w:fill="FFFFFF" w:themeFill="background1"/>
            <w:vAlign w:val="bottom"/>
          </w:tcPr>
          <w:p w14:paraId="10A0F1B4"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0.06</w:t>
            </w:r>
          </w:p>
        </w:tc>
        <w:tc>
          <w:tcPr>
            <w:tcW w:w="579" w:type="pct"/>
            <w:shd w:val="clear" w:color="auto" w:fill="FFFFFF" w:themeFill="background1"/>
            <w:vAlign w:val="bottom"/>
          </w:tcPr>
          <w:p w14:paraId="09654350"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0.02</w:t>
            </w:r>
          </w:p>
        </w:tc>
      </w:tr>
      <w:tr w:rsidR="00A81EB2" w:rsidRPr="00A81EB2" w14:paraId="70335069" w14:textId="77777777" w:rsidTr="008B2F03">
        <w:tc>
          <w:tcPr>
            <w:tcW w:w="922" w:type="pct"/>
            <w:tcBorders>
              <w:bottom w:val="single" w:sz="4" w:space="0" w:color="auto"/>
            </w:tcBorders>
            <w:shd w:val="clear" w:color="auto" w:fill="FFFFFF" w:themeFill="background1"/>
          </w:tcPr>
          <w:p w14:paraId="3B520067"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Submissiveness  </w:t>
            </w:r>
          </w:p>
        </w:tc>
        <w:tc>
          <w:tcPr>
            <w:tcW w:w="446" w:type="pct"/>
            <w:tcBorders>
              <w:bottom w:val="single" w:sz="4" w:space="0" w:color="auto"/>
            </w:tcBorders>
            <w:shd w:val="clear" w:color="auto" w:fill="FFFFFF" w:themeFill="background1"/>
            <w:vAlign w:val="bottom"/>
          </w:tcPr>
          <w:p w14:paraId="53E6467C"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0.15</w:t>
            </w:r>
          </w:p>
        </w:tc>
        <w:tc>
          <w:tcPr>
            <w:tcW w:w="395" w:type="pct"/>
            <w:tcBorders>
              <w:bottom w:val="single" w:sz="4" w:space="0" w:color="auto"/>
            </w:tcBorders>
            <w:shd w:val="clear" w:color="auto" w:fill="FFFFFF" w:themeFill="background1"/>
            <w:vAlign w:val="bottom"/>
          </w:tcPr>
          <w:p w14:paraId="442ADF6F"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0.16</w:t>
            </w:r>
          </w:p>
        </w:tc>
        <w:tc>
          <w:tcPr>
            <w:tcW w:w="686" w:type="pct"/>
            <w:tcBorders>
              <w:bottom w:val="single" w:sz="4" w:space="0" w:color="auto"/>
            </w:tcBorders>
            <w:shd w:val="clear" w:color="auto" w:fill="FFFFFF" w:themeFill="background1"/>
            <w:vAlign w:val="bottom"/>
          </w:tcPr>
          <w:p w14:paraId="3BCA7DB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635" w:type="pct"/>
            <w:tcBorders>
              <w:bottom w:val="single" w:sz="4" w:space="0" w:color="auto"/>
            </w:tcBorders>
            <w:shd w:val="clear" w:color="auto" w:fill="FFFFFF" w:themeFill="background1"/>
            <w:vAlign w:val="bottom"/>
          </w:tcPr>
          <w:p w14:paraId="6246A263"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-0.01</w:t>
            </w:r>
          </w:p>
        </w:tc>
        <w:tc>
          <w:tcPr>
            <w:tcW w:w="360" w:type="pct"/>
            <w:tcBorders>
              <w:bottom w:val="single" w:sz="4" w:space="0" w:color="auto"/>
            </w:tcBorders>
            <w:shd w:val="clear" w:color="auto" w:fill="FFFFFF" w:themeFill="background1"/>
            <w:vAlign w:val="bottom"/>
          </w:tcPr>
          <w:p w14:paraId="4AD08AED"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-0.14</w:t>
            </w:r>
          </w:p>
        </w:tc>
        <w:tc>
          <w:tcPr>
            <w:tcW w:w="439" w:type="pct"/>
            <w:tcBorders>
              <w:bottom w:val="single" w:sz="4" w:space="0" w:color="auto"/>
            </w:tcBorders>
            <w:shd w:val="clear" w:color="auto" w:fill="FFFFFF" w:themeFill="background1"/>
            <w:vAlign w:val="bottom"/>
          </w:tcPr>
          <w:p w14:paraId="3D6E9392"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0.11</w:t>
            </w:r>
          </w:p>
        </w:tc>
        <w:tc>
          <w:tcPr>
            <w:tcW w:w="537" w:type="pct"/>
            <w:tcBorders>
              <w:bottom w:val="single" w:sz="4" w:space="0" w:color="auto"/>
            </w:tcBorders>
            <w:shd w:val="clear" w:color="auto" w:fill="FFFFFF" w:themeFill="background1"/>
            <w:vAlign w:val="bottom"/>
          </w:tcPr>
          <w:p w14:paraId="562009FA"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0.23</w:t>
            </w:r>
          </w:p>
        </w:tc>
        <w:tc>
          <w:tcPr>
            <w:tcW w:w="579" w:type="pct"/>
            <w:tcBorders>
              <w:bottom w:val="single" w:sz="4" w:space="0" w:color="auto"/>
            </w:tcBorders>
            <w:shd w:val="clear" w:color="auto" w:fill="FFFFFF" w:themeFill="background1"/>
            <w:vAlign w:val="bottom"/>
          </w:tcPr>
          <w:p w14:paraId="262B8FAB" w14:textId="77777777" w:rsidR="00A81EB2" w:rsidRPr="00A81EB2" w:rsidRDefault="00A81EB2" w:rsidP="00541FA8">
            <w:pPr>
              <w:rPr>
                <w:rFonts w:ascii="Times New Roman" w:hAnsi="Times New Roman" w:cs="Times New Roman"/>
                <w:sz w:val="20"/>
                <w:szCs w:val="20"/>
              </w:rPr>
            </w:pPr>
            <w:r w:rsidRPr="00A81EB2">
              <w:rPr>
                <w:rFonts w:ascii="Times New Roman" w:hAnsi="Times New Roman" w:cs="Times New Roman"/>
                <w:sz w:val="20"/>
                <w:szCs w:val="20"/>
              </w:rPr>
              <w:t>-0.08</w:t>
            </w:r>
          </w:p>
        </w:tc>
      </w:tr>
      <w:tr w:rsidR="00A81EB2" w:rsidRPr="00015D37" w14:paraId="60651FC1" w14:textId="77777777" w:rsidTr="008B2F03">
        <w:trPr>
          <w:trHeight w:val="404"/>
        </w:trPr>
        <w:tc>
          <w:tcPr>
            <w:tcW w:w="5000" w:type="pct"/>
            <w:gridSpan w:val="9"/>
            <w:tcBorders>
              <w:top w:val="single" w:sz="4" w:space="0" w:color="auto"/>
            </w:tcBorders>
          </w:tcPr>
          <w:p w14:paraId="7BA0BC4F" w14:textId="77777777" w:rsidR="00A81EB2" w:rsidRPr="00015D37" w:rsidRDefault="00A81EB2" w:rsidP="00541FA8">
            <w:pPr>
              <w:rPr>
                <w:rFonts w:ascii="Times New Roman" w:hAnsi="Times New Roman" w:cs="Times New Roman"/>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7259BADB" w14:textId="77777777" w:rsidR="00AB1A81" w:rsidRDefault="00AB1A81" w:rsidP="00923602">
      <w:pPr>
        <w:spacing w:line="480" w:lineRule="auto"/>
        <w:rPr>
          <w:rFonts w:ascii="Times New Roman" w:hAnsi="Times New Roman" w:cs="Times New Roman"/>
        </w:rPr>
      </w:pPr>
    </w:p>
    <w:p w14:paraId="72BF1049" w14:textId="77777777" w:rsidR="007E3834" w:rsidRDefault="007E3834" w:rsidP="00923602">
      <w:pPr>
        <w:spacing w:line="480" w:lineRule="auto"/>
        <w:rPr>
          <w:rFonts w:ascii="Times New Roman" w:hAnsi="Times New Roman" w:cs="Times New Roman"/>
        </w:rPr>
      </w:pPr>
    </w:p>
    <w:p w14:paraId="17DB248B" w14:textId="77777777" w:rsidR="007E3834" w:rsidRDefault="007E3834" w:rsidP="00923602">
      <w:pPr>
        <w:spacing w:line="480" w:lineRule="auto"/>
        <w:rPr>
          <w:rFonts w:ascii="Times New Roman" w:hAnsi="Times New Roman" w:cs="Times New Roman"/>
        </w:rPr>
      </w:pPr>
    </w:p>
    <w:p w14:paraId="5537E126" w14:textId="77777777" w:rsidR="007E3834" w:rsidRDefault="007E3834" w:rsidP="00923602">
      <w:pPr>
        <w:spacing w:line="480" w:lineRule="auto"/>
        <w:rPr>
          <w:rFonts w:ascii="Times New Roman" w:hAnsi="Times New Roman" w:cs="Times New Roman"/>
        </w:rPr>
      </w:pPr>
    </w:p>
    <w:p w14:paraId="387E2AAB" w14:textId="77777777" w:rsidR="007E3834" w:rsidRDefault="007E3834" w:rsidP="00923602">
      <w:pPr>
        <w:spacing w:line="480" w:lineRule="auto"/>
        <w:rPr>
          <w:rFonts w:ascii="Times New Roman" w:hAnsi="Times New Roman" w:cs="Times New Roman"/>
        </w:rPr>
        <w:sectPr w:rsidR="007E3834" w:rsidSect="007E3834">
          <w:headerReference w:type="even" r:id="rId8"/>
          <w:headerReference w:type="default" r:id="rId9"/>
          <w:pgSz w:w="12226" w:h="15840"/>
          <w:pgMar w:top="1440" w:right="1440" w:bottom="1440" w:left="1440" w:header="720" w:footer="720" w:gutter="0"/>
          <w:cols w:space="720"/>
          <w:docGrid w:linePitch="360"/>
        </w:sectPr>
      </w:pPr>
    </w:p>
    <w:tbl>
      <w:tblPr>
        <w:tblStyle w:val="TableGrid"/>
        <w:tblpPr w:leftFromText="180" w:rightFromText="180" w:horzAnchor="margin" w:tblpXSpec="center" w:tblpY="-1544"/>
        <w:tblW w:w="60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24"/>
        <w:gridCol w:w="1145"/>
        <w:gridCol w:w="992"/>
        <w:gridCol w:w="1619"/>
        <w:gridCol w:w="1170"/>
        <w:gridCol w:w="1261"/>
        <w:gridCol w:w="1170"/>
        <w:gridCol w:w="990"/>
        <w:gridCol w:w="1170"/>
        <w:gridCol w:w="1081"/>
        <w:gridCol w:w="1439"/>
      </w:tblGrid>
      <w:tr w:rsidR="00746889" w:rsidRPr="00015D37" w14:paraId="1BB8743D" w14:textId="77777777" w:rsidTr="00462317">
        <w:trPr>
          <w:trHeight w:val="540"/>
        </w:trPr>
        <w:tc>
          <w:tcPr>
            <w:tcW w:w="4091" w:type="pct"/>
            <w:gridSpan w:val="9"/>
            <w:tcBorders>
              <w:bottom w:val="single" w:sz="4" w:space="0" w:color="auto"/>
            </w:tcBorders>
          </w:tcPr>
          <w:p w14:paraId="3A378632" w14:textId="77777777" w:rsidR="007E3834" w:rsidRPr="00027A52" w:rsidRDefault="007E3834" w:rsidP="00616D31">
            <w:pPr>
              <w:rPr>
                <w:b/>
                <w:bCs/>
              </w:rPr>
            </w:pPr>
            <w:r w:rsidRPr="00027A52">
              <w:rPr>
                <w:rFonts w:ascii="Times New Roman" w:hAnsi="Times New Roman" w:cs="Times New Roman"/>
                <w:b/>
                <w:bCs/>
                <w:color w:val="000000" w:themeColor="text1"/>
              </w:rPr>
              <w:lastRenderedPageBreak/>
              <w:t>Table S12</w:t>
            </w:r>
          </w:p>
          <w:p w14:paraId="7F24010E" w14:textId="31200E01" w:rsidR="007E3834" w:rsidRPr="00015D37" w:rsidRDefault="007E3834" w:rsidP="00616D31">
            <w:pPr>
              <w:rPr>
                <w:rFonts w:ascii="Times New Roman" w:hAnsi="Times New Roman" w:cs="Times New Roman"/>
                <w:sz w:val="20"/>
                <w:szCs w:val="20"/>
              </w:rPr>
            </w:pPr>
            <w:r w:rsidRPr="002B725C">
              <w:rPr>
                <w:rFonts w:ascii="Times New Roman" w:hAnsi="Times New Roman" w:cs="Times New Roman"/>
                <w:i/>
                <w:iCs/>
                <w:color w:val="000000" w:themeColor="text1"/>
              </w:rPr>
              <w:t xml:space="preserve">Factor Loadings </w:t>
            </w:r>
            <w:r>
              <w:rPr>
                <w:rFonts w:ascii="Times New Roman" w:hAnsi="Times New Roman" w:cs="Times New Roman"/>
                <w:i/>
                <w:iCs/>
                <w:color w:val="000000" w:themeColor="text1"/>
              </w:rPr>
              <w:t>for the</w:t>
            </w:r>
            <w:r w:rsidRPr="002B725C">
              <w:rPr>
                <w:rFonts w:ascii="Times New Roman" w:hAnsi="Times New Roman" w:cs="Times New Roman"/>
                <w:i/>
                <w:iCs/>
                <w:color w:val="000000" w:themeColor="text1"/>
              </w:rPr>
              <w:t xml:space="preserve"> </w:t>
            </w:r>
            <w:r>
              <w:rPr>
                <w:rFonts w:ascii="Times New Roman" w:hAnsi="Times New Roman" w:cs="Times New Roman"/>
                <w:i/>
                <w:iCs/>
                <w:color w:val="000000" w:themeColor="text1"/>
              </w:rPr>
              <w:t>10-factor Solution of</w:t>
            </w:r>
            <w:r w:rsidRPr="002B725C">
              <w:rPr>
                <w:rFonts w:ascii="Times New Roman" w:hAnsi="Times New Roman" w:cs="Times New Roman"/>
                <w:i/>
                <w:iCs/>
                <w:color w:val="000000" w:themeColor="text1"/>
              </w:rPr>
              <w:t xml:space="preserve"> </w:t>
            </w:r>
            <w:proofErr w:type="spellStart"/>
            <w:r w:rsidR="00B14F60">
              <w:rPr>
                <w:rFonts w:ascii="Times New Roman" w:hAnsi="Times New Roman" w:cs="Times New Roman"/>
                <w:i/>
                <w:iCs/>
                <w:color w:val="000000" w:themeColor="text1"/>
              </w:rPr>
              <w:t>HiTOP</w:t>
            </w:r>
            <w:proofErr w:type="spellEnd"/>
            <w:r w:rsidR="00B14F60">
              <w:rPr>
                <w:rFonts w:ascii="Times New Roman" w:hAnsi="Times New Roman" w:cs="Times New Roman"/>
                <w:i/>
                <w:iCs/>
                <w:color w:val="000000" w:themeColor="text1"/>
              </w:rPr>
              <w:t>-SR</w:t>
            </w:r>
            <w:r w:rsidRPr="002B725C">
              <w:rPr>
                <w:rFonts w:ascii="Times New Roman" w:hAnsi="Times New Roman" w:cs="Times New Roman"/>
                <w:i/>
                <w:iCs/>
                <w:color w:val="000000" w:themeColor="text1"/>
              </w:rPr>
              <w:t xml:space="preserve"> Scales</w:t>
            </w:r>
          </w:p>
        </w:tc>
        <w:tc>
          <w:tcPr>
            <w:tcW w:w="390" w:type="pct"/>
            <w:tcBorders>
              <w:bottom w:val="single" w:sz="4" w:space="0" w:color="auto"/>
            </w:tcBorders>
          </w:tcPr>
          <w:p w14:paraId="23496E93" w14:textId="77777777" w:rsidR="007E3834" w:rsidRDefault="007E3834" w:rsidP="00616D31">
            <w:pPr>
              <w:rPr>
                <w:rFonts w:ascii="Times New Roman" w:hAnsi="Times New Roman" w:cs="Times New Roman"/>
                <w:i/>
                <w:iCs/>
                <w:color w:val="000000" w:themeColor="text1"/>
              </w:rPr>
            </w:pPr>
          </w:p>
        </w:tc>
        <w:tc>
          <w:tcPr>
            <w:tcW w:w="519" w:type="pct"/>
            <w:tcBorders>
              <w:bottom w:val="single" w:sz="4" w:space="0" w:color="auto"/>
            </w:tcBorders>
          </w:tcPr>
          <w:p w14:paraId="5323B3E0" w14:textId="77777777" w:rsidR="007E3834" w:rsidRDefault="007E3834" w:rsidP="00616D31">
            <w:pPr>
              <w:rPr>
                <w:rFonts w:ascii="Times New Roman" w:hAnsi="Times New Roman" w:cs="Times New Roman"/>
                <w:i/>
                <w:iCs/>
                <w:color w:val="000000" w:themeColor="text1"/>
              </w:rPr>
            </w:pPr>
          </w:p>
        </w:tc>
      </w:tr>
      <w:tr w:rsidR="00746889" w:rsidRPr="00015D37" w14:paraId="36292466" w14:textId="77777777" w:rsidTr="00F44CF6">
        <w:trPr>
          <w:trHeight w:val="350"/>
        </w:trPr>
        <w:tc>
          <w:tcPr>
            <w:tcW w:w="658" w:type="pct"/>
            <w:tcBorders>
              <w:top w:val="single" w:sz="4" w:space="0" w:color="auto"/>
            </w:tcBorders>
          </w:tcPr>
          <w:p w14:paraId="0E50162A" w14:textId="0AE15F7B" w:rsidR="007E3834" w:rsidRPr="00015D37" w:rsidRDefault="00B14F60" w:rsidP="00616D31">
            <w:pPr>
              <w:jc w:val="center"/>
              <w:rPr>
                <w:rFonts w:ascii="Times New Roman" w:hAnsi="Times New Roman" w:cs="Times New Roman"/>
                <w:sz w:val="20"/>
                <w:szCs w:val="20"/>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7E3834" w:rsidRPr="000A26ED">
              <w:rPr>
                <w:rFonts w:ascii="Times New Roman" w:hAnsi="Times New Roman" w:cs="Times New Roman"/>
                <w:sz w:val="20"/>
                <w:szCs w:val="20"/>
              </w:rPr>
              <w:t xml:space="preserve"> Scale</w:t>
            </w:r>
          </w:p>
        </w:tc>
        <w:tc>
          <w:tcPr>
            <w:tcW w:w="3433" w:type="pct"/>
            <w:gridSpan w:val="8"/>
            <w:tcBorders>
              <w:top w:val="single" w:sz="4" w:space="0" w:color="auto"/>
              <w:bottom w:val="single" w:sz="4" w:space="0" w:color="auto"/>
            </w:tcBorders>
          </w:tcPr>
          <w:p w14:paraId="316F001B" w14:textId="77777777" w:rsidR="007E3834" w:rsidRPr="00015D37" w:rsidRDefault="007E3834" w:rsidP="00616D31">
            <w:pPr>
              <w:jc w:val="center"/>
              <w:rPr>
                <w:rFonts w:ascii="Times New Roman" w:hAnsi="Times New Roman" w:cs="Times New Roman"/>
                <w:sz w:val="20"/>
                <w:szCs w:val="20"/>
              </w:rPr>
            </w:pPr>
            <w:r>
              <w:rPr>
                <w:rFonts w:ascii="Times New Roman" w:hAnsi="Times New Roman" w:cs="Times New Roman"/>
                <w:sz w:val="20"/>
                <w:szCs w:val="20"/>
              </w:rPr>
              <w:t>Factor Loadings</w:t>
            </w:r>
          </w:p>
        </w:tc>
        <w:tc>
          <w:tcPr>
            <w:tcW w:w="390" w:type="pct"/>
            <w:tcBorders>
              <w:top w:val="single" w:sz="4" w:space="0" w:color="auto"/>
              <w:bottom w:val="single" w:sz="4" w:space="0" w:color="auto"/>
            </w:tcBorders>
          </w:tcPr>
          <w:p w14:paraId="0A63E427" w14:textId="77777777" w:rsidR="007E3834" w:rsidRDefault="007E3834" w:rsidP="00616D31">
            <w:pPr>
              <w:jc w:val="center"/>
              <w:rPr>
                <w:rFonts w:ascii="Times New Roman" w:hAnsi="Times New Roman" w:cs="Times New Roman"/>
                <w:sz w:val="20"/>
                <w:szCs w:val="20"/>
              </w:rPr>
            </w:pPr>
          </w:p>
        </w:tc>
        <w:tc>
          <w:tcPr>
            <w:tcW w:w="519" w:type="pct"/>
            <w:tcBorders>
              <w:top w:val="single" w:sz="4" w:space="0" w:color="auto"/>
              <w:bottom w:val="single" w:sz="4" w:space="0" w:color="auto"/>
            </w:tcBorders>
          </w:tcPr>
          <w:p w14:paraId="35346590" w14:textId="77777777" w:rsidR="007E3834" w:rsidRDefault="007E3834" w:rsidP="00616D31">
            <w:pPr>
              <w:jc w:val="center"/>
              <w:rPr>
                <w:rFonts w:ascii="Times New Roman" w:hAnsi="Times New Roman" w:cs="Times New Roman"/>
                <w:sz w:val="20"/>
                <w:szCs w:val="20"/>
              </w:rPr>
            </w:pPr>
          </w:p>
        </w:tc>
      </w:tr>
      <w:tr w:rsidR="00F44CF6" w:rsidRPr="00015D37" w14:paraId="6EE6D3F5" w14:textId="77777777" w:rsidTr="00F44CF6">
        <w:tc>
          <w:tcPr>
            <w:tcW w:w="658" w:type="pct"/>
          </w:tcPr>
          <w:p w14:paraId="636623C9" w14:textId="77777777" w:rsidR="007E3834" w:rsidRPr="00015D37" w:rsidRDefault="007E3834" w:rsidP="00616D31">
            <w:pPr>
              <w:rPr>
                <w:rFonts w:ascii="Times New Roman" w:hAnsi="Times New Roman" w:cs="Times New Roman"/>
                <w:sz w:val="20"/>
                <w:szCs w:val="20"/>
              </w:rPr>
            </w:pPr>
          </w:p>
        </w:tc>
        <w:tc>
          <w:tcPr>
            <w:tcW w:w="413" w:type="pct"/>
            <w:tcBorders>
              <w:top w:val="single" w:sz="4" w:space="0" w:color="auto"/>
            </w:tcBorders>
          </w:tcPr>
          <w:p w14:paraId="6077C1D7" w14:textId="77777777" w:rsidR="007E3834" w:rsidRPr="00015D37" w:rsidRDefault="007E3834" w:rsidP="00616D31">
            <w:pPr>
              <w:jc w:val="center"/>
              <w:rPr>
                <w:rFonts w:ascii="Times New Roman" w:hAnsi="Times New Roman" w:cs="Times New Roman"/>
                <w:sz w:val="20"/>
                <w:szCs w:val="20"/>
              </w:rPr>
            </w:pPr>
            <w:r w:rsidRPr="00015D37">
              <w:rPr>
                <w:rFonts w:ascii="Times New Roman" w:hAnsi="Times New Roman" w:cs="Times New Roman"/>
                <w:sz w:val="20"/>
                <w:szCs w:val="20"/>
              </w:rPr>
              <w:t>Sexual Problems</w:t>
            </w:r>
          </w:p>
        </w:tc>
        <w:tc>
          <w:tcPr>
            <w:tcW w:w="358" w:type="pct"/>
            <w:tcBorders>
              <w:top w:val="single" w:sz="4" w:space="0" w:color="auto"/>
            </w:tcBorders>
          </w:tcPr>
          <w:p w14:paraId="6D543D8E" w14:textId="77777777" w:rsidR="007E3834" w:rsidRPr="00015D37" w:rsidRDefault="007E3834" w:rsidP="00616D31">
            <w:pPr>
              <w:jc w:val="center"/>
              <w:rPr>
                <w:rFonts w:ascii="Times New Roman" w:hAnsi="Times New Roman" w:cs="Times New Roman"/>
                <w:sz w:val="20"/>
                <w:szCs w:val="20"/>
              </w:rPr>
            </w:pPr>
            <w:r w:rsidRPr="00015D37">
              <w:rPr>
                <w:rFonts w:ascii="Times New Roman" w:hAnsi="Times New Roman" w:cs="Times New Roman"/>
                <w:sz w:val="20"/>
                <w:szCs w:val="20"/>
              </w:rPr>
              <w:t>Distress</w:t>
            </w:r>
          </w:p>
        </w:tc>
        <w:tc>
          <w:tcPr>
            <w:tcW w:w="584" w:type="pct"/>
            <w:tcBorders>
              <w:top w:val="single" w:sz="4" w:space="0" w:color="auto"/>
            </w:tcBorders>
          </w:tcPr>
          <w:p w14:paraId="53CA525E" w14:textId="77777777" w:rsidR="007E3834" w:rsidRPr="00015D37" w:rsidRDefault="007E3834" w:rsidP="00616D31">
            <w:pPr>
              <w:jc w:val="center"/>
              <w:rPr>
                <w:rFonts w:ascii="Times New Roman" w:hAnsi="Times New Roman" w:cs="Times New Roman"/>
                <w:sz w:val="20"/>
                <w:szCs w:val="20"/>
              </w:rPr>
            </w:pPr>
            <w:r w:rsidRPr="00015D37">
              <w:rPr>
                <w:rFonts w:ascii="Times New Roman" w:hAnsi="Times New Roman" w:cs="Times New Roman"/>
                <w:sz w:val="20"/>
                <w:szCs w:val="20"/>
              </w:rPr>
              <w:t>Disorganization</w:t>
            </w:r>
          </w:p>
        </w:tc>
        <w:tc>
          <w:tcPr>
            <w:tcW w:w="422" w:type="pct"/>
            <w:tcBorders>
              <w:top w:val="single" w:sz="4" w:space="0" w:color="auto"/>
            </w:tcBorders>
          </w:tcPr>
          <w:p w14:paraId="13C6BBA4" w14:textId="77777777" w:rsidR="007E3834" w:rsidRPr="00015D37" w:rsidRDefault="007E3834" w:rsidP="00616D31">
            <w:pPr>
              <w:jc w:val="center"/>
              <w:rPr>
                <w:rFonts w:ascii="Times New Roman" w:hAnsi="Times New Roman" w:cs="Times New Roman"/>
                <w:sz w:val="20"/>
                <w:szCs w:val="20"/>
              </w:rPr>
            </w:pPr>
            <w:r>
              <w:rPr>
                <w:rFonts w:ascii="Times New Roman" w:hAnsi="Times New Roman" w:cs="Times New Roman"/>
                <w:sz w:val="20"/>
                <w:szCs w:val="20"/>
              </w:rPr>
              <w:t>Grandiosity</w:t>
            </w:r>
          </w:p>
        </w:tc>
        <w:tc>
          <w:tcPr>
            <w:tcW w:w="455" w:type="pct"/>
            <w:tcBorders>
              <w:top w:val="single" w:sz="4" w:space="0" w:color="auto"/>
            </w:tcBorders>
          </w:tcPr>
          <w:p w14:paraId="4A192DBD" w14:textId="77777777" w:rsidR="007E3834" w:rsidRPr="00015D37" w:rsidRDefault="007E3834" w:rsidP="00616D31">
            <w:pPr>
              <w:jc w:val="center"/>
              <w:rPr>
                <w:rFonts w:ascii="Times New Roman" w:hAnsi="Times New Roman" w:cs="Times New Roman"/>
                <w:sz w:val="20"/>
                <w:szCs w:val="20"/>
              </w:rPr>
            </w:pPr>
            <w:r w:rsidRPr="00015D37">
              <w:rPr>
                <w:rFonts w:ascii="Times New Roman" w:hAnsi="Times New Roman" w:cs="Times New Roman"/>
                <w:sz w:val="20"/>
                <w:szCs w:val="20"/>
              </w:rPr>
              <w:t>Eating</w:t>
            </w:r>
            <w:r>
              <w:rPr>
                <w:rFonts w:ascii="Times New Roman" w:hAnsi="Times New Roman" w:cs="Times New Roman"/>
                <w:sz w:val="20"/>
                <w:szCs w:val="20"/>
              </w:rPr>
              <w:t xml:space="preserve"> Problems</w:t>
            </w:r>
          </w:p>
        </w:tc>
        <w:tc>
          <w:tcPr>
            <w:tcW w:w="422" w:type="pct"/>
            <w:tcBorders>
              <w:top w:val="single" w:sz="4" w:space="0" w:color="auto"/>
            </w:tcBorders>
          </w:tcPr>
          <w:p w14:paraId="42FC771D" w14:textId="77777777" w:rsidR="007E3834" w:rsidRDefault="007E3834" w:rsidP="00616D31">
            <w:pPr>
              <w:jc w:val="center"/>
              <w:rPr>
                <w:rFonts w:ascii="Times New Roman" w:hAnsi="Times New Roman" w:cs="Times New Roman"/>
                <w:sz w:val="20"/>
                <w:szCs w:val="20"/>
              </w:rPr>
            </w:pPr>
            <w:r w:rsidRPr="00015D37">
              <w:rPr>
                <w:rFonts w:ascii="Times New Roman" w:hAnsi="Times New Roman" w:cs="Times New Roman"/>
                <w:sz w:val="20"/>
                <w:szCs w:val="20"/>
              </w:rPr>
              <w:t>Risk</w:t>
            </w:r>
          </w:p>
          <w:p w14:paraId="6A726A00" w14:textId="77777777" w:rsidR="007E3834" w:rsidRPr="00015D37" w:rsidRDefault="007E3834" w:rsidP="00616D31">
            <w:pPr>
              <w:jc w:val="center"/>
              <w:rPr>
                <w:rFonts w:ascii="Times New Roman" w:hAnsi="Times New Roman" w:cs="Times New Roman"/>
                <w:sz w:val="20"/>
                <w:szCs w:val="20"/>
              </w:rPr>
            </w:pPr>
            <w:r w:rsidRPr="00015D37">
              <w:rPr>
                <w:rFonts w:ascii="Times New Roman" w:hAnsi="Times New Roman" w:cs="Times New Roman"/>
                <w:sz w:val="20"/>
                <w:szCs w:val="20"/>
              </w:rPr>
              <w:t>Taking</w:t>
            </w:r>
          </w:p>
        </w:tc>
        <w:tc>
          <w:tcPr>
            <w:tcW w:w="357" w:type="pct"/>
            <w:tcBorders>
              <w:top w:val="single" w:sz="4" w:space="0" w:color="auto"/>
            </w:tcBorders>
          </w:tcPr>
          <w:p w14:paraId="4259735E" w14:textId="77777777" w:rsidR="007E3834" w:rsidRPr="00015D37" w:rsidRDefault="007E3834" w:rsidP="00616D31">
            <w:pPr>
              <w:jc w:val="center"/>
              <w:rPr>
                <w:rFonts w:ascii="Times New Roman" w:hAnsi="Times New Roman" w:cs="Times New Roman"/>
                <w:sz w:val="20"/>
                <w:szCs w:val="20"/>
              </w:rPr>
            </w:pPr>
            <w:r w:rsidRPr="00015D37">
              <w:rPr>
                <w:rFonts w:ascii="Times New Roman" w:hAnsi="Times New Roman" w:cs="Times New Roman"/>
                <w:sz w:val="20"/>
                <w:szCs w:val="20"/>
              </w:rPr>
              <w:t>Fear</w:t>
            </w:r>
          </w:p>
        </w:tc>
        <w:tc>
          <w:tcPr>
            <w:tcW w:w="422" w:type="pct"/>
            <w:tcBorders>
              <w:top w:val="single" w:sz="4" w:space="0" w:color="auto"/>
            </w:tcBorders>
          </w:tcPr>
          <w:p w14:paraId="7CABB02A" w14:textId="77777777" w:rsidR="007E3834" w:rsidRPr="00015D37" w:rsidRDefault="007E3834" w:rsidP="00616D31">
            <w:pPr>
              <w:jc w:val="center"/>
              <w:rPr>
                <w:rFonts w:ascii="Times New Roman" w:hAnsi="Times New Roman" w:cs="Times New Roman"/>
                <w:sz w:val="20"/>
                <w:szCs w:val="20"/>
              </w:rPr>
            </w:pPr>
            <w:r>
              <w:rPr>
                <w:rFonts w:ascii="Times New Roman" w:hAnsi="Times New Roman" w:cs="Times New Roman"/>
                <w:sz w:val="20"/>
                <w:szCs w:val="20"/>
              </w:rPr>
              <w:t>Psychosis</w:t>
            </w:r>
          </w:p>
        </w:tc>
        <w:tc>
          <w:tcPr>
            <w:tcW w:w="390" w:type="pct"/>
            <w:tcBorders>
              <w:top w:val="single" w:sz="4" w:space="0" w:color="auto"/>
            </w:tcBorders>
          </w:tcPr>
          <w:p w14:paraId="61924559" w14:textId="77777777" w:rsidR="007E3834" w:rsidRDefault="007E3834" w:rsidP="00616D31">
            <w:pPr>
              <w:jc w:val="center"/>
              <w:rPr>
                <w:rFonts w:ascii="Times New Roman" w:hAnsi="Times New Roman" w:cs="Times New Roman"/>
                <w:sz w:val="20"/>
                <w:szCs w:val="20"/>
              </w:rPr>
            </w:pPr>
            <w:r>
              <w:rPr>
                <w:rFonts w:ascii="Times New Roman" w:hAnsi="Times New Roman" w:cs="Times New Roman"/>
                <w:sz w:val="20"/>
                <w:szCs w:val="20"/>
              </w:rPr>
              <w:t>Rarity</w:t>
            </w:r>
          </w:p>
        </w:tc>
        <w:tc>
          <w:tcPr>
            <w:tcW w:w="519" w:type="pct"/>
            <w:tcBorders>
              <w:top w:val="single" w:sz="4" w:space="0" w:color="auto"/>
            </w:tcBorders>
          </w:tcPr>
          <w:p w14:paraId="437B5E8B" w14:textId="77777777" w:rsidR="007E3834" w:rsidRDefault="007E3834" w:rsidP="00616D31">
            <w:pPr>
              <w:jc w:val="center"/>
              <w:rPr>
                <w:rFonts w:ascii="Times New Roman" w:hAnsi="Times New Roman" w:cs="Times New Roman"/>
                <w:sz w:val="20"/>
                <w:szCs w:val="20"/>
              </w:rPr>
            </w:pPr>
            <w:r>
              <w:rPr>
                <w:rFonts w:ascii="Times New Roman" w:hAnsi="Times New Roman" w:cs="Times New Roman"/>
                <w:sz w:val="20"/>
                <w:szCs w:val="20"/>
              </w:rPr>
              <w:t>Antagonism</w:t>
            </w:r>
          </w:p>
        </w:tc>
      </w:tr>
      <w:tr w:rsidR="00175E63" w:rsidRPr="00015D37" w14:paraId="3BE99304" w14:textId="77777777" w:rsidTr="00531DDD">
        <w:tc>
          <w:tcPr>
            <w:tcW w:w="658" w:type="pct"/>
            <w:vAlign w:val="bottom"/>
          </w:tcPr>
          <w:p w14:paraId="285E5990" w14:textId="65842F6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Low Sexual Arousal</w:t>
            </w:r>
          </w:p>
        </w:tc>
        <w:tc>
          <w:tcPr>
            <w:tcW w:w="413" w:type="pct"/>
            <w:tcBorders>
              <w:top w:val="nil"/>
              <w:left w:val="nil"/>
              <w:bottom w:val="nil"/>
              <w:right w:val="nil"/>
            </w:tcBorders>
            <w:vAlign w:val="bottom"/>
          </w:tcPr>
          <w:p w14:paraId="469EB105" w14:textId="6C12C9BF"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0.96</w:t>
            </w:r>
          </w:p>
        </w:tc>
        <w:tc>
          <w:tcPr>
            <w:tcW w:w="358" w:type="pct"/>
            <w:tcBorders>
              <w:top w:val="nil"/>
              <w:left w:val="nil"/>
              <w:bottom w:val="nil"/>
              <w:right w:val="nil"/>
            </w:tcBorders>
            <w:vAlign w:val="bottom"/>
          </w:tcPr>
          <w:p w14:paraId="50F9E023" w14:textId="560CB18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584" w:type="pct"/>
            <w:tcBorders>
              <w:top w:val="nil"/>
              <w:left w:val="nil"/>
              <w:bottom w:val="nil"/>
              <w:right w:val="nil"/>
            </w:tcBorders>
            <w:vAlign w:val="bottom"/>
          </w:tcPr>
          <w:p w14:paraId="1D1877F5" w14:textId="51FEC95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4EBEB24B" w14:textId="17EB01C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04CABB3F" w14:textId="2D4DDC5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707E04C0" w14:textId="6C7475F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357" w:type="pct"/>
            <w:tcBorders>
              <w:top w:val="nil"/>
              <w:left w:val="nil"/>
              <w:bottom w:val="nil"/>
              <w:right w:val="nil"/>
            </w:tcBorders>
            <w:vAlign w:val="bottom"/>
          </w:tcPr>
          <w:p w14:paraId="2D8921AD" w14:textId="7E47223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c>
          <w:tcPr>
            <w:tcW w:w="422" w:type="pct"/>
            <w:tcBorders>
              <w:top w:val="nil"/>
              <w:left w:val="nil"/>
              <w:bottom w:val="nil"/>
              <w:right w:val="nil"/>
            </w:tcBorders>
            <w:vAlign w:val="bottom"/>
          </w:tcPr>
          <w:p w14:paraId="00DDC14B" w14:textId="0FC7FA7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390" w:type="pct"/>
            <w:tcBorders>
              <w:top w:val="nil"/>
              <w:left w:val="nil"/>
              <w:bottom w:val="nil"/>
              <w:right w:val="nil"/>
            </w:tcBorders>
            <w:vAlign w:val="bottom"/>
          </w:tcPr>
          <w:p w14:paraId="564D0CBF" w14:textId="2EDEE67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64EEE58F" w14:textId="1C6FC092"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0.00</w:t>
            </w:r>
          </w:p>
        </w:tc>
      </w:tr>
      <w:tr w:rsidR="00175E63" w:rsidRPr="00015D37" w14:paraId="0B2C0F86" w14:textId="77777777" w:rsidTr="00531DDD">
        <w:tc>
          <w:tcPr>
            <w:tcW w:w="658" w:type="pct"/>
            <w:vAlign w:val="bottom"/>
          </w:tcPr>
          <w:p w14:paraId="0AB9C1CB" w14:textId="21F7A4D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Difficulties Reaching Orgasm   </w:t>
            </w:r>
          </w:p>
        </w:tc>
        <w:tc>
          <w:tcPr>
            <w:tcW w:w="413" w:type="pct"/>
            <w:tcBorders>
              <w:top w:val="nil"/>
              <w:left w:val="nil"/>
              <w:bottom w:val="nil"/>
              <w:right w:val="nil"/>
            </w:tcBorders>
            <w:vAlign w:val="bottom"/>
          </w:tcPr>
          <w:p w14:paraId="134C4B36" w14:textId="302B5AD6"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0.69</w:t>
            </w:r>
          </w:p>
        </w:tc>
        <w:tc>
          <w:tcPr>
            <w:tcW w:w="358" w:type="pct"/>
            <w:tcBorders>
              <w:top w:val="nil"/>
              <w:left w:val="nil"/>
              <w:bottom w:val="nil"/>
              <w:right w:val="nil"/>
            </w:tcBorders>
            <w:vAlign w:val="bottom"/>
          </w:tcPr>
          <w:p w14:paraId="70EE0E83" w14:textId="1F5948B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584" w:type="pct"/>
            <w:tcBorders>
              <w:top w:val="nil"/>
              <w:left w:val="nil"/>
              <w:bottom w:val="nil"/>
              <w:right w:val="nil"/>
            </w:tcBorders>
            <w:vAlign w:val="bottom"/>
          </w:tcPr>
          <w:p w14:paraId="77AFA4C2" w14:textId="3D86710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28509958" w14:textId="715B8C8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455" w:type="pct"/>
            <w:tcBorders>
              <w:top w:val="nil"/>
              <w:left w:val="nil"/>
              <w:bottom w:val="nil"/>
              <w:right w:val="nil"/>
            </w:tcBorders>
            <w:vAlign w:val="bottom"/>
          </w:tcPr>
          <w:p w14:paraId="371789FB" w14:textId="09E6D50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1D1520D3" w14:textId="08A548C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0.22</w:t>
            </w:r>
          </w:p>
        </w:tc>
        <w:tc>
          <w:tcPr>
            <w:tcW w:w="357" w:type="pct"/>
            <w:tcBorders>
              <w:top w:val="nil"/>
              <w:left w:val="nil"/>
              <w:bottom w:val="nil"/>
              <w:right w:val="nil"/>
            </w:tcBorders>
            <w:vAlign w:val="bottom"/>
          </w:tcPr>
          <w:p w14:paraId="4E9912CC" w14:textId="521CE6A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6172F546" w14:textId="16D9B77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90" w:type="pct"/>
            <w:tcBorders>
              <w:top w:val="nil"/>
              <w:left w:val="nil"/>
              <w:bottom w:val="nil"/>
              <w:right w:val="nil"/>
            </w:tcBorders>
            <w:vAlign w:val="bottom"/>
          </w:tcPr>
          <w:p w14:paraId="12385E1E" w14:textId="270FD77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-0.15</w:t>
            </w:r>
          </w:p>
        </w:tc>
        <w:tc>
          <w:tcPr>
            <w:tcW w:w="519" w:type="pct"/>
            <w:tcBorders>
              <w:top w:val="nil"/>
              <w:left w:val="nil"/>
              <w:bottom w:val="nil"/>
              <w:right w:val="nil"/>
            </w:tcBorders>
            <w:vAlign w:val="bottom"/>
          </w:tcPr>
          <w:p w14:paraId="177F56A7" w14:textId="426F35E0"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-0.16</w:t>
            </w:r>
          </w:p>
        </w:tc>
      </w:tr>
      <w:tr w:rsidR="00175E63" w:rsidRPr="00015D37" w14:paraId="76B81D8F" w14:textId="77777777" w:rsidTr="00531DDD">
        <w:tc>
          <w:tcPr>
            <w:tcW w:w="658" w:type="pct"/>
            <w:vAlign w:val="bottom"/>
          </w:tcPr>
          <w:p w14:paraId="345C4CC4" w14:textId="1F288BC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Low Sexual Interest</w:t>
            </w:r>
          </w:p>
        </w:tc>
        <w:tc>
          <w:tcPr>
            <w:tcW w:w="413" w:type="pct"/>
            <w:tcBorders>
              <w:top w:val="nil"/>
              <w:left w:val="nil"/>
              <w:bottom w:val="nil"/>
              <w:right w:val="nil"/>
            </w:tcBorders>
            <w:vAlign w:val="bottom"/>
          </w:tcPr>
          <w:p w14:paraId="53F9C0D0" w14:textId="2E31410D"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0.69</w:t>
            </w:r>
          </w:p>
        </w:tc>
        <w:tc>
          <w:tcPr>
            <w:tcW w:w="358" w:type="pct"/>
            <w:tcBorders>
              <w:top w:val="nil"/>
              <w:left w:val="nil"/>
              <w:bottom w:val="nil"/>
              <w:right w:val="nil"/>
            </w:tcBorders>
            <w:vAlign w:val="bottom"/>
          </w:tcPr>
          <w:p w14:paraId="2F66BB96" w14:textId="3DBC414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584" w:type="pct"/>
            <w:tcBorders>
              <w:top w:val="nil"/>
              <w:left w:val="nil"/>
              <w:bottom w:val="nil"/>
              <w:right w:val="nil"/>
            </w:tcBorders>
            <w:vAlign w:val="bottom"/>
          </w:tcPr>
          <w:p w14:paraId="13374309" w14:textId="0621364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4A136611" w14:textId="6702AA9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455" w:type="pct"/>
            <w:tcBorders>
              <w:top w:val="nil"/>
              <w:left w:val="nil"/>
              <w:bottom w:val="nil"/>
              <w:right w:val="nil"/>
            </w:tcBorders>
            <w:vAlign w:val="bottom"/>
          </w:tcPr>
          <w:p w14:paraId="653F840C" w14:textId="0A61928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50B9B373" w14:textId="6A48E85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-0.27</w:t>
            </w:r>
          </w:p>
        </w:tc>
        <w:tc>
          <w:tcPr>
            <w:tcW w:w="357" w:type="pct"/>
            <w:tcBorders>
              <w:top w:val="nil"/>
              <w:left w:val="nil"/>
              <w:bottom w:val="nil"/>
              <w:right w:val="nil"/>
            </w:tcBorders>
            <w:vAlign w:val="bottom"/>
          </w:tcPr>
          <w:p w14:paraId="7F261C9D" w14:textId="06815BE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7424AB11" w14:textId="13C4088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390" w:type="pct"/>
            <w:tcBorders>
              <w:top w:val="nil"/>
              <w:left w:val="nil"/>
              <w:bottom w:val="nil"/>
              <w:right w:val="nil"/>
            </w:tcBorders>
            <w:vAlign w:val="bottom"/>
          </w:tcPr>
          <w:p w14:paraId="3DC3AAEE" w14:textId="30F5C52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519" w:type="pct"/>
            <w:tcBorders>
              <w:top w:val="nil"/>
              <w:left w:val="nil"/>
              <w:bottom w:val="nil"/>
              <w:right w:val="nil"/>
            </w:tcBorders>
            <w:vAlign w:val="bottom"/>
          </w:tcPr>
          <w:p w14:paraId="16813AC4" w14:textId="78B4430E"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0.17</w:t>
            </w:r>
          </w:p>
        </w:tc>
      </w:tr>
      <w:tr w:rsidR="00175E63" w:rsidRPr="00015D37" w14:paraId="4EF71DD9" w14:textId="77777777" w:rsidTr="00531DDD">
        <w:tc>
          <w:tcPr>
            <w:tcW w:w="658" w:type="pct"/>
            <w:vAlign w:val="bottom"/>
          </w:tcPr>
          <w:p w14:paraId="1052E52C" w14:textId="41A3B4C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Sexual Distress </w:t>
            </w:r>
          </w:p>
        </w:tc>
        <w:tc>
          <w:tcPr>
            <w:tcW w:w="413" w:type="pct"/>
            <w:tcBorders>
              <w:top w:val="nil"/>
              <w:left w:val="nil"/>
              <w:bottom w:val="nil"/>
              <w:right w:val="nil"/>
            </w:tcBorders>
            <w:vAlign w:val="bottom"/>
          </w:tcPr>
          <w:p w14:paraId="572E83F4" w14:textId="0612CF95"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0.63</w:t>
            </w:r>
          </w:p>
        </w:tc>
        <w:tc>
          <w:tcPr>
            <w:tcW w:w="358" w:type="pct"/>
            <w:tcBorders>
              <w:top w:val="nil"/>
              <w:left w:val="nil"/>
              <w:bottom w:val="nil"/>
              <w:right w:val="nil"/>
            </w:tcBorders>
            <w:vAlign w:val="bottom"/>
          </w:tcPr>
          <w:p w14:paraId="2E88FF9C" w14:textId="407C952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584" w:type="pct"/>
            <w:tcBorders>
              <w:top w:val="nil"/>
              <w:left w:val="nil"/>
              <w:bottom w:val="nil"/>
              <w:right w:val="nil"/>
            </w:tcBorders>
            <w:vAlign w:val="bottom"/>
          </w:tcPr>
          <w:p w14:paraId="58C2C096" w14:textId="5CD6645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42632E2F" w14:textId="083F424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455" w:type="pct"/>
            <w:tcBorders>
              <w:top w:val="nil"/>
              <w:left w:val="nil"/>
              <w:bottom w:val="nil"/>
              <w:right w:val="nil"/>
            </w:tcBorders>
            <w:vAlign w:val="bottom"/>
          </w:tcPr>
          <w:p w14:paraId="71EF85EE" w14:textId="2F2EE7E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0CF1F8E5" w14:textId="732CE12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357" w:type="pct"/>
            <w:tcBorders>
              <w:top w:val="nil"/>
              <w:left w:val="nil"/>
              <w:bottom w:val="nil"/>
              <w:right w:val="nil"/>
            </w:tcBorders>
            <w:vAlign w:val="bottom"/>
          </w:tcPr>
          <w:p w14:paraId="39E61F37" w14:textId="0812D13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4C485965" w14:textId="61DF390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390" w:type="pct"/>
            <w:tcBorders>
              <w:top w:val="nil"/>
              <w:left w:val="nil"/>
              <w:bottom w:val="nil"/>
              <w:right w:val="nil"/>
            </w:tcBorders>
            <w:vAlign w:val="bottom"/>
          </w:tcPr>
          <w:p w14:paraId="0E9A5E6C" w14:textId="0B0C27B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519" w:type="pct"/>
            <w:tcBorders>
              <w:top w:val="nil"/>
              <w:left w:val="nil"/>
              <w:bottom w:val="nil"/>
              <w:right w:val="nil"/>
            </w:tcBorders>
            <w:vAlign w:val="bottom"/>
          </w:tcPr>
          <w:p w14:paraId="532509D5" w14:textId="250057E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r>
      <w:tr w:rsidR="00175E63" w:rsidRPr="00015D37" w14:paraId="0D11ADEC" w14:textId="77777777" w:rsidTr="00531DDD">
        <w:tc>
          <w:tcPr>
            <w:tcW w:w="658" w:type="pct"/>
            <w:vAlign w:val="bottom"/>
          </w:tcPr>
          <w:p w14:paraId="7940F621" w14:textId="7FCEC24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Sexual Pain</w:t>
            </w:r>
          </w:p>
        </w:tc>
        <w:tc>
          <w:tcPr>
            <w:tcW w:w="413" w:type="pct"/>
            <w:tcBorders>
              <w:top w:val="nil"/>
              <w:left w:val="nil"/>
              <w:bottom w:val="nil"/>
              <w:right w:val="nil"/>
            </w:tcBorders>
            <w:vAlign w:val="bottom"/>
          </w:tcPr>
          <w:p w14:paraId="4C2F4A32" w14:textId="2184F135"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0.50</w:t>
            </w:r>
          </w:p>
        </w:tc>
        <w:tc>
          <w:tcPr>
            <w:tcW w:w="358" w:type="pct"/>
            <w:tcBorders>
              <w:top w:val="nil"/>
              <w:left w:val="nil"/>
              <w:bottom w:val="nil"/>
              <w:right w:val="nil"/>
            </w:tcBorders>
            <w:vAlign w:val="bottom"/>
          </w:tcPr>
          <w:p w14:paraId="4D3E43E5" w14:textId="4A318EE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584" w:type="pct"/>
            <w:tcBorders>
              <w:top w:val="nil"/>
              <w:left w:val="nil"/>
              <w:bottom w:val="nil"/>
              <w:right w:val="nil"/>
            </w:tcBorders>
            <w:vAlign w:val="bottom"/>
          </w:tcPr>
          <w:p w14:paraId="68BF78F6" w14:textId="2CFBEE5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422" w:type="pct"/>
            <w:tcBorders>
              <w:top w:val="nil"/>
              <w:left w:val="nil"/>
              <w:bottom w:val="nil"/>
              <w:right w:val="nil"/>
            </w:tcBorders>
            <w:vAlign w:val="bottom"/>
          </w:tcPr>
          <w:p w14:paraId="14906E3B" w14:textId="0C733B6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03E18064" w14:textId="0D3471D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7D071D38" w14:textId="7CD2D4D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357" w:type="pct"/>
            <w:tcBorders>
              <w:top w:val="nil"/>
              <w:left w:val="nil"/>
              <w:bottom w:val="nil"/>
              <w:right w:val="nil"/>
            </w:tcBorders>
            <w:vAlign w:val="bottom"/>
          </w:tcPr>
          <w:p w14:paraId="14F8E395" w14:textId="130291C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422" w:type="pct"/>
            <w:tcBorders>
              <w:top w:val="nil"/>
              <w:left w:val="nil"/>
              <w:bottom w:val="nil"/>
              <w:right w:val="nil"/>
            </w:tcBorders>
            <w:vAlign w:val="bottom"/>
          </w:tcPr>
          <w:p w14:paraId="2B3F96BC" w14:textId="2DDDAA1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90" w:type="pct"/>
            <w:tcBorders>
              <w:top w:val="nil"/>
              <w:left w:val="nil"/>
              <w:bottom w:val="nil"/>
              <w:right w:val="nil"/>
            </w:tcBorders>
            <w:vAlign w:val="bottom"/>
          </w:tcPr>
          <w:p w14:paraId="41866856" w14:textId="7E416DC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0.23</w:t>
            </w:r>
          </w:p>
        </w:tc>
        <w:tc>
          <w:tcPr>
            <w:tcW w:w="519" w:type="pct"/>
            <w:tcBorders>
              <w:top w:val="nil"/>
              <w:left w:val="nil"/>
              <w:bottom w:val="nil"/>
              <w:right w:val="nil"/>
            </w:tcBorders>
            <w:vAlign w:val="bottom"/>
          </w:tcPr>
          <w:p w14:paraId="5C5D945D" w14:textId="451A024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r>
      <w:tr w:rsidR="00175E63" w:rsidRPr="00015D37" w14:paraId="33E43903" w14:textId="77777777" w:rsidTr="00531DDD">
        <w:tc>
          <w:tcPr>
            <w:tcW w:w="658" w:type="pct"/>
            <w:vAlign w:val="bottom"/>
          </w:tcPr>
          <w:p w14:paraId="7A49ED0E" w14:textId="77C94EB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Depressed Mood</w:t>
            </w:r>
          </w:p>
        </w:tc>
        <w:tc>
          <w:tcPr>
            <w:tcW w:w="413" w:type="pct"/>
            <w:tcBorders>
              <w:top w:val="nil"/>
              <w:left w:val="nil"/>
              <w:bottom w:val="nil"/>
              <w:right w:val="nil"/>
            </w:tcBorders>
            <w:vAlign w:val="bottom"/>
          </w:tcPr>
          <w:p w14:paraId="01182661" w14:textId="1F5D6951"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0.11</w:t>
            </w:r>
          </w:p>
        </w:tc>
        <w:tc>
          <w:tcPr>
            <w:tcW w:w="358" w:type="pct"/>
            <w:tcBorders>
              <w:top w:val="nil"/>
              <w:left w:val="nil"/>
              <w:bottom w:val="nil"/>
              <w:right w:val="nil"/>
            </w:tcBorders>
            <w:vAlign w:val="bottom"/>
          </w:tcPr>
          <w:p w14:paraId="1685071F" w14:textId="1564AA16"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0.62</w:t>
            </w:r>
          </w:p>
        </w:tc>
        <w:tc>
          <w:tcPr>
            <w:tcW w:w="584" w:type="pct"/>
            <w:tcBorders>
              <w:top w:val="nil"/>
              <w:left w:val="nil"/>
              <w:bottom w:val="nil"/>
              <w:right w:val="nil"/>
            </w:tcBorders>
            <w:vAlign w:val="bottom"/>
          </w:tcPr>
          <w:p w14:paraId="086EE65D" w14:textId="457BD16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2188424F" w14:textId="3DCBE9E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-0.29</w:t>
            </w:r>
          </w:p>
        </w:tc>
        <w:tc>
          <w:tcPr>
            <w:tcW w:w="455" w:type="pct"/>
            <w:tcBorders>
              <w:top w:val="nil"/>
              <w:left w:val="nil"/>
              <w:bottom w:val="nil"/>
              <w:right w:val="nil"/>
            </w:tcBorders>
            <w:vAlign w:val="bottom"/>
          </w:tcPr>
          <w:p w14:paraId="03649B98" w14:textId="45FE5F2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45B1CB9B" w14:textId="3F96C57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357" w:type="pct"/>
            <w:tcBorders>
              <w:top w:val="nil"/>
              <w:left w:val="nil"/>
              <w:bottom w:val="nil"/>
              <w:right w:val="nil"/>
            </w:tcBorders>
            <w:vAlign w:val="bottom"/>
          </w:tcPr>
          <w:p w14:paraId="50DCD00A" w14:textId="5946678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4225DFE2" w14:textId="69692E9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90" w:type="pct"/>
            <w:tcBorders>
              <w:top w:val="nil"/>
              <w:left w:val="nil"/>
              <w:bottom w:val="nil"/>
              <w:right w:val="nil"/>
            </w:tcBorders>
            <w:vAlign w:val="bottom"/>
          </w:tcPr>
          <w:p w14:paraId="420AA92F" w14:textId="154B197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519" w:type="pct"/>
            <w:tcBorders>
              <w:top w:val="nil"/>
              <w:left w:val="nil"/>
              <w:bottom w:val="nil"/>
              <w:right w:val="nil"/>
            </w:tcBorders>
            <w:vAlign w:val="bottom"/>
          </w:tcPr>
          <w:p w14:paraId="2E093FE0" w14:textId="249A2C9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r>
      <w:tr w:rsidR="00175E63" w:rsidRPr="00015D37" w14:paraId="2619847F" w14:textId="77777777" w:rsidTr="00531DDD">
        <w:tc>
          <w:tcPr>
            <w:tcW w:w="658" w:type="pct"/>
            <w:vAlign w:val="bottom"/>
          </w:tcPr>
          <w:p w14:paraId="556BEA40" w14:textId="70C0370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Anxious Worry</w:t>
            </w:r>
          </w:p>
        </w:tc>
        <w:tc>
          <w:tcPr>
            <w:tcW w:w="413" w:type="pct"/>
            <w:tcBorders>
              <w:top w:val="nil"/>
              <w:left w:val="nil"/>
              <w:bottom w:val="nil"/>
              <w:right w:val="nil"/>
            </w:tcBorders>
            <w:vAlign w:val="bottom"/>
          </w:tcPr>
          <w:p w14:paraId="28068200" w14:textId="045D8B7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1CB6114B" w14:textId="454341CB"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0.49</w:t>
            </w:r>
          </w:p>
        </w:tc>
        <w:tc>
          <w:tcPr>
            <w:tcW w:w="584" w:type="pct"/>
            <w:tcBorders>
              <w:top w:val="nil"/>
              <w:left w:val="nil"/>
              <w:bottom w:val="nil"/>
              <w:right w:val="nil"/>
            </w:tcBorders>
            <w:vAlign w:val="bottom"/>
          </w:tcPr>
          <w:p w14:paraId="0FC2352D" w14:textId="6CC4F31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0.10</w:t>
            </w:r>
          </w:p>
        </w:tc>
        <w:tc>
          <w:tcPr>
            <w:tcW w:w="422" w:type="pct"/>
            <w:tcBorders>
              <w:top w:val="nil"/>
              <w:left w:val="nil"/>
              <w:bottom w:val="nil"/>
              <w:right w:val="nil"/>
            </w:tcBorders>
            <w:vAlign w:val="bottom"/>
          </w:tcPr>
          <w:p w14:paraId="287ECB67" w14:textId="0044845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455" w:type="pct"/>
            <w:tcBorders>
              <w:top w:val="nil"/>
              <w:left w:val="nil"/>
              <w:bottom w:val="nil"/>
              <w:right w:val="nil"/>
            </w:tcBorders>
            <w:vAlign w:val="bottom"/>
          </w:tcPr>
          <w:p w14:paraId="234DEFE8" w14:textId="012F292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7FF967AD" w14:textId="5DC33FF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7" w:type="pct"/>
            <w:tcBorders>
              <w:top w:val="nil"/>
              <w:left w:val="nil"/>
              <w:bottom w:val="nil"/>
              <w:right w:val="nil"/>
            </w:tcBorders>
            <w:vAlign w:val="bottom"/>
          </w:tcPr>
          <w:p w14:paraId="1E0B543B" w14:textId="02F94BA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0.23</w:t>
            </w:r>
          </w:p>
        </w:tc>
        <w:tc>
          <w:tcPr>
            <w:tcW w:w="422" w:type="pct"/>
            <w:tcBorders>
              <w:top w:val="nil"/>
              <w:left w:val="nil"/>
              <w:bottom w:val="nil"/>
              <w:right w:val="nil"/>
            </w:tcBorders>
            <w:vAlign w:val="bottom"/>
          </w:tcPr>
          <w:p w14:paraId="33AB22FE" w14:textId="6891F13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0.25</w:t>
            </w:r>
          </w:p>
        </w:tc>
        <w:tc>
          <w:tcPr>
            <w:tcW w:w="390" w:type="pct"/>
            <w:tcBorders>
              <w:top w:val="nil"/>
              <w:left w:val="nil"/>
              <w:bottom w:val="nil"/>
              <w:right w:val="nil"/>
            </w:tcBorders>
            <w:vAlign w:val="bottom"/>
          </w:tcPr>
          <w:p w14:paraId="476A2FA8" w14:textId="3511AB0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519" w:type="pct"/>
            <w:tcBorders>
              <w:top w:val="nil"/>
              <w:left w:val="nil"/>
              <w:bottom w:val="nil"/>
              <w:right w:val="nil"/>
            </w:tcBorders>
            <w:vAlign w:val="bottom"/>
          </w:tcPr>
          <w:p w14:paraId="4FB32183" w14:textId="5BBACADA"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-0.11</w:t>
            </w:r>
          </w:p>
        </w:tc>
      </w:tr>
      <w:tr w:rsidR="00175E63" w:rsidRPr="00015D37" w14:paraId="18122132" w14:textId="77777777" w:rsidTr="00531DDD">
        <w:tc>
          <w:tcPr>
            <w:tcW w:w="658" w:type="pct"/>
            <w:vAlign w:val="bottom"/>
          </w:tcPr>
          <w:p w14:paraId="3BFCB0D0" w14:textId="607FF66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Lassitude </w:t>
            </w:r>
          </w:p>
        </w:tc>
        <w:tc>
          <w:tcPr>
            <w:tcW w:w="413" w:type="pct"/>
            <w:tcBorders>
              <w:top w:val="nil"/>
              <w:left w:val="nil"/>
              <w:bottom w:val="nil"/>
              <w:right w:val="nil"/>
            </w:tcBorders>
            <w:vAlign w:val="bottom"/>
          </w:tcPr>
          <w:p w14:paraId="6817E9A3" w14:textId="611A162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358" w:type="pct"/>
            <w:tcBorders>
              <w:top w:val="nil"/>
              <w:left w:val="nil"/>
              <w:bottom w:val="nil"/>
              <w:right w:val="nil"/>
            </w:tcBorders>
            <w:vAlign w:val="bottom"/>
          </w:tcPr>
          <w:p w14:paraId="786AF664" w14:textId="4E17E6E5"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0.47</w:t>
            </w:r>
          </w:p>
        </w:tc>
        <w:tc>
          <w:tcPr>
            <w:tcW w:w="584" w:type="pct"/>
            <w:tcBorders>
              <w:top w:val="nil"/>
              <w:left w:val="nil"/>
              <w:bottom w:val="nil"/>
              <w:right w:val="nil"/>
            </w:tcBorders>
            <w:vAlign w:val="bottom"/>
          </w:tcPr>
          <w:p w14:paraId="3A7B54E9" w14:textId="0DDEBA28"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0.34</w:t>
            </w:r>
          </w:p>
        </w:tc>
        <w:tc>
          <w:tcPr>
            <w:tcW w:w="422" w:type="pct"/>
            <w:tcBorders>
              <w:top w:val="nil"/>
              <w:left w:val="nil"/>
              <w:bottom w:val="nil"/>
              <w:right w:val="nil"/>
            </w:tcBorders>
            <w:vAlign w:val="bottom"/>
          </w:tcPr>
          <w:p w14:paraId="28754EC7" w14:textId="4FCC3A0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-0.13</w:t>
            </w:r>
          </w:p>
        </w:tc>
        <w:tc>
          <w:tcPr>
            <w:tcW w:w="455" w:type="pct"/>
            <w:tcBorders>
              <w:top w:val="nil"/>
              <w:left w:val="nil"/>
              <w:bottom w:val="nil"/>
              <w:right w:val="nil"/>
            </w:tcBorders>
            <w:vAlign w:val="bottom"/>
          </w:tcPr>
          <w:p w14:paraId="375C03DB" w14:textId="3557A3A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600CC10C" w14:textId="6C0EF76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-0.19</w:t>
            </w:r>
          </w:p>
        </w:tc>
        <w:tc>
          <w:tcPr>
            <w:tcW w:w="357" w:type="pct"/>
            <w:tcBorders>
              <w:top w:val="nil"/>
              <w:left w:val="nil"/>
              <w:bottom w:val="nil"/>
              <w:right w:val="nil"/>
            </w:tcBorders>
            <w:vAlign w:val="bottom"/>
          </w:tcPr>
          <w:p w14:paraId="6456D70D" w14:textId="2DD0650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-0.10</w:t>
            </w:r>
          </w:p>
        </w:tc>
        <w:tc>
          <w:tcPr>
            <w:tcW w:w="422" w:type="pct"/>
            <w:tcBorders>
              <w:top w:val="nil"/>
              <w:left w:val="nil"/>
              <w:bottom w:val="nil"/>
              <w:right w:val="nil"/>
            </w:tcBorders>
            <w:vAlign w:val="bottom"/>
          </w:tcPr>
          <w:p w14:paraId="72850AED" w14:textId="525953B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390" w:type="pct"/>
            <w:tcBorders>
              <w:top w:val="nil"/>
              <w:left w:val="nil"/>
              <w:bottom w:val="nil"/>
              <w:right w:val="nil"/>
            </w:tcBorders>
            <w:vAlign w:val="bottom"/>
          </w:tcPr>
          <w:p w14:paraId="750113F1" w14:textId="5FA34A3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0.10</w:t>
            </w:r>
          </w:p>
        </w:tc>
        <w:tc>
          <w:tcPr>
            <w:tcW w:w="519" w:type="pct"/>
            <w:tcBorders>
              <w:top w:val="nil"/>
              <w:left w:val="nil"/>
              <w:bottom w:val="nil"/>
              <w:right w:val="nil"/>
            </w:tcBorders>
            <w:vAlign w:val="bottom"/>
          </w:tcPr>
          <w:p w14:paraId="4566E954" w14:textId="52DC189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0.01</w:t>
            </w:r>
          </w:p>
        </w:tc>
      </w:tr>
      <w:tr w:rsidR="00175E63" w:rsidRPr="00015D37" w14:paraId="53B42541" w14:textId="77777777" w:rsidTr="00531DDD">
        <w:tc>
          <w:tcPr>
            <w:tcW w:w="658" w:type="pct"/>
            <w:vAlign w:val="bottom"/>
          </w:tcPr>
          <w:p w14:paraId="0A90414D" w14:textId="0B78308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Shame/Guilt </w:t>
            </w:r>
          </w:p>
        </w:tc>
        <w:tc>
          <w:tcPr>
            <w:tcW w:w="413" w:type="pct"/>
            <w:tcBorders>
              <w:top w:val="nil"/>
              <w:left w:val="nil"/>
              <w:bottom w:val="nil"/>
              <w:right w:val="nil"/>
            </w:tcBorders>
            <w:vAlign w:val="bottom"/>
          </w:tcPr>
          <w:p w14:paraId="5B25DB0C" w14:textId="1B7A70F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358" w:type="pct"/>
            <w:tcBorders>
              <w:top w:val="nil"/>
              <w:left w:val="nil"/>
              <w:bottom w:val="nil"/>
              <w:right w:val="nil"/>
            </w:tcBorders>
            <w:vAlign w:val="bottom"/>
          </w:tcPr>
          <w:p w14:paraId="56513E6A" w14:textId="147FAC4E"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0.44</w:t>
            </w:r>
          </w:p>
        </w:tc>
        <w:tc>
          <w:tcPr>
            <w:tcW w:w="584" w:type="pct"/>
            <w:tcBorders>
              <w:top w:val="nil"/>
              <w:left w:val="nil"/>
              <w:bottom w:val="nil"/>
              <w:right w:val="nil"/>
            </w:tcBorders>
            <w:vAlign w:val="bottom"/>
          </w:tcPr>
          <w:p w14:paraId="05D4474C" w14:textId="3EA96F1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0.17</w:t>
            </w:r>
          </w:p>
        </w:tc>
        <w:tc>
          <w:tcPr>
            <w:tcW w:w="422" w:type="pct"/>
            <w:tcBorders>
              <w:top w:val="nil"/>
              <w:left w:val="nil"/>
              <w:bottom w:val="nil"/>
              <w:right w:val="nil"/>
            </w:tcBorders>
            <w:vAlign w:val="bottom"/>
          </w:tcPr>
          <w:p w14:paraId="3BBFD978" w14:textId="0F391ED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-0.25</w:t>
            </w:r>
          </w:p>
        </w:tc>
        <w:tc>
          <w:tcPr>
            <w:tcW w:w="455" w:type="pct"/>
            <w:tcBorders>
              <w:top w:val="nil"/>
              <w:left w:val="nil"/>
              <w:bottom w:val="nil"/>
              <w:right w:val="nil"/>
            </w:tcBorders>
            <w:vAlign w:val="bottom"/>
          </w:tcPr>
          <w:p w14:paraId="4A06A689" w14:textId="7DFA239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0.22</w:t>
            </w:r>
          </w:p>
        </w:tc>
        <w:tc>
          <w:tcPr>
            <w:tcW w:w="422" w:type="pct"/>
            <w:tcBorders>
              <w:top w:val="nil"/>
              <w:left w:val="nil"/>
              <w:bottom w:val="nil"/>
              <w:right w:val="nil"/>
            </w:tcBorders>
            <w:vAlign w:val="bottom"/>
          </w:tcPr>
          <w:p w14:paraId="7C2FBCB8" w14:textId="793EC2D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357" w:type="pct"/>
            <w:tcBorders>
              <w:top w:val="nil"/>
              <w:left w:val="nil"/>
              <w:bottom w:val="nil"/>
              <w:right w:val="nil"/>
            </w:tcBorders>
            <w:vAlign w:val="bottom"/>
          </w:tcPr>
          <w:p w14:paraId="4E67CEB6" w14:textId="74CC927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c>
          <w:tcPr>
            <w:tcW w:w="422" w:type="pct"/>
            <w:tcBorders>
              <w:top w:val="nil"/>
              <w:left w:val="nil"/>
              <w:bottom w:val="nil"/>
              <w:right w:val="nil"/>
            </w:tcBorders>
            <w:vAlign w:val="bottom"/>
          </w:tcPr>
          <w:p w14:paraId="7F71FD4C" w14:textId="3C6FCE5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390" w:type="pct"/>
            <w:tcBorders>
              <w:top w:val="nil"/>
              <w:left w:val="nil"/>
              <w:bottom w:val="nil"/>
              <w:right w:val="nil"/>
            </w:tcBorders>
            <w:vAlign w:val="bottom"/>
          </w:tcPr>
          <w:p w14:paraId="530F3D00" w14:textId="5A807EE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519" w:type="pct"/>
            <w:tcBorders>
              <w:top w:val="nil"/>
              <w:left w:val="nil"/>
              <w:bottom w:val="nil"/>
              <w:right w:val="nil"/>
            </w:tcBorders>
            <w:vAlign w:val="bottom"/>
          </w:tcPr>
          <w:p w14:paraId="0AA41487" w14:textId="70E1DC5A"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0.07</w:t>
            </w:r>
          </w:p>
        </w:tc>
      </w:tr>
      <w:tr w:rsidR="00175E63" w:rsidRPr="00015D37" w14:paraId="50A385E7" w14:textId="77777777" w:rsidTr="00531DDD">
        <w:tc>
          <w:tcPr>
            <w:tcW w:w="658" w:type="pct"/>
            <w:vAlign w:val="bottom"/>
          </w:tcPr>
          <w:p w14:paraId="410620E1" w14:textId="70904EE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Irritability </w:t>
            </w:r>
          </w:p>
        </w:tc>
        <w:tc>
          <w:tcPr>
            <w:tcW w:w="413" w:type="pct"/>
            <w:tcBorders>
              <w:top w:val="nil"/>
              <w:left w:val="nil"/>
              <w:bottom w:val="nil"/>
              <w:right w:val="nil"/>
            </w:tcBorders>
            <w:vAlign w:val="bottom"/>
          </w:tcPr>
          <w:p w14:paraId="232831A8" w14:textId="625AA66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358" w:type="pct"/>
            <w:tcBorders>
              <w:top w:val="nil"/>
              <w:left w:val="nil"/>
              <w:bottom w:val="nil"/>
              <w:right w:val="nil"/>
            </w:tcBorders>
            <w:vAlign w:val="bottom"/>
          </w:tcPr>
          <w:p w14:paraId="5805AC4F" w14:textId="053B34C2"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0.41</w:t>
            </w:r>
          </w:p>
        </w:tc>
        <w:tc>
          <w:tcPr>
            <w:tcW w:w="584" w:type="pct"/>
            <w:tcBorders>
              <w:top w:val="nil"/>
              <w:left w:val="nil"/>
              <w:bottom w:val="nil"/>
              <w:right w:val="nil"/>
            </w:tcBorders>
            <w:vAlign w:val="bottom"/>
          </w:tcPr>
          <w:p w14:paraId="6CB027F7" w14:textId="4B8F8F6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422" w:type="pct"/>
            <w:tcBorders>
              <w:top w:val="nil"/>
              <w:left w:val="nil"/>
              <w:bottom w:val="nil"/>
              <w:right w:val="nil"/>
            </w:tcBorders>
            <w:vAlign w:val="bottom"/>
          </w:tcPr>
          <w:p w14:paraId="3CFA23B2" w14:textId="122822E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455" w:type="pct"/>
            <w:tcBorders>
              <w:top w:val="nil"/>
              <w:left w:val="nil"/>
              <w:bottom w:val="nil"/>
              <w:right w:val="nil"/>
            </w:tcBorders>
            <w:vAlign w:val="bottom"/>
          </w:tcPr>
          <w:p w14:paraId="63382BF8" w14:textId="232DD59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7CFBADCB" w14:textId="16E3613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357" w:type="pct"/>
            <w:tcBorders>
              <w:top w:val="nil"/>
              <w:left w:val="nil"/>
              <w:bottom w:val="nil"/>
              <w:right w:val="nil"/>
            </w:tcBorders>
            <w:vAlign w:val="bottom"/>
          </w:tcPr>
          <w:p w14:paraId="5E4749BE" w14:textId="2D03F4C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0.27</w:t>
            </w:r>
          </w:p>
        </w:tc>
        <w:tc>
          <w:tcPr>
            <w:tcW w:w="422" w:type="pct"/>
            <w:tcBorders>
              <w:top w:val="nil"/>
              <w:left w:val="nil"/>
              <w:bottom w:val="nil"/>
              <w:right w:val="nil"/>
            </w:tcBorders>
            <w:vAlign w:val="bottom"/>
          </w:tcPr>
          <w:p w14:paraId="6FE4E7BF" w14:textId="0FA6435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390" w:type="pct"/>
            <w:tcBorders>
              <w:top w:val="nil"/>
              <w:left w:val="nil"/>
              <w:bottom w:val="nil"/>
              <w:right w:val="nil"/>
            </w:tcBorders>
            <w:vAlign w:val="bottom"/>
          </w:tcPr>
          <w:p w14:paraId="3B9B6F8A" w14:textId="26B342D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519" w:type="pct"/>
            <w:tcBorders>
              <w:top w:val="nil"/>
              <w:left w:val="nil"/>
              <w:bottom w:val="nil"/>
              <w:right w:val="nil"/>
            </w:tcBorders>
            <w:vAlign w:val="bottom"/>
          </w:tcPr>
          <w:p w14:paraId="5512E337" w14:textId="2823DFD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0.24</w:t>
            </w:r>
          </w:p>
        </w:tc>
      </w:tr>
      <w:tr w:rsidR="00175E63" w:rsidRPr="00015D37" w14:paraId="35242850" w14:textId="77777777" w:rsidTr="00531DDD">
        <w:tc>
          <w:tcPr>
            <w:tcW w:w="658" w:type="pct"/>
            <w:vAlign w:val="bottom"/>
          </w:tcPr>
          <w:p w14:paraId="2C54CF5A" w14:textId="01C486F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Anhedonia </w:t>
            </w:r>
          </w:p>
        </w:tc>
        <w:tc>
          <w:tcPr>
            <w:tcW w:w="413" w:type="pct"/>
            <w:tcBorders>
              <w:top w:val="nil"/>
              <w:left w:val="nil"/>
              <w:bottom w:val="nil"/>
              <w:right w:val="nil"/>
            </w:tcBorders>
            <w:vAlign w:val="bottom"/>
          </w:tcPr>
          <w:p w14:paraId="4CA380C4" w14:textId="70105A0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0.17</w:t>
            </w:r>
          </w:p>
        </w:tc>
        <w:tc>
          <w:tcPr>
            <w:tcW w:w="358" w:type="pct"/>
            <w:tcBorders>
              <w:top w:val="nil"/>
              <w:left w:val="nil"/>
              <w:bottom w:val="nil"/>
              <w:right w:val="nil"/>
            </w:tcBorders>
            <w:vAlign w:val="bottom"/>
          </w:tcPr>
          <w:p w14:paraId="378FCD93" w14:textId="5DDB74DF"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0.40</w:t>
            </w:r>
          </w:p>
        </w:tc>
        <w:tc>
          <w:tcPr>
            <w:tcW w:w="584" w:type="pct"/>
            <w:tcBorders>
              <w:top w:val="nil"/>
              <w:left w:val="nil"/>
              <w:bottom w:val="nil"/>
              <w:right w:val="nil"/>
            </w:tcBorders>
            <w:vAlign w:val="bottom"/>
          </w:tcPr>
          <w:p w14:paraId="22CE493C" w14:textId="20056B5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5EDC4B8D" w14:textId="230A0217"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-0.32</w:t>
            </w:r>
          </w:p>
        </w:tc>
        <w:tc>
          <w:tcPr>
            <w:tcW w:w="455" w:type="pct"/>
            <w:tcBorders>
              <w:top w:val="nil"/>
              <w:left w:val="nil"/>
              <w:bottom w:val="nil"/>
              <w:right w:val="nil"/>
            </w:tcBorders>
            <w:vAlign w:val="bottom"/>
          </w:tcPr>
          <w:p w14:paraId="444B485F" w14:textId="3E5E6C3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172450C9" w14:textId="321EA41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57" w:type="pct"/>
            <w:tcBorders>
              <w:top w:val="nil"/>
              <w:left w:val="nil"/>
              <w:bottom w:val="nil"/>
              <w:right w:val="nil"/>
            </w:tcBorders>
            <w:vAlign w:val="bottom"/>
          </w:tcPr>
          <w:p w14:paraId="673BF48D" w14:textId="12A666A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0221B4A5" w14:textId="55F9230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0.13</w:t>
            </w:r>
          </w:p>
        </w:tc>
        <w:tc>
          <w:tcPr>
            <w:tcW w:w="390" w:type="pct"/>
            <w:tcBorders>
              <w:top w:val="nil"/>
              <w:left w:val="nil"/>
              <w:bottom w:val="nil"/>
              <w:right w:val="nil"/>
            </w:tcBorders>
            <w:vAlign w:val="bottom"/>
          </w:tcPr>
          <w:p w14:paraId="621BD53D" w14:textId="22AA625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519" w:type="pct"/>
            <w:tcBorders>
              <w:top w:val="nil"/>
              <w:left w:val="nil"/>
              <w:bottom w:val="nil"/>
              <w:right w:val="nil"/>
            </w:tcBorders>
            <w:vAlign w:val="bottom"/>
          </w:tcPr>
          <w:p w14:paraId="60D060F3" w14:textId="4D1B4C5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0.27</w:t>
            </w:r>
          </w:p>
        </w:tc>
      </w:tr>
      <w:tr w:rsidR="00175E63" w:rsidRPr="00015D37" w14:paraId="42B42BB5" w14:textId="77777777" w:rsidTr="00531DDD">
        <w:tc>
          <w:tcPr>
            <w:tcW w:w="658" w:type="pct"/>
            <w:vAlign w:val="bottom"/>
          </w:tcPr>
          <w:p w14:paraId="472B5D54" w14:textId="3B0EB6D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Suicidality </w:t>
            </w:r>
          </w:p>
        </w:tc>
        <w:tc>
          <w:tcPr>
            <w:tcW w:w="413" w:type="pct"/>
            <w:tcBorders>
              <w:top w:val="nil"/>
              <w:left w:val="nil"/>
              <w:bottom w:val="nil"/>
              <w:right w:val="nil"/>
            </w:tcBorders>
            <w:vAlign w:val="bottom"/>
          </w:tcPr>
          <w:p w14:paraId="65A8384E" w14:textId="4F18ECA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c>
          <w:tcPr>
            <w:tcW w:w="358" w:type="pct"/>
            <w:tcBorders>
              <w:top w:val="nil"/>
              <w:left w:val="nil"/>
              <w:bottom w:val="nil"/>
              <w:right w:val="nil"/>
            </w:tcBorders>
            <w:vAlign w:val="bottom"/>
          </w:tcPr>
          <w:p w14:paraId="0184EB8C" w14:textId="24A94CB4"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0.40</w:t>
            </w:r>
          </w:p>
        </w:tc>
        <w:tc>
          <w:tcPr>
            <w:tcW w:w="584" w:type="pct"/>
            <w:tcBorders>
              <w:top w:val="nil"/>
              <w:left w:val="nil"/>
              <w:bottom w:val="nil"/>
              <w:right w:val="nil"/>
            </w:tcBorders>
            <w:vAlign w:val="bottom"/>
          </w:tcPr>
          <w:p w14:paraId="634CF9DA" w14:textId="5997D6B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c>
          <w:tcPr>
            <w:tcW w:w="422" w:type="pct"/>
            <w:tcBorders>
              <w:top w:val="nil"/>
              <w:left w:val="nil"/>
              <w:bottom w:val="nil"/>
              <w:right w:val="nil"/>
            </w:tcBorders>
            <w:vAlign w:val="bottom"/>
          </w:tcPr>
          <w:p w14:paraId="1B1A0F8B" w14:textId="3CFDF5F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455" w:type="pct"/>
            <w:tcBorders>
              <w:top w:val="nil"/>
              <w:left w:val="nil"/>
              <w:bottom w:val="nil"/>
              <w:right w:val="nil"/>
            </w:tcBorders>
            <w:vAlign w:val="bottom"/>
          </w:tcPr>
          <w:p w14:paraId="51D3034A" w14:textId="29726BE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0.10</w:t>
            </w:r>
          </w:p>
        </w:tc>
        <w:tc>
          <w:tcPr>
            <w:tcW w:w="422" w:type="pct"/>
            <w:tcBorders>
              <w:top w:val="nil"/>
              <w:left w:val="nil"/>
              <w:bottom w:val="nil"/>
              <w:right w:val="nil"/>
            </w:tcBorders>
            <w:vAlign w:val="bottom"/>
          </w:tcPr>
          <w:p w14:paraId="273205C7" w14:textId="5ADF5C1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0.18</w:t>
            </w:r>
          </w:p>
        </w:tc>
        <w:tc>
          <w:tcPr>
            <w:tcW w:w="357" w:type="pct"/>
            <w:tcBorders>
              <w:top w:val="nil"/>
              <w:left w:val="nil"/>
              <w:bottom w:val="nil"/>
              <w:right w:val="nil"/>
            </w:tcBorders>
            <w:vAlign w:val="bottom"/>
          </w:tcPr>
          <w:p w14:paraId="4514593E" w14:textId="3A7A228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38B070F9" w14:textId="7343A88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90" w:type="pct"/>
            <w:tcBorders>
              <w:top w:val="nil"/>
              <w:left w:val="nil"/>
              <w:bottom w:val="nil"/>
              <w:right w:val="nil"/>
            </w:tcBorders>
            <w:vAlign w:val="bottom"/>
          </w:tcPr>
          <w:p w14:paraId="63EAC4F1" w14:textId="20988BD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0.28</w:t>
            </w:r>
          </w:p>
        </w:tc>
        <w:tc>
          <w:tcPr>
            <w:tcW w:w="519" w:type="pct"/>
            <w:tcBorders>
              <w:top w:val="nil"/>
              <w:left w:val="nil"/>
              <w:bottom w:val="nil"/>
              <w:right w:val="nil"/>
            </w:tcBorders>
            <w:vAlign w:val="bottom"/>
          </w:tcPr>
          <w:p w14:paraId="40922C24" w14:textId="1D5C765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r>
      <w:tr w:rsidR="00175E63" w:rsidRPr="00015D37" w14:paraId="3486AF5C" w14:textId="77777777" w:rsidTr="00531DDD">
        <w:tc>
          <w:tcPr>
            <w:tcW w:w="658" w:type="pct"/>
            <w:vAlign w:val="bottom"/>
          </w:tcPr>
          <w:p w14:paraId="14FD954D" w14:textId="51D8FB0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Disorganization </w:t>
            </w:r>
          </w:p>
        </w:tc>
        <w:tc>
          <w:tcPr>
            <w:tcW w:w="413" w:type="pct"/>
            <w:tcBorders>
              <w:top w:val="nil"/>
              <w:left w:val="nil"/>
              <w:bottom w:val="nil"/>
              <w:right w:val="nil"/>
            </w:tcBorders>
            <w:vAlign w:val="bottom"/>
          </w:tcPr>
          <w:p w14:paraId="5F555694" w14:textId="5FF2B92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358" w:type="pct"/>
            <w:tcBorders>
              <w:top w:val="nil"/>
              <w:left w:val="nil"/>
              <w:bottom w:val="nil"/>
              <w:right w:val="nil"/>
            </w:tcBorders>
            <w:vAlign w:val="bottom"/>
          </w:tcPr>
          <w:p w14:paraId="67E76107" w14:textId="71257D50"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0.08</w:t>
            </w:r>
          </w:p>
        </w:tc>
        <w:tc>
          <w:tcPr>
            <w:tcW w:w="584" w:type="pct"/>
            <w:tcBorders>
              <w:top w:val="nil"/>
              <w:left w:val="nil"/>
              <w:bottom w:val="nil"/>
              <w:right w:val="nil"/>
            </w:tcBorders>
            <w:vAlign w:val="bottom"/>
          </w:tcPr>
          <w:p w14:paraId="32822DA6" w14:textId="6B21421C"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0.62</w:t>
            </w:r>
          </w:p>
        </w:tc>
        <w:tc>
          <w:tcPr>
            <w:tcW w:w="422" w:type="pct"/>
            <w:tcBorders>
              <w:top w:val="nil"/>
              <w:left w:val="nil"/>
              <w:bottom w:val="nil"/>
              <w:right w:val="nil"/>
            </w:tcBorders>
            <w:vAlign w:val="bottom"/>
          </w:tcPr>
          <w:p w14:paraId="471E068E" w14:textId="634776F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455" w:type="pct"/>
            <w:tcBorders>
              <w:top w:val="nil"/>
              <w:left w:val="nil"/>
              <w:bottom w:val="nil"/>
              <w:right w:val="nil"/>
            </w:tcBorders>
            <w:vAlign w:val="bottom"/>
          </w:tcPr>
          <w:p w14:paraId="65EE59D7" w14:textId="162CED2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422" w:type="pct"/>
            <w:tcBorders>
              <w:top w:val="nil"/>
              <w:left w:val="nil"/>
              <w:bottom w:val="nil"/>
              <w:right w:val="nil"/>
            </w:tcBorders>
            <w:vAlign w:val="bottom"/>
          </w:tcPr>
          <w:p w14:paraId="03F9684C" w14:textId="750E3AD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357" w:type="pct"/>
            <w:tcBorders>
              <w:top w:val="nil"/>
              <w:left w:val="nil"/>
              <w:bottom w:val="nil"/>
              <w:right w:val="nil"/>
            </w:tcBorders>
            <w:vAlign w:val="bottom"/>
          </w:tcPr>
          <w:p w14:paraId="1222E143" w14:textId="05B6161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5F287CE9" w14:textId="3F2CDD2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0.21</w:t>
            </w:r>
          </w:p>
        </w:tc>
        <w:tc>
          <w:tcPr>
            <w:tcW w:w="390" w:type="pct"/>
            <w:tcBorders>
              <w:top w:val="nil"/>
              <w:left w:val="nil"/>
              <w:bottom w:val="nil"/>
              <w:right w:val="nil"/>
            </w:tcBorders>
            <w:vAlign w:val="bottom"/>
          </w:tcPr>
          <w:p w14:paraId="2F4CF1FA" w14:textId="6A2F69D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519" w:type="pct"/>
            <w:tcBorders>
              <w:top w:val="nil"/>
              <w:left w:val="nil"/>
              <w:bottom w:val="nil"/>
              <w:right w:val="nil"/>
            </w:tcBorders>
            <w:vAlign w:val="bottom"/>
          </w:tcPr>
          <w:p w14:paraId="35EBDCE9" w14:textId="6416799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r>
      <w:tr w:rsidR="00175E63" w:rsidRPr="00015D37" w14:paraId="34B79E30" w14:textId="77777777" w:rsidTr="00531DDD">
        <w:tc>
          <w:tcPr>
            <w:tcW w:w="658" w:type="pct"/>
            <w:vAlign w:val="bottom"/>
          </w:tcPr>
          <w:p w14:paraId="2E0238A9" w14:textId="46F5C12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Hoarding  </w:t>
            </w:r>
          </w:p>
        </w:tc>
        <w:tc>
          <w:tcPr>
            <w:tcW w:w="413" w:type="pct"/>
            <w:tcBorders>
              <w:top w:val="nil"/>
              <w:left w:val="nil"/>
              <w:bottom w:val="nil"/>
              <w:right w:val="nil"/>
            </w:tcBorders>
            <w:vAlign w:val="bottom"/>
          </w:tcPr>
          <w:p w14:paraId="264475E0" w14:textId="3168571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358" w:type="pct"/>
            <w:tcBorders>
              <w:top w:val="nil"/>
              <w:left w:val="nil"/>
              <w:bottom w:val="nil"/>
              <w:right w:val="nil"/>
            </w:tcBorders>
            <w:vAlign w:val="bottom"/>
          </w:tcPr>
          <w:p w14:paraId="2B6ADAFB" w14:textId="0CFB133E"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-0.02</w:t>
            </w:r>
          </w:p>
        </w:tc>
        <w:tc>
          <w:tcPr>
            <w:tcW w:w="584" w:type="pct"/>
            <w:tcBorders>
              <w:top w:val="nil"/>
              <w:left w:val="nil"/>
              <w:bottom w:val="nil"/>
              <w:right w:val="nil"/>
            </w:tcBorders>
            <w:vAlign w:val="bottom"/>
          </w:tcPr>
          <w:p w14:paraId="3D5FA966" w14:textId="70E422CC"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0.62</w:t>
            </w:r>
          </w:p>
        </w:tc>
        <w:tc>
          <w:tcPr>
            <w:tcW w:w="422" w:type="pct"/>
            <w:tcBorders>
              <w:top w:val="nil"/>
              <w:left w:val="nil"/>
              <w:bottom w:val="nil"/>
              <w:right w:val="nil"/>
            </w:tcBorders>
            <w:vAlign w:val="bottom"/>
          </w:tcPr>
          <w:p w14:paraId="19F27C35" w14:textId="605E6465"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0.00</w:t>
            </w:r>
          </w:p>
        </w:tc>
        <w:tc>
          <w:tcPr>
            <w:tcW w:w="455" w:type="pct"/>
            <w:tcBorders>
              <w:top w:val="nil"/>
              <w:left w:val="nil"/>
              <w:bottom w:val="nil"/>
              <w:right w:val="nil"/>
            </w:tcBorders>
            <w:vAlign w:val="bottom"/>
          </w:tcPr>
          <w:p w14:paraId="0693C20B" w14:textId="15D192F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422" w:type="pct"/>
            <w:tcBorders>
              <w:top w:val="nil"/>
              <w:left w:val="nil"/>
              <w:bottom w:val="nil"/>
              <w:right w:val="nil"/>
            </w:tcBorders>
            <w:vAlign w:val="bottom"/>
          </w:tcPr>
          <w:p w14:paraId="6D87C9BB" w14:textId="314B99B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357" w:type="pct"/>
            <w:tcBorders>
              <w:top w:val="nil"/>
              <w:left w:val="nil"/>
              <w:bottom w:val="nil"/>
              <w:right w:val="nil"/>
            </w:tcBorders>
            <w:vAlign w:val="bottom"/>
          </w:tcPr>
          <w:p w14:paraId="0D52EB72" w14:textId="73399C1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411F2617" w14:textId="58AE080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390" w:type="pct"/>
            <w:tcBorders>
              <w:top w:val="nil"/>
              <w:left w:val="nil"/>
              <w:bottom w:val="nil"/>
              <w:right w:val="nil"/>
            </w:tcBorders>
            <w:vAlign w:val="bottom"/>
          </w:tcPr>
          <w:p w14:paraId="63052A9A" w14:textId="19DFF1D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519" w:type="pct"/>
            <w:tcBorders>
              <w:top w:val="nil"/>
              <w:left w:val="nil"/>
              <w:bottom w:val="nil"/>
              <w:right w:val="nil"/>
            </w:tcBorders>
            <w:vAlign w:val="bottom"/>
          </w:tcPr>
          <w:p w14:paraId="58404583" w14:textId="0A96106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r>
      <w:tr w:rsidR="00175E63" w:rsidRPr="00015D37" w14:paraId="789CECE4" w14:textId="77777777" w:rsidTr="00531DDD">
        <w:tc>
          <w:tcPr>
            <w:tcW w:w="658" w:type="pct"/>
            <w:vAlign w:val="bottom"/>
          </w:tcPr>
          <w:p w14:paraId="033C6AFD" w14:textId="7EDB055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Non-</w:t>
            </w:r>
            <w:r w:rsidR="004C4FD8">
              <w:rPr>
                <w:rFonts w:ascii="Times New Roman" w:hAnsi="Times New Roman" w:cs="Times New Roman"/>
                <w:sz w:val="20"/>
                <w:szCs w:val="20"/>
              </w:rPr>
              <w:t>P</w:t>
            </w:r>
            <w:r w:rsidRPr="00531DDD">
              <w:rPr>
                <w:rFonts w:ascii="Times New Roman" w:hAnsi="Times New Roman" w:cs="Times New Roman"/>
                <w:sz w:val="20"/>
                <w:szCs w:val="20"/>
              </w:rPr>
              <w:t>ersistence</w:t>
            </w:r>
          </w:p>
        </w:tc>
        <w:tc>
          <w:tcPr>
            <w:tcW w:w="413" w:type="pct"/>
            <w:tcBorders>
              <w:top w:val="nil"/>
              <w:left w:val="nil"/>
              <w:bottom w:val="nil"/>
              <w:right w:val="nil"/>
            </w:tcBorders>
            <w:vAlign w:val="bottom"/>
          </w:tcPr>
          <w:p w14:paraId="3FE10D54" w14:textId="2D07567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58" w:type="pct"/>
            <w:tcBorders>
              <w:top w:val="nil"/>
              <w:left w:val="nil"/>
              <w:bottom w:val="nil"/>
              <w:right w:val="nil"/>
            </w:tcBorders>
            <w:vAlign w:val="bottom"/>
          </w:tcPr>
          <w:p w14:paraId="37C929CF" w14:textId="1741152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0.13</w:t>
            </w:r>
          </w:p>
        </w:tc>
        <w:tc>
          <w:tcPr>
            <w:tcW w:w="584" w:type="pct"/>
            <w:tcBorders>
              <w:top w:val="nil"/>
              <w:left w:val="nil"/>
              <w:bottom w:val="nil"/>
              <w:right w:val="nil"/>
            </w:tcBorders>
            <w:vAlign w:val="bottom"/>
          </w:tcPr>
          <w:p w14:paraId="3B55AFF5" w14:textId="2F7135D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0.55</w:t>
            </w:r>
          </w:p>
        </w:tc>
        <w:tc>
          <w:tcPr>
            <w:tcW w:w="422" w:type="pct"/>
            <w:tcBorders>
              <w:top w:val="nil"/>
              <w:left w:val="nil"/>
              <w:bottom w:val="nil"/>
              <w:right w:val="nil"/>
            </w:tcBorders>
            <w:vAlign w:val="bottom"/>
          </w:tcPr>
          <w:p w14:paraId="614C27F6" w14:textId="70FBA0E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455" w:type="pct"/>
            <w:tcBorders>
              <w:top w:val="nil"/>
              <w:left w:val="nil"/>
              <w:bottom w:val="nil"/>
              <w:right w:val="nil"/>
            </w:tcBorders>
            <w:vAlign w:val="bottom"/>
          </w:tcPr>
          <w:p w14:paraId="41A60007" w14:textId="4C7014B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185BE975" w14:textId="4446DFB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357" w:type="pct"/>
            <w:tcBorders>
              <w:top w:val="nil"/>
              <w:left w:val="nil"/>
              <w:bottom w:val="nil"/>
              <w:right w:val="nil"/>
            </w:tcBorders>
            <w:vAlign w:val="bottom"/>
          </w:tcPr>
          <w:p w14:paraId="1917E9F9" w14:textId="4CEC1E4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4577BF56" w14:textId="14D444A1"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0.30</w:t>
            </w:r>
          </w:p>
        </w:tc>
        <w:tc>
          <w:tcPr>
            <w:tcW w:w="390" w:type="pct"/>
            <w:tcBorders>
              <w:top w:val="nil"/>
              <w:left w:val="nil"/>
              <w:bottom w:val="nil"/>
              <w:right w:val="nil"/>
            </w:tcBorders>
            <w:vAlign w:val="bottom"/>
          </w:tcPr>
          <w:p w14:paraId="1DF423D4" w14:textId="3F4E378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3A0F50D6" w14:textId="66EDDB7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0.13</w:t>
            </w:r>
          </w:p>
        </w:tc>
      </w:tr>
      <w:tr w:rsidR="00175E63" w:rsidRPr="00015D37" w14:paraId="6F324A82" w14:textId="77777777" w:rsidTr="00531DDD">
        <w:tc>
          <w:tcPr>
            <w:tcW w:w="658" w:type="pct"/>
            <w:vAlign w:val="bottom"/>
          </w:tcPr>
          <w:p w14:paraId="3738EE26" w14:textId="29E05E2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Problematic Shopping</w:t>
            </w:r>
          </w:p>
        </w:tc>
        <w:tc>
          <w:tcPr>
            <w:tcW w:w="413" w:type="pct"/>
            <w:tcBorders>
              <w:top w:val="nil"/>
              <w:left w:val="nil"/>
              <w:bottom w:val="nil"/>
              <w:right w:val="nil"/>
            </w:tcBorders>
            <w:vAlign w:val="bottom"/>
          </w:tcPr>
          <w:p w14:paraId="1E15034B" w14:textId="0534CF1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272C25C5" w14:textId="7A17015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584" w:type="pct"/>
            <w:tcBorders>
              <w:top w:val="nil"/>
              <w:left w:val="nil"/>
              <w:bottom w:val="nil"/>
              <w:right w:val="nil"/>
            </w:tcBorders>
            <w:vAlign w:val="bottom"/>
          </w:tcPr>
          <w:p w14:paraId="63B1C204" w14:textId="0BBDC697"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0.54</w:t>
            </w:r>
          </w:p>
        </w:tc>
        <w:tc>
          <w:tcPr>
            <w:tcW w:w="422" w:type="pct"/>
            <w:tcBorders>
              <w:top w:val="nil"/>
              <w:left w:val="nil"/>
              <w:bottom w:val="nil"/>
              <w:right w:val="nil"/>
            </w:tcBorders>
            <w:vAlign w:val="bottom"/>
          </w:tcPr>
          <w:p w14:paraId="356D1049" w14:textId="4287293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34168B86" w14:textId="15EA5E4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0.20</w:t>
            </w:r>
          </w:p>
        </w:tc>
        <w:tc>
          <w:tcPr>
            <w:tcW w:w="422" w:type="pct"/>
            <w:tcBorders>
              <w:top w:val="nil"/>
              <w:left w:val="nil"/>
              <w:bottom w:val="nil"/>
              <w:right w:val="nil"/>
            </w:tcBorders>
            <w:vAlign w:val="bottom"/>
          </w:tcPr>
          <w:p w14:paraId="5FF366B3" w14:textId="202E7B2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357" w:type="pct"/>
            <w:tcBorders>
              <w:top w:val="nil"/>
              <w:left w:val="nil"/>
              <w:bottom w:val="nil"/>
              <w:right w:val="nil"/>
            </w:tcBorders>
            <w:vAlign w:val="bottom"/>
          </w:tcPr>
          <w:p w14:paraId="17B7C4C2" w14:textId="227778C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0.18</w:t>
            </w:r>
          </w:p>
        </w:tc>
        <w:tc>
          <w:tcPr>
            <w:tcW w:w="422" w:type="pct"/>
            <w:tcBorders>
              <w:top w:val="nil"/>
              <w:left w:val="nil"/>
              <w:bottom w:val="nil"/>
              <w:right w:val="nil"/>
            </w:tcBorders>
            <w:vAlign w:val="bottom"/>
          </w:tcPr>
          <w:p w14:paraId="00041741" w14:textId="055531C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-0.16</w:t>
            </w:r>
          </w:p>
        </w:tc>
        <w:tc>
          <w:tcPr>
            <w:tcW w:w="390" w:type="pct"/>
            <w:tcBorders>
              <w:top w:val="nil"/>
              <w:left w:val="nil"/>
              <w:bottom w:val="nil"/>
              <w:right w:val="nil"/>
            </w:tcBorders>
            <w:vAlign w:val="bottom"/>
          </w:tcPr>
          <w:p w14:paraId="37FCC4BF" w14:textId="1869920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7714ACB3" w14:textId="299259D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r>
      <w:tr w:rsidR="00175E63" w:rsidRPr="00015D37" w14:paraId="1276C949" w14:textId="77777777" w:rsidTr="00531DDD">
        <w:tc>
          <w:tcPr>
            <w:tcW w:w="658" w:type="pct"/>
            <w:vAlign w:val="bottom"/>
          </w:tcPr>
          <w:p w14:paraId="77614440" w14:textId="1083B03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Non-</w:t>
            </w:r>
            <w:proofErr w:type="spellStart"/>
            <w:r w:rsidR="004C4FD8">
              <w:rPr>
                <w:rFonts w:ascii="Times New Roman" w:hAnsi="Times New Roman" w:cs="Times New Roman"/>
                <w:sz w:val="20"/>
                <w:szCs w:val="20"/>
              </w:rPr>
              <w:t>P</w:t>
            </w:r>
            <w:r w:rsidRPr="00531DDD">
              <w:rPr>
                <w:rFonts w:ascii="Times New Roman" w:hAnsi="Times New Roman" w:cs="Times New Roman"/>
                <w:sz w:val="20"/>
                <w:szCs w:val="20"/>
              </w:rPr>
              <w:t>lanfulness</w:t>
            </w:r>
            <w:proofErr w:type="spellEnd"/>
          </w:p>
        </w:tc>
        <w:tc>
          <w:tcPr>
            <w:tcW w:w="413" w:type="pct"/>
            <w:tcBorders>
              <w:top w:val="nil"/>
              <w:left w:val="nil"/>
              <w:bottom w:val="nil"/>
              <w:right w:val="nil"/>
            </w:tcBorders>
            <w:vAlign w:val="bottom"/>
          </w:tcPr>
          <w:p w14:paraId="69844229" w14:textId="4284FA2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358" w:type="pct"/>
            <w:tcBorders>
              <w:top w:val="nil"/>
              <w:left w:val="nil"/>
              <w:bottom w:val="nil"/>
              <w:right w:val="nil"/>
            </w:tcBorders>
            <w:vAlign w:val="bottom"/>
          </w:tcPr>
          <w:p w14:paraId="11EB02ED" w14:textId="19990D0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84" w:type="pct"/>
            <w:tcBorders>
              <w:top w:val="nil"/>
              <w:left w:val="nil"/>
              <w:bottom w:val="nil"/>
              <w:right w:val="nil"/>
            </w:tcBorders>
            <w:vAlign w:val="bottom"/>
          </w:tcPr>
          <w:p w14:paraId="7FDC0460" w14:textId="20CF766C"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0.41</w:t>
            </w:r>
          </w:p>
        </w:tc>
        <w:tc>
          <w:tcPr>
            <w:tcW w:w="422" w:type="pct"/>
            <w:tcBorders>
              <w:top w:val="nil"/>
              <w:left w:val="nil"/>
              <w:bottom w:val="nil"/>
              <w:right w:val="nil"/>
            </w:tcBorders>
            <w:vAlign w:val="bottom"/>
          </w:tcPr>
          <w:p w14:paraId="36A0E59D" w14:textId="379DDBF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55" w:type="pct"/>
            <w:tcBorders>
              <w:top w:val="nil"/>
              <w:left w:val="nil"/>
              <w:bottom w:val="nil"/>
              <w:right w:val="nil"/>
            </w:tcBorders>
            <w:vAlign w:val="bottom"/>
          </w:tcPr>
          <w:p w14:paraId="559592EC" w14:textId="19CE8AC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66324E3C" w14:textId="5B503661"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0.34</w:t>
            </w:r>
          </w:p>
        </w:tc>
        <w:tc>
          <w:tcPr>
            <w:tcW w:w="357" w:type="pct"/>
            <w:tcBorders>
              <w:top w:val="nil"/>
              <w:left w:val="nil"/>
              <w:bottom w:val="nil"/>
              <w:right w:val="nil"/>
            </w:tcBorders>
            <w:vAlign w:val="bottom"/>
          </w:tcPr>
          <w:p w14:paraId="32F04038" w14:textId="3C7860C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45DC77D0" w14:textId="6DD937C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0.16</w:t>
            </w:r>
          </w:p>
        </w:tc>
        <w:tc>
          <w:tcPr>
            <w:tcW w:w="390" w:type="pct"/>
            <w:tcBorders>
              <w:top w:val="nil"/>
              <w:left w:val="nil"/>
              <w:bottom w:val="nil"/>
              <w:right w:val="nil"/>
            </w:tcBorders>
            <w:vAlign w:val="bottom"/>
          </w:tcPr>
          <w:p w14:paraId="35ED4DBD" w14:textId="5632BAD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519" w:type="pct"/>
            <w:tcBorders>
              <w:top w:val="nil"/>
              <w:left w:val="nil"/>
              <w:bottom w:val="nil"/>
              <w:right w:val="nil"/>
            </w:tcBorders>
            <w:vAlign w:val="bottom"/>
          </w:tcPr>
          <w:p w14:paraId="6BCC2A11" w14:textId="6BB5E84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0.21</w:t>
            </w:r>
          </w:p>
        </w:tc>
      </w:tr>
      <w:tr w:rsidR="00175E63" w:rsidRPr="00015D37" w14:paraId="179F6447" w14:textId="77777777" w:rsidTr="00531DDD">
        <w:tc>
          <w:tcPr>
            <w:tcW w:w="658" w:type="pct"/>
            <w:vAlign w:val="bottom"/>
          </w:tcPr>
          <w:p w14:paraId="7214B9C7" w14:textId="3E752DE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Cognitive Problems </w:t>
            </w:r>
          </w:p>
        </w:tc>
        <w:tc>
          <w:tcPr>
            <w:tcW w:w="413" w:type="pct"/>
            <w:tcBorders>
              <w:top w:val="nil"/>
              <w:left w:val="nil"/>
              <w:bottom w:val="nil"/>
              <w:right w:val="nil"/>
            </w:tcBorders>
            <w:vAlign w:val="bottom"/>
          </w:tcPr>
          <w:p w14:paraId="2027F358" w14:textId="0B05779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358" w:type="pct"/>
            <w:tcBorders>
              <w:top w:val="nil"/>
              <w:left w:val="nil"/>
              <w:bottom w:val="nil"/>
              <w:right w:val="nil"/>
            </w:tcBorders>
            <w:vAlign w:val="bottom"/>
          </w:tcPr>
          <w:p w14:paraId="37AF2799" w14:textId="26DB7A24"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0.30</w:t>
            </w:r>
          </w:p>
        </w:tc>
        <w:tc>
          <w:tcPr>
            <w:tcW w:w="584" w:type="pct"/>
            <w:tcBorders>
              <w:top w:val="nil"/>
              <w:left w:val="nil"/>
              <w:bottom w:val="nil"/>
              <w:right w:val="nil"/>
            </w:tcBorders>
            <w:vAlign w:val="bottom"/>
          </w:tcPr>
          <w:p w14:paraId="558EEE00" w14:textId="34F6B53D"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0.40</w:t>
            </w:r>
          </w:p>
        </w:tc>
        <w:tc>
          <w:tcPr>
            <w:tcW w:w="422" w:type="pct"/>
            <w:tcBorders>
              <w:top w:val="nil"/>
              <w:left w:val="nil"/>
              <w:bottom w:val="nil"/>
              <w:right w:val="nil"/>
            </w:tcBorders>
            <w:vAlign w:val="bottom"/>
          </w:tcPr>
          <w:p w14:paraId="674D5289" w14:textId="76A95BFC"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-0.04</w:t>
            </w:r>
          </w:p>
        </w:tc>
        <w:tc>
          <w:tcPr>
            <w:tcW w:w="455" w:type="pct"/>
            <w:tcBorders>
              <w:top w:val="nil"/>
              <w:left w:val="nil"/>
              <w:bottom w:val="nil"/>
              <w:right w:val="nil"/>
            </w:tcBorders>
            <w:vAlign w:val="bottom"/>
          </w:tcPr>
          <w:p w14:paraId="1C643820" w14:textId="1BA8B90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4BC9DBBF" w14:textId="583EBE5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357" w:type="pct"/>
            <w:tcBorders>
              <w:top w:val="nil"/>
              <w:left w:val="nil"/>
              <w:bottom w:val="nil"/>
              <w:right w:val="nil"/>
            </w:tcBorders>
            <w:vAlign w:val="bottom"/>
          </w:tcPr>
          <w:p w14:paraId="1A000A1A" w14:textId="2503572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0E904783" w14:textId="25BF672E"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0.37</w:t>
            </w:r>
          </w:p>
        </w:tc>
        <w:tc>
          <w:tcPr>
            <w:tcW w:w="390" w:type="pct"/>
            <w:tcBorders>
              <w:top w:val="nil"/>
              <w:left w:val="nil"/>
              <w:bottom w:val="nil"/>
              <w:right w:val="nil"/>
            </w:tcBorders>
            <w:vAlign w:val="bottom"/>
          </w:tcPr>
          <w:p w14:paraId="50142BAE" w14:textId="259F13E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519" w:type="pct"/>
            <w:tcBorders>
              <w:top w:val="nil"/>
              <w:left w:val="nil"/>
              <w:bottom w:val="nil"/>
              <w:right w:val="nil"/>
            </w:tcBorders>
            <w:vAlign w:val="bottom"/>
          </w:tcPr>
          <w:p w14:paraId="30DC89CE" w14:textId="2E07D54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r>
      <w:tr w:rsidR="00175E63" w:rsidRPr="00015D37" w14:paraId="1E30C015" w14:textId="77777777" w:rsidTr="00531DDD">
        <w:tc>
          <w:tcPr>
            <w:tcW w:w="658" w:type="pct"/>
            <w:vAlign w:val="bottom"/>
          </w:tcPr>
          <w:p w14:paraId="6207B8B5" w14:textId="21E8774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Binge Eating</w:t>
            </w:r>
          </w:p>
        </w:tc>
        <w:tc>
          <w:tcPr>
            <w:tcW w:w="413" w:type="pct"/>
            <w:tcBorders>
              <w:top w:val="nil"/>
              <w:left w:val="nil"/>
              <w:bottom w:val="nil"/>
              <w:right w:val="nil"/>
            </w:tcBorders>
            <w:vAlign w:val="bottom"/>
          </w:tcPr>
          <w:p w14:paraId="5D45E333" w14:textId="7EEBE46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58" w:type="pct"/>
            <w:tcBorders>
              <w:top w:val="nil"/>
              <w:left w:val="nil"/>
              <w:bottom w:val="nil"/>
              <w:right w:val="nil"/>
            </w:tcBorders>
            <w:vAlign w:val="bottom"/>
          </w:tcPr>
          <w:p w14:paraId="5D2A077F" w14:textId="287738F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584" w:type="pct"/>
            <w:tcBorders>
              <w:top w:val="nil"/>
              <w:left w:val="nil"/>
              <w:bottom w:val="nil"/>
              <w:right w:val="nil"/>
            </w:tcBorders>
            <w:vAlign w:val="bottom"/>
          </w:tcPr>
          <w:p w14:paraId="306E8986" w14:textId="794DE22D"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0.32</w:t>
            </w:r>
          </w:p>
        </w:tc>
        <w:tc>
          <w:tcPr>
            <w:tcW w:w="422" w:type="pct"/>
            <w:tcBorders>
              <w:top w:val="nil"/>
              <w:left w:val="nil"/>
              <w:bottom w:val="nil"/>
              <w:right w:val="nil"/>
            </w:tcBorders>
            <w:vAlign w:val="bottom"/>
          </w:tcPr>
          <w:p w14:paraId="1B9EB339" w14:textId="3A9F60A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455" w:type="pct"/>
            <w:tcBorders>
              <w:top w:val="nil"/>
              <w:left w:val="nil"/>
              <w:bottom w:val="nil"/>
              <w:right w:val="nil"/>
            </w:tcBorders>
            <w:vAlign w:val="bottom"/>
          </w:tcPr>
          <w:p w14:paraId="324E4782" w14:textId="64F7917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0.28</w:t>
            </w:r>
          </w:p>
        </w:tc>
        <w:tc>
          <w:tcPr>
            <w:tcW w:w="422" w:type="pct"/>
            <w:tcBorders>
              <w:top w:val="nil"/>
              <w:left w:val="nil"/>
              <w:bottom w:val="nil"/>
              <w:right w:val="nil"/>
            </w:tcBorders>
            <w:vAlign w:val="bottom"/>
          </w:tcPr>
          <w:p w14:paraId="001A09BE" w14:textId="6ED6E4C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357" w:type="pct"/>
            <w:tcBorders>
              <w:top w:val="nil"/>
              <w:left w:val="nil"/>
              <w:bottom w:val="nil"/>
              <w:right w:val="nil"/>
            </w:tcBorders>
            <w:vAlign w:val="bottom"/>
          </w:tcPr>
          <w:p w14:paraId="01F46464" w14:textId="792CAED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17BC03CF" w14:textId="143AECD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-0.23</w:t>
            </w:r>
          </w:p>
        </w:tc>
        <w:tc>
          <w:tcPr>
            <w:tcW w:w="390" w:type="pct"/>
            <w:tcBorders>
              <w:top w:val="nil"/>
              <w:left w:val="nil"/>
              <w:bottom w:val="nil"/>
              <w:right w:val="nil"/>
            </w:tcBorders>
            <w:vAlign w:val="bottom"/>
          </w:tcPr>
          <w:p w14:paraId="22EAD5E2" w14:textId="1583799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519" w:type="pct"/>
            <w:tcBorders>
              <w:top w:val="nil"/>
              <w:left w:val="nil"/>
              <w:bottom w:val="nil"/>
              <w:right w:val="nil"/>
            </w:tcBorders>
            <w:vAlign w:val="bottom"/>
          </w:tcPr>
          <w:p w14:paraId="261C13CF" w14:textId="1623875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r>
      <w:tr w:rsidR="00175E63" w:rsidRPr="00015D37" w14:paraId="5DB6E4ED" w14:textId="77777777" w:rsidTr="00531DDD">
        <w:tc>
          <w:tcPr>
            <w:tcW w:w="658" w:type="pct"/>
            <w:vAlign w:val="bottom"/>
          </w:tcPr>
          <w:p w14:paraId="74EF26E2" w14:textId="10EEC77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Grandiosity </w:t>
            </w:r>
          </w:p>
        </w:tc>
        <w:tc>
          <w:tcPr>
            <w:tcW w:w="413" w:type="pct"/>
            <w:tcBorders>
              <w:top w:val="nil"/>
              <w:left w:val="nil"/>
              <w:bottom w:val="nil"/>
              <w:right w:val="nil"/>
            </w:tcBorders>
            <w:vAlign w:val="bottom"/>
          </w:tcPr>
          <w:p w14:paraId="15B3A14B" w14:textId="3B6D49E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358" w:type="pct"/>
            <w:tcBorders>
              <w:top w:val="nil"/>
              <w:left w:val="nil"/>
              <w:bottom w:val="nil"/>
              <w:right w:val="nil"/>
            </w:tcBorders>
            <w:vAlign w:val="bottom"/>
          </w:tcPr>
          <w:p w14:paraId="273F7105" w14:textId="057B2AA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584" w:type="pct"/>
            <w:tcBorders>
              <w:top w:val="nil"/>
              <w:left w:val="nil"/>
              <w:bottom w:val="nil"/>
              <w:right w:val="nil"/>
            </w:tcBorders>
            <w:vAlign w:val="bottom"/>
          </w:tcPr>
          <w:p w14:paraId="47DF9E30" w14:textId="1AC6E8F2"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68C47B51" w14:textId="3B64EA1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0.79</w:t>
            </w:r>
          </w:p>
        </w:tc>
        <w:tc>
          <w:tcPr>
            <w:tcW w:w="455" w:type="pct"/>
            <w:tcBorders>
              <w:top w:val="nil"/>
              <w:left w:val="nil"/>
              <w:bottom w:val="nil"/>
              <w:right w:val="nil"/>
            </w:tcBorders>
            <w:vAlign w:val="bottom"/>
          </w:tcPr>
          <w:p w14:paraId="54BBB122" w14:textId="7B49E59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3F8755F8" w14:textId="6B7FBF6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357" w:type="pct"/>
            <w:tcBorders>
              <w:top w:val="nil"/>
              <w:left w:val="nil"/>
              <w:bottom w:val="nil"/>
              <w:right w:val="nil"/>
            </w:tcBorders>
            <w:vAlign w:val="bottom"/>
          </w:tcPr>
          <w:p w14:paraId="45F9E528" w14:textId="7B928E7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1ED9161C" w14:textId="2B73139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390" w:type="pct"/>
            <w:tcBorders>
              <w:top w:val="nil"/>
              <w:left w:val="nil"/>
              <w:bottom w:val="nil"/>
              <w:right w:val="nil"/>
            </w:tcBorders>
            <w:vAlign w:val="bottom"/>
          </w:tcPr>
          <w:p w14:paraId="0931FD34" w14:textId="0D1D054E"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0.04</w:t>
            </w:r>
          </w:p>
        </w:tc>
        <w:tc>
          <w:tcPr>
            <w:tcW w:w="519" w:type="pct"/>
            <w:tcBorders>
              <w:top w:val="nil"/>
              <w:left w:val="nil"/>
              <w:bottom w:val="nil"/>
              <w:right w:val="nil"/>
            </w:tcBorders>
            <w:vAlign w:val="bottom"/>
          </w:tcPr>
          <w:p w14:paraId="5DCB5CE0" w14:textId="0664938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r>
      <w:tr w:rsidR="00175E63" w:rsidRPr="00015D37" w14:paraId="1FD4E492" w14:textId="77777777" w:rsidTr="00531DDD">
        <w:tc>
          <w:tcPr>
            <w:tcW w:w="658" w:type="pct"/>
            <w:vAlign w:val="bottom"/>
          </w:tcPr>
          <w:p w14:paraId="4C7932FC" w14:textId="6E3861F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Well-being </w:t>
            </w:r>
          </w:p>
        </w:tc>
        <w:tc>
          <w:tcPr>
            <w:tcW w:w="413" w:type="pct"/>
            <w:tcBorders>
              <w:top w:val="nil"/>
              <w:left w:val="nil"/>
              <w:bottom w:val="nil"/>
              <w:right w:val="nil"/>
            </w:tcBorders>
            <w:vAlign w:val="bottom"/>
          </w:tcPr>
          <w:p w14:paraId="60A5D40C" w14:textId="4F5EF92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54C4BCC8" w14:textId="72DA4DA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-0.28</w:t>
            </w:r>
          </w:p>
        </w:tc>
        <w:tc>
          <w:tcPr>
            <w:tcW w:w="584" w:type="pct"/>
            <w:tcBorders>
              <w:top w:val="nil"/>
              <w:left w:val="nil"/>
              <w:bottom w:val="nil"/>
              <w:right w:val="nil"/>
            </w:tcBorders>
            <w:vAlign w:val="bottom"/>
          </w:tcPr>
          <w:p w14:paraId="1A8B1821" w14:textId="5EB34C64"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65296ACD" w14:textId="0629B287"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0.68</w:t>
            </w:r>
          </w:p>
        </w:tc>
        <w:tc>
          <w:tcPr>
            <w:tcW w:w="455" w:type="pct"/>
            <w:tcBorders>
              <w:top w:val="nil"/>
              <w:left w:val="nil"/>
              <w:bottom w:val="nil"/>
              <w:right w:val="nil"/>
            </w:tcBorders>
            <w:vAlign w:val="bottom"/>
          </w:tcPr>
          <w:p w14:paraId="00F318E3" w14:textId="4524E86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090E6AD9" w14:textId="5795547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57" w:type="pct"/>
            <w:tcBorders>
              <w:top w:val="nil"/>
              <w:left w:val="nil"/>
              <w:bottom w:val="nil"/>
              <w:right w:val="nil"/>
            </w:tcBorders>
            <w:vAlign w:val="bottom"/>
          </w:tcPr>
          <w:p w14:paraId="0925CB06" w14:textId="175FA30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09EA4909" w14:textId="0060F21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390" w:type="pct"/>
            <w:tcBorders>
              <w:top w:val="nil"/>
              <w:left w:val="nil"/>
              <w:bottom w:val="nil"/>
              <w:right w:val="nil"/>
            </w:tcBorders>
            <w:vAlign w:val="bottom"/>
          </w:tcPr>
          <w:p w14:paraId="7C00A1AA" w14:textId="3C4E553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3F46F294" w14:textId="53CB3D7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r>
      <w:tr w:rsidR="00175E63" w:rsidRPr="00015D37" w14:paraId="43CDF1EF" w14:textId="77777777" w:rsidTr="00531DDD">
        <w:tc>
          <w:tcPr>
            <w:tcW w:w="658" w:type="pct"/>
            <w:vAlign w:val="bottom"/>
          </w:tcPr>
          <w:p w14:paraId="45516F7C" w14:textId="5335818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Exhibitionism   </w:t>
            </w:r>
          </w:p>
        </w:tc>
        <w:tc>
          <w:tcPr>
            <w:tcW w:w="413" w:type="pct"/>
            <w:tcBorders>
              <w:top w:val="nil"/>
              <w:left w:val="nil"/>
              <w:bottom w:val="nil"/>
              <w:right w:val="nil"/>
            </w:tcBorders>
            <w:vAlign w:val="bottom"/>
          </w:tcPr>
          <w:p w14:paraId="602EB599" w14:textId="467B5D2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7AF98858" w14:textId="2F88010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0.22</w:t>
            </w:r>
          </w:p>
        </w:tc>
        <w:tc>
          <w:tcPr>
            <w:tcW w:w="584" w:type="pct"/>
            <w:tcBorders>
              <w:top w:val="nil"/>
              <w:left w:val="nil"/>
              <w:bottom w:val="nil"/>
              <w:right w:val="nil"/>
            </w:tcBorders>
            <w:vAlign w:val="bottom"/>
          </w:tcPr>
          <w:p w14:paraId="51F08909" w14:textId="2140E69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13C5FBDC" w14:textId="3F1946AD"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0.50</w:t>
            </w:r>
          </w:p>
        </w:tc>
        <w:tc>
          <w:tcPr>
            <w:tcW w:w="455" w:type="pct"/>
            <w:tcBorders>
              <w:top w:val="nil"/>
              <w:left w:val="nil"/>
              <w:bottom w:val="nil"/>
              <w:right w:val="nil"/>
            </w:tcBorders>
            <w:vAlign w:val="bottom"/>
          </w:tcPr>
          <w:p w14:paraId="2D5BD561" w14:textId="279170D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0.22</w:t>
            </w:r>
          </w:p>
        </w:tc>
        <w:tc>
          <w:tcPr>
            <w:tcW w:w="422" w:type="pct"/>
            <w:tcBorders>
              <w:top w:val="nil"/>
              <w:left w:val="nil"/>
              <w:bottom w:val="nil"/>
              <w:right w:val="nil"/>
            </w:tcBorders>
            <w:vAlign w:val="bottom"/>
          </w:tcPr>
          <w:p w14:paraId="3715B564" w14:textId="150C5A8B"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0.27</w:t>
            </w:r>
          </w:p>
        </w:tc>
        <w:tc>
          <w:tcPr>
            <w:tcW w:w="357" w:type="pct"/>
            <w:tcBorders>
              <w:top w:val="nil"/>
              <w:left w:val="nil"/>
              <w:bottom w:val="nil"/>
              <w:right w:val="nil"/>
            </w:tcBorders>
            <w:vAlign w:val="bottom"/>
          </w:tcPr>
          <w:p w14:paraId="56DC9E49" w14:textId="3CEAA77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c>
          <w:tcPr>
            <w:tcW w:w="422" w:type="pct"/>
            <w:tcBorders>
              <w:top w:val="nil"/>
              <w:left w:val="nil"/>
              <w:bottom w:val="nil"/>
              <w:right w:val="nil"/>
            </w:tcBorders>
            <w:vAlign w:val="bottom"/>
          </w:tcPr>
          <w:p w14:paraId="68B13201" w14:textId="44A7CE0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90" w:type="pct"/>
            <w:tcBorders>
              <w:top w:val="nil"/>
              <w:left w:val="nil"/>
              <w:bottom w:val="nil"/>
              <w:right w:val="nil"/>
            </w:tcBorders>
            <w:vAlign w:val="bottom"/>
          </w:tcPr>
          <w:p w14:paraId="70D8483F" w14:textId="512A1C3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519" w:type="pct"/>
            <w:tcBorders>
              <w:top w:val="nil"/>
              <w:left w:val="nil"/>
              <w:bottom w:val="nil"/>
              <w:right w:val="nil"/>
            </w:tcBorders>
            <w:vAlign w:val="bottom"/>
          </w:tcPr>
          <w:p w14:paraId="34588AB4" w14:textId="3746616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r>
      <w:tr w:rsidR="00175E63" w:rsidRPr="00015D37" w14:paraId="63E27EE2" w14:textId="77777777" w:rsidTr="00531DDD">
        <w:tc>
          <w:tcPr>
            <w:tcW w:w="658" w:type="pct"/>
            <w:vAlign w:val="bottom"/>
          </w:tcPr>
          <w:p w14:paraId="4EC72FCC" w14:textId="25815BD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Domineering</w:t>
            </w:r>
          </w:p>
        </w:tc>
        <w:tc>
          <w:tcPr>
            <w:tcW w:w="413" w:type="pct"/>
            <w:tcBorders>
              <w:top w:val="nil"/>
              <w:left w:val="nil"/>
              <w:bottom w:val="nil"/>
              <w:right w:val="nil"/>
            </w:tcBorders>
            <w:vAlign w:val="bottom"/>
          </w:tcPr>
          <w:p w14:paraId="4A817402" w14:textId="5B5B70F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0.10</w:t>
            </w:r>
          </w:p>
        </w:tc>
        <w:tc>
          <w:tcPr>
            <w:tcW w:w="358" w:type="pct"/>
            <w:tcBorders>
              <w:top w:val="nil"/>
              <w:left w:val="nil"/>
              <w:bottom w:val="nil"/>
              <w:right w:val="nil"/>
            </w:tcBorders>
            <w:vAlign w:val="bottom"/>
          </w:tcPr>
          <w:p w14:paraId="634C54D4" w14:textId="4D9511A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584" w:type="pct"/>
            <w:tcBorders>
              <w:top w:val="nil"/>
              <w:left w:val="nil"/>
              <w:bottom w:val="nil"/>
              <w:right w:val="nil"/>
            </w:tcBorders>
            <w:vAlign w:val="bottom"/>
          </w:tcPr>
          <w:p w14:paraId="025F3CA2" w14:textId="24036E0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1AA5D0BF" w14:textId="085A9ECF"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0.48</w:t>
            </w:r>
          </w:p>
        </w:tc>
        <w:tc>
          <w:tcPr>
            <w:tcW w:w="455" w:type="pct"/>
            <w:tcBorders>
              <w:top w:val="nil"/>
              <w:left w:val="nil"/>
              <w:bottom w:val="nil"/>
              <w:right w:val="nil"/>
            </w:tcBorders>
            <w:vAlign w:val="bottom"/>
          </w:tcPr>
          <w:p w14:paraId="6645E436" w14:textId="4E446E9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0.17</w:t>
            </w:r>
          </w:p>
        </w:tc>
        <w:tc>
          <w:tcPr>
            <w:tcW w:w="422" w:type="pct"/>
            <w:tcBorders>
              <w:top w:val="nil"/>
              <w:left w:val="nil"/>
              <w:bottom w:val="nil"/>
              <w:right w:val="nil"/>
            </w:tcBorders>
            <w:vAlign w:val="bottom"/>
          </w:tcPr>
          <w:p w14:paraId="2250DEA2" w14:textId="5F328D29"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0.03</w:t>
            </w:r>
          </w:p>
        </w:tc>
        <w:tc>
          <w:tcPr>
            <w:tcW w:w="357" w:type="pct"/>
            <w:tcBorders>
              <w:top w:val="nil"/>
              <w:left w:val="nil"/>
              <w:bottom w:val="nil"/>
              <w:right w:val="nil"/>
            </w:tcBorders>
            <w:vAlign w:val="bottom"/>
          </w:tcPr>
          <w:p w14:paraId="1379BFBA" w14:textId="0B1C047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422" w:type="pct"/>
            <w:tcBorders>
              <w:top w:val="nil"/>
              <w:left w:val="nil"/>
              <w:bottom w:val="nil"/>
              <w:right w:val="nil"/>
            </w:tcBorders>
            <w:vAlign w:val="bottom"/>
          </w:tcPr>
          <w:p w14:paraId="40BCF200" w14:textId="638A649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390" w:type="pct"/>
            <w:tcBorders>
              <w:top w:val="nil"/>
              <w:left w:val="nil"/>
              <w:bottom w:val="nil"/>
              <w:right w:val="nil"/>
            </w:tcBorders>
            <w:vAlign w:val="bottom"/>
          </w:tcPr>
          <w:p w14:paraId="2B9CC304" w14:textId="3279BA1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519" w:type="pct"/>
            <w:tcBorders>
              <w:top w:val="nil"/>
              <w:left w:val="nil"/>
              <w:bottom w:val="nil"/>
              <w:right w:val="nil"/>
            </w:tcBorders>
            <w:vAlign w:val="bottom"/>
          </w:tcPr>
          <w:p w14:paraId="37F24233" w14:textId="7EBA029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0.18</w:t>
            </w:r>
          </w:p>
        </w:tc>
      </w:tr>
      <w:tr w:rsidR="00175E63" w:rsidRPr="00015D37" w14:paraId="2224603A" w14:textId="77777777" w:rsidTr="00531DDD">
        <w:tc>
          <w:tcPr>
            <w:tcW w:w="658" w:type="pct"/>
            <w:vAlign w:val="bottom"/>
          </w:tcPr>
          <w:p w14:paraId="032A9493" w14:textId="3462237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Dietary Restraint</w:t>
            </w:r>
          </w:p>
        </w:tc>
        <w:tc>
          <w:tcPr>
            <w:tcW w:w="413" w:type="pct"/>
            <w:tcBorders>
              <w:top w:val="nil"/>
              <w:left w:val="nil"/>
              <w:bottom w:val="nil"/>
              <w:right w:val="nil"/>
            </w:tcBorders>
            <w:vAlign w:val="bottom"/>
          </w:tcPr>
          <w:p w14:paraId="1392712B" w14:textId="122ECB9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740C4714" w14:textId="659C4B1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584" w:type="pct"/>
            <w:tcBorders>
              <w:top w:val="nil"/>
              <w:left w:val="nil"/>
              <w:bottom w:val="nil"/>
              <w:right w:val="nil"/>
            </w:tcBorders>
            <w:vAlign w:val="bottom"/>
          </w:tcPr>
          <w:p w14:paraId="160FAD8C" w14:textId="07A0C19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7281A142" w14:textId="0688210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55" w:type="pct"/>
            <w:tcBorders>
              <w:top w:val="nil"/>
              <w:left w:val="nil"/>
              <w:bottom w:val="nil"/>
              <w:right w:val="nil"/>
            </w:tcBorders>
            <w:vAlign w:val="bottom"/>
          </w:tcPr>
          <w:p w14:paraId="7214532A" w14:textId="13CBF021"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0.69</w:t>
            </w:r>
          </w:p>
        </w:tc>
        <w:tc>
          <w:tcPr>
            <w:tcW w:w="422" w:type="pct"/>
            <w:tcBorders>
              <w:top w:val="nil"/>
              <w:left w:val="nil"/>
              <w:bottom w:val="nil"/>
              <w:right w:val="nil"/>
            </w:tcBorders>
            <w:vAlign w:val="bottom"/>
          </w:tcPr>
          <w:p w14:paraId="10C76B92" w14:textId="3D3AA68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357" w:type="pct"/>
            <w:tcBorders>
              <w:top w:val="nil"/>
              <w:left w:val="nil"/>
              <w:bottom w:val="nil"/>
              <w:right w:val="nil"/>
            </w:tcBorders>
            <w:vAlign w:val="bottom"/>
          </w:tcPr>
          <w:p w14:paraId="4D767683" w14:textId="25D7333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54AD5B73" w14:textId="5911660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390" w:type="pct"/>
            <w:tcBorders>
              <w:top w:val="nil"/>
              <w:left w:val="nil"/>
              <w:bottom w:val="nil"/>
              <w:right w:val="nil"/>
            </w:tcBorders>
            <w:vAlign w:val="bottom"/>
          </w:tcPr>
          <w:p w14:paraId="199A3F25" w14:textId="6A80AF5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519" w:type="pct"/>
            <w:tcBorders>
              <w:top w:val="nil"/>
              <w:left w:val="nil"/>
              <w:bottom w:val="nil"/>
              <w:right w:val="nil"/>
            </w:tcBorders>
            <w:vAlign w:val="bottom"/>
          </w:tcPr>
          <w:p w14:paraId="4D75254A" w14:textId="6B514A6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r>
      <w:tr w:rsidR="00175E63" w:rsidRPr="00015D37" w14:paraId="41E668B5" w14:textId="77777777" w:rsidTr="00531DDD">
        <w:tc>
          <w:tcPr>
            <w:tcW w:w="658" w:type="pct"/>
            <w:vAlign w:val="bottom"/>
          </w:tcPr>
          <w:p w14:paraId="688C4A77" w14:textId="45AEF2F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Muscle Building </w:t>
            </w:r>
          </w:p>
        </w:tc>
        <w:tc>
          <w:tcPr>
            <w:tcW w:w="413" w:type="pct"/>
            <w:tcBorders>
              <w:top w:val="nil"/>
              <w:left w:val="nil"/>
              <w:bottom w:val="nil"/>
              <w:right w:val="nil"/>
            </w:tcBorders>
            <w:vAlign w:val="bottom"/>
          </w:tcPr>
          <w:p w14:paraId="69119650" w14:textId="56E7867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62C06828" w14:textId="3D4BEB3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584" w:type="pct"/>
            <w:tcBorders>
              <w:top w:val="nil"/>
              <w:left w:val="nil"/>
              <w:bottom w:val="nil"/>
              <w:right w:val="nil"/>
            </w:tcBorders>
            <w:vAlign w:val="bottom"/>
          </w:tcPr>
          <w:p w14:paraId="0A68B25B" w14:textId="0806217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6D8F0F25" w14:textId="7DF8BD0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455" w:type="pct"/>
            <w:tcBorders>
              <w:top w:val="nil"/>
              <w:left w:val="nil"/>
              <w:bottom w:val="nil"/>
              <w:right w:val="nil"/>
            </w:tcBorders>
            <w:vAlign w:val="bottom"/>
          </w:tcPr>
          <w:p w14:paraId="2444E03A" w14:textId="0051D36C"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0.62</w:t>
            </w:r>
          </w:p>
        </w:tc>
        <w:tc>
          <w:tcPr>
            <w:tcW w:w="422" w:type="pct"/>
            <w:tcBorders>
              <w:top w:val="nil"/>
              <w:left w:val="nil"/>
              <w:bottom w:val="nil"/>
              <w:right w:val="nil"/>
            </w:tcBorders>
            <w:vAlign w:val="bottom"/>
          </w:tcPr>
          <w:p w14:paraId="015AC633" w14:textId="55EFA90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0.10</w:t>
            </w:r>
          </w:p>
        </w:tc>
        <w:tc>
          <w:tcPr>
            <w:tcW w:w="357" w:type="pct"/>
            <w:tcBorders>
              <w:top w:val="nil"/>
              <w:left w:val="nil"/>
              <w:bottom w:val="nil"/>
              <w:right w:val="nil"/>
            </w:tcBorders>
            <w:vAlign w:val="bottom"/>
          </w:tcPr>
          <w:p w14:paraId="12723DB0" w14:textId="5C53F25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43B55464" w14:textId="5C133E1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390" w:type="pct"/>
            <w:tcBorders>
              <w:top w:val="nil"/>
              <w:left w:val="nil"/>
              <w:bottom w:val="nil"/>
              <w:right w:val="nil"/>
            </w:tcBorders>
            <w:vAlign w:val="bottom"/>
          </w:tcPr>
          <w:p w14:paraId="1E73624D" w14:textId="3FD32A9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519" w:type="pct"/>
            <w:tcBorders>
              <w:top w:val="nil"/>
              <w:left w:val="nil"/>
              <w:bottom w:val="nil"/>
              <w:right w:val="nil"/>
            </w:tcBorders>
            <w:vAlign w:val="bottom"/>
          </w:tcPr>
          <w:p w14:paraId="4B8ED74C" w14:textId="2D1E888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r>
      <w:tr w:rsidR="00175E63" w:rsidRPr="00015D37" w14:paraId="6E659F63" w14:textId="77777777" w:rsidTr="00531DDD">
        <w:tc>
          <w:tcPr>
            <w:tcW w:w="658" w:type="pct"/>
            <w:vAlign w:val="bottom"/>
          </w:tcPr>
          <w:p w14:paraId="3F4BC963" w14:textId="2879A5D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Body Dissatisfaction</w:t>
            </w:r>
          </w:p>
        </w:tc>
        <w:tc>
          <w:tcPr>
            <w:tcW w:w="413" w:type="pct"/>
            <w:tcBorders>
              <w:top w:val="nil"/>
              <w:left w:val="nil"/>
              <w:bottom w:val="nil"/>
              <w:right w:val="nil"/>
            </w:tcBorders>
            <w:vAlign w:val="bottom"/>
          </w:tcPr>
          <w:p w14:paraId="5979A871" w14:textId="3EC5117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2B3FC9D9" w14:textId="093A0F2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584" w:type="pct"/>
            <w:tcBorders>
              <w:top w:val="nil"/>
              <w:left w:val="nil"/>
              <w:bottom w:val="nil"/>
              <w:right w:val="nil"/>
            </w:tcBorders>
            <w:vAlign w:val="bottom"/>
          </w:tcPr>
          <w:p w14:paraId="492F58A8" w14:textId="5F2C56A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0.26</w:t>
            </w:r>
          </w:p>
        </w:tc>
        <w:tc>
          <w:tcPr>
            <w:tcW w:w="422" w:type="pct"/>
            <w:tcBorders>
              <w:top w:val="nil"/>
              <w:left w:val="nil"/>
              <w:bottom w:val="nil"/>
              <w:right w:val="nil"/>
            </w:tcBorders>
            <w:vAlign w:val="bottom"/>
          </w:tcPr>
          <w:p w14:paraId="3869022B" w14:textId="62041CF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-0.22</w:t>
            </w:r>
          </w:p>
        </w:tc>
        <w:tc>
          <w:tcPr>
            <w:tcW w:w="455" w:type="pct"/>
            <w:tcBorders>
              <w:top w:val="nil"/>
              <w:left w:val="nil"/>
              <w:bottom w:val="nil"/>
              <w:right w:val="nil"/>
            </w:tcBorders>
            <w:vAlign w:val="bottom"/>
          </w:tcPr>
          <w:p w14:paraId="2F84FCFF" w14:textId="622E471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0.58</w:t>
            </w:r>
          </w:p>
        </w:tc>
        <w:tc>
          <w:tcPr>
            <w:tcW w:w="422" w:type="pct"/>
            <w:tcBorders>
              <w:top w:val="nil"/>
              <w:left w:val="nil"/>
              <w:bottom w:val="nil"/>
              <w:right w:val="nil"/>
            </w:tcBorders>
            <w:vAlign w:val="bottom"/>
          </w:tcPr>
          <w:p w14:paraId="1BEA8028" w14:textId="0028FB4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-0.15</w:t>
            </w:r>
          </w:p>
        </w:tc>
        <w:tc>
          <w:tcPr>
            <w:tcW w:w="357" w:type="pct"/>
            <w:tcBorders>
              <w:top w:val="nil"/>
              <w:left w:val="nil"/>
              <w:bottom w:val="nil"/>
              <w:right w:val="nil"/>
            </w:tcBorders>
            <w:vAlign w:val="bottom"/>
          </w:tcPr>
          <w:p w14:paraId="0E4336E1" w14:textId="716A56A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439D1FFE" w14:textId="3628326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-0.17</w:t>
            </w:r>
          </w:p>
        </w:tc>
        <w:tc>
          <w:tcPr>
            <w:tcW w:w="390" w:type="pct"/>
            <w:tcBorders>
              <w:top w:val="nil"/>
              <w:left w:val="nil"/>
              <w:bottom w:val="nil"/>
              <w:right w:val="nil"/>
            </w:tcBorders>
            <w:vAlign w:val="bottom"/>
          </w:tcPr>
          <w:p w14:paraId="7DE12D55" w14:textId="1533F16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519" w:type="pct"/>
            <w:tcBorders>
              <w:top w:val="nil"/>
              <w:left w:val="nil"/>
              <w:bottom w:val="nil"/>
              <w:right w:val="nil"/>
            </w:tcBorders>
            <w:vAlign w:val="bottom"/>
          </w:tcPr>
          <w:p w14:paraId="429522D2" w14:textId="61EBAE5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r>
      <w:tr w:rsidR="00175E63" w:rsidRPr="00015D37" w14:paraId="64B7A986" w14:textId="77777777" w:rsidTr="00531DDD">
        <w:tc>
          <w:tcPr>
            <w:tcW w:w="658" w:type="pct"/>
            <w:vAlign w:val="bottom"/>
          </w:tcPr>
          <w:p w14:paraId="4BA095A5" w14:textId="6163364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Body Focus </w:t>
            </w:r>
          </w:p>
        </w:tc>
        <w:tc>
          <w:tcPr>
            <w:tcW w:w="413" w:type="pct"/>
            <w:tcBorders>
              <w:top w:val="nil"/>
              <w:left w:val="nil"/>
              <w:bottom w:val="nil"/>
              <w:right w:val="nil"/>
            </w:tcBorders>
            <w:vAlign w:val="bottom"/>
          </w:tcPr>
          <w:p w14:paraId="6A99BE5E" w14:textId="7CA5340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27291DC7" w14:textId="089AD55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0.13</w:t>
            </w:r>
          </w:p>
        </w:tc>
        <w:tc>
          <w:tcPr>
            <w:tcW w:w="584" w:type="pct"/>
            <w:tcBorders>
              <w:top w:val="nil"/>
              <w:left w:val="nil"/>
              <w:bottom w:val="nil"/>
              <w:right w:val="nil"/>
            </w:tcBorders>
            <w:vAlign w:val="bottom"/>
          </w:tcPr>
          <w:p w14:paraId="6F6817E8" w14:textId="2254E1D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422" w:type="pct"/>
            <w:tcBorders>
              <w:top w:val="nil"/>
              <w:left w:val="nil"/>
              <w:bottom w:val="nil"/>
              <w:right w:val="nil"/>
            </w:tcBorders>
            <w:vAlign w:val="bottom"/>
          </w:tcPr>
          <w:p w14:paraId="076A1D77" w14:textId="3AF47AFC"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0.28</w:t>
            </w:r>
          </w:p>
        </w:tc>
        <w:tc>
          <w:tcPr>
            <w:tcW w:w="455" w:type="pct"/>
            <w:tcBorders>
              <w:top w:val="nil"/>
              <w:left w:val="nil"/>
              <w:bottom w:val="nil"/>
              <w:right w:val="nil"/>
            </w:tcBorders>
            <w:vAlign w:val="bottom"/>
          </w:tcPr>
          <w:p w14:paraId="0CF90D37" w14:textId="4C31AD6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0.50</w:t>
            </w:r>
          </w:p>
        </w:tc>
        <w:tc>
          <w:tcPr>
            <w:tcW w:w="422" w:type="pct"/>
            <w:tcBorders>
              <w:top w:val="nil"/>
              <w:left w:val="nil"/>
              <w:bottom w:val="nil"/>
              <w:right w:val="nil"/>
            </w:tcBorders>
            <w:vAlign w:val="bottom"/>
          </w:tcPr>
          <w:p w14:paraId="497CA62F" w14:textId="262CD322"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0.10</w:t>
            </w:r>
          </w:p>
        </w:tc>
        <w:tc>
          <w:tcPr>
            <w:tcW w:w="357" w:type="pct"/>
            <w:tcBorders>
              <w:top w:val="nil"/>
              <w:left w:val="nil"/>
              <w:bottom w:val="nil"/>
              <w:right w:val="nil"/>
            </w:tcBorders>
            <w:vAlign w:val="bottom"/>
          </w:tcPr>
          <w:p w14:paraId="4E00438C" w14:textId="182A623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422" w:type="pct"/>
            <w:tcBorders>
              <w:top w:val="nil"/>
              <w:left w:val="nil"/>
              <w:bottom w:val="nil"/>
              <w:right w:val="nil"/>
            </w:tcBorders>
            <w:vAlign w:val="bottom"/>
          </w:tcPr>
          <w:p w14:paraId="7B2C2FF7" w14:textId="00F86BA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390" w:type="pct"/>
            <w:tcBorders>
              <w:top w:val="nil"/>
              <w:left w:val="nil"/>
              <w:bottom w:val="nil"/>
              <w:right w:val="nil"/>
            </w:tcBorders>
            <w:vAlign w:val="bottom"/>
          </w:tcPr>
          <w:p w14:paraId="69391C53" w14:textId="3A5E2F1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4F009742" w14:textId="3DD012D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r>
      <w:tr w:rsidR="00175E63" w:rsidRPr="00015D37" w14:paraId="2E599A2A" w14:textId="77777777" w:rsidTr="00531DDD">
        <w:tc>
          <w:tcPr>
            <w:tcW w:w="658" w:type="pct"/>
            <w:vAlign w:val="bottom"/>
          </w:tcPr>
          <w:p w14:paraId="74EF5EC1" w14:textId="084B242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Excessive Exercise </w:t>
            </w:r>
          </w:p>
        </w:tc>
        <w:tc>
          <w:tcPr>
            <w:tcW w:w="413" w:type="pct"/>
            <w:tcBorders>
              <w:top w:val="nil"/>
              <w:left w:val="nil"/>
              <w:bottom w:val="nil"/>
              <w:right w:val="nil"/>
            </w:tcBorders>
            <w:vAlign w:val="bottom"/>
          </w:tcPr>
          <w:p w14:paraId="1E131397" w14:textId="68EAFED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358" w:type="pct"/>
            <w:tcBorders>
              <w:top w:val="nil"/>
              <w:left w:val="nil"/>
              <w:bottom w:val="nil"/>
              <w:right w:val="nil"/>
            </w:tcBorders>
            <w:vAlign w:val="bottom"/>
          </w:tcPr>
          <w:p w14:paraId="5CE35CE6" w14:textId="084F10E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584" w:type="pct"/>
            <w:tcBorders>
              <w:top w:val="nil"/>
              <w:left w:val="nil"/>
              <w:bottom w:val="nil"/>
              <w:right w:val="nil"/>
            </w:tcBorders>
            <w:vAlign w:val="bottom"/>
          </w:tcPr>
          <w:p w14:paraId="196FC39E" w14:textId="720EB0A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-0.24</w:t>
            </w:r>
          </w:p>
        </w:tc>
        <w:tc>
          <w:tcPr>
            <w:tcW w:w="422" w:type="pct"/>
            <w:tcBorders>
              <w:top w:val="nil"/>
              <w:left w:val="nil"/>
              <w:bottom w:val="nil"/>
              <w:right w:val="nil"/>
            </w:tcBorders>
            <w:vAlign w:val="bottom"/>
          </w:tcPr>
          <w:p w14:paraId="6FB032A0" w14:textId="3334C18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55932719" w14:textId="693D9D5F"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0.46</w:t>
            </w:r>
          </w:p>
        </w:tc>
        <w:tc>
          <w:tcPr>
            <w:tcW w:w="422" w:type="pct"/>
            <w:tcBorders>
              <w:top w:val="nil"/>
              <w:left w:val="nil"/>
              <w:bottom w:val="nil"/>
              <w:right w:val="nil"/>
            </w:tcBorders>
            <w:vAlign w:val="bottom"/>
          </w:tcPr>
          <w:p w14:paraId="094FD768" w14:textId="3C251E5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0.24</w:t>
            </w:r>
          </w:p>
        </w:tc>
        <w:tc>
          <w:tcPr>
            <w:tcW w:w="357" w:type="pct"/>
            <w:tcBorders>
              <w:top w:val="nil"/>
              <w:left w:val="nil"/>
              <w:bottom w:val="nil"/>
              <w:right w:val="nil"/>
            </w:tcBorders>
            <w:vAlign w:val="bottom"/>
          </w:tcPr>
          <w:p w14:paraId="570764C8" w14:textId="65A6160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51B228BE" w14:textId="629ECEC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390" w:type="pct"/>
            <w:tcBorders>
              <w:top w:val="nil"/>
              <w:left w:val="nil"/>
              <w:bottom w:val="nil"/>
              <w:right w:val="nil"/>
            </w:tcBorders>
            <w:vAlign w:val="bottom"/>
          </w:tcPr>
          <w:p w14:paraId="3AD1E3EE" w14:textId="29AD1465"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519" w:type="pct"/>
            <w:tcBorders>
              <w:top w:val="nil"/>
              <w:left w:val="nil"/>
              <w:bottom w:val="nil"/>
              <w:right w:val="nil"/>
            </w:tcBorders>
            <w:vAlign w:val="bottom"/>
          </w:tcPr>
          <w:p w14:paraId="2121F250" w14:textId="038E35E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r>
      <w:tr w:rsidR="00175E63" w:rsidRPr="00015D37" w14:paraId="0368434C" w14:textId="77777777" w:rsidTr="00531DDD">
        <w:tc>
          <w:tcPr>
            <w:tcW w:w="658" w:type="pct"/>
            <w:vAlign w:val="bottom"/>
          </w:tcPr>
          <w:p w14:paraId="3E7C1274" w14:textId="0FA62E9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lastRenderedPageBreak/>
              <w:t>Purging </w:t>
            </w:r>
          </w:p>
        </w:tc>
        <w:tc>
          <w:tcPr>
            <w:tcW w:w="413" w:type="pct"/>
            <w:tcBorders>
              <w:top w:val="nil"/>
              <w:left w:val="nil"/>
              <w:bottom w:val="nil"/>
              <w:right w:val="nil"/>
            </w:tcBorders>
            <w:vAlign w:val="bottom"/>
          </w:tcPr>
          <w:p w14:paraId="38DCB3C6" w14:textId="041895A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358" w:type="pct"/>
            <w:tcBorders>
              <w:top w:val="nil"/>
              <w:left w:val="nil"/>
              <w:bottom w:val="nil"/>
              <w:right w:val="nil"/>
            </w:tcBorders>
            <w:vAlign w:val="bottom"/>
          </w:tcPr>
          <w:p w14:paraId="05E97F49" w14:textId="766F193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584" w:type="pct"/>
            <w:tcBorders>
              <w:top w:val="nil"/>
              <w:left w:val="nil"/>
              <w:bottom w:val="nil"/>
              <w:right w:val="nil"/>
            </w:tcBorders>
            <w:vAlign w:val="bottom"/>
          </w:tcPr>
          <w:p w14:paraId="69C4CA84" w14:textId="1F5EBA7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3D9A103B" w14:textId="6A2645D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455" w:type="pct"/>
            <w:tcBorders>
              <w:top w:val="nil"/>
              <w:left w:val="nil"/>
              <w:bottom w:val="nil"/>
              <w:right w:val="nil"/>
            </w:tcBorders>
            <w:vAlign w:val="bottom"/>
          </w:tcPr>
          <w:p w14:paraId="5A6D7EF3" w14:textId="1E8086C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0.40</w:t>
            </w:r>
          </w:p>
        </w:tc>
        <w:tc>
          <w:tcPr>
            <w:tcW w:w="422" w:type="pct"/>
            <w:tcBorders>
              <w:top w:val="nil"/>
              <w:left w:val="nil"/>
              <w:bottom w:val="nil"/>
              <w:right w:val="nil"/>
            </w:tcBorders>
            <w:vAlign w:val="bottom"/>
          </w:tcPr>
          <w:p w14:paraId="35AC101D" w14:textId="05C21E1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357" w:type="pct"/>
            <w:tcBorders>
              <w:top w:val="nil"/>
              <w:left w:val="nil"/>
              <w:bottom w:val="nil"/>
              <w:right w:val="nil"/>
            </w:tcBorders>
            <w:vAlign w:val="bottom"/>
          </w:tcPr>
          <w:p w14:paraId="24F2E83A" w14:textId="23B7D77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15C3BBAF" w14:textId="28D33E5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390" w:type="pct"/>
            <w:tcBorders>
              <w:top w:val="nil"/>
              <w:left w:val="nil"/>
              <w:bottom w:val="nil"/>
              <w:right w:val="nil"/>
            </w:tcBorders>
            <w:vAlign w:val="bottom"/>
          </w:tcPr>
          <w:p w14:paraId="1103EE69" w14:textId="0C8BF21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0.23</w:t>
            </w:r>
          </w:p>
        </w:tc>
        <w:tc>
          <w:tcPr>
            <w:tcW w:w="519" w:type="pct"/>
            <w:tcBorders>
              <w:top w:val="nil"/>
              <w:left w:val="nil"/>
              <w:bottom w:val="nil"/>
              <w:right w:val="nil"/>
            </w:tcBorders>
            <w:vAlign w:val="bottom"/>
          </w:tcPr>
          <w:p w14:paraId="5EDDF0B5" w14:textId="2F193F3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r>
      <w:tr w:rsidR="00175E63" w:rsidRPr="00015D37" w14:paraId="64BCBE6E" w14:textId="77777777" w:rsidTr="00531DDD">
        <w:tc>
          <w:tcPr>
            <w:tcW w:w="658" w:type="pct"/>
            <w:vAlign w:val="bottom"/>
          </w:tcPr>
          <w:p w14:paraId="6DA4F5E8" w14:textId="698F2B5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Restricted Eating</w:t>
            </w:r>
          </w:p>
        </w:tc>
        <w:tc>
          <w:tcPr>
            <w:tcW w:w="413" w:type="pct"/>
            <w:tcBorders>
              <w:top w:val="nil"/>
              <w:left w:val="nil"/>
              <w:bottom w:val="nil"/>
              <w:right w:val="nil"/>
            </w:tcBorders>
            <w:vAlign w:val="bottom"/>
          </w:tcPr>
          <w:p w14:paraId="6C7AB885" w14:textId="47A1573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358" w:type="pct"/>
            <w:tcBorders>
              <w:top w:val="nil"/>
              <w:left w:val="nil"/>
              <w:bottom w:val="nil"/>
              <w:right w:val="nil"/>
            </w:tcBorders>
            <w:vAlign w:val="bottom"/>
          </w:tcPr>
          <w:p w14:paraId="3B05AE18" w14:textId="377DE0A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584" w:type="pct"/>
            <w:tcBorders>
              <w:top w:val="nil"/>
              <w:left w:val="nil"/>
              <w:bottom w:val="nil"/>
              <w:right w:val="nil"/>
            </w:tcBorders>
            <w:vAlign w:val="bottom"/>
          </w:tcPr>
          <w:p w14:paraId="63F49839" w14:textId="425E4DE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3980A3D1" w14:textId="3215B54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455" w:type="pct"/>
            <w:tcBorders>
              <w:top w:val="nil"/>
              <w:left w:val="nil"/>
              <w:bottom w:val="nil"/>
              <w:right w:val="nil"/>
            </w:tcBorders>
            <w:vAlign w:val="bottom"/>
          </w:tcPr>
          <w:p w14:paraId="17194BFD" w14:textId="3437CB7B"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0.32</w:t>
            </w:r>
          </w:p>
        </w:tc>
        <w:tc>
          <w:tcPr>
            <w:tcW w:w="422" w:type="pct"/>
            <w:tcBorders>
              <w:top w:val="nil"/>
              <w:left w:val="nil"/>
              <w:bottom w:val="nil"/>
              <w:right w:val="nil"/>
            </w:tcBorders>
            <w:vAlign w:val="bottom"/>
          </w:tcPr>
          <w:p w14:paraId="4084F231" w14:textId="409EE88F"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0.26</w:t>
            </w:r>
          </w:p>
        </w:tc>
        <w:tc>
          <w:tcPr>
            <w:tcW w:w="357" w:type="pct"/>
            <w:tcBorders>
              <w:top w:val="nil"/>
              <w:left w:val="nil"/>
              <w:bottom w:val="nil"/>
              <w:right w:val="nil"/>
            </w:tcBorders>
            <w:vAlign w:val="bottom"/>
          </w:tcPr>
          <w:p w14:paraId="474C0E01" w14:textId="31635F02"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4BC20BC9" w14:textId="643519B2"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0.31</w:t>
            </w:r>
          </w:p>
        </w:tc>
        <w:tc>
          <w:tcPr>
            <w:tcW w:w="390" w:type="pct"/>
            <w:tcBorders>
              <w:top w:val="nil"/>
              <w:left w:val="nil"/>
              <w:bottom w:val="nil"/>
              <w:right w:val="nil"/>
            </w:tcBorders>
            <w:vAlign w:val="bottom"/>
          </w:tcPr>
          <w:p w14:paraId="6E4B0C89" w14:textId="616B142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0.15</w:t>
            </w:r>
          </w:p>
        </w:tc>
        <w:tc>
          <w:tcPr>
            <w:tcW w:w="519" w:type="pct"/>
            <w:tcBorders>
              <w:top w:val="nil"/>
              <w:left w:val="nil"/>
              <w:bottom w:val="nil"/>
              <w:right w:val="nil"/>
            </w:tcBorders>
            <w:vAlign w:val="bottom"/>
          </w:tcPr>
          <w:p w14:paraId="502CE0E6" w14:textId="46ABE16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r>
      <w:tr w:rsidR="00175E63" w:rsidRPr="00015D37" w14:paraId="26C977B3" w14:textId="77777777" w:rsidTr="00175E63">
        <w:tc>
          <w:tcPr>
            <w:tcW w:w="658" w:type="pct"/>
          </w:tcPr>
          <w:p w14:paraId="37E26ADD" w14:textId="09E673C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Risk Aversion </w:t>
            </w:r>
          </w:p>
        </w:tc>
        <w:tc>
          <w:tcPr>
            <w:tcW w:w="413" w:type="pct"/>
            <w:vAlign w:val="bottom"/>
          </w:tcPr>
          <w:p w14:paraId="042A5F27" w14:textId="50E30A8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358" w:type="pct"/>
            <w:vAlign w:val="bottom"/>
          </w:tcPr>
          <w:p w14:paraId="68911DDA" w14:textId="11B40C88"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584" w:type="pct"/>
            <w:vAlign w:val="bottom"/>
          </w:tcPr>
          <w:p w14:paraId="2233275D" w14:textId="274495B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vAlign w:val="bottom"/>
          </w:tcPr>
          <w:p w14:paraId="1F79D53B" w14:textId="6A7B6FD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55" w:type="pct"/>
            <w:vAlign w:val="bottom"/>
          </w:tcPr>
          <w:p w14:paraId="1FF605FD" w14:textId="296BD0E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vAlign w:val="bottom"/>
          </w:tcPr>
          <w:p w14:paraId="3C506E50" w14:textId="033ADDF3"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-0.55</w:t>
            </w:r>
          </w:p>
        </w:tc>
        <w:tc>
          <w:tcPr>
            <w:tcW w:w="357" w:type="pct"/>
            <w:vAlign w:val="bottom"/>
          </w:tcPr>
          <w:p w14:paraId="74A4BDC3" w14:textId="2A16F01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0.29</w:t>
            </w:r>
          </w:p>
        </w:tc>
        <w:tc>
          <w:tcPr>
            <w:tcW w:w="422" w:type="pct"/>
            <w:vAlign w:val="bottom"/>
          </w:tcPr>
          <w:p w14:paraId="6F10E5B6" w14:textId="06AB5B0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0.16</w:t>
            </w:r>
          </w:p>
        </w:tc>
        <w:tc>
          <w:tcPr>
            <w:tcW w:w="390" w:type="pct"/>
            <w:vAlign w:val="bottom"/>
          </w:tcPr>
          <w:p w14:paraId="76496B54" w14:textId="4849F50A"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519" w:type="pct"/>
            <w:vAlign w:val="bottom"/>
          </w:tcPr>
          <w:p w14:paraId="79A76B3A" w14:textId="3A1E475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r>
      <w:tr w:rsidR="00175E63" w:rsidRPr="00015D37" w14:paraId="662B9C42" w14:textId="77777777" w:rsidTr="00CA1518">
        <w:tc>
          <w:tcPr>
            <w:tcW w:w="658" w:type="pct"/>
          </w:tcPr>
          <w:p w14:paraId="1A01C999" w14:textId="04F6203A" w:rsidR="00175E63" w:rsidRPr="00531DDD" w:rsidRDefault="00CA1518" w:rsidP="00CA1518">
            <w:pPr>
              <w:rPr>
                <w:rFonts w:ascii="Times New Roman" w:hAnsi="Times New Roman" w:cs="Times New Roman"/>
                <w:sz w:val="20"/>
                <w:szCs w:val="20"/>
              </w:rPr>
            </w:pPr>
            <w:proofErr w:type="spellStart"/>
            <w:r w:rsidRPr="00531DDD">
              <w:rPr>
                <w:rFonts w:ascii="Times New Roman" w:hAnsi="Times New Roman" w:cs="Times New Roman"/>
                <w:sz w:val="20"/>
                <w:szCs w:val="20"/>
              </w:rPr>
              <w:t>Hyperdeliberation</w:t>
            </w:r>
            <w:proofErr w:type="spellEnd"/>
          </w:p>
        </w:tc>
        <w:tc>
          <w:tcPr>
            <w:tcW w:w="413" w:type="pct"/>
            <w:vAlign w:val="bottom"/>
          </w:tcPr>
          <w:p w14:paraId="519FB591" w14:textId="5F1DAF4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358" w:type="pct"/>
            <w:vAlign w:val="bottom"/>
          </w:tcPr>
          <w:p w14:paraId="77056459" w14:textId="0AD368C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584" w:type="pct"/>
            <w:vAlign w:val="bottom"/>
          </w:tcPr>
          <w:p w14:paraId="24E7A105" w14:textId="5E9BF38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-0.18</w:t>
            </w:r>
          </w:p>
        </w:tc>
        <w:tc>
          <w:tcPr>
            <w:tcW w:w="422" w:type="pct"/>
            <w:vAlign w:val="bottom"/>
          </w:tcPr>
          <w:p w14:paraId="65190BDD" w14:textId="24A561C6"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0.33</w:t>
            </w:r>
          </w:p>
        </w:tc>
        <w:tc>
          <w:tcPr>
            <w:tcW w:w="455" w:type="pct"/>
            <w:vAlign w:val="bottom"/>
          </w:tcPr>
          <w:p w14:paraId="0CE90F54" w14:textId="0463ED2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0.13</w:t>
            </w:r>
          </w:p>
        </w:tc>
        <w:tc>
          <w:tcPr>
            <w:tcW w:w="422" w:type="pct"/>
            <w:vAlign w:val="bottom"/>
          </w:tcPr>
          <w:p w14:paraId="63FDCE86" w14:textId="608A45A6"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-0.46</w:t>
            </w:r>
          </w:p>
        </w:tc>
        <w:tc>
          <w:tcPr>
            <w:tcW w:w="357" w:type="pct"/>
            <w:vAlign w:val="bottom"/>
          </w:tcPr>
          <w:p w14:paraId="1AE8CFB0" w14:textId="708A7D9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vAlign w:val="bottom"/>
          </w:tcPr>
          <w:p w14:paraId="707440B7" w14:textId="1CD50B41"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0.36</w:t>
            </w:r>
          </w:p>
        </w:tc>
        <w:tc>
          <w:tcPr>
            <w:tcW w:w="390" w:type="pct"/>
            <w:vAlign w:val="bottom"/>
          </w:tcPr>
          <w:p w14:paraId="36E3AC02" w14:textId="693F4A1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-0.07</w:t>
            </w:r>
          </w:p>
        </w:tc>
        <w:tc>
          <w:tcPr>
            <w:tcW w:w="519" w:type="pct"/>
            <w:vAlign w:val="bottom"/>
          </w:tcPr>
          <w:p w14:paraId="574AA869" w14:textId="4F3B83A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r>
      <w:tr w:rsidR="00175E63" w:rsidRPr="00015D37" w14:paraId="0DF183EB" w14:textId="77777777" w:rsidTr="00531DDD">
        <w:tc>
          <w:tcPr>
            <w:tcW w:w="658" w:type="pct"/>
            <w:vAlign w:val="bottom"/>
          </w:tcPr>
          <w:p w14:paraId="32168132" w14:textId="2DF3392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Risk Taking</w:t>
            </w:r>
          </w:p>
        </w:tc>
        <w:tc>
          <w:tcPr>
            <w:tcW w:w="413" w:type="pct"/>
            <w:tcBorders>
              <w:top w:val="nil"/>
              <w:left w:val="nil"/>
              <w:bottom w:val="nil"/>
              <w:right w:val="nil"/>
            </w:tcBorders>
            <w:vAlign w:val="bottom"/>
          </w:tcPr>
          <w:p w14:paraId="24672040" w14:textId="18E9843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234CFCDC" w14:textId="309A734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84" w:type="pct"/>
            <w:tcBorders>
              <w:top w:val="nil"/>
              <w:left w:val="nil"/>
              <w:bottom w:val="nil"/>
              <w:right w:val="nil"/>
            </w:tcBorders>
            <w:vAlign w:val="bottom"/>
          </w:tcPr>
          <w:p w14:paraId="5B8D53F2" w14:textId="165CC93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57DA4474" w14:textId="33AAE88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0.19</w:t>
            </w:r>
          </w:p>
        </w:tc>
        <w:tc>
          <w:tcPr>
            <w:tcW w:w="455" w:type="pct"/>
            <w:tcBorders>
              <w:top w:val="nil"/>
              <w:left w:val="nil"/>
              <w:bottom w:val="nil"/>
              <w:right w:val="nil"/>
            </w:tcBorders>
            <w:vAlign w:val="bottom"/>
          </w:tcPr>
          <w:p w14:paraId="6B80F24D" w14:textId="10C62FDB"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4CDC5DD9" w14:textId="49DA007C"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0.51</w:t>
            </w:r>
          </w:p>
        </w:tc>
        <w:tc>
          <w:tcPr>
            <w:tcW w:w="357" w:type="pct"/>
            <w:tcBorders>
              <w:top w:val="nil"/>
              <w:left w:val="nil"/>
              <w:bottom w:val="nil"/>
              <w:right w:val="nil"/>
            </w:tcBorders>
            <w:vAlign w:val="bottom"/>
          </w:tcPr>
          <w:p w14:paraId="3D091AA2" w14:textId="0DCA2FA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-0.11</w:t>
            </w:r>
          </w:p>
        </w:tc>
        <w:tc>
          <w:tcPr>
            <w:tcW w:w="422" w:type="pct"/>
            <w:tcBorders>
              <w:top w:val="nil"/>
              <w:left w:val="nil"/>
              <w:bottom w:val="nil"/>
              <w:right w:val="nil"/>
            </w:tcBorders>
            <w:vAlign w:val="bottom"/>
          </w:tcPr>
          <w:p w14:paraId="214F99A9" w14:textId="1D72489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0.19</w:t>
            </w:r>
          </w:p>
        </w:tc>
        <w:tc>
          <w:tcPr>
            <w:tcW w:w="390" w:type="pct"/>
            <w:tcBorders>
              <w:top w:val="nil"/>
              <w:left w:val="nil"/>
              <w:bottom w:val="nil"/>
              <w:right w:val="nil"/>
            </w:tcBorders>
            <w:vAlign w:val="bottom"/>
          </w:tcPr>
          <w:p w14:paraId="05C6B5F3" w14:textId="43AF42AF"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333EDEAE" w14:textId="0AAF161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0.18</w:t>
            </w:r>
          </w:p>
        </w:tc>
      </w:tr>
      <w:tr w:rsidR="00175E63" w:rsidRPr="00015D37" w14:paraId="6C682AA1" w14:textId="77777777" w:rsidTr="00531DDD">
        <w:tc>
          <w:tcPr>
            <w:tcW w:w="658" w:type="pct"/>
            <w:vAlign w:val="bottom"/>
          </w:tcPr>
          <w:p w14:paraId="055E8586" w14:textId="3CBBC5C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Risky Sex </w:t>
            </w:r>
          </w:p>
        </w:tc>
        <w:tc>
          <w:tcPr>
            <w:tcW w:w="413" w:type="pct"/>
            <w:tcBorders>
              <w:top w:val="nil"/>
              <w:left w:val="nil"/>
              <w:bottom w:val="nil"/>
              <w:right w:val="nil"/>
            </w:tcBorders>
            <w:vAlign w:val="bottom"/>
          </w:tcPr>
          <w:p w14:paraId="16350D2B" w14:textId="7F8AB0A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0C46F9E6" w14:textId="17070F8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584" w:type="pct"/>
            <w:tcBorders>
              <w:top w:val="nil"/>
              <w:left w:val="nil"/>
              <w:bottom w:val="nil"/>
              <w:right w:val="nil"/>
            </w:tcBorders>
            <w:vAlign w:val="bottom"/>
          </w:tcPr>
          <w:p w14:paraId="19EDA6C7" w14:textId="6B641B8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4D23D8F0" w14:textId="1618CEE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55" w:type="pct"/>
            <w:tcBorders>
              <w:top w:val="nil"/>
              <w:left w:val="nil"/>
              <w:bottom w:val="nil"/>
              <w:right w:val="nil"/>
            </w:tcBorders>
            <w:vAlign w:val="bottom"/>
          </w:tcPr>
          <w:p w14:paraId="73465550" w14:textId="679E23BA"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0.10</w:t>
            </w:r>
          </w:p>
        </w:tc>
        <w:tc>
          <w:tcPr>
            <w:tcW w:w="422" w:type="pct"/>
            <w:tcBorders>
              <w:top w:val="nil"/>
              <w:left w:val="nil"/>
              <w:bottom w:val="nil"/>
              <w:right w:val="nil"/>
            </w:tcBorders>
            <w:vAlign w:val="bottom"/>
          </w:tcPr>
          <w:p w14:paraId="6C43CE01" w14:textId="3E0D6A6B"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0.47</w:t>
            </w:r>
          </w:p>
        </w:tc>
        <w:tc>
          <w:tcPr>
            <w:tcW w:w="357" w:type="pct"/>
            <w:tcBorders>
              <w:top w:val="nil"/>
              <w:left w:val="nil"/>
              <w:bottom w:val="nil"/>
              <w:right w:val="nil"/>
            </w:tcBorders>
            <w:vAlign w:val="bottom"/>
          </w:tcPr>
          <w:p w14:paraId="0042E471" w14:textId="7344741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422" w:type="pct"/>
            <w:tcBorders>
              <w:top w:val="nil"/>
              <w:left w:val="nil"/>
              <w:bottom w:val="nil"/>
              <w:right w:val="nil"/>
            </w:tcBorders>
            <w:vAlign w:val="bottom"/>
          </w:tcPr>
          <w:p w14:paraId="21428211" w14:textId="4E635641"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0.09</w:t>
            </w:r>
          </w:p>
        </w:tc>
        <w:tc>
          <w:tcPr>
            <w:tcW w:w="390" w:type="pct"/>
            <w:tcBorders>
              <w:top w:val="nil"/>
              <w:left w:val="nil"/>
              <w:bottom w:val="nil"/>
              <w:right w:val="nil"/>
            </w:tcBorders>
            <w:vAlign w:val="bottom"/>
          </w:tcPr>
          <w:p w14:paraId="0F8496CE" w14:textId="5770896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519" w:type="pct"/>
            <w:tcBorders>
              <w:top w:val="nil"/>
              <w:left w:val="nil"/>
              <w:bottom w:val="nil"/>
              <w:right w:val="nil"/>
            </w:tcBorders>
            <w:vAlign w:val="bottom"/>
          </w:tcPr>
          <w:p w14:paraId="6C9A096A" w14:textId="72DA36A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r>
      <w:tr w:rsidR="00175E63" w:rsidRPr="00015D37" w14:paraId="4ECAD879" w14:textId="77777777" w:rsidTr="00531DDD">
        <w:tc>
          <w:tcPr>
            <w:tcW w:w="658" w:type="pct"/>
            <w:vAlign w:val="bottom"/>
          </w:tcPr>
          <w:p w14:paraId="73385DBE" w14:textId="037E55F0"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Sex-Related Substance Use</w:t>
            </w:r>
          </w:p>
        </w:tc>
        <w:tc>
          <w:tcPr>
            <w:tcW w:w="413" w:type="pct"/>
            <w:tcBorders>
              <w:top w:val="nil"/>
              <w:left w:val="nil"/>
              <w:bottom w:val="nil"/>
              <w:right w:val="nil"/>
            </w:tcBorders>
            <w:vAlign w:val="bottom"/>
          </w:tcPr>
          <w:p w14:paraId="54713A95" w14:textId="0167334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0.28</w:t>
            </w:r>
          </w:p>
        </w:tc>
        <w:tc>
          <w:tcPr>
            <w:tcW w:w="358" w:type="pct"/>
            <w:tcBorders>
              <w:top w:val="nil"/>
              <w:left w:val="nil"/>
              <w:bottom w:val="nil"/>
              <w:right w:val="nil"/>
            </w:tcBorders>
            <w:vAlign w:val="bottom"/>
          </w:tcPr>
          <w:p w14:paraId="16E14A03" w14:textId="3DD4152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0.03</w:t>
            </w:r>
          </w:p>
        </w:tc>
        <w:tc>
          <w:tcPr>
            <w:tcW w:w="584" w:type="pct"/>
            <w:tcBorders>
              <w:top w:val="nil"/>
              <w:left w:val="nil"/>
              <w:bottom w:val="nil"/>
              <w:right w:val="nil"/>
            </w:tcBorders>
            <w:vAlign w:val="bottom"/>
          </w:tcPr>
          <w:p w14:paraId="5BE10D6F" w14:textId="7CA33AF0"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63CD4BF1" w14:textId="6170B6C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55" w:type="pct"/>
            <w:tcBorders>
              <w:top w:val="nil"/>
              <w:left w:val="nil"/>
              <w:bottom w:val="nil"/>
              <w:right w:val="nil"/>
            </w:tcBorders>
            <w:vAlign w:val="bottom"/>
          </w:tcPr>
          <w:p w14:paraId="55E7369D" w14:textId="446C7C7B"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22270B9D" w14:textId="6EC7CBC6"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0.39</w:t>
            </w:r>
          </w:p>
        </w:tc>
        <w:tc>
          <w:tcPr>
            <w:tcW w:w="357" w:type="pct"/>
            <w:tcBorders>
              <w:top w:val="nil"/>
              <w:left w:val="nil"/>
              <w:bottom w:val="nil"/>
              <w:right w:val="nil"/>
            </w:tcBorders>
            <w:vAlign w:val="bottom"/>
          </w:tcPr>
          <w:p w14:paraId="4EF55310" w14:textId="3B121FFD"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34805C2A" w14:textId="669BD417"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390" w:type="pct"/>
            <w:tcBorders>
              <w:top w:val="nil"/>
              <w:left w:val="nil"/>
              <w:bottom w:val="nil"/>
              <w:right w:val="nil"/>
            </w:tcBorders>
            <w:vAlign w:val="bottom"/>
          </w:tcPr>
          <w:p w14:paraId="3B5C7872" w14:textId="258104A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0.14</w:t>
            </w:r>
          </w:p>
        </w:tc>
        <w:tc>
          <w:tcPr>
            <w:tcW w:w="519" w:type="pct"/>
            <w:tcBorders>
              <w:top w:val="nil"/>
              <w:left w:val="nil"/>
              <w:bottom w:val="nil"/>
              <w:right w:val="nil"/>
            </w:tcBorders>
            <w:vAlign w:val="bottom"/>
          </w:tcPr>
          <w:p w14:paraId="6585884D" w14:textId="6A59BE2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r>
      <w:tr w:rsidR="00175E63" w:rsidRPr="00015D37" w14:paraId="6E9EBA84" w14:textId="77777777" w:rsidTr="00531DDD">
        <w:tc>
          <w:tcPr>
            <w:tcW w:w="658" w:type="pct"/>
            <w:vAlign w:val="bottom"/>
          </w:tcPr>
          <w:p w14:paraId="56DF8661" w14:textId="2346C75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Manipulativeness </w:t>
            </w:r>
          </w:p>
        </w:tc>
        <w:tc>
          <w:tcPr>
            <w:tcW w:w="413" w:type="pct"/>
            <w:tcBorders>
              <w:top w:val="nil"/>
              <w:left w:val="nil"/>
              <w:bottom w:val="nil"/>
              <w:right w:val="nil"/>
            </w:tcBorders>
            <w:vAlign w:val="bottom"/>
          </w:tcPr>
          <w:p w14:paraId="58330AB5" w14:textId="472ECA14"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0.00</w:t>
            </w:r>
          </w:p>
        </w:tc>
        <w:tc>
          <w:tcPr>
            <w:tcW w:w="358" w:type="pct"/>
            <w:tcBorders>
              <w:top w:val="nil"/>
              <w:left w:val="nil"/>
              <w:bottom w:val="nil"/>
              <w:right w:val="nil"/>
            </w:tcBorders>
            <w:vAlign w:val="bottom"/>
          </w:tcPr>
          <w:p w14:paraId="392EA8EE" w14:textId="71684FA3"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-0.01</w:t>
            </w:r>
          </w:p>
        </w:tc>
        <w:tc>
          <w:tcPr>
            <w:tcW w:w="584" w:type="pct"/>
            <w:tcBorders>
              <w:top w:val="nil"/>
              <w:left w:val="nil"/>
              <w:bottom w:val="nil"/>
              <w:right w:val="nil"/>
            </w:tcBorders>
            <w:vAlign w:val="bottom"/>
          </w:tcPr>
          <w:p w14:paraId="4E1390DF" w14:textId="044D585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5FA98FC1" w14:textId="7497C922"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0.08</w:t>
            </w:r>
          </w:p>
        </w:tc>
        <w:tc>
          <w:tcPr>
            <w:tcW w:w="455" w:type="pct"/>
            <w:tcBorders>
              <w:top w:val="nil"/>
              <w:left w:val="nil"/>
              <w:bottom w:val="nil"/>
              <w:right w:val="nil"/>
            </w:tcBorders>
            <w:vAlign w:val="bottom"/>
          </w:tcPr>
          <w:p w14:paraId="06FCC9AA" w14:textId="3240FD79"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0.16</w:t>
            </w:r>
          </w:p>
        </w:tc>
        <w:tc>
          <w:tcPr>
            <w:tcW w:w="422" w:type="pct"/>
            <w:tcBorders>
              <w:top w:val="nil"/>
              <w:left w:val="nil"/>
              <w:bottom w:val="nil"/>
              <w:right w:val="nil"/>
            </w:tcBorders>
            <w:vAlign w:val="bottom"/>
          </w:tcPr>
          <w:p w14:paraId="2AD13D79" w14:textId="419536BF"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0.34</w:t>
            </w:r>
          </w:p>
        </w:tc>
        <w:tc>
          <w:tcPr>
            <w:tcW w:w="357" w:type="pct"/>
            <w:tcBorders>
              <w:top w:val="nil"/>
              <w:left w:val="nil"/>
              <w:bottom w:val="nil"/>
              <w:right w:val="nil"/>
            </w:tcBorders>
            <w:vAlign w:val="bottom"/>
          </w:tcPr>
          <w:p w14:paraId="38302612" w14:textId="12DFAC36"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2A315596" w14:textId="5328A98C"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0.12</w:t>
            </w:r>
          </w:p>
        </w:tc>
        <w:tc>
          <w:tcPr>
            <w:tcW w:w="390" w:type="pct"/>
            <w:tcBorders>
              <w:top w:val="nil"/>
              <w:left w:val="nil"/>
              <w:bottom w:val="nil"/>
              <w:right w:val="nil"/>
            </w:tcBorders>
            <w:vAlign w:val="bottom"/>
          </w:tcPr>
          <w:p w14:paraId="41AD1530" w14:textId="65E593CE" w:rsidR="00175E63" w:rsidRPr="00531DDD" w:rsidRDefault="00175E63" w:rsidP="00175E63">
            <w:pPr>
              <w:rPr>
                <w:rFonts w:ascii="Times New Roman" w:hAnsi="Times New Roman" w:cs="Times New Roman"/>
                <w:sz w:val="20"/>
                <w:szCs w:val="20"/>
              </w:rPr>
            </w:pPr>
            <w:r w:rsidRPr="00531DDD">
              <w:rPr>
                <w:rFonts w:ascii="Times New Roman" w:hAnsi="Times New Roman" w:cs="Times New Roman"/>
                <w:sz w:val="20"/>
                <w:szCs w:val="20"/>
              </w:rPr>
              <w:t>0.04</w:t>
            </w:r>
          </w:p>
        </w:tc>
        <w:tc>
          <w:tcPr>
            <w:tcW w:w="519" w:type="pct"/>
            <w:tcBorders>
              <w:top w:val="nil"/>
              <w:left w:val="nil"/>
              <w:bottom w:val="nil"/>
              <w:right w:val="nil"/>
            </w:tcBorders>
            <w:vAlign w:val="bottom"/>
          </w:tcPr>
          <w:p w14:paraId="2812A709" w14:textId="2613FF82" w:rsidR="00175E63" w:rsidRPr="00531DDD" w:rsidRDefault="00175E63" w:rsidP="00175E63">
            <w:pPr>
              <w:rPr>
                <w:rFonts w:ascii="Times New Roman" w:hAnsi="Times New Roman" w:cs="Times New Roman"/>
                <w:b/>
                <w:bCs/>
                <w:sz w:val="20"/>
                <w:szCs w:val="20"/>
              </w:rPr>
            </w:pPr>
            <w:r w:rsidRPr="00531DDD">
              <w:rPr>
                <w:rFonts w:ascii="Times New Roman" w:hAnsi="Times New Roman" w:cs="Times New Roman"/>
                <w:b/>
                <w:bCs/>
                <w:sz w:val="20"/>
                <w:szCs w:val="20"/>
              </w:rPr>
              <w:t>0.33</w:t>
            </w:r>
          </w:p>
        </w:tc>
      </w:tr>
      <w:tr w:rsidR="00CA1518" w:rsidRPr="00015D37" w14:paraId="11CF5A48" w14:textId="77777777" w:rsidTr="00531DDD">
        <w:tc>
          <w:tcPr>
            <w:tcW w:w="658" w:type="pct"/>
            <w:vAlign w:val="bottom"/>
          </w:tcPr>
          <w:p w14:paraId="5A664746" w14:textId="35F2FD4F"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Situational Phobias</w:t>
            </w:r>
          </w:p>
        </w:tc>
        <w:tc>
          <w:tcPr>
            <w:tcW w:w="413" w:type="pct"/>
            <w:tcBorders>
              <w:top w:val="nil"/>
              <w:left w:val="nil"/>
              <w:bottom w:val="nil"/>
              <w:right w:val="nil"/>
            </w:tcBorders>
            <w:vAlign w:val="bottom"/>
          </w:tcPr>
          <w:p w14:paraId="20C922DF" w14:textId="73A851D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5F4B81B4" w14:textId="06145C6D"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-0.16</w:t>
            </w:r>
          </w:p>
        </w:tc>
        <w:tc>
          <w:tcPr>
            <w:tcW w:w="584" w:type="pct"/>
            <w:tcBorders>
              <w:top w:val="nil"/>
              <w:left w:val="nil"/>
              <w:bottom w:val="nil"/>
              <w:right w:val="nil"/>
            </w:tcBorders>
            <w:vAlign w:val="bottom"/>
          </w:tcPr>
          <w:p w14:paraId="6EBBB52C" w14:textId="356A109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32225092" w14:textId="12812511"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-0.05</w:t>
            </w:r>
          </w:p>
        </w:tc>
        <w:tc>
          <w:tcPr>
            <w:tcW w:w="455" w:type="pct"/>
            <w:tcBorders>
              <w:top w:val="nil"/>
              <w:left w:val="nil"/>
              <w:bottom w:val="nil"/>
              <w:right w:val="nil"/>
            </w:tcBorders>
            <w:vAlign w:val="bottom"/>
          </w:tcPr>
          <w:p w14:paraId="6979C6FB" w14:textId="2EFA1A3F"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7FD37222" w14:textId="2AAC2CD6"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-0.12</w:t>
            </w:r>
          </w:p>
        </w:tc>
        <w:tc>
          <w:tcPr>
            <w:tcW w:w="357" w:type="pct"/>
            <w:tcBorders>
              <w:top w:val="nil"/>
              <w:left w:val="nil"/>
              <w:bottom w:val="nil"/>
              <w:right w:val="nil"/>
            </w:tcBorders>
            <w:vAlign w:val="bottom"/>
          </w:tcPr>
          <w:p w14:paraId="6DCE7238" w14:textId="143DF09E"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0.58</w:t>
            </w:r>
          </w:p>
        </w:tc>
        <w:tc>
          <w:tcPr>
            <w:tcW w:w="422" w:type="pct"/>
            <w:tcBorders>
              <w:top w:val="nil"/>
              <w:left w:val="nil"/>
              <w:bottom w:val="nil"/>
              <w:right w:val="nil"/>
            </w:tcBorders>
            <w:vAlign w:val="bottom"/>
          </w:tcPr>
          <w:p w14:paraId="2400AF87" w14:textId="0ED817A2"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0.07</w:t>
            </w:r>
          </w:p>
        </w:tc>
        <w:tc>
          <w:tcPr>
            <w:tcW w:w="390" w:type="pct"/>
            <w:tcBorders>
              <w:top w:val="nil"/>
              <w:left w:val="nil"/>
              <w:bottom w:val="nil"/>
              <w:right w:val="nil"/>
            </w:tcBorders>
            <w:vAlign w:val="bottom"/>
          </w:tcPr>
          <w:p w14:paraId="495A9826" w14:textId="4F857AF6"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0.19</w:t>
            </w:r>
          </w:p>
        </w:tc>
        <w:tc>
          <w:tcPr>
            <w:tcW w:w="519" w:type="pct"/>
            <w:tcBorders>
              <w:top w:val="nil"/>
              <w:left w:val="nil"/>
              <w:bottom w:val="nil"/>
              <w:right w:val="nil"/>
            </w:tcBorders>
            <w:vAlign w:val="bottom"/>
          </w:tcPr>
          <w:p w14:paraId="338BB5EF" w14:textId="5F29FC8B"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-0.09</w:t>
            </w:r>
          </w:p>
        </w:tc>
      </w:tr>
      <w:tr w:rsidR="00CA1518" w:rsidRPr="00015D37" w14:paraId="7C022CB3" w14:textId="77777777" w:rsidTr="00531DDD">
        <w:tc>
          <w:tcPr>
            <w:tcW w:w="658" w:type="pct"/>
            <w:vAlign w:val="bottom"/>
          </w:tcPr>
          <w:p w14:paraId="5AC7486F" w14:textId="22382462"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Suspiciousness</w:t>
            </w:r>
          </w:p>
        </w:tc>
        <w:tc>
          <w:tcPr>
            <w:tcW w:w="413" w:type="pct"/>
            <w:tcBorders>
              <w:top w:val="nil"/>
              <w:left w:val="nil"/>
              <w:bottom w:val="nil"/>
              <w:right w:val="nil"/>
            </w:tcBorders>
            <w:vAlign w:val="bottom"/>
          </w:tcPr>
          <w:p w14:paraId="2A32A0B8" w14:textId="3440637B"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0.10</w:t>
            </w:r>
          </w:p>
        </w:tc>
        <w:tc>
          <w:tcPr>
            <w:tcW w:w="358" w:type="pct"/>
            <w:tcBorders>
              <w:top w:val="nil"/>
              <w:left w:val="nil"/>
              <w:bottom w:val="nil"/>
              <w:right w:val="nil"/>
            </w:tcBorders>
            <w:vAlign w:val="bottom"/>
          </w:tcPr>
          <w:p w14:paraId="734C76E0" w14:textId="044366D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0.14</w:t>
            </w:r>
          </w:p>
        </w:tc>
        <w:tc>
          <w:tcPr>
            <w:tcW w:w="584" w:type="pct"/>
            <w:tcBorders>
              <w:top w:val="nil"/>
              <w:left w:val="nil"/>
              <w:bottom w:val="nil"/>
              <w:right w:val="nil"/>
            </w:tcBorders>
            <w:vAlign w:val="bottom"/>
          </w:tcPr>
          <w:p w14:paraId="57796CE1" w14:textId="5D52BAFC"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6852D72A" w14:textId="224E9565"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-0.03</w:t>
            </w:r>
          </w:p>
        </w:tc>
        <w:tc>
          <w:tcPr>
            <w:tcW w:w="455" w:type="pct"/>
            <w:tcBorders>
              <w:top w:val="nil"/>
              <w:left w:val="nil"/>
              <w:bottom w:val="nil"/>
              <w:right w:val="nil"/>
            </w:tcBorders>
            <w:vAlign w:val="bottom"/>
          </w:tcPr>
          <w:p w14:paraId="4D1567E2" w14:textId="34F2BAE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493F2C15" w14:textId="3C55CCB6"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sz w:val="20"/>
                <w:szCs w:val="20"/>
              </w:rPr>
              <w:t>0.14</w:t>
            </w:r>
          </w:p>
        </w:tc>
        <w:tc>
          <w:tcPr>
            <w:tcW w:w="357" w:type="pct"/>
            <w:tcBorders>
              <w:top w:val="nil"/>
              <w:left w:val="nil"/>
              <w:bottom w:val="nil"/>
              <w:right w:val="nil"/>
            </w:tcBorders>
            <w:vAlign w:val="bottom"/>
          </w:tcPr>
          <w:p w14:paraId="178AF973" w14:textId="59C22761"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0.56</w:t>
            </w:r>
          </w:p>
        </w:tc>
        <w:tc>
          <w:tcPr>
            <w:tcW w:w="422" w:type="pct"/>
            <w:tcBorders>
              <w:top w:val="nil"/>
              <w:left w:val="nil"/>
              <w:bottom w:val="nil"/>
              <w:right w:val="nil"/>
            </w:tcBorders>
            <w:vAlign w:val="bottom"/>
          </w:tcPr>
          <w:p w14:paraId="49905FC2" w14:textId="708B48E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0.05</w:t>
            </w:r>
          </w:p>
        </w:tc>
        <w:tc>
          <w:tcPr>
            <w:tcW w:w="390" w:type="pct"/>
            <w:tcBorders>
              <w:top w:val="nil"/>
              <w:left w:val="nil"/>
              <w:bottom w:val="nil"/>
              <w:right w:val="nil"/>
            </w:tcBorders>
            <w:vAlign w:val="bottom"/>
          </w:tcPr>
          <w:p w14:paraId="42B66B0B" w14:textId="1EF5511C"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519" w:type="pct"/>
            <w:tcBorders>
              <w:top w:val="nil"/>
              <w:left w:val="nil"/>
              <w:bottom w:val="nil"/>
              <w:right w:val="nil"/>
            </w:tcBorders>
            <w:vAlign w:val="bottom"/>
          </w:tcPr>
          <w:p w14:paraId="6B356F78" w14:textId="4FAA39B4"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0.24</w:t>
            </w:r>
          </w:p>
        </w:tc>
      </w:tr>
      <w:tr w:rsidR="00CA1518" w:rsidRPr="00015D37" w14:paraId="298A5393" w14:textId="77777777" w:rsidTr="00531DDD">
        <w:tc>
          <w:tcPr>
            <w:tcW w:w="658" w:type="pct"/>
            <w:vAlign w:val="bottom"/>
          </w:tcPr>
          <w:p w14:paraId="7A79D49F" w14:textId="3359D50C"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Animal-Insect Phobia</w:t>
            </w:r>
          </w:p>
        </w:tc>
        <w:tc>
          <w:tcPr>
            <w:tcW w:w="413" w:type="pct"/>
            <w:tcBorders>
              <w:top w:val="nil"/>
              <w:left w:val="nil"/>
              <w:bottom w:val="nil"/>
              <w:right w:val="nil"/>
            </w:tcBorders>
            <w:vAlign w:val="bottom"/>
          </w:tcPr>
          <w:p w14:paraId="2EDED2DF" w14:textId="249A8E94"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354C7946" w14:textId="701AA2E3"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-0.19</w:t>
            </w:r>
          </w:p>
        </w:tc>
        <w:tc>
          <w:tcPr>
            <w:tcW w:w="584" w:type="pct"/>
            <w:tcBorders>
              <w:top w:val="nil"/>
              <w:left w:val="nil"/>
              <w:bottom w:val="nil"/>
              <w:right w:val="nil"/>
            </w:tcBorders>
            <w:vAlign w:val="bottom"/>
          </w:tcPr>
          <w:p w14:paraId="51D5381D" w14:textId="030B2FA6"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0.11</w:t>
            </w:r>
          </w:p>
        </w:tc>
        <w:tc>
          <w:tcPr>
            <w:tcW w:w="422" w:type="pct"/>
            <w:tcBorders>
              <w:top w:val="nil"/>
              <w:left w:val="nil"/>
              <w:bottom w:val="nil"/>
              <w:right w:val="nil"/>
            </w:tcBorders>
            <w:vAlign w:val="bottom"/>
          </w:tcPr>
          <w:p w14:paraId="7BD68786" w14:textId="4362E9B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-0.05</w:t>
            </w:r>
          </w:p>
        </w:tc>
        <w:tc>
          <w:tcPr>
            <w:tcW w:w="455" w:type="pct"/>
            <w:tcBorders>
              <w:top w:val="nil"/>
              <w:left w:val="nil"/>
              <w:bottom w:val="nil"/>
              <w:right w:val="nil"/>
            </w:tcBorders>
            <w:vAlign w:val="bottom"/>
          </w:tcPr>
          <w:p w14:paraId="701A1B75" w14:textId="3B619CB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349C5A68" w14:textId="088BF2D7"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sz w:val="20"/>
                <w:szCs w:val="20"/>
              </w:rPr>
              <w:t>-0.07</w:t>
            </w:r>
          </w:p>
        </w:tc>
        <w:tc>
          <w:tcPr>
            <w:tcW w:w="357" w:type="pct"/>
            <w:tcBorders>
              <w:top w:val="nil"/>
              <w:left w:val="nil"/>
              <w:bottom w:val="nil"/>
              <w:right w:val="nil"/>
            </w:tcBorders>
            <w:vAlign w:val="bottom"/>
          </w:tcPr>
          <w:p w14:paraId="6D4507D8" w14:textId="3DDE2467"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0.53</w:t>
            </w:r>
          </w:p>
        </w:tc>
        <w:tc>
          <w:tcPr>
            <w:tcW w:w="422" w:type="pct"/>
            <w:tcBorders>
              <w:top w:val="nil"/>
              <w:left w:val="nil"/>
              <w:bottom w:val="nil"/>
              <w:right w:val="nil"/>
            </w:tcBorders>
            <w:vAlign w:val="bottom"/>
          </w:tcPr>
          <w:p w14:paraId="0C4ACEED" w14:textId="13D32573"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390" w:type="pct"/>
            <w:tcBorders>
              <w:top w:val="nil"/>
              <w:left w:val="nil"/>
              <w:bottom w:val="nil"/>
              <w:right w:val="nil"/>
            </w:tcBorders>
            <w:vAlign w:val="bottom"/>
          </w:tcPr>
          <w:p w14:paraId="2CF10B54" w14:textId="75C5A10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364C55F4" w14:textId="2D4F5B4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-0.04</w:t>
            </w:r>
          </w:p>
        </w:tc>
      </w:tr>
      <w:tr w:rsidR="00CA1518" w:rsidRPr="00015D37" w14:paraId="2E45DF87" w14:textId="77777777" w:rsidTr="00531DDD">
        <w:tc>
          <w:tcPr>
            <w:tcW w:w="658" w:type="pct"/>
            <w:vAlign w:val="bottom"/>
          </w:tcPr>
          <w:p w14:paraId="3AB4F164" w14:textId="2AAEA2E2"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Hypervigilance </w:t>
            </w:r>
          </w:p>
        </w:tc>
        <w:tc>
          <w:tcPr>
            <w:tcW w:w="413" w:type="pct"/>
            <w:tcBorders>
              <w:top w:val="nil"/>
              <w:left w:val="nil"/>
              <w:bottom w:val="nil"/>
              <w:right w:val="nil"/>
            </w:tcBorders>
            <w:vAlign w:val="bottom"/>
          </w:tcPr>
          <w:p w14:paraId="4A9D4BA4" w14:textId="53D9F6C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0.07</w:t>
            </w:r>
          </w:p>
        </w:tc>
        <w:tc>
          <w:tcPr>
            <w:tcW w:w="358" w:type="pct"/>
            <w:tcBorders>
              <w:top w:val="nil"/>
              <w:left w:val="nil"/>
              <w:bottom w:val="nil"/>
              <w:right w:val="nil"/>
            </w:tcBorders>
            <w:vAlign w:val="bottom"/>
          </w:tcPr>
          <w:p w14:paraId="0F6BA2E8" w14:textId="1D1946A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0.27</w:t>
            </w:r>
          </w:p>
        </w:tc>
        <w:tc>
          <w:tcPr>
            <w:tcW w:w="584" w:type="pct"/>
            <w:tcBorders>
              <w:top w:val="nil"/>
              <w:left w:val="nil"/>
              <w:bottom w:val="nil"/>
              <w:right w:val="nil"/>
            </w:tcBorders>
            <w:vAlign w:val="bottom"/>
          </w:tcPr>
          <w:p w14:paraId="2F5546F8" w14:textId="4C9868BC"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759063C5" w14:textId="504926A5"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0.05</w:t>
            </w:r>
          </w:p>
        </w:tc>
        <w:tc>
          <w:tcPr>
            <w:tcW w:w="455" w:type="pct"/>
            <w:tcBorders>
              <w:top w:val="nil"/>
              <w:left w:val="nil"/>
              <w:bottom w:val="nil"/>
              <w:right w:val="nil"/>
            </w:tcBorders>
            <w:vAlign w:val="bottom"/>
          </w:tcPr>
          <w:p w14:paraId="3F5067F0" w14:textId="714AF9E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0AB04745" w14:textId="7837F9AA"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-0.11</w:t>
            </w:r>
          </w:p>
        </w:tc>
        <w:tc>
          <w:tcPr>
            <w:tcW w:w="357" w:type="pct"/>
            <w:tcBorders>
              <w:top w:val="nil"/>
              <w:left w:val="nil"/>
              <w:bottom w:val="nil"/>
              <w:right w:val="nil"/>
            </w:tcBorders>
            <w:vAlign w:val="bottom"/>
          </w:tcPr>
          <w:p w14:paraId="27AAD6D1" w14:textId="2D72F353"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0.48</w:t>
            </w:r>
          </w:p>
        </w:tc>
        <w:tc>
          <w:tcPr>
            <w:tcW w:w="422" w:type="pct"/>
            <w:tcBorders>
              <w:top w:val="nil"/>
              <w:left w:val="nil"/>
              <w:bottom w:val="nil"/>
              <w:right w:val="nil"/>
            </w:tcBorders>
            <w:vAlign w:val="bottom"/>
          </w:tcPr>
          <w:p w14:paraId="5FFFE4F8" w14:textId="09B0023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0.23</w:t>
            </w:r>
          </w:p>
        </w:tc>
        <w:tc>
          <w:tcPr>
            <w:tcW w:w="390" w:type="pct"/>
            <w:tcBorders>
              <w:top w:val="nil"/>
              <w:left w:val="nil"/>
              <w:bottom w:val="nil"/>
              <w:right w:val="nil"/>
            </w:tcBorders>
            <w:vAlign w:val="bottom"/>
          </w:tcPr>
          <w:p w14:paraId="76FFDE26" w14:textId="7040A4ED"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0.10</w:t>
            </w:r>
          </w:p>
        </w:tc>
        <w:tc>
          <w:tcPr>
            <w:tcW w:w="519" w:type="pct"/>
            <w:tcBorders>
              <w:top w:val="nil"/>
              <w:left w:val="nil"/>
              <w:bottom w:val="nil"/>
              <w:right w:val="nil"/>
            </w:tcBorders>
            <w:vAlign w:val="bottom"/>
          </w:tcPr>
          <w:p w14:paraId="50FA52C3" w14:textId="666A3C0C"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0.03</w:t>
            </w:r>
          </w:p>
        </w:tc>
      </w:tr>
      <w:tr w:rsidR="00CA1518" w:rsidRPr="00015D37" w14:paraId="3C63EE7A" w14:textId="77777777" w:rsidTr="00531DDD">
        <w:tc>
          <w:tcPr>
            <w:tcW w:w="658" w:type="pct"/>
            <w:vAlign w:val="bottom"/>
          </w:tcPr>
          <w:p w14:paraId="499D0BF8" w14:textId="358124F6"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Cynicism</w:t>
            </w:r>
          </w:p>
        </w:tc>
        <w:tc>
          <w:tcPr>
            <w:tcW w:w="413" w:type="pct"/>
            <w:tcBorders>
              <w:top w:val="nil"/>
              <w:left w:val="nil"/>
              <w:bottom w:val="nil"/>
              <w:right w:val="nil"/>
            </w:tcBorders>
            <w:vAlign w:val="bottom"/>
          </w:tcPr>
          <w:p w14:paraId="28E0FF57" w14:textId="3D575FCC"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0.11</w:t>
            </w:r>
          </w:p>
        </w:tc>
        <w:tc>
          <w:tcPr>
            <w:tcW w:w="358" w:type="pct"/>
            <w:tcBorders>
              <w:top w:val="nil"/>
              <w:left w:val="nil"/>
              <w:bottom w:val="nil"/>
              <w:right w:val="nil"/>
            </w:tcBorders>
            <w:vAlign w:val="bottom"/>
          </w:tcPr>
          <w:p w14:paraId="5AB062B4" w14:textId="74AA5392"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0.20</w:t>
            </w:r>
          </w:p>
        </w:tc>
        <w:tc>
          <w:tcPr>
            <w:tcW w:w="584" w:type="pct"/>
            <w:tcBorders>
              <w:top w:val="nil"/>
              <w:left w:val="nil"/>
              <w:bottom w:val="nil"/>
              <w:right w:val="nil"/>
            </w:tcBorders>
            <w:vAlign w:val="bottom"/>
          </w:tcPr>
          <w:p w14:paraId="3BC772C6" w14:textId="69B149B3"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6D8AF888" w14:textId="3622163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55" w:type="pct"/>
            <w:tcBorders>
              <w:top w:val="nil"/>
              <w:left w:val="nil"/>
              <w:bottom w:val="nil"/>
              <w:right w:val="nil"/>
            </w:tcBorders>
            <w:vAlign w:val="bottom"/>
          </w:tcPr>
          <w:p w14:paraId="076D7B1C" w14:textId="7D1FFBB3"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0E18A4D6" w14:textId="7EF75DDF"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0.00</w:t>
            </w:r>
          </w:p>
        </w:tc>
        <w:tc>
          <w:tcPr>
            <w:tcW w:w="357" w:type="pct"/>
            <w:tcBorders>
              <w:top w:val="nil"/>
              <w:left w:val="nil"/>
              <w:bottom w:val="nil"/>
              <w:right w:val="nil"/>
            </w:tcBorders>
            <w:vAlign w:val="bottom"/>
          </w:tcPr>
          <w:p w14:paraId="62785A0A" w14:textId="12FF84C8"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0.46</w:t>
            </w:r>
          </w:p>
        </w:tc>
        <w:tc>
          <w:tcPr>
            <w:tcW w:w="422" w:type="pct"/>
            <w:tcBorders>
              <w:top w:val="nil"/>
              <w:left w:val="nil"/>
              <w:bottom w:val="nil"/>
              <w:right w:val="nil"/>
            </w:tcBorders>
            <w:vAlign w:val="bottom"/>
          </w:tcPr>
          <w:p w14:paraId="3E232998" w14:textId="5DD61FDD"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0.07</w:t>
            </w:r>
          </w:p>
        </w:tc>
        <w:tc>
          <w:tcPr>
            <w:tcW w:w="390" w:type="pct"/>
            <w:tcBorders>
              <w:top w:val="nil"/>
              <w:left w:val="nil"/>
              <w:bottom w:val="nil"/>
              <w:right w:val="nil"/>
            </w:tcBorders>
            <w:vAlign w:val="bottom"/>
          </w:tcPr>
          <w:p w14:paraId="65FF7EA3" w14:textId="30680E5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-0.05</w:t>
            </w:r>
          </w:p>
        </w:tc>
        <w:tc>
          <w:tcPr>
            <w:tcW w:w="519" w:type="pct"/>
            <w:tcBorders>
              <w:top w:val="nil"/>
              <w:left w:val="nil"/>
              <w:bottom w:val="nil"/>
              <w:right w:val="nil"/>
            </w:tcBorders>
            <w:vAlign w:val="bottom"/>
          </w:tcPr>
          <w:p w14:paraId="15AA2BED" w14:textId="37CF5FFB"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0.35</w:t>
            </w:r>
          </w:p>
        </w:tc>
      </w:tr>
      <w:tr w:rsidR="00CA1518" w:rsidRPr="00015D37" w14:paraId="502B0D7F" w14:textId="77777777" w:rsidTr="00531DDD">
        <w:tc>
          <w:tcPr>
            <w:tcW w:w="658" w:type="pct"/>
            <w:vAlign w:val="bottom"/>
          </w:tcPr>
          <w:p w14:paraId="60C08DD1" w14:textId="1247AD7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Agoraphobia </w:t>
            </w:r>
          </w:p>
        </w:tc>
        <w:tc>
          <w:tcPr>
            <w:tcW w:w="413" w:type="pct"/>
            <w:tcBorders>
              <w:top w:val="nil"/>
              <w:left w:val="nil"/>
              <w:bottom w:val="nil"/>
              <w:right w:val="nil"/>
            </w:tcBorders>
            <w:vAlign w:val="bottom"/>
          </w:tcPr>
          <w:p w14:paraId="560D806A" w14:textId="4697032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5F043527" w14:textId="381E1843"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-0.04</w:t>
            </w:r>
          </w:p>
        </w:tc>
        <w:tc>
          <w:tcPr>
            <w:tcW w:w="584" w:type="pct"/>
            <w:tcBorders>
              <w:top w:val="nil"/>
              <w:left w:val="nil"/>
              <w:bottom w:val="nil"/>
              <w:right w:val="nil"/>
            </w:tcBorders>
            <w:vAlign w:val="bottom"/>
          </w:tcPr>
          <w:p w14:paraId="3F78006B" w14:textId="06C66BB3"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79B4EE3F" w14:textId="7890A9E5"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-0.15</w:t>
            </w:r>
          </w:p>
        </w:tc>
        <w:tc>
          <w:tcPr>
            <w:tcW w:w="455" w:type="pct"/>
            <w:tcBorders>
              <w:top w:val="nil"/>
              <w:left w:val="nil"/>
              <w:bottom w:val="nil"/>
              <w:right w:val="nil"/>
            </w:tcBorders>
            <w:vAlign w:val="bottom"/>
          </w:tcPr>
          <w:p w14:paraId="2D24DDE0" w14:textId="10108268"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7A609EEE" w14:textId="7145F69B"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-0.08</w:t>
            </w:r>
          </w:p>
        </w:tc>
        <w:tc>
          <w:tcPr>
            <w:tcW w:w="357" w:type="pct"/>
            <w:tcBorders>
              <w:top w:val="nil"/>
              <w:left w:val="nil"/>
              <w:bottom w:val="nil"/>
              <w:right w:val="nil"/>
            </w:tcBorders>
            <w:vAlign w:val="bottom"/>
          </w:tcPr>
          <w:p w14:paraId="67BE1861" w14:textId="74303C46"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0.45</w:t>
            </w:r>
          </w:p>
        </w:tc>
        <w:tc>
          <w:tcPr>
            <w:tcW w:w="422" w:type="pct"/>
            <w:tcBorders>
              <w:top w:val="nil"/>
              <w:left w:val="nil"/>
              <w:bottom w:val="nil"/>
              <w:right w:val="nil"/>
            </w:tcBorders>
            <w:vAlign w:val="bottom"/>
          </w:tcPr>
          <w:p w14:paraId="02BA2E1D" w14:textId="07AED15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0.09</w:t>
            </w:r>
          </w:p>
        </w:tc>
        <w:tc>
          <w:tcPr>
            <w:tcW w:w="390" w:type="pct"/>
            <w:tcBorders>
              <w:top w:val="nil"/>
              <w:left w:val="nil"/>
              <w:bottom w:val="nil"/>
              <w:right w:val="nil"/>
            </w:tcBorders>
            <w:vAlign w:val="bottom"/>
          </w:tcPr>
          <w:p w14:paraId="3B87BF17" w14:textId="273B2C9D"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0.32</w:t>
            </w:r>
          </w:p>
        </w:tc>
        <w:tc>
          <w:tcPr>
            <w:tcW w:w="519" w:type="pct"/>
            <w:tcBorders>
              <w:top w:val="nil"/>
              <w:left w:val="nil"/>
              <w:bottom w:val="nil"/>
              <w:right w:val="nil"/>
            </w:tcBorders>
            <w:vAlign w:val="bottom"/>
          </w:tcPr>
          <w:p w14:paraId="61BAA3CE" w14:textId="2C1E6B80"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-0.01</w:t>
            </w:r>
          </w:p>
        </w:tc>
      </w:tr>
      <w:tr w:rsidR="00CA1518" w:rsidRPr="00015D37" w14:paraId="79126887" w14:textId="77777777" w:rsidTr="00531DDD">
        <w:tc>
          <w:tcPr>
            <w:tcW w:w="658" w:type="pct"/>
            <w:vAlign w:val="bottom"/>
          </w:tcPr>
          <w:p w14:paraId="1EB19E0D" w14:textId="3058B99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Angry Hostility</w:t>
            </w:r>
          </w:p>
        </w:tc>
        <w:tc>
          <w:tcPr>
            <w:tcW w:w="413" w:type="pct"/>
            <w:tcBorders>
              <w:top w:val="nil"/>
              <w:left w:val="nil"/>
              <w:bottom w:val="nil"/>
              <w:right w:val="nil"/>
            </w:tcBorders>
            <w:vAlign w:val="bottom"/>
          </w:tcPr>
          <w:p w14:paraId="1F091531" w14:textId="22A01F5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3A7EC2AE" w14:textId="7A13F0F6"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0.31</w:t>
            </w:r>
          </w:p>
        </w:tc>
        <w:tc>
          <w:tcPr>
            <w:tcW w:w="584" w:type="pct"/>
            <w:tcBorders>
              <w:top w:val="nil"/>
              <w:left w:val="nil"/>
              <w:bottom w:val="nil"/>
              <w:right w:val="nil"/>
            </w:tcBorders>
            <w:vAlign w:val="bottom"/>
          </w:tcPr>
          <w:p w14:paraId="2BFF6ACC" w14:textId="01AF50C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00B0E8EF" w14:textId="39725F5B"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55" w:type="pct"/>
            <w:tcBorders>
              <w:top w:val="nil"/>
              <w:left w:val="nil"/>
              <w:bottom w:val="nil"/>
              <w:right w:val="nil"/>
            </w:tcBorders>
            <w:vAlign w:val="bottom"/>
          </w:tcPr>
          <w:p w14:paraId="1DE4BD9E" w14:textId="4B404D98"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6B4B10FE" w14:textId="408716C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0.09</w:t>
            </w:r>
          </w:p>
        </w:tc>
        <w:tc>
          <w:tcPr>
            <w:tcW w:w="357" w:type="pct"/>
            <w:tcBorders>
              <w:top w:val="nil"/>
              <w:left w:val="nil"/>
              <w:bottom w:val="nil"/>
              <w:right w:val="nil"/>
            </w:tcBorders>
            <w:vAlign w:val="bottom"/>
          </w:tcPr>
          <w:p w14:paraId="39D7C743" w14:textId="203A5713"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0.41</w:t>
            </w:r>
          </w:p>
        </w:tc>
        <w:tc>
          <w:tcPr>
            <w:tcW w:w="422" w:type="pct"/>
            <w:tcBorders>
              <w:top w:val="nil"/>
              <w:left w:val="nil"/>
              <w:bottom w:val="nil"/>
              <w:right w:val="nil"/>
            </w:tcBorders>
            <w:vAlign w:val="bottom"/>
          </w:tcPr>
          <w:p w14:paraId="2604357A" w14:textId="0AF0DF1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-0.10</w:t>
            </w:r>
          </w:p>
        </w:tc>
        <w:tc>
          <w:tcPr>
            <w:tcW w:w="390" w:type="pct"/>
            <w:tcBorders>
              <w:top w:val="nil"/>
              <w:left w:val="nil"/>
              <w:bottom w:val="nil"/>
              <w:right w:val="nil"/>
            </w:tcBorders>
            <w:vAlign w:val="bottom"/>
          </w:tcPr>
          <w:p w14:paraId="0A843E86" w14:textId="4929C553"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0.00</w:t>
            </w:r>
          </w:p>
        </w:tc>
        <w:tc>
          <w:tcPr>
            <w:tcW w:w="519" w:type="pct"/>
            <w:tcBorders>
              <w:top w:val="nil"/>
              <w:left w:val="nil"/>
              <w:bottom w:val="nil"/>
              <w:right w:val="nil"/>
            </w:tcBorders>
            <w:vAlign w:val="bottom"/>
          </w:tcPr>
          <w:p w14:paraId="0E5F4CCF" w14:textId="77FF0DBC"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0.31</w:t>
            </w:r>
          </w:p>
        </w:tc>
      </w:tr>
      <w:tr w:rsidR="00CA1518" w:rsidRPr="00015D37" w14:paraId="2998FCFA" w14:textId="77777777" w:rsidTr="00531DDD">
        <w:tc>
          <w:tcPr>
            <w:tcW w:w="658" w:type="pct"/>
            <w:vAlign w:val="bottom"/>
          </w:tcPr>
          <w:p w14:paraId="5241003F" w14:textId="3742BE66"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Blood-Injection Phobia</w:t>
            </w:r>
          </w:p>
        </w:tc>
        <w:tc>
          <w:tcPr>
            <w:tcW w:w="413" w:type="pct"/>
            <w:tcBorders>
              <w:top w:val="nil"/>
              <w:left w:val="nil"/>
              <w:bottom w:val="nil"/>
              <w:right w:val="nil"/>
            </w:tcBorders>
            <w:vAlign w:val="bottom"/>
          </w:tcPr>
          <w:p w14:paraId="22B35ECF" w14:textId="4B7FFC5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0.00</w:t>
            </w:r>
          </w:p>
        </w:tc>
        <w:tc>
          <w:tcPr>
            <w:tcW w:w="358" w:type="pct"/>
            <w:tcBorders>
              <w:top w:val="nil"/>
              <w:left w:val="nil"/>
              <w:bottom w:val="nil"/>
              <w:right w:val="nil"/>
            </w:tcBorders>
            <w:vAlign w:val="bottom"/>
          </w:tcPr>
          <w:p w14:paraId="5648F095" w14:textId="3E572F8E"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-0.08</w:t>
            </w:r>
          </w:p>
        </w:tc>
        <w:tc>
          <w:tcPr>
            <w:tcW w:w="584" w:type="pct"/>
            <w:tcBorders>
              <w:top w:val="nil"/>
              <w:left w:val="nil"/>
              <w:bottom w:val="nil"/>
              <w:right w:val="nil"/>
            </w:tcBorders>
            <w:vAlign w:val="bottom"/>
          </w:tcPr>
          <w:p w14:paraId="4742659C" w14:textId="65E6C9EB"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0.08</w:t>
            </w:r>
          </w:p>
        </w:tc>
        <w:tc>
          <w:tcPr>
            <w:tcW w:w="422" w:type="pct"/>
            <w:tcBorders>
              <w:top w:val="nil"/>
              <w:left w:val="nil"/>
              <w:bottom w:val="nil"/>
              <w:right w:val="nil"/>
            </w:tcBorders>
            <w:vAlign w:val="bottom"/>
          </w:tcPr>
          <w:p w14:paraId="5940F793" w14:textId="7C3C29AC"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-0.03</w:t>
            </w:r>
          </w:p>
        </w:tc>
        <w:tc>
          <w:tcPr>
            <w:tcW w:w="455" w:type="pct"/>
            <w:tcBorders>
              <w:top w:val="nil"/>
              <w:left w:val="nil"/>
              <w:bottom w:val="nil"/>
              <w:right w:val="nil"/>
            </w:tcBorders>
            <w:vAlign w:val="bottom"/>
          </w:tcPr>
          <w:p w14:paraId="2C669D71" w14:textId="429E9917"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77B2C61F" w14:textId="65870692"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sz w:val="20"/>
                <w:szCs w:val="20"/>
              </w:rPr>
              <w:t>-0.05</w:t>
            </w:r>
          </w:p>
        </w:tc>
        <w:tc>
          <w:tcPr>
            <w:tcW w:w="357" w:type="pct"/>
            <w:tcBorders>
              <w:top w:val="nil"/>
              <w:left w:val="nil"/>
              <w:bottom w:val="nil"/>
              <w:right w:val="nil"/>
            </w:tcBorders>
            <w:vAlign w:val="bottom"/>
          </w:tcPr>
          <w:p w14:paraId="20679DCE" w14:textId="00F3593B" w:rsidR="00CA1518" w:rsidRPr="00531DDD" w:rsidRDefault="00CA1518" w:rsidP="00CA1518">
            <w:pPr>
              <w:rPr>
                <w:rFonts w:ascii="Times New Roman" w:hAnsi="Times New Roman" w:cs="Times New Roman"/>
                <w:b/>
                <w:bCs/>
                <w:sz w:val="20"/>
                <w:szCs w:val="20"/>
              </w:rPr>
            </w:pPr>
            <w:r w:rsidRPr="00531DDD">
              <w:rPr>
                <w:rFonts w:ascii="Times New Roman" w:hAnsi="Times New Roman" w:cs="Times New Roman"/>
                <w:b/>
                <w:bCs/>
                <w:sz w:val="20"/>
                <w:szCs w:val="20"/>
              </w:rPr>
              <w:t>0.33</w:t>
            </w:r>
          </w:p>
        </w:tc>
        <w:tc>
          <w:tcPr>
            <w:tcW w:w="422" w:type="pct"/>
            <w:tcBorders>
              <w:top w:val="nil"/>
              <w:left w:val="nil"/>
              <w:bottom w:val="nil"/>
              <w:right w:val="nil"/>
            </w:tcBorders>
            <w:vAlign w:val="bottom"/>
          </w:tcPr>
          <w:p w14:paraId="421DBC21" w14:textId="72B225E9"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0.09</w:t>
            </w:r>
          </w:p>
        </w:tc>
        <w:tc>
          <w:tcPr>
            <w:tcW w:w="390" w:type="pct"/>
            <w:tcBorders>
              <w:top w:val="nil"/>
              <w:left w:val="nil"/>
              <w:bottom w:val="nil"/>
              <w:right w:val="nil"/>
            </w:tcBorders>
            <w:vAlign w:val="bottom"/>
          </w:tcPr>
          <w:p w14:paraId="09C72518" w14:textId="4529E4FF"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0.05</w:t>
            </w:r>
          </w:p>
        </w:tc>
        <w:tc>
          <w:tcPr>
            <w:tcW w:w="519" w:type="pct"/>
            <w:tcBorders>
              <w:top w:val="nil"/>
              <w:left w:val="nil"/>
              <w:bottom w:val="nil"/>
              <w:right w:val="nil"/>
            </w:tcBorders>
            <w:vAlign w:val="bottom"/>
          </w:tcPr>
          <w:p w14:paraId="37E6BACC" w14:textId="67C8538D" w:rsidR="00CA1518" w:rsidRPr="00531DDD" w:rsidRDefault="00CA1518" w:rsidP="00CA1518">
            <w:pPr>
              <w:rPr>
                <w:rFonts w:ascii="Times New Roman" w:hAnsi="Times New Roman" w:cs="Times New Roman"/>
                <w:sz w:val="20"/>
                <w:szCs w:val="20"/>
              </w:rPr>
            </w:pPr>
            <w:r w:rsidRPr="00531DDD">
              <w:rPr>
                <w:rFonts w:ascii="Times New Roman" w:hAnsi="Times New Roman" w:cs="Times New Roman"/>
                <w:sz w:val="20"/>
                <w:szCs w:val="20"/>
              </w:rPr>
              <w:t>-0.07</w:t>
            </w:r>
          </w:p>
        </w:tc>
      </w:tr>
      <w:tr w:rsidR="00FF4BAA" w:rsidRPr="00015D37" w14:paraId="6DBECF7F" w14:textId="77777777" w:rsidTr="00531DDD">
        <w:tc>
          <w:tcPr>
            <w:tcW w:w="658" w:type="pct"/>
            <w:vAlign w:val="bottom"/>
          </w:tcPr>
          <w:p w14:paraId="6D2DC6A1" w14:textId="1F6A897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Checking </w:t>
            </w:r>
          </w:p>
        </w:tc>
        <w:tc>
          <w:tcPr>
            <w:tcW w:w="413" w:type="pct"/>
            <w:tcBorders>
              <w:top w:val="nil"/>
              <w:left w:val="nil"/>
              <w:bottom w:val="nil"/>
              <w:right w:val="nil"/>
            </w:tcBorders>
            <w:vAlign w:val="bottom"/>
          </w:tcPr>
          <w:p w14:paraId="1029F717" w14:textId="316A40F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358" w:type="pct"/>
            <w:tcBorders>
              <w:top w:val="nil"/>
              <w:left w:val="nil"/>
              <w:bottom w:val="nil"/>
              <w:right w:val="nil"/>
            </w:tcBorders>
            <w:vAlign w:val="bottom"/>
          </w:tcPr>
          <w:p w14:paraId="34F8F6B6" w14:textId="073AE04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584" w:type="pct"/>
            <w:tcBorders>
              <w:top w:val="nil"/>
              <w:left w:val="nil"/>
              <w:bottom w:val="nil"/>
              <w:right w:val="nil"/>
            </w:tcBorders>
            <w:vAlign w:val="bottom"/>
          </w:tcPr>
          <w:p w14:paraId="4E1D7749" w14:textId="0F4326B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0.27</w:t>
            </w:r>
          </w:p>
        </w:tc>
        <w:tc>
          <w:tcPr>
            <w:tcW w:w="422" w:type="pct"/>
            <w:tcBorders>
              <w:top w:val="nil"/>
              <w:left w:val="nil"/>
              <w:bottom w:val="nil"/>
              <w:right w:val="nil"/>
            </w:tcBorders>
            <w:vAlign w:val="bottom"/>
          </w:tcPr>
          <w:p w14:paraId="5B761D2F" w14:textId="7D9A9B3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55" w:type="pct"/>
            <w:tcBorders>
              <w:top w:val="nil"/>
              <w:left w:val="nil"/>
              <w:bottom w:val="nil"/>
              <w:right w:val="nil"/>
            </w:tcBorders>
            <w:vAlign w:val="bottom"/>
          </w:tcPr>
          <w:p w14:paraId="5D4A82F7" w14:textId="097D31F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422" w:type="pct"/>
            <w:tcBorders>
              <w:top w:val="nil"/>
              <w:left w:val="nil"/>
              <w:bottom w:val="nil"/>
              <w:right w:val="nil"/>
            </w:tcBorders>
            <w:vAlign w:val="bottom"/>
          </w:tcPr>
          <w:p w14:paraId="0E8F3758" w14:textId="6AE6FBF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c>
          <w:tcPr>
            <w:tcW w:w="357" w:type="pct"/>
            <w:tcBorders>
              <w:top w:val="nil"/>
              <w:left w:val="nil"/>
              <w:bottom w:val="nil"/>
              <w:right w:val="nil"/>
            </w:tcBorders>
            <w:vAlign w:val="bottom"/>
          </w:tcPr>
          <w:p w14:paraId="274AD6E1" w14:textId="00AEC8A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422" w:type="pct"/>
            <w:tcBorders>
              <w:top w:val="nil"/>
              <w:left w:val="nil"/>
              <w:bottom w:val="nil"/>
              <w:right w:val="nil"/>
            </w:tcBorders>
            <w:vAlign w:val="bottom"/>
          </w:tcPr>
          <w:p w14:paraId="7D223A25" w14:textId="69BC7C0D"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0.44</w:t>
            </w:r>
          </w:p>
        </w:tc>
        <w:tc>
          <w:tcPr>
            <w:tcW w:w="390" w:type="pct"/>
            <w:tcBorders>
              <w:top w:val="nil"/>
              <w:left w:val="nil"/>
              <w:bottom w:val="nil"/>
              <w:right w:val="nil"/>
            </w:tcBorders>
            <w:vAlign w:val="bottom"/>
          </w:tcPr>
          <w:p w14:paraId="251D976D" w14:textId="55227DA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519" w:type="pct"/>
            <w:tcBorders>
              <w:top w:val="nil"/>
              <w:left w:val="nil"/>
              <w:bottom w:val="nil"/>
              <w:right w:val="nil"/>
            </w:tcBorders>
            <w:vAlign w:val="bottom"/>
          </w:tcPr>
          <w:p w14:paraId="7B46FF58" w14:textId="2943491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r>
      <w:tr w:rsidR="00FF4BAA" w:rsidRPr="00015D37" w14:paraId="55511B83" w14:textId="77777777" w:rsidTr="00531DDD">
        <w:tc>
          <w:tcPr>
            <w:tcW w:w="658" w:type="pct"/>
            <w:vAlign w:val="bottom"/>
          </w:tcPr>
          <w:p w14:paraId="4C2B36FE" w14:textId="685059F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Perfectionism </w:t>
            </w:r>
          </w:p>
        </w:tc>
        <w:tc>
          <w:tcPr>
            <w:tcW w:w="413" w:type="pct"/>
            <w:tcBorders>
              <w:top w:val="nil"/>
              <w:left w:val="nil"/>
              <w:bottom w:val="nil"/>
              <w:right w:val="nil"/>
            </w:tcBorders>
            <w:vAlign w:val="bottom"/>
          </w:tcPr>
          <w:p w14:paraId="30E991DB" w14:textId="7A2E88E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358" w:type="pct"/>
            <w:tcBorders>
              <w:top w:val="nil"/>
              <w:left w:val="nil"/>
              <w:bottom w:val="nil"/>
              <w:right w:val="nil"/>
            </w:tcBorders>
            <w:vAlign w:val="bottom"/>
          </w:tcPr>
          <w:p w14:paraId="0B8D4166" w14:textId="6CC0401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584" w:type="pct"/>
            <w:tcBorders>
              <w:top w:val="nil"/>
              <w:left w:val="nil"/>
              <w:bottom w:val="nil"/>
              <w:right w:val="nil"/>
            </w:tcBorders>
            <w:vAlign w:val="bottom"/>
          </w:tcPr>
          <w:p w14:paraId="45129A6E" w14:textId="4EECABB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75BB4686" w14:textId="52CF90D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c>
          <w:tcPr>
            <w:tcW w:w="455" w:type="pct"/>
            <w:tcBorders>
              <w:top w:val="nil"/>
              <w:left w:val="nil"/>
              <w:bottom w:val="nil"/>
              <w:right w:val="nil"/>
            </w:tcBorders>
            <w:vAlign w:val="bottom"/>
          </w:tcPr>
          <w:p w14:paraId="2C8D7758" w14:textId="6B3C52DE"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0.35</w:t>
            </w:r>
          </w:p>
        </w:tc>
        <w:tc>
          <w:tcPr>
            <w:tcW w:w="422" w:type="pct"/>
            <w:tcBorders>
              <w:top w:val="nil"/>
              <w:left w:val="nil"/>
              <w:bottom w:val="nil"/>
              <w:right w:val="nil"/>
            </w:tcBorders>
            <w:vAlign w:val="bottom"/>
          </w:tcPr>
          <w:p w14:paraId="4A283DC4" w14:textId="3E17FFB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357" w:type="pct"/>
            <w:tcBorders>
              <w:top w:val="nil"/>
              <w:left w:val="nil"/>
              <w:bottom w:val="nil"/>
              <w:right w:val="nil"/>
            </w:tcBorders>
            <w:vAlign w:val="bottom"/>
          </w:tcPr>
          <w:p w14:paraId="04D65708" w14:textId="05EBD99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2DD584AE" w14:textId="69DC3690"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0.39</w:t>
            </w:r>
          </w:p>
        </w:tc>
        <w:tc>
          <w:tcPr>
            <w:tcW w:w="390" w:type="pct"/>
            <w:tcBorders>
              <w:top w:val="nil"/>
              <w:left w:val="nil"/>
              <w:bottom w:val="nil"/>
              <w:right w:val="nil"/>
            </w:tcBorders>
            <w:vAlign w:val="bottom"/>
          </w:tcPr>
          <w:p w14:paraId="734FD895" w14:textId="12FFB40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519" w:type="pct"/>
            <w:tcBorders>
              <w:top w:val="nil"/>
              <w:left w:val="nil"/>
              <w:bottom w:val="nil"/>
              <w:right w:val="nil"/>
            </w:tcBorders>
            <w:vAlign w:val="bottom"/>
          </w:tcPr>
          <w:p w14:paraId="5934B002" w14:textId="1E538E6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r>
      <w:tr w:rsidR="00FF4BAA" w:rsidRPr="00015D37" w14:paraId="4D7597C3" w14:textId="77777777" w:rsidTr="00531DDD">
        <w:tc>
          <w:tcPr>
            <w:tcW w:w="658" w:type="pct"/>
            <w:vAlign w:val="bottom"/>
          </w:tcPr>
          <w:p w14:paraId="239941D0" w14:textId="7129886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Social Anxiety </w:t>
            </w:r>
          </w:p>
        </w:tc>
        <w:tc>
          <w:tcPr>
            <w:tcW w:w="413" w:type="pct"/>
            <w:tcBorders>
              <w:top w:val="nil"/>
              <w:left w:val="nil"/>
              <w:bottom w:val="nil"/>
              <w:right w:val="nil"/>
            </w:tcBorders>
            <w:vAlign w:val="bottom"/>
          </w:tcPr>
          <w:p w14:paraId="497E9E81" w14:textId="3CD157F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1993A1D1" w14:textId="132E953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0.00</w:t>
            </w:r>
          </w:p>
        </w:tc>
        <w:tc>
          <w:tcPr>
            <w:tcW w:w="584" w:type="pct"/>
            <w:tcBorders>
              <w:top w:val="nil"/>
              <w:left w:val="nil"/>
              <w:bottom w:val="nil"/>
              <w:right w:val="nil"/>
            </w:tcBorders>
            <w:vAlign w:val="bottom"/>
          </w:tcPr>
          <w:p w14:paraId="4FB3986E" w14:textId="1FCB31A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37EB9512" w14:textId="28844210"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-0.31</w:t>
            </w:r>
          </w:p>
        </w:tc>
        <w:tc>
          <w:tcPr>
            <w:tcW w:w="455" w:type="pct"/>
            <w:tcBorders>
              <w:top w:val="nil"/>
              <w:left w:val="nil"/>
              <w:bottom w:val="nil"/>
              <w:right w:val="nil"/>
            </w:tcBorders>
            <w:vAlign w:val="bottom"/>
          </w:tcPr>
          <w:p w14:paraId="63C29699" w14:textId="60320BAC"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3B185B3A" w14:textId="66B1D22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-0.18</w:t>
            </w:r>
          </w:p>
        </w:tc>
        <w:tc>
          <w:tcPr>
            <w:tcW w:w="357" w:type="pct"/>
            <w:tcBorders>
              <w:top w:val="nil"/>
              <w:left w:val="nil"/>
              <w:bottom w:val="nil"/>
              <w:right w:val="nil"/>
            </w:tcBorders>
            <w:vAlign w:val="bottom"/>
          </w:tcPr>
          <w:p w14:paraId="30708C46" w14:textId="2BBAFFB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0.18</w:t>
            </w:r>
          </w:p>
        </w:tc>
        <w:tc>
          <w:tcPr>
            <w:tcW w:w="422" w:type="pct"/>
            <w:tcBorders>
              <w:top w:val="nil"/>
              <w:left w:val="nil"/>
              <w:bottom w:val="nil"/>
              <w:right w:val="nil"/>
            </w:tcBorders>
            <w:vAlign w:val="bottom"/>
          </w:tcPr>
          <w:p w14:paraId="68C228DA" w14:textId="0AAEDC2C"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0.38</w:t>
            </w:r>
          </w:p>
        </w:tc>
        <w:tc>
          <w:tcPr>
            <w:tcW w:w="390" w:type="pct"/>
            <w:tcBorders>
              <w:top w:val="nil"/>
              <w:left w:val="nil"/>
              <w:bottom w:val="nil"/>
              <w:right w:val="nil"/>
            </w:tcBorders>
            <w:vAlign w:val="bottom"/>
          </w:tcPr>
          <w:p w14:paraId="7BA621B6" w14:textId="6FD6A61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519" w:type="pct"/>
            <w:tcBorders>
              <w:top w:val="nil"/>
              <w:left w:val="nil"/>
              <w:bottom w:val="nil"/>
              <w:right w:val="nil"/>
            </w:tcBorders>
            <w:vAlign w:val="bottom"/>
          </w:tcPr>
          <w:p w14:paraId="2F684040" w14:textId="618582A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0.14</w:t>
            </w:r>
          </w:p>
        </w:tc>
      </w:tr>
      <w:tr w:rsidR="00FF4BAA" w:rsidRPr="00015D37" w14:paraId="193FFD45" w14:textId="77777777" w:rsidTr="00531DDD">
        <w:tc>
          <w:tcPr>
            <w:tcW w:w="658" w:type="pct"/>
            <w:vAlign w:val="bottom"/>
          </w:tcPr>
          <w:p w14:paraId="334BFCBE" w14:textId="1D7FB90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Restlessness</w:t>
            </w:r>
          </w:p>
        </w:tc>
        <w:tc>
          <w:tcPr>
            <w:tcW w:w="413" w:type="pct"/>
            <w:tcBorders>
              <w:top w:val="nil"/>
              <w:left w:val="nil"/>
              <w:bottom w:val="nil"/>
              <w:right w:val="nil"/>
            </w:tcBorders>
            <w:vAlign w:val="bottom"/>
          </w:tcPr>
          <w:p w14:paraId="052BC3E4" w14:textId="2440C19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358" w:type="pct"/>
            <w:tcBorders>
              <w:top w:val="nil"/>
              <w:left w:val="nil"/>
              <w:bottom w:val="nil"/>
              <w:right w:val="nil"/>
            </w:tcBorders>
            <w:vAlign w:val="bottom"/>
          </w:tcPr>
          <w:p w14:paraId="7B06C483" w14:textId="18321CB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584" w:type="pct"/>
            <w:tcBorders>
              <w:top w:val="nil"/>
              <w:left w:val="nil"/>
              <w:bottom w:val="nil"/>
              <w:right w:val="nil"/>
            </w:tcBorders>
            <w:vAlign w:val="bottom"/>
          </w:tcPr>
          <w:p w14:paraId="4DADC8C1" w14:textId="3011D05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0.25</w:t>
            </w:r>
          </w:p>
        </w:tc>
        <w:tc>
          <w:tcPr>
            <w:tcW w:w="422" w:type="pct"/>
            <w:tcBorders>
              <w:top w:val="nil"/>
              <w:left w:val="nil"/>
              <w:bottom w:val="nil"/>
              <w:right w:val="nil"/>
            </w:tcBorders>
            <w:vAlign w:val="bottom"/>
          </w:tcPr>
          <w:p w14:paraId="1EFB74FF" w14:textId="05A359E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2FC42F28" w14:textId="440D48C2"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0.08</w:t>
            </w:r>
          </w:p>
        </w:tc>
        <w:tc>
          <w:tcPr>
            <w:tcW w:w="422" w:type="pct"/>
            <w:tcBorders>
              <w:top w:val="nil"/>
              <w:left w:val="nil"/>
              <w:bottom w:val="nil"/>
              <w:right w:val="nil"/>
            </w:tcBorders>
            <w:vAlign w:val="bottom"/>
          </w:tcPr>
          <w:p w14:paraId="1451E72D" w14:textId="26F418F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357" w:type="pct"/>
            <w:tcBorders>
              <w:top w:val="nil"/>
              <w:left w:val="nil"/>
              <w:bottom w:val="nil"/>
              <w:right w:val="nil"/>
            </w:tcBorders>
            <w:vAlign w:val="bottom"/>
          </w:tcPr>
          <w:p w14:paraId="251E746E" w14:textId="1B7D396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1C655397" w14:textId="1CFA62C6"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0.38</w:t>
            </w:r>
          </w:p>
        </w:tc>
        <w:tc>
          <w:tcPr>
            <w:tcW w:w="390" w:type="pct"/>
            <w:tcBorders>
              <w:top w:val="nil"/>
              <w:left w:val="nil"/>
              <w:bottom w:val="nil"/>
              <w:right w:val="nil"/>
            </w:tcBorders>
            <w:vAlign w:val="bottom"/>
          </w:tcPr>
          <w:p w14:paraId="76448119" w14:textId="7D43D42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0.17</w:t>
            </w:r>
          </w:p>
        </w:tc>
        <w:tc>
          <w:tcPr>
            <w:tcW w:w="519" w:type="pct"/>
            <w:tcBorders>
              <w:top w:val="nil"/>
              <w:left w:val="nil"/>
              <w:bottom w:val="nil"/>
              <w:right w:val="nil"/>
            </w:tcBorders>
            <w:vAlign w:val="bottom"/>
          </w:tcPr>
          <w:p w14:paraId="3D199398" w14:textId="742E67A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r>
      <w:tr w:rsidR="00FF4BAA" w:rsidRPr="00015D37" w14:paraId="4B28475E" w14:textId="77777777" w:rsidTr="00531DDD">
        <w:tc>
          <w:tcPr>
            <w:tcW w:w="658" w:type="pct"/>
            <w:vAlign w:val="bottom"/>
          </w:tcPr>
          <w:p w14:paraId="063C1389" w14:textId="7B9D99C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Appetite Loss </w:t>
            </w:r>
          </w:p>
        </w:tc>
        <w:tc>
          <w:tcPr>
            <w:tcW w:w="413" w:type="pct"/>
            <w:tcBorders>
              <w:top w:val="nil"/>
              <w:left w:val="nil"/>
              <w:bottom w:val="nil"/>
              <w:right w:val="nil"/>
            </w:tcBorders>
            <w:vAlign w:val="bottom"/>
          </w:tcPr>
          <w:p w14:paraId="49C63248" w14:textId="7CDEEBA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358" w:type="pct"/>
            <w:tcBorders>
              <w:top w:val="nil"/>
              <w:left w:val="nil"/>
              <w:bottom w:val="nil"/>
              <w:right w:val="nil"/>
            </w:tcBorders>
            <w:vAlign w:val="bottom"/>
          </w:tcPr>
          <w:p w14:paraId="5383C0E2" w14:textId="694EF01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584" w:type="pct"/>
            <w:tcBorders>
              <w:top w:val="nil"/>
              <w:left w:val="nil"/>
              <w:bottom w:val="nil"/>
              <w:right w:val="nil"/>
            </w:tcBorders>
            <w:vAlign w:val="bottom"/>
          </w:tcPr>
          <w:p w14:paraId="008B77F2" w14:textId="45ECF8D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01852A3A" w14:textId="6699D79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455" w:type="pct"/>
            <w:tcBorders>
              <w:top w:val="nil"/>
              <w:left w:val="nil"/>
              <w:bottom w:val="nil"/>
              <w:right w:val="nil"/>
            </w:tcBorders>
            <w:vAlign w:val="bottom"/>
          </w:tcPr>
          <w:p w14:paraId="6CB1A618" w14:textId="5006139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0.17</w:t>
            </w:r>
          </w:p>
        </w:tc>
        <w:tc>
          <w:tcPr>
            <w:tcW w:w="422" w:type="pct"/>
            <w:tcBorders>
              <w:top w:val="nil"/>
              <w:left w:val="nil"/>
              <w:bottom w:val="nil"/>
              <w:right w:val="nil"/>
            </w:tcBorders>
            <w:vAlign w:val="bottom"/>
          </w:tcPr>
          <w:p w14:paraId="763DE6CE" w14:textId="52DA30F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0.19</w:t>
            </w:r>
          </w:p>
        </w:tc>
        <w:tc>
          <w:tcPr>
            <w:tcW w:w="357" w:type="pct"/>
            <w:tcBorders>
              <w:top w:val="nil"/>
              <w:left w:val="nil"/>
              <w:bottom w:val="nil"/>
              <w:right w:val="nil"/>
            </w:tcBorders>
            <w:vAlign w:val="bottom"/>
          </w:tcPr>
          <w:p w14:paraId="3FCC568F" w14:textId="6DC0F7D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1D21912E" w14:textId="32E00FF4"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0.36</w:t>
            </w:r>
          </w:p>
        </w:tc>
        <w:tc>
          <w:tcPr>
            <w:tcW w:w="390" w:type="pct"/>
            <w:tcBorders>
              <w:top w:val="nil"/>
              <w:left w:val="nil"/>
              <w:bottom w:val="nil"/>
              <w:right w:val="nil"/>
            </w:tcBorders>
            <w:vAlign w:val="bottom"/>
          </w:tcPr>
          <w:p w14:paraId="2BCB5466" w14:textId="5ED3749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0.22</w:t>
            </w:r>
          </w:p>
        </w:tc>
        <w:tc>
          <w:tcPr>
            <w:tcW w:w="519" w:type="pct"/>
            <w:tcBorders>
              <w:top w:val="nil"/>
              <w:left w:val="nil"/>
              <w:bottom w:val="nil"/>
              <w:right w:val="nil"/>
            </w:tcBorders>
            <w:vAlign w:val="bottom"/>
          </w:tcPr>
          <w:p w14:paraId="327199DB" w14:textId="70BB655C"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-0.07</w:t>
            </w:r>
          </w:p>
        </w:tc>
      </w:tr>
      <w:tr w:rsidR="00FF4BAA" w:rsidRPr="00015D37" w14:paraId="2930CFFF" w14:textId="77777777" w:rsidTr="00531DDD">
        <w:tc>
          <w:tcPr>
            <w:tcW w:w="658" w:type="pct"/>
            <w:vAlign w:val="bottom"/>
          </w:tcPr>
          <w:p w14:paraId="550AA61E" w14:textId="4B383A1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Manic Energy</w:t>
            </w:r>
          </w:p>
        </w:tc>
        <w:tc>
          <w:tcPr>
            <w:tcW w:w="413" w:type="pct"/>
            <w:tcBorders>
              <w:top w:val="nil"/>
              <w:left w:val="nil"/>
              <w:bottom w:val="nil"/>
              <w:right w:val="nil"/>
            </w:tcBorders>
            <w:vAlign w:val="bottom"/>
          </w:tcPr>
          <w:p w14:paraId="1493BBF2" w14:textId="6F7658A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358" w:type="pct"/>
            <w:tcBorders>
              <w:top w:val="nil"/>
              <w:left w:val="nil"/>
              <w:bottom w:val="nil"/>
              <w:right w:val="nil"/>
            </w:tcBorders>
            <w:vAlign w:val="bottom"/>
          </w:tcPr>
          <w:p w14:paraId="029DF933" w14:textId="095D60F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584" w:type="pct"/>
            <w:tcBorders>
              <w:top w:val="nil"/>
              <w:left w:val="nil"/>
              <w:bottom w:val="nil"/>
              <w:right w:val="nil"/>
            </w:tcBorders>
            <w:vAlign w:val="bottom"/>
          </w:tcPr>
          <w:p w14:paraId="016DDB8B" w14:textId="592272C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6E8C17F2" w14:textId="2621C62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0.18</w:t>
            </w:r>
          </w:p>
        </w:tc>
        <w:tc>
          <w:tcPr>
            <w:tcW w:w="455" w:type="pct"/>
            <w:tcBorders>
              <w:top w:val="nil"/>
              <w:left w:val="nil"/>
              <w:bottom w:val="nil"/>
              <w:right w:val="nil"/>
            </w:tcBorders>
            <w:vAlign w:val="bottom"/>
          </w:tcPr>
          <w:p w14:paraId="0F7F9573" w14:textId="7B9E731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2C950AB6" w14:textId="31FBFDE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0.21</w:t>
            </w:r>
          </w:p>
        </w:tc>
        <w:tc>
          <w:tcPr>
            <w:tcW w:w="357" w:type="pct"/>
            <w:tcBorders>
              <w:top w:val="nil"/>
              <w:left w:val="nil"/>
              <w:bottom w:val="nil"/>
              <w:right w:val="nil"/>
            </w:tcBorders>
            <w:vAlign w:val="bottom"/>
          </w:tcPr>
          <w:p w14:paraId="6CC8A8DA" w14:textId="070A2A8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6902B0FF" w14:textId="2F5B2CB7"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0.34</w:t>
            </w:r>
          </w:p>
        </w:tc>
        <w:tc>
          <w:tcPr>
            <w:tcW w:w="390" w:type="pct"/>
            <w:tcBorders>
              <w:top w:val="nil"/>
              <w:left w:val="nil"/>
              <w:bottom w:val="nil"/>
              <w:right w:val="nil"/>
            </w:tcBorders>
            <w:vAlign w:val="bottom"/>
          </w:tcPr>
          <w:p w14:paraId="274D25F1" w14:textId="453E74D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519" w:type="pct"/>
            <w:tcBorders>
              <w:top w:val="nil"/>
              <w:left w:val="nil"/>
              <w:bottom w:val="nil"/>
              <w:right w:val="nil"/>
            </w:tcBorders>
            <w:vAlign w:val="bottom"/>
          </w:tcPr>
          <w:p w14:paraId="55B55954" w14:textId="0B1D283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r>
      <w:tr w:rsidR="00FF4BAA" w:rsidRPr="00015D37" w14:paraId="33D18E90" w14:textId="77777777" w:rsidTr="00531DDD">
        <w:tc>
          <w:tcPr>
            <w:tcW w:w="658" w:type="pct"/>
            <w:vAlign w:val="bottom"/>
          </w:tcPr>
          <w:p w14:paraId="50A8335E" w14:textId="616E41E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Submissiveness  </w:t>
            </w:r>
          </w:p>
        </w:tc>
        <w:tc>
          <w:tcPr>
            <w:tcW w:w="413" w:type="pct"/>
            <w:tcBorders>
              <w:top w:val="nil"/>
              <w:left w:val="nil"/>
              <w:bottom w:val="nil"/>
              <w:right w:val="nil"/>
            </w:tcBorders>
            <w:vAlign w:val="bottom"/>
          </w:tcPr>
          <w:p w14:paraId="5FC76CCC" w14:textId="2CABE17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358" w:type="pct"/>
            <w:tcBorders>
              <w:top w:val="nil"/>
              <w:left w:val="nil"/>
              <w:bottom w:val="nil"/>
              <w:right w:val="nil"/>
            </w:tcBorders>
            <w:vAlign w:val="bottom"/>
          </w:tcPr>
          <w:p w14:paraId="00A5AB2D" w14:textId="45B92C9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0.00</w:t>
            </w:r>
          </w:p>
        </w:tc>
        <w:tc>
          <w:tcPr>
            <w:tcW w:w="584" w:type="pct"/>
            <w:tcBorders>
              <w:top w:val="nil"/>
              <w:left w:val="nil"/>
              <w:bottom w:val="nil"/>
              <w:right w:val="nil"/>
            </w:tcBorders>
            <w:vAlign w:val="bottom"/>
          </w:tcPr>
          <w:p w14:paraId="6EA48163" w14:textId="2D4FB54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422" w:type="pct"/>
            <w:tcBorders>
              <w:top w:val="nil"/>
              <w:left w:val="nil"/>
              <w:bottom w:val="nil"/>
              <w:right w:val="nil"/>
            </w:tcBorders>
            <w:vAlign w:val="bottom"/>
          </w:tcPr>
          <w:p w14:paraId="38049AF8" w14:textId="7FF478B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-0.28</w:t>
            </w:r>
          </w:p>
        </w:tc>
        <w:tc>
          <w:tcPr>
            <w:tcW w:w="455" w:type="pct"/>
            <w:tcBorders>
              <w:top w:val="nil"/>
              <w:left w:val="nil"/>
              <w:bottom w:val="nil"/>
              <w:right w:val="nil"/>
            </w:tcBorders>
            <w:vAlign w:val="bottom"/>
          </w:tcPr>
          <w:p w14:paraId="23B9DF9B" w14:textId="517CD18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2CC40A09" w14:textId="6B2B1E4E"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-0.09</w:t>
            </w:r>
          </w:p>
        </w:tc>
        <w:tc>
          <w:tcPr>
            <w:tcW w:w="357" w:type="pct"/>
            <w:tcBorders>
              <w:top w:val="nil"/>
              <w:left w:val="nil"/>
              <w:bottom w:val="nil"/>
              <w:right w:val="nil"/>
            </w:tcBorders>
            <w:vAlign w:val="bottom"/>
          </w:tcPr>
          <w:p w14:paraId="77C1D51B" w14:textId="743AD75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c>
          <w:tcPr>
            <w:tcW w:w="422" w:type="pct"/>
            <w:tcBorders>
              <w:top w:val="nil"/>
              <w:left w:val="nil"/>
              <w:bottom w:val="nil"/>
              <w:right w:val="nil"/>
            </w:tcBorders>
            <w:vAlign w:val="bottom"/>
          </w:tcPr>
          <w:p w14:paraId="621964D8" w14:textId="7CF37202"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0.34</w:t>
            </w:r>
          </w:p>
        </w:tc>
        <w:tc>
          <w:tcPr>
            <w:tcW w:w="390" w:type="pct"/>
            <w:tcBorders>
              <w:top w:val="nil"/>
              <w:left w:val="nil"/>
              <w:bottom w:val="nil"/>
              <w:right w:val="nil"/>
            </w:tcBorders>
            <w:vAlign w:val="bottom"/>
          </w:tcPr>
          <w:p w14:paraId="033E8BDD" w14:textId="4A0F177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519" w:type="pct"/>
            <w:tcBorders>
              <w:top w:val="nil"/>
              <w:left w:val="nil"/>
              <w:bottom w:val="nil"/>
              <w:right w:val="nil"/>
            </w:tcBorders>
            <w:vAlign w:val="bottom"/>
          </w:tcPr>
          <w:p w14:paraId="11884526" w14:textId="1AA6A03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r>
      <w:tr w:rsidR="00FF4BAA" w:rsidRPr="00015D37" w14:paraId="3FF3EA25" w14:textId="77777777" w:rsidTr="00531DDD">
        <w:tc>
          <w:tcPr>
            <w:tcW w:w="658" w:type="pct"/>
            <w:vAlign w:val="bottom"/>
          </w:tcPr>
          <w:p w14:paraId="0956E6EF" w14:textId="038DB48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Eccentricity </w:t>
            </w:r>
          </w:p>
        </w:tc>
        <w:tc>
          <w:tcPr>
            <w:tcW w:w="413" w:type="pct"/>
            <w:tcBorders>
              <w:top w:val="nil"/>
              <w:left w:val="nil"/>
              <w:bottom w:val="nil"/>
              <w:right w:val="nil"/>
            </w:tcBorders>
            <w:vAlign w:val="bottom"/>
          </w:tcPr>
          <w:p w14:paraId="65E61046" w14:textId="6CA7C39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358" w:type="pct"/>
            <w:tcBorders>
              <w:top w:val="nil"/>
              <w:left w:val="nil"/>
              <w:bottom w:val="nil"/>
              <w:right w:val="nil"/>
            </w:tcBorders>
            <w:vAlign w:val="bottom"/>
          </w:tcPr>
          <w:p w14:paraId="460B4923" w14:textId="52294B6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584" w:type="pct"/>
            <w:tcBorders>
              <w:top w:val="nil"/>
              <w:left w:val="nil"/>
              <w:bottom w:val="nil"/>
              <w:right w:val="nil"/>
            </w:tcBorders>
            <w:vAlign w:val="bottom"/>
          </w:tcPr>
          <w:p w14:paraId="3A019949" w14:textId="013086D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0.17</w:t>
            </w:r>
          </w:p>
        </w:tc>
        <w:tc>
          <w:tcPr>
            <w:tcW w:w="422" w:type="pct"/>
            <w:tcBorders>
              <w:top w:val="nil"/>
              <w:left w:val="nil"/>
              <w:bottom w:val="nil"/>
              <w:right w:val="nil"/>
            </w:tcBorders>
            <w:vAlign w:val="bottom"/>
          </w:tcPr>
          <w:p w14:paraId="6A6249A1" w14:textId="663782E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455" w:type="pct"/>
            <w:tcBorders>
              <w:top w:val="nil"/>
              <w:left w:val="nil"/>
              <w:bottom w:val="nil"/>
              <w:right w:val="nil"/>
            </w:tcBorders>
            <w:vAlign w:val="bottom"/>
          </w:tcPr>
          <w:p w14:paraId="57AF8399" w14:textId="6EEFC75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035863D2" w14:textId="4506467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0.17</w:t>
            </w:r>
          </w:p>
        </w:tc>
        <w:tc>
          <w:tcPr>
            <w:tcW w:w="357" w:type="pct"/>
            <w:tcBorders>
              <w:top w:val="nil"/>
              <w:left w:val="nil"/>
              <w:bottom w:val="nil"/>
              <w:right w:val="nil"/>
            </w:tcBorders>
            <w:vAlign w:val="bottom"/>
          </w:tcPr>
          <w:p w14:paraId="70FA1D98" w14:textId="408E270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464E33CC" w14:textId="68C89B85"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0.34</w:t>
            </w:r>
          </w:p>
        </w:tc>
        <w:tc>
          <w:tcPr>
            <w:tcW w:w="390" w:type="pct"/>
            <w:tcBorders>
              <w:top w:val="nil"/>
              <w:left w:val="nil"/>
              <w:bottom w:val="nil"/>
              <w:right w:val="nil"/>
            </w:tcBorders>
            <w:vAlign w:val="bottom"/>
          </w:tcPr>
          <w:p w14:paraId="41260262" w14:textId="5959E2A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0.18</w:t>
            </w:r>
          </w:p>
        </w:tc>
        <w:tc>
          <w:tcPr>
            <w:tcW w:w="519" w:type="pct"/>
            <w:tcBorders>
              <w:top w:val="nil"/>
              <w:left w:val="nil"/>
              <w:bottom w:val="nil"/>
              <w:right w:val="nil"/>
            </w:tcBorders>
            <w:vAlign w:val="bottom"/>
          </w:tcPr>
          <w:p w14:paraId="6A364B4E" w14:textId="4EF89CC3"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0.33</w:t>
            </w:r>
          </w:p>
        </w:tc>
      </w:tr>
      <w:tr w:rsidR="00FF4BAA" w:rsidRPr="00015D37" w14:paraId="582C047C" w14:textId="77777777" w:rsidTr="00531DDD">
        <w:tc>
          <w:tcPr>
            <w:tcW w:w="658" w:type="pct"/>
            <w:vAlign w:val="bottom"/>
          </w:tcPr>
          <w:p w14:paraId="0B6A5C1F" w14:textId="3BF9D37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Fantasy Proneness</w:t>
            </w:r>
          </w:p>
        </w:tc>
        <w:tc>
          <w:tcPr>
            <w:tcW w:w="413" w:type="pct"/>
            <w:tcBorders>
              <w:top w:val="nil"/>
              <w:left w:val="nil"/>
              <w:bottom w:val="nil"/>
              <w:right w:val="nil"/>
            </w:tcBorders>
            <w:vAlign w:val="bottom"/>
          </w:tcPr>
          <w:p w14:paraId="0A5CBA1A" w14:textId="2BC704D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225C2AB3" w14:textId="1361009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c>
          <w:tcPr>
            <w:tcW w:w="584" w:type="pct"/>
            <w:tcBorders>
              <w:top w:val="nil"/>
              <w:left w:val="nil"/>
              <w:bottom w:val="nil"/>
              <w:right w:val="nil"/>
            </w:tcBorders>
            <w:vAlign w:val="bottom"/>
          </w:tcPr>
          <w:p w14:paraId="44DED1CB" w14:textId="2FC31A9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0.17</w:t>
            </w:r>
          </w:p>
        </w:tc>
        <w:tc>
          <w:tcPr>
            <w:tcW w:w="422" w:type="pct"/>
            <w:tcBorders>
              <w:top w:val="nil"/>
              <w:left w:val="nil"/>
              <w:bottom w:val="nil"/>
              <w:right w:val="nil"/>
            </w:tcBorders>
            <w:vAlign w:val="bottom"/>
          </w:tcPr>
          <w:p w14:paraId="33233E80" w14:textId="23221B1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455" w:type="pct"/>
            <w:tcBorders>
              <w:top w:val="nil"/>
              <w:left w:val="nil"/>
              <w:bottom w:val="nil"/>
              <w:right w:val="nil"/>
            </w:tcBorders>
            <w:vAlign w:val="bottom"/>
          </w:tcPr>
          <w:p w14:paraId="6A218199" w14:textId="2933936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2275C744" w14:textId="48AD4FC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357" w:type="pct"/>
            <w:tcBorders>
              <w:top w:val="nil"/>
              <w:left w:val="nil"/>
              <w:bottom w:val="nil"/>
              <w:right w:val="nil"/>
            </w:tcBorders>
            <w:vAlign w:val="bottom"/>
          </w:tcPr>
          <w:p w14:paraId="1B6A38C6" w14:textId="418C438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5510B8D4" w14:textId="5EEB23FB"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0.32</w:t>
            </w:r>
          </w:p>
        </w:tc>
        <w:tc>
          <w:tcPr>
            <w:tcW w:w="390" w:type="pct"/>
            <w:tcBorders>
              <w:top w:val="nil"/>
              <w:left w:val="nil"/>
              <w:bottom w:val="nil"/>
              <w:right w:val="nil"/>
            </w:tcBorders>
            <w:vAlign w:val="bottom"/>
          </w:tcPr>
          <w:p w14:paraId="7D8F7FFE" w14:textId="39FD85C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0.27</w:t>
            </w:r>
          </w:p>
        </w:tc>
        <w:tc>
          <w:tcPr>
            <w:tcW w:w="519" w:type="pct"/>
            <w:tcBorders>
              <w:top w:val="nil"/>
              <w:left w:val="nil"/>
              <w:bottom w:val="nil"/>
              <w:right w:val="nil"/>
            </w:tcBorders>
            <w:vAlign w:val="bottom"/>
          </w:tcPr>
          <w:p w14:paraId="052E3175" w14:textId="248DF09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0.21</w:t>
            </w:r>
          </w:p>
        </w:tc>
      </w:tr>
      <w:tr w:rsidR="00FF4BAA" w:rsidRPr="00015D37" w14:paraId="75CBCBF1" w14:textId="77777777" w:rsidTr="00531DDD">
        <w:tc>
          <w:tcPr>
            <w:tcW w:w="658" w:type="pct"/>
            <w:vAlign w:val="bottom"/>
          </w:tcPr>
          <w:p w14:paraId="2BB4DE9E" w14:textId="14F2761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Nightmares </w:t>
            </w:r>
          </w:p>
        </w:tc>
        <w:tc>
          <w:tcPr>
            <w:tcW w:w="413" w:type="pct"/>
            <w:tcBorders>
              <w:top w:val="nil"/>
              <w:left w:val="nil"/>
              <w:bottom w:val="nil"/>
              <w:right w:val="nil"/>
            </w:tcBorders>
            <w:vAlign w:val="bottom"/>
          </w:tcPr>
          <w:p w14:paraId="54CD1782" w14:textId="32CBFD8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358" w:type="pct"/>
            <w:tcBorders>
              <w:top w:val="nil"/>
              <w:left w:val="nil"/>
              <w:bottom w:val="nil"/>
              <w:right w:val="nil"/>
            </w:tcBorders>
            <w:vAlign w:val="bottom"/>
          </w:tcPr>
          <w:p w14:paraId="5B0BB456" w14:textId="4833340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584" w:type="pct"/>
            <w:tcBorders>
              <w:top w:val="nil"/>
              <w:left w:val="nil"/>
              <w:bottom w:val="nil"/>
              <w:right w:val="nil"/>
            </w:tcBorders>
            <w:vAlign w:val="bottom"/>
          </w:tcPr>
          <w:p w14:paraId="6B122679" w14:textId="7903F8F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325AEAFE" w14:textId="779584A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64F5CF7D" w14:textId="50A0DCA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4525D79C" w14:textId="2651F93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357" w:type="pct"/>
            <w:tcBorders>
              <w:top w:val="nil"/>
              <w:left w:val="nil"/>
              <w:bottom w:val="nil"/>
              <w:right w:val="nil"/>
            </w:tcBorders>
            <w:vAlign w:val="bottom"/>
          </w:tcPr>
          <w:p w14:paraId="57CD5669" w14:textId="12C2744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0.18</w:t>
            </w:r>
          </w:p>
        </w:tc>
        <w:tc>
          <w:tcPr>
            <w:tcW w:w="422" w:type="pct"/>
            <w:tcBorders>
              <w:top w:val="nil"/>
              <w:left w:val="nil"/>
              <w:bottom w:val="nil"/>
              <w:right w:val="nil"/>
            </w:tcBorders>
            <w:vAlign w:val="bottom"/>
          </w:tcPr>
          <w:p w14:paraId="7B78D2B5" w14:textId="59BA0D20"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0.31</w:t>
            </w:r>
          </w:p>
        </w:tc>
        <w:tc>
          <w:tcPr>
            <w:tcW w:w="390" w:type="pct"/>
            <w:tcBorders>
              <w:top w:val="nil"/>
              <w:left w:val="nil"/>
              <w:bottom w:val="nil"/>
              <w:right w:val="nil"/>
            </w:tcBorders>
            <w:vAlign w:val="bottom"/>
          </w:tcPr>
          <w:p w14:paraId="65385E6A" w14:textId="106AF024"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0.30</w:t>
            </w:r>
          </w:p>
        </w:tc>
        <w:tc>
          <w:tcPr>
            <w:tcW w:w="519" w:type="pct"/>
            <w:tcBorders>
              <w:top w:val="nil"/>
              <w:left w:val="nil"/>
              <w:bottom w:val="nil"/>
              <w:right w:val="nil"/>
            </w:tcBorders>
            <w:vAlign w:val="bottom"/>
          </w:tcPr>
          <w:p w14:paraId="3E8B01AB" w14:textId="058B36D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r>
      <w:tr w:rsidR="00FF4BAA" w:rsidRPr="00015D37" w14:paraId="231EA16B" w14:textId="77777777" w:rsidTr="00531DDD">
        <w:tc>
          <w:tcPr>
            <w:tcW w:w="658" w:type="pct"/>
            <w:vAlign w:val="bottom"/>
          </w:tcPr>
          <w:p w14:paraId="265BE00D" w14:textId="0891B8A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Conversion Symptoms  </w:t>
            </w:r>
          </w:p>
        </w:tc>
        <w:tc>
          <w:tcPr>
            <w:tcW w:w="413" w:type="pct"/>
            <w:tcBorders>
              <w:top w:val="nil"/>
              <w:left w:val="nil"/>
              <w:bottom w:val="nil"/>
              <w:right w:val="nil"/>
            </w:tcBorders>
            <w:vAlign w:val="bottom"/>
          </w:tcPr>
          <w:p w14:paraId="2DAF242C" w14:textId="108CE9C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358" w:type="pct"/>
            <w:tcBorders>
              <w:top w:val="nil"/>
              <w:left w:val="nil"/>
              <w:bottom w:val="nil"/>
              <w:right w:val="nil"/>
            </w:tcBorders>
            <w:vAlign w:val="bottom"/>
          </w:tcPr>
          <w:p w14:paraId="330B7078" w14:textId="4E2CD62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584" w:type="pct"/>
            <w:tcBorders>
              <w:top w:val="nil"/>
              <w:left w:val="nil"/>
              <w:bottom w:val="nil"/>
              <w:right w:val="nil"/>
            </w:tcBorders>
            <w:vAlign w:val="bottom"/>
          </w:tcPr>
          <w:p w14:paraId="58E6862E" w14:textId="5870BCB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1EB683B5" w14:textId="483ED30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455" w:type="pct"/>
            <w:tcBorders>
              <w:top w:val="nil"/>
              <w:left w:val="nil"/>
              <w:bottom w:val="nil"/>
              <w:right w:val="nil"/>
            </w:tcBorders>
            <w:vAlign w:val="bottom"/>
          </w:tcPr>
          <w:p w14:paraId="5AE766EE" w14:textId="26FF8E5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7A64B0CB" w14:textId="173E291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357" w:type="pct"/>
            <w:tcBorders>
              <w:top w:val="nil"/>
              <w:left w:val="nil"/>
              <w:bottom w:val="nil"/>
              <w:right w:val="nil"/>
            </w:tcBorders>
            <w:vAlign w:val="bottom"/>
          </w:tcPr>
          <w:p w14:paraId="03DF5103" w14:textId="23AC437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29339DE8" w14:textId="2205D20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390" w:type="pct"/>
            <w:tcBorders>
              <w:top w:val="nil"/>
              <w:left w:val="nil"/>
              <w:bottom w:val="nil"/>
              <w:right w:val="nil"/>
            </w:tcBorders>
            <w:vAlign w:val="bottom"/>
          </w:tcPr>
          <w:p w14:paraId="3C3DA180" w14:textId="5C872F55"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0.65</w:t>
            </w:r>
          </w:p>
        </w:tc>
        <w:tc>
          <w:tcPr>
            <w:tcW w:w="519" w:type="pct"/>
            <w:tcBorders>
              <w:top w:val="nil"/>
              <w:left w:val="nil"/>
              <w:bottom w:val="nil"/>
              <w:right w:val="nil"/>
            </w:tcBorders>
            <w:vAlign w:val="bottom"/>
          </w:tcPr>
          <w:p w14:paraId="23698BA3" w14:textId="4518C34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r>
      <w:tr w:rsidR="00FF4BAA" w:rsidRPr="00015D37" w14:paraId="57D25A65" w14:textId="77777777" w:rsidTr="00531DDD">
        <w:tc>
          <w:tcPr>
            <w:tcW w:w="658" w:type="pct"/>
            <w:vAlign w:val="bottom"/>
          </w:tcPr>
          <w:p w14:paraId="692337FF" w14:textId="2EF3DE6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Dissociation </w:t>
            </w:r>
          </w:p>
        </w:tc>
        <w:tc>
          <w:tcPr>
            <w:tcW w:w="413" w:type="pct"/>
            <w:tcBorders>
              <w:top w:val="nil"/>
              <w:left w:val="nil"/>
              <w:bottom w:val="nil"/>
              <w:right w:val="nil"/>
            </w:tcBorders>
            <w:vAlign w:val="bottom"/>
          </w:tcPr>
          <w:p w14:paraId="07281F56" w14:textId="21AA55E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358" w:type="pct"/>
            <w:tcBorders>
              <w:top w:val="nil"/>
              <w:left w:val="nil"/>
              <w:bottom w:val="nil"/>
              <w:right w:val="nil"/>
            </w:tcBorders>
            <w:vAlign w:val="bottom"/>
          </w:tcPr>
          <w:p w14:paraId="2946D6B9" w14:textId="455BBFD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584" w:type="pct"/>
            <w:tcBorders>
              <w:top w:val="nil"/>
              <w:left w:val="nil"/>
              <w:bottom w:val="nil"/>
              <w:right w:val="nil"/>
            </w:tcBorders>
            <w:vAlign w:val="bottom"/>
          </w:tcPr>
          <w:p w14:paraId="1DA83EB1" w14:textId="77294DC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5A79CAB7" w14:textId="7D47CA6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0D62B416" w14:textId="4C1D2C1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1EA36F29" w14:textId="55980E6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357" w:type="pct"/>
            <w:tcBorders>
              <w:top w:val="nil"/>
              <w:left w:val="nil"/>
              <w:bottom w:val="nil"/>
              <w:right w:val="nil"/>
            </w:tcBorders>
            <w:vAlign w:val="bottom"/>
          </w:tcPr>
          <w:p w14:paraId="7EEC3016" w14:textId="6EE654F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45FDC509" w14:textId="5B6C438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0.28</w:t>
            </w:r>
          </w:p>
        </w:tc>
        <w:tc>
          <w:tcPr>
            <w:tcW w:w="390" w:type="pct"/>
            <w:tcBorders>
              <w:top w:val="nil"/>
              <w:left w:val="nil"/>
              <w:bottom w:val="nil"/>
              <w:right w:val="nil"/>
            </w:tcBorders>
            <w:vAlign w:val="bottom"/>
          </w:tcPr>
          <w:p w14:paraId="337CCCA7" w14:textId="379EF944"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0.54</w:t>
            </w:r>
          </w:p>
        </w:tc>
        <w:tc>
          <w:tcPr>
            <w:tcW w:w="519" w:type="pct"/>
            <w:tcBorders>
              <w:top w:val="nil"/>
              <w:left w:val="nil"/>
              <w:bottom w:val="nil"/>
              <w:right w:val="nil"/>
            </w:tcBorders>
            <w:vAlign w:val="bottom"/>
          </w:tcPr>
          <w:p w14:paraId="55C3E919" w14:textId="2C38C4F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0.16</w:t>
            </w:r>
          </w:p>
        </w:tc>
      </w:tr>
      <w:tr w:rsidR="00FF4BAA" w:rsidRPr="00015D37" w14:paraId="7DE623D8" w14:textId="77777777" w:rsidTr="00531DDD">
        <w:tc>
          <w:tcPr>
            <w:tcW w:w="658" w:type="pct"/>
            <w:vAlign w:val="bottom"/>
          </w:tcPr>
          <w:p w14:paraId="3BE2A743" w14:textId="5D5D104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Panic </w:t>
            </w:r>
          </w:p>
        </w:tc>
        <w:tc>
          <w:tcPr>
            <w:tcW w:w="413" w:type="pct"/>
            <w:tcBorders>
              <w:top w:val="nil"/>
              <w:left w:val="nil"/>
              <w:bottom w:val="nil"/>
              <w:right w:val="nil"/>
            </w:tcBorders>
            <w:vAlign w:val="bottom"/>
          </w:tcPr>
          <w:p w14:paraId="013795A0" w14:textId="4C4EF5B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c>
          <w:tcPr>
            <w:tcW w:w="358" w:type="pct"/>
            <w:tcBorders>
              <w:top w:val="nil"/>
              <w:left w:val="nil"/>
              <w:bottom w:val="nil"/>
              <w:right w:val="nil"/>
            </w:tcBorders>
            <w:vAlign w:val="bottom"/>
          </w:tcPr>
          <w:p w14:paraId="4C73DE43" w14:textId="7ADCEBC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0.27</w:t>
            </w:r>
          </w:p>
        </w:tc>
        <w:tc>
          <w:tcPr>
            <w:tcW w:w="584" w:type="pct"/>
            <w:tcBorders>
              <w:top w:val="nil"/>
              <w:left w:val="nil"/>
              <w:bottom w:val="nil"/>
              <w:right w:val="nil"/>
            </w:tcBorders>
            <w:vAlign w:val="bottom"/>
          </w:tcPr>
          <w:p w14:paraId="14228098" w14:textId="5B7D4E5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0AABF467" w14:textId="56D0695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01CBDB34" w14:textId="2040B81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04A50DD2" w14:textId="4AAC112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0.00</w:t>
            </w:r>
          </w:p>
        </w:tc>
        <w:tc>
          <w:tcPr>
            <w:tcW w:w="357" w:type="pct"/>
            <w:tcBorders>
              <w:top w:val="nil"/>
              <w:left w:val="nil"/>
              <w:bottom w:val="nil"/>
              <w:right w:val="nil"/>
            </w:tcBorders>
            <w:vAlign w:val="bottom"/>
          </w:tcPr>
          <w:p w14:paraId="4B0FE00C" w14:textId="3925468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0.24</w:t>
            </w:r>
          </w:p>
        </w:tc>
        <w:tc>
          <w:tcPr>
            <w:tcW w:w="422" w:type="pct"/>
            <w:tcBorders>
              <w:top w:val="nil"/>
              <w:left w:val="nil"/>
              <w:bottom w:val="nil"/>
              <w:right w:val="nil"/>
            </w:tcBorders>
            <w:vAlign w:val="bottom"/>
          </w:tcPr>
          <w:p w14:paraId="3B130405" w14:textId="68318F3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c>
          <w:tcPr>
            <w:tcW w:w="390" w:type="pct"/>
            <w:tcBorders>
              <w:top w:val="nil"/>
              <w:left w:val="nil"/>
              <w:bottom w:val="nil"/>
              <w:right w:val="nil"/>
            </w:tcBorders>
            <w:vAlign w:val="bottom"/>
          </w:tcPr>
          <w:p w14:paraId="638E19F1" w14:textId="102D924F"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0.47</w:t>
            </w:r>
          </w:p>
        </w:tc>
        <w:tc>
          <w:tcPr>
            <w:tcW w:w="519" w:type="pct"/>
            <w:tcBorders>
              <w:top w:val="nil"/>
              <w:left w:val="nil"/>
              <w:bottom w:val="nil"/>
              <w:right w:val="nil"/>
            </w:tcBorders>
            <w:vAlign w:val="bottom"/>
          </w:tcPr>
          <w:p w14:paraId="5D86227E" w14:textId="60CE743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r>
      <w:tr w:rsidR="00FF4BAA" w:rsidRPr="00015D37" w14:paraId="4AE90867" w14:textId="77777777" w:rsidTr="00531DDD">
        <w:tc>
          <w:tcPr>
            <w:tcW w:w="658" w:type="pct"/>
            <w:vAlign w:val="bottom"/>
          </w:tcPr>
          <w:p w14:paraId="00FA2124" w14:textId="625C4EA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Bodily Distress</w:t>
            </w:r>
          </w:p>
        </w:tc>
        <w:tc>
          <w:tcPr>
            <w:tcW w:w="413" w:type="pct"/>
            <w:tcBorders>
              <w:top w:val="nil"/>
              <w:left w:val="nil"/>
              <w:bottom w:val="nil"/>
              <w:right w:val="nil"/>
            </w:tcBorders>
            <w:vAlign w:val="bottom"/>
          </w:tcPr>
          <w:p w14:paraId="16D6055F" w14:textId="7EF95A5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358" w:type="pct"/>
            <w:tcBorders>
              <w:top w:val="nil"/>
              <w:left w:val="nil"/>
              <w:bottom w:val="nil"/>
              <w:right w:val="nil"/>
            </w:tcBorders>
            <w:vAlign w:val="bottom"/>
          </w:tcPr>
          <w:p w14:paraId="2B98D632" w14:textId="577A79B9"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0.36</w:t>
            </w:r>
          </w:p>
        </w:tc>
        <w:tc>
          <w:tcPr>
            <w:tcW w:w="584" w:type="pct"/>
            <w:tcBorders>
              <w:top w:val="nil"/>
              <w:left w:val="nil"/>
              <w:bottom w:val="nil"/>
              <w:right w:val="nil"/>
            </w:tcBorders>
            <w:vAlign w:val="bottom"/>
          </w:tcPr>
          <w:p w14:paraId="215E027D" w14:textId="6246CD1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0.22</w:t>
            </w:r>
          </w:p>
        </w:tc>
        <w:tc>
          <w:tcPr>
            <w:tcW w:w="422" w:type="pct"/>
            <w:tcBorders>
              <w:top w:val="nil"/>
              <w:left w:val="nil"/>
              <w:bottom w:val="nil"/>
              <w:right w:val="nil"/>
            </w:tcBorders>
            <w:vAlign w:val="bottom"/>
          </w:tcPr>
          <w:p w14:paraId="2E9227BA" w14:textId="21F1BAF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55" w:type="pct"/>
            <w:tcBorders>
              <w:top w:val="nil"/>
              <w:left w:val="nil"/>
              <w:bottom w:val="nil"/>
              <w:right w:val="nil"/>
            </w:tcBorders>
            <w:vAlign w:val="bottom"/>
          </w:tcPr>
          <w:p w14:paraId="380AD024" w14:textId="4B6F290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0.18</w:t>
            </w:r>
          </w:p>
        </w:tc>
        <w:tc>
          <w:tcPr>
            <w:tcW w:w="422" w:type="pct"/>
            <w:tcBorders>
              <w:top w:val="nil"/>
              <w:left w:val="nil"/>
              <w:bottom w:val="nil"/>
              <w:right w:val="nil"/>
            </w:tcBorders>
            <w:vAlign w:val="bottom"/>
          </w:tcPr>
          <w:p w14:paraId="11DFD4CD" w14:textId="0D94688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-0.17</w:t>
            </w:r>
          </w:p>
        </w:tc>
        <w:tc>
          <w:tcPr>
            <w:tcW w:w="357" w:type="pct"/>
            <w:tcBorders>
              <w:top w:val="nil"/>
              <w:left w:val="nil"/>
              <w:bottom w:val="nil"/>
              <w:right w:val="nil"/>
            </w:tcBorders>
            <w:vAlign w:val="bottom"/>
          </w:tcPr>
          <w:p w14:paraId="52F384ED" w14:textId="518D214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633F6ABC" w14:textId="5D862BC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390" w:type="pct"/>
            <w:tcBorders>
              <w:top w:val="nil"/>
              <w:left w:val="nil"/>
              <w:bottom w:val="nil"/>
              <w:right w:val="nil"/>
            </w:tcBorders>
            <w:vAlign w:val="bottom"/>
          </w:tcPr>
          <w:p w14:paraId="12EEAB0E" w14:textId="3A0F6037"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0.41</w:t>
            </w:r>
          </w:p>
        </w:tc>
        <w:tc>
          <w:tcPr>
            <w:tcW w:w="519" w:type="pct"/>
            <w:tcBorders>
              <w:top w:val="nil"/>
              <w:left w:val="nil"/>
              <w:bottom w:val="nil"/>
              <w:right w:val="nil"/>
            </w:tcBorders>
            <w:vAlign w:val="bottom"/>
          </w:tcPr>
          <w:p w14:paraId="6924FC1E" w14:textId="220152A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r>
      <w:tr w:rsidR="00FF4BAA" w:rsidRPr="00015D37" w14:paraId="19ACFD82" w14:textId="77777777" w:rsidTr="00531DDD">
        <w:tc>
          <w:tcPr>
            <w:tcW w:w="658" w:type="pct"/>
            <w:vAlign w:val="bottom"/>
          </w:tcPr>
          <w:p w14:paraId="68F43AC5" w14:textId="4F48343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Disease Conviction </w:t>
            </w:r>
          </w:p>
        </w:tc>
        <w:tc>
          <w:tcPr>
            <w:tcW w:w="413" w:type="pct"/>
            <w:tcBorders>
              <w:top w:val="nil"/>
              <w:left w:val="nil"/>
              <w:bottom w:val="nil"/>
              <w:right w:val="nil"/>
            </w:tcBorders>
            <w:vAlign w:val="bottom"/>
          </w:tcPr>
          <w:p w14:paraId="7C7F9238" w14:textId="0ADCED3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358" w:type="pct"/>
            <w:tcBorders>
              <w:top w:val="nil"/>
              <w:left w:val="nil"/>
              <w:bottom w:val="nil"/>
              <w:right w:val="nil"/>
            </w:tcBorders>
            <w:vAlign w:val="bottom"/>
          </w:tcPr>
          <w:p w14:paraId="45197BCF" w14:textId="7F45E65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c>
          <w:tcPr>
            <w:tcW w:w="584" w:type="pct"/>
            <w:tcBorders>
              <w:top w:val="nil"/>
              <w:left w:val="nil"/>
              <w:bottom w:val="nil"/>
              <w:right w:val="nil"/>
            </w:tcBorders>
            <w:vAlign w:val="bottom"/>
          </w:tcPr>
          <w:p w14:paraId="7DAF8BA3" w14:textId="6832B5D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528CEB71" w14:textId="10C7C5B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455" w:type="pct"/>
            <w:tcBorders>
              <w:top w:val="nil"/>
              <w:left w:val="nil"/>
              <w:bottom w:val="nil"/>
              <w:right w:val="nil"/>
            </w:tcBorders>
            <w:vAlign w:val="bottom"/>
          </w:tcPr>
          <w:p w14:paraId="0331383A" w14:textId="1341A65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1246CB4F" w14:textId="118B952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c>
          <w:tcPr>
            <w:tcW w:w="357" w:type="pct"/>
            <w:tcBorders>
              <w:top w:val="nil"/>
              <w:left w:val="nil"/>
              <w:bottom w:val="nil"/>
              <w:right w:val="nil"/>
            </w:tcBorders>
            <w:vAlign w:val="bottom"/>
          </w:tcPr>
          <w:p w14:paraId="40F25F0E" w14:textId="5BCAD08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0.24</w:t>
            </w:r>
          </w:p>
        </w:tc>
        <w:tc>
          <w:tcPr>
            <w:tcW w:w="422" w:type="pct"/>
            <w:tcBorders>
              <w:top w:val="nil"/>
              <w:left w:val="nil"/>
              <w:bottom w:val="nil"/>
              <w:right w:val="nil"/>
            </w:tcBorders>
            <w:vAlign w:val="bottom"/>
          </w:tcPr>
          <w:p w14:paraId="2D358643" w14:textId="6924379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390" w:type="pct"/>
            <w:tcBorders>
              <w:top w:val="nil"/>
              <w:left w:val="nil"/>
              <w:bottom w:val="nil"/>
              <w:right w:val="nil"/>
            </w:tcBorders>
            <w:vAlign w:val="bottom"/>
          </w:tcPr>
          <w:p w14:paraId="796C7A93" w14:textId="05D09FD1"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0.39</w:t>
            </w:r>
          </w:p>
        </w:tc>
        <w:tc>
          <w:tcPr>
            <w:tcW w:w="519" w:type="pct"/>
            <w:tcBorders>
              <w:top w:val="nil"/>
              <w:left w:val="nil"/>
              <w:bottom w:val="nil"/>
              <w:right w:val="nil"/>
            </w:tcBorders>
            <w:vAlign w:val="bottom"/>
          </w:tcPr>
          <w:p w14:paraId="51A7491F" w14:textId="3ABFE0D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r>
      <w:tr w:rsidR="00FF4BAA" w:rsidRPr="00015D37" w14:paraId="422816D7" w14:textId="77777777" w:rsidTr="00531DDD">
        <w:tc>
          <w:tcPr>
            <w:tcW w:w="658" w:type="pct"/>
            <w:vAlign w:val="bottom"/>
          </w:tcPr>
          <w:p w14:paraId="1C863680" w14:textId="7C5A8BE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Hallucinations</w:t>
            </w:r>
          </w:p>
        </w:tc>
        <w:tc>
          <w:tcPr>
            <w:tcW w:w="413" w:type="pct"/>
            <w:tcBorders>
              <w:top w:val="nil"/>
              <w:left w:val="nil"/>
              <w:bottom w:val="nil"/>
              <w:right w:val="nil"/>
            </w:tcBorders>
            <w:vAlign w:val="bottom"/>
          </w:tcPr>
          <w:p w14:paraId="63E590E8" w14:textId="6C85AA9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78F50E43" w14:textId="7336DA7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584" w:type="pct"/>
            <w:tcBorders>
              <w:top w:val="nil"/>
              <w:left w:val="nil"/>
              <w:bottom w:val="nil"/>
              <w:right w:val="nil"/>
            </w:tcBorders>
            <w:vAlign w:val="bottom"/>
          </w:tcPr>
          <w:p w14:paraId="6C311573" w14:textId="04450BD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3210D962" w14:textId="1C914CC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455" w:type="pct"/>
            <w:tcBorders>
              <w:top w:val="nil"/>
              <w:left w:val="nil"/>
              <w:bottom w:val="nil"/>
              <w:right w:val="nil"/>
            </w:tcBorders>
            <w:vAlign w:val="bottom"/>
          </w:tcPr>
          <w:p w14:paraId="4B706123" w14:textId="22B313B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-0.05</w:t>
            </w:r>
          </w:p>
        </w:tc>
        <w:tc>
          <w:tcPr>
            <w:tcW w:w="422" w:type="pct"/>
            <w:tcBorders>
              <w:top w:val="nil"/>
              <w:left w:val="nil"/>
              <w:bottom w:val="nil"/>
              <w:right w:val="nil"/>
            </w:tcBorders>
            <w:vAlign w:val="bottom"/>
          </w:tcPr>
          <w:p w14:paraId="314B6211" w14:textId="7987826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357" w:type="pct"/>
            <w:tcBorders>
              <w:top w:val="nil"/>
              <w:left w:val="nil"/>
              <w:bottom w:val="nil"/>
              <w:right w:val="nil"/>
            </w:tcBorders>
            <w:vAlign w:val="bottom"/>
          </w:tcPr>
          <w:p w14:paraId="33FE04A9" w14:textId="4E44A4B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tcBorders>
              <w:top w:val="nil"/>
              <w:left w:val="nil"/>
              <w:bottom w:val="nil"/>
              <w:right w:val="nil"/>
            </w:tcBorders>
            <w:vAlign w:val="bottom"/>
          </w:tcPr>
          <w:p w14:paraId="3305A31C" w14:textId="1835DF6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390" w:type="pct"/>
            <w:tcBorders>
              <w:top w:val="nil"/>
              <w:left w:val="nil"/>
              <w:bottom w:val="nil"/>
              <w:right w:val="nil"/>
            </w:tcBorders>
            <w:vAlign w:val="bottom"/>
          </w:tcPr>
          <w:p w14:paraId="7A4F293B" w14:textId="2E9DF3B0"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0.38</w:t>
            </w:r>
          </w:p>
        </w:tc>
        <w:tc>
          <w:tcPr>
            <w:tcW w:w="519" w:type="pct"/>
            <w:tcBorders>
              <w:top w:val="nil"/>
              <w:left w:val="nil"/>
              <w:bottom w:val="nil"/>
              <w:right w:val="nil"/>
            </w:tcBorders>
            <w:vAlign w:val="bottom"/>
          </w:tcPr>
          <w:p w14:paraId="49EDC840" w14:textId="4C3D1BA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0.22</w:t>
            </w:r>
          </w:p>
        </w:tc>
      </w:tr>
      <w:tr w:rsidR="00FF4BAA" w:rsidRPr="008B0022" w14:paraId="62376E1F" w14:textId="77777777" w:rsidTr="00531DDD">
        <w:trPr>
          <w:trHeight w:val="126"/>
        </w:trPr>
        <w:tc>
          <w:tcPr>
            <w:tcW w:w="658" w:type="pct"/>
            <w:vAlign w:val="bottom"/>
          </w:tcPr>
          <w:p w14:paraId="17011CE9" w14:textId="5602661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NSSI    </w:t>
            </w:r>
          </w:p>
        </w:tc>
        <w:tc>
          <w:tcPr>
            <w:tcW w:w="413" w:type="pct"/>
            <w:tcBorders>
              <w:top w:val="nil"/>
              <w:left w:val="nil"/>
              <w:bottom w:val="nil"/>
              <w:right w:val="nil"/>
            </w:tcBorders>
            <w:vAlign w:val="bottom"/>
          </w:tcPr>
          <w:p w14:paraId="20BED237" w14:textId="1647C241"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53934AF7" w14:textId="7F6BCD8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0.15</w:t>
            </w:r>
          </w:p>
        </w:tc>
        <w:tc>
          <w:tcPr>
            <w:tcW w:w="584" w:type="pct"/>
            <w:tcBorders>
              <w:top w:val="nil"/>
              <w:left w:val="nil"/>
              <w:bottom w:val="nil"/>
              <w:right w:val="nil"/>
            </w:tcBorders>
            <w:vAlign w:val="bottom"/>
          </w:tcPr>
          <w:p w14:paraId="54AFCE68" w14:textId="230BCCC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778E3C1A" w14:textId="460949A8"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455" w:type="pct"/>
            <w:tcBorders>
              <w:top w:val="nil"/>
              <w:left w:val="nil"/>
              <w:bottom w:val="nil"/>
              <w:right w:val="nil"/>
            </w:tcBorders>
            <w:vAlign w:val="bottom"/>
          </w:tcPr>
          <w:p w14:paraId="26A4A6DC" w14:textId="6DC987E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0.14</w:t>
            </w:r>
          </w:p>
        </w:tc>
        <w:tc>
          <w:tcPr>
            <w:tcW w:w="422" w:type="pct"/>
            <w:tcBorders>
              <w:top w:val="nil"/>
              <w:left w:val="nil"/>
              <w:bottom w:val="nil"/>
              <w:right w:val="nil"/>
            </w:tcBorders>
            <w:vAlign w:val="bottom"/>
          </w:tcPr>
          <w:p w14:paraId="15A211AD" w14:textId="33A8FDED"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0.24</w:t>
            </w:r>
          </w:p>
        </w:tc>
        <w:tc>
          <w:tcPr>
            <w:tcW w:w="357" w:type="pct"/>
            <w:tcBorders>
              <w:top w:val="nil"/>
              <w:left w:val="nil"/>
              <w:bottom w:val="nil"/>
              <w:right w:val="nil"/>
            </w:tcBorders>
            <w:vAlign w:val="bottom"/>
          </w:tcPr>
          <w:p w14:paraId="058CE5D4" w14:textId="3D16ED3C"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0959B08A" w14:textId="6484CB1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390" w:type="pct"/>
            <w:tcBorders>
              <w:top w:val="nil"/>
              <w:left w:val="nil"/>
              <w:bottom w:val="nil"/>
              <w:right w:val="nil"/>
            </w:tcBorders>
            <w:vAlign w:val="bottom"/>
          </w:tcPr>
          <w:p w14:paraId="50D64C4A" w14:textId="3780FA95"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0.36</w:t>
            </w:r>
          </w:p>
        </w:tc>
        <w:tc>
          <w:tcPr>
            <w:tcW w:w="519" w:type="pct"/>
            <w:tcBorders>
              <w:top w:val="nil"/>
              <w:left w:val="nil"/>
              <w:bottom w:val="nil"/>
              <w:right w:val="nil"/>
            </w:tcBorders>
            <w:vAlign w:val="bottom"/>
          </w:tcPr>
          <w:p w14:paraId="48398887" w14:textId="0072764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0.00</w:t>
            </w:r>
          </w:p>
        </w:tc>
      </w:tr>
      <w:tr w:rsidR="00FF4BAA" w:rsidRPr="00015D37" w14:paraId="1D6230BF" w14:textId="77777777" w:rsidTr="00531DDD">
        <w:tc>
          <w:tcPr>
            <w:tcW w:w="658" w:type="pct"/>
            <w:vAlign w:val="bottom"/>
          </w:tcPr>
          <w:p w14:paraId="03887541" w14:textId="312A692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Health Anxiety</w:t>
            </w:r>
          </w:p>
        </w:tc>
        <w:tc>
          <w:tcPr>
            <w:tcW w:w="413" w:type="pct"/>
            <w:tcBorders>
              <w:top w:val="nil"/>
              <w:left w:val="nil"/>
              <w:bottom w:val="nil"/>
              <w:right w:val="nil"/>
            </w:tcBorders>
            <w:vAlign w:val="bottom"/>
          </w:tcPr>
          <w:p w14:paraId="2506F7DC" w14:textId="79CFF68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358" w:type="pct"/>
            <w:tcBorders>
              <w:top w:val="nil"/>
              <w:left w:val="nil"/>
              <w:bottom w:val="nil"/>
              <w:right w:val="nil"/>
            </w:tcBorders>
            <w:vAlign w:val="bottom"/>
          </w:tcPr>
          <w:p w14:paraId="175F8412" w14:textId="2AFC48D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0.22</w:t>
            </w:r>
          </w:p>
        </w:tc>
        <w:tc>
          <w:tcPr>
            <w:tcW w:w="584" w:type="pct"/>
            <w:tcBorders>
              <w:top w:val="nil"/>
              <w:left w:val="nil"/>
              <w:bottom w:val="nil"/>
              <w:right w:val="nil"/>
            </w:tcBorders>
            <w:vAlign w:val="bottom"/>
          </w:tcPr>
          <w:p w14:paraId="465A7583" w14:textId="6386B3C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0.16</w:t>
            </w:r>
          </w:p>
        </w:tc>
        <w:tc>
          <w:tcPr>
            <w:tcW w:w="422" w:type="pct"/>
            <w:tcBorders>
              <w:top w:val="nil"/>
              <w:left w:val="nil"/>
              <w:bottom w:val="nil"/>
              <w:right w:val="nil"/>
            </w:tcBorders>
            <w:vAlign w:val="bottom"/>
          </w:tcPr>
          <w:p w14:paraId="175B0DAA" w14:textId="654E2EE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55" w:type="pct"/>
            <w:tcBorders>
              <w:top w:val="nil"/>
              <w:left w:val="nil"/>
              <w:bottom w:val="nil"/>
              <w:right w:val="nil"/>
            </w:tcBorders>
            <w:vAlign w:val="bottom"/>
          </w:tcPr>
          <w:p w14:paraId="1B27FBE4" w14:textId="4485C3B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422" w:type="pct"/>
            <w:tcBorders>
              <w:top w:val="nil"/>
              <w:left w:val="nil"/>
              <w:bottom w:val="nil"/>
              <w:right w:val="nil"/>
            </w:tcBorders>
            <w:vAlign w:val="bottom"/>
          </w:tcPr>
          <w:p w14:paraId="67F71817" w14:textId="543CA6B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c>
          <w:tcPr>
            <w:tcW w:w="357" w:type="pct"/>
            <w:tcBorders>
              <w:top w:val="nil"/>
              <w:left w:val="nil"/>
              <w:bottom w:val="nil"/>
              <w:right w:val="nil"/>
            </w:tcBorders>
            <w:vAlign w:val="bottom"/>
          </w:tcPr>
          <w:p w14:paraId="0D642863" w14:textId="3A899A1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0.28</w:t>
            </w:r>
          </w:p>
        </w:tc>
        <w:tc>
          <w:tcPr>
            <w:tcW w:w="422" w:type="pct"/>
            <w:tcBorders>
              <w:top w:val="nil"/>
              <w:left w:val="nil"/>
              <w:bottom w:val="nil"/>
              <w:right w:val="nil"/>
            </w:tcBorders>
            <w:vAlign w:val="bottom"/>
          </w:tcPr>
          <w:p w14:paraId="566E255F" w14:textId="47F0BBC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390" w:type="pct"/>
            <w:tcBorders>
              <w:top w:val="nil"/>
              <w:left w:val="nil"/>
              <w:bottom w:val="nil"/>
              <w:right w:val="nil"/>
            </w:tcBorders>
            <w:vAlign w:val="bottom"/>
          </w:tcPr>
          <w:p w14:paraId="5A9C8B52" w14:textId="2D4304E2"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0.34</w:t>
            </w:r>
          </w:p>
        </w:tc>
        <w:tc>
          <w:tcPr>
            <w:tcW w:w="519" w:type="pct"/>
            <w:tcBorders>
              <w:top w:val="nil"/>
              <w:left w:val="nil"/>
              <w:bottom w:val="nil"/>
              <w:right w:val="nil"/>
            </w:tcBorders>
            <w:vAlign w:val="bottom"/>
          </w:tcPr>
          <w:p w14:paraId="4299B283" w14:textId="65DABCC7"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-0.07</w:t>
            </w:r>
          </w:p>
        </w:tc>
      </w:tr>
      <w:tr w:rsidR="00FF4BAA" w:rsidRPr="00015D37" w14:paraId="64493EE1" w14:textId="77777777" w:rsidTr="00531DDD">
        <w:tc>
          <w:tcPr>
            <w:tcW w:w="658" w:type="pct"/>
            <w:vAlign w:val="bottom"/>
          </w:tcPr>
          <w:p w14:paraId="6A69D110" w14:textId="66EE6E7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Excoriation </w:t>
            </w:r>
          </w:p>
        </w:tc>
        <w:tc>
          <w:tcPr>
            <w:tcW w:w="413" w:type="pct"/>
            <w:tcBorders>
              <w:top w:val="nil"/>
              <w:left w:val="nil"/>
              <w:bottom w:val="nil"/>
              <w:right w:val="nil"/>
            </w:tcBorders>
            <w:vAlign w:val="bottom"/>
          </w:tcPr>
          <w:p w14:paraId="788634E4" w14:textId="189D7C7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tcBorders>
              <w:top w:val="nil"/>
              <w:left w:val="nil"/>
              <w:bottom w:val="nil"/>
              <w:right w:val="nil"/>
            </w:tcBorders>
            <w:vAlign w:val="bottom"/>
          </w:tcPr>
          <w:p w14:paraId="4FA8061D" w14:textId="3BF22A3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584" w:type="pct"/>
            <w:tcBorders>
              <w:top w:val="nil"/>
              <w:left w:val="nil"/>
              <w:bottom w:val="nil"/>
              <w:right w:val="nil"/>
            </w:tcBorders>
            <w:vAlign w:val="bottom"/>
          </w:tcPr>
          <w:p w14:paraId="7BFF66F7" w14:textId="3635F6CA"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0.30</w:t>
            </w:r>
          </w:p>
        </w:tc>
        <w:tc>
          <w:tcPr>
            <w:tcW w:w="422" w:type="pct"/>
            <w:tcBorders>
              <w:top w:val="nil"/>
              <w:left w:val="nil"/>
              <w:bottom w:val="nil"/>
              <w:right w:val="nil"/>
            </w:tcBorders>
            <w:vAlign w:val="bottom"/>
          </w:tcPr>
          <w:p w14:paraId="101E092B" w14:textId="51EB3EA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55" w:type="pct"/>
            <w:tcBorders>
              <w:top w:val="nil"/>
              <w:left w:val="nil"/>
              <w:bottom w:val="nil"/>
              <w:right w:val="nil"/>
            </w:tcBorders>
            <w:vAlign w:val="bottom"/>
          </w:tcPr>
          <w:p w14:paraId="6B527EA0" w14:textId="59EC804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56D0AF51" w14:textId="06DE55E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357" w:type="pct"/>
            <w:tcBorders>
              <w:top w:val="nil"/>
              <w:left w:val="nil"/>
              <w:bottom w:val="nil"/>
              <w:right w:val="nil"/>
            </w:tcBorders>
            <w:vAlign w:val="bottom"/>
          </w:tcPr>
          <w:p w14:paraId="1EE2A58C" w14:textId="054B2A1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422" w:type="pct"/>
            <w:tcBorders>
              <w:top w:val="nil"/>
              <w:left w:val="nil"/>
              <w:bottom w:val="nil"/>
              <w:right w:val="nil"/>
            </w:tcBorders>
            <w:vAlign w:val="bottom"/>
          </w:tcPr>
          <w:p w14:paraId="77F5ADA5" w14:textId="4D32DA3B"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0.11</w:t>
            </w:r>
          </w:p>
        </w:tc>
        <w:tc>
          <w:tcPr>
            <w:tcW w:w="390" w:type="pct"/>
            <w:tcBorders>
              <w:top w:val="nil"/>
              <w:left w:val="nil"/>
              <w:bottom w:val="nil"/>
              <w:right w:val="nil"/>
            </w:tcBorders>
            <w:vAlign w:val="bottom"/>
          </w:tcPr>
          <w:p w14:paraId="27137F37" w14:textId="76351C15"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0.31</w:t>
            </w:r>
          </w:p>
        </w:tc>
        <w:tc>
          <w:tcPr>
            <w:tcW w:w="519" w:type="pct"/>
            <w:tcBorders>
              <w:top w:val="nil"/>
              <w:left w:val="nil"/>
              <w:bottom w:val="nil"/>
              <w:right w:val="nil"/>
            </w:tcBorders>
            <w:vAlign w:val="bottom"/>
          </w:tcPr>
          <w:p w14:paraId="32042697" w14:textId="4057199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r>
      <w:tr w:rsidR="00FF4BAA" w:rsidRPr="00015D37" w14:paraId="28499846" w14:textId="77777777" w:rsidTr="00531DDD">
        <w:tc>
          <w:tcPr>
            <w:tcW w:w="658" w:type="pct"/>
            <w:vAlign w:val="bottom"/>
          </w:tcPr>
          <w:p w14:paraId="68FE1747" w14:textId="5837C2A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lastRenderedPageBreak/>
              <w:t>Callousness </w:t>
            </w:r>
          </w:p>
        </w:tc>
        <w:tc>
          <w:tcPr>
            <w:tcW w:w="413" w:type="pct"/>
            <w:tcBorders>
              <w:top w:val="nil"/>
              <w:left w:val="nil"/>
              <w:bottom w:val="nil"/>
              <w:right w:val="nil"/>
            </w:tcBorders>
            <w:vAlign w:val="bottom"/>
          </w:tcPr>
          <w:p w14:paraId="76CFDAF4" w14:textId="34A30FD1"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0.06</w:t>
            </w:r>
          </w:p>
        </w:tc>
        <w:tc>
          <w:tcPr>
            <w:tcW w:w="358" w:type="pct"/>
            <w:tcBorders>
              <w:top w:val="nil"/>
              <w:left w:val="nil"/>
              <w:bottom w:val="nil"/>
              <w:right w:val="nil"/>
            </w:tcBorders>
            <w:vAlign w:val="bottom"/>
          </w:tcPr>
          <w:p w14:paraId="1F0FAC84" w14:textId="6F051EA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0.00</w:t>
            </w:r>
          </w:p>
        </w:tc>
        <w:tc>
          <w:tcPr>
            <w:tcW w:w="584" w:type="pct"/>
            <w:tcBorders>
              <w:top w:val="nil"/>
              <w:left w:val="nil"/>
              <w:bottom w:val="nil"/>
              <w:right w:val="nil"/>
            </w:tcBorders>
            <w:vAlign w:val="bottom"/>
          </w:tcPr>
          <w:p w14:paraId="375A10C1" w14:textId="510CA95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15419CEC" w14:textId="5A079BF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455" w:type="pct"/>
            <w:tcBorders>
              <w:top w:val="nil"/>
              <w:left w:val="nil"/>
              <w:bottom w:val="nil"/>
              <w:right w:val="nil"/>
            </w:tcBorders>
            <w:vAlign w:val="bottom"/>
          </w:tcPr>
          <w:p w14:paraId="112DD74A" w14:textId="513CDF5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26A8E549" w14:textId="62135E3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357" w:type="pct"/>
            <w:tcBorders>
              <w:top w:val="nil"/>
              <w:left w:val="nil"/>
              <w:bottom w:val="nil"/>
              <w:right w:val="nil"/>
            </w:tcBorders>
            <w:vAlign w:val="bottom"/>
          </w:tcPr>
          <w:p w14:paraId="3870EC39" w14:textId="7DF52B58"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0.08</w:t>
            </w:r>
          </w:p>
        </w:tc>
        <w:tc>
          <w:tcPr>
            <w:tcW w:w="422" w:type="pct"/>
            <w:tcBorders>
              <w:top w:val="nil"/>
              <w:left w:val="nil"/>
              <w:bottom w:val="nil"/>
              <w:right w:val="nil"/>
            </w:tcBorders>
            <w:vAlign w:val="bottom"/>
          </w:tcPr>
          <w:p w14:paraId="5F232437" w14:textId="50F1E85F"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0.00</w:t>
            </w:r>
          </w:p>
        </w:tc>
        <w:tc>
          <w:tcPr>
            <w:tcW w:w="390" w:type="pct"/>
            <w:tcBorders>
              <w:top w:val="nil"/>
              <w:left w:val="nil"/>
              <w:bottom w:val="nil"/>
              <w:right w:val="nil"/>
            </w:tcBorders>
            <w:vAlign w:val="bottom"/>
          </w:tcPr>
          <w:p w14:paraId="62314631" w14:textId="367DDF1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519" w:type="pct"/>
            <w:tcBorders>
              <w:top w:val="nil"/>
              <w:left w:val="nil"/>
              <w:bottom w:val="nil"/>
              <w:right w:val="nil"/>
            </w:tcBorders>
            <w:vAlign w:val="bottom"/>
          </w:tcPr>
          <w:p w14:paraId="175EBB71" w14:textId="03744267"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0.66</w:t>
            </w:r>
          </w:p>
        </w:tc>
      </w:tr>
      <w:tr w:rsidR="00FF4BAA" w:rsidRPr="00015D37" w14:paraId="331BDFC6" w14:textId="77777777" w:rsidTr="00531DDD">
        <w:tc>
          <w:tcPr>
            <w:tcW w:w="658" w:type="pct"/>
            <w:vAlign w:val="bottom"/>
          </w:tcPr>
          <w:p w14:paraId="2A636E14" w14:textId="3F38929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Restricted Affectivity</w:t>
            </w:r>
          </w:p>
        </w:tc>
        <w:tc>
          <w:tcPr>
            <w:tcW w:w="413" w:type="pct"/>
            <w:tcBorders>
              <w:top w:val="nil"/>
              <w:left w:val="nil"/>
              <w:bottom w:val="nil"/>
              <w:right w:val="nil"/>
            </w:tcBorders>
            <w:vAlign w:val="bottom"/>
          </w:tcPr>
          <w:p w14:paraId="4382B508" w14:textId="6B4A054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0.14</w:t>
            </w:r>
          </w:p>
        </w:tc>
        <w:tc>
          <w:tcPr>
            <w:tcW w:w="358" w:type="pct"/>
            <w:tcBorders>
              <w:top w:val="nil"/>
              <w:left w:val="nil"/>
              <w:bottom w:val="nil"/>
              <w:right w:val="nil"/>
            </w:tcBorders>
            <w:vAlign w:val="bottom"/>
          </w:tcPr>
          <w:p w14:paraId="0867BD7D" w14:textId="2442E328"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0.00</w:t>
            </w:r>
          </w:p>
        </w:tc>
        <w:tc>
          <w:tcPr>
            <w:tcW w:w="584" w:type="pct"/>
            <w:tcBorders>
              <w:top w:val="nil"/>
              <w:left w:val="nil"/>
              <w:bottom w:val="nil"/>
              <w:right w:val="nil"/>
            </w:tcBorders>
            <w:vAlign w:val="bottom"/>
          </w:tcPr>
          <w:p w14:paraId="0EDD2620" w14:textId="6E7EA1F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550C5890" w14:textId="507A0AD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-0.21</w:t>
            </w:r>
          </w:p>
        </w:tc>
        <w:tc>
          <w:tcPr>
            <w:tcW w:w="455" w:type="pct"/>
            <w:tcBorders>
              <w:top w:val="nil"/>
              <w:left w:val="nil"/>
              <w:bottom w:val="nil"/>
              <w:right w:val="nil"/>
            </w:tcBorders>
            <w:vAlign w:val="bottom"/>
          </w:tcPr>
          <w:p w14:paraId="55AE7C54" w14:textId="161D43D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0.16</w:t>
            </w:r>
          </w:p>
        </w:tc>
        <w:tc>
          <w:tcPr>
            <w:tcW w:w="422" w:type="pct"/>
            <w:tcBorders>
              <w:top w:val="nil"/>
              <w:left w:val="nil"/>
              <w:bottom w:val="nil"/>
              <w:right w:val="nil"/>
            </w:tcBorders>
            <w:vAlign w:val="bottom"/>
          </w:tcPr>
          <w:p w14:paraId="21E49190" w14:textId="0CAF769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357" w:type="pct"/>
            <w:tcBorders>
              <w:top w:val="nil"/>
              <w:left w:val="nil"/>
              <w:bottom w:val="nil"/>
              <w:right w:val="nil"/>
            </w:tcBorders>
            <w:vAlign w:val="bottom"/>
          </w:tcPr>
          <w:p w14:paraId="58B0FC21" w14:textId="4C2CA41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-0.14</w:t>
            </w:r>
          </w:p>
        </w:tc>
        <w:tc>
          <w:tcPr>
            <w:tcW w:w="422" w:type="pct"/>
            <w:tcBorders>
              <w:top w:val="nil"/>
              <w:left w:val="nil"/>
              <w:bottom w:val="nil"/>
              <w:right w:val="nil"/>
            </w:tcBorders>
            <w:vAlign w:val="bottom"/>
          </w:tcPr>
          <w:p w14:paraId="18C56E62" w14:textId="73C04809"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0.20</w:t>
            </w:r>
          </w:p>
        </w:tc>
        <w:tc>
          <w:tcPr>
            <w:tcW w:w="390" w:type="pct"/>
            <w:tcBorders>
              <w:top w:val="nil"/>
              <w:left w:val="nil"/>
              <w:bottom w:val="nil"/>
              <w:right w:val="nil"/>
            </w:tcBorders>
            <w:vAlign w:val="bottom"/>
          </w:tcPr>
          <w:p w14:paraId="69286AC2" w14:textId="1B5C025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519" w:type="pct"/>
            <w:tcBorders>
              <w:top w:val="nil"/>
              <w:left w:val="nil"/>
              <w:bottom w:val="nil"/>
              <w:right w:val="nil"/>
            </w:tcBorders>
            <w:vAlign w:val="bottom"/>
          </w:tcPr>
          <w:p w14:paraId="4E94876A" w14:textId="56D766FE"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0.47</w:t>
            </w:r>
          </w:p>
        </w:tc>
      </w:tr>
      <w:tr w:rsidR="00FF4BAA" w:rsidRPr="00015D37" w14:paraId="1A747825" w14:textId="77777777" w:rsidTr="00531DDD">
        <w:tc>
          <w:tcPr>
            <w:tcW w:w="658" w:type="pct"/>
            <w:vAlign w:val="bottom"/>
          </w:tcPr>
          <w:p w14:paraId="4F6488D8" w14:textId="6908F73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Oppositionality </w:t>
            </w:r>
          </w:p>
        </w:tc>
        <w:tc>
          <w:tcPr>
            <w:tcW w:w="413" w:type="pct"/>
            <w:tcBorders>
              <w:top w:val="nil"/>
              <w:left w:val="nil"/>
              <w:bottom w:val="nil"/>
              <w:right w:val="nil"/>
            </w:tcBorders>
            <w:vAlign w:val="bottom"/>
          </w:tcPr>
          <w:p w14:paraId="5EE29F1B" w14:textId="5A1B2952"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0.00</w:t>
            </w:r>
          </w:p>
        </w:tc>
        <w:tc>
          <w:tcPr>
            <w:tcW w:w="358" w:type="pct"/>
            <w:tcBorders>
              <w:top w:val="nil"/>
              <w:left w:val="nil"/>
              <w:bottom w:val="nil"/>
              <w:right w:val="nil"/>
            </w:tcBorders>
            <w:vAlign w:val="bottom"/>
          </w:tcPr>
          <w:p w14:paraId="36FECA71" w14:textId="1178810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584" w:type="pct"/>
            <w:tcBorders>
              <w:top w:val="nil"/>
              <w:left w:val="nil"/>
              <w:bottom w:val="nil"/>
              <w:right w:val="nil"/>
            </w:tcBorders>
            <w:vAlign w:val="bottom"/>
          </w:tcPr>
          <w:p w14:paraId="67A91FA6" w14:textId="5A1293FF"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0.10</w:t>
            </w:r>
          </w:p>
        </w:tc>
        <w:tc>
          <w:tcPr>
            <w:tcW w:w="422" w:type="pct"/>
            <w:tcBorders>
              <w:top w:val="nil"/>
              <w:left w:val="nil"/>
              <w:bottom w:val="nil"/>
              <w:right w:val="nil"/>
            </w:tcBorders>
            <w:vAlign w:val="bottom"/>
          </w:tcPr>
          <w:p w14:paraId="5E3011E6" w14:textId="3005540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0.10</w:t>
            </w:r>
          </w:p>
        </w:tc>
        <w:tc>
          <w:tcPr>
            <w:tcW w:w="455" w:type="pct"/>
            <w:tcBorders>
              <w:top w:val="nil"/>
              <w:left w:val="nil"/>
              <w:bottom w:val="nil"/>
              <w:right w:val="nil"/>
            </w:tcBorders>
            <w:vAlign w:val="bottom"/>
          </w:tcPr>
          <w:p w14:paraId="752B8249" w14:textId="3AECC4B0"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213233A4" w14:textId="18C4CE18"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0.21</w:t>
            </w:r>
          </w:p>
        </w:tc>
        <w:tc>
          <w:tcPr>
            <w:tcW w:w="357" w:type="pct"/>
            <w:tcBorders>
              <w:top w:val="nil"/>
              <w:left w:val="nil"/>
              <w:bottom w:val="nil"/>
              <w:right w:val="nil"/>
            </w:tcBorders>
            <w:vAlign w:val="bottom"/>
          </w:tcPr>
          <w:p w14:paraId="1DF3DD7E" w14:textId="4F89DFC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422" w:type="pct"/>
            <w:tcBorders>
              <w:top w:val="nil"/>
              <w:left w:val="nil"/>
              <w:bottom w:val="nil"/>
              <w:right w:val="nil"/>
            </w:tcBorders>
            <w:vAlign w:val="bottom"/>
          </w:tcPr>
          <w:p w14:paraId="2F84E61E" w14:textId="15ABC87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0.16</w:t>
            </w:r>
          </w:p>
        </w:tc>
        <w:tc>
          <w:tcPr>
            <w:tcW w:w="390" w:type="pct"/>
            <w:tcBorders>
              <w:top w:val="nil"/>
              <w:left w:val="nil"/>
              <w:bottom w:val="nil"/>
              <w:right w:val="nil"/>
            </w:tcBorders>
            <w:vAlign w:val="bottom"/>
          </w:tcPr>
          <w:p w14:paraId="187CE158" w14:textId="21D125C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0.16</w:t>
            </w:r>
          </w:p>
        </w:tc>
        <w:tc>
          <w:tcPr>
            <w:tcW w:w="519" w:type="pct"/>
            <w:tcBorders>
              <w:top w:val="nil"/>
              <w:left w:val="nil"/>
              <w:bottom w:val="nil"/>
              <w:right w:val="nil"/>
            </w:tcBorders>
            <w:vAlign w:val="bottom"/>
          </w:tcPr>
          <w:p w14:paraId="09DDBBA6" w14:textId="429241B8"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0.45</w:t>
            </w:r>
          </w:p>
        </w:tc>
      </w:tr>
      <w:tr w:rsidR="00FF4BAA" w:rsidRPr="00015D37" w14:paraId="2C497023" w14:textId="77777777" w:rsidTr="00531DDD">
        <w:tc>
          <w:tcPr>
            <w:tcW w:w="658" w:type="pct"/>
            <w:vAlign w:val="bottom"/>
          </w:tcPr>
          <w:p w14:paraId="0131D6B2" w14:textId="106BBCF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Social Aggression </w:t>
            </w:r>
          </w:p>
        </w:tc>
        <w:tc>
          <w:tcPr>
            <w:tcW w:w="413" w:type="pct"/>
            <w:tcBorders>
              <w:top w:val="nil"/>
              <w:left w:val="nil"/>
              <w:bottom w:val="nil"/>
              <w:right w:val="nil"/>
            </w:tcBorders>
            <w:vAlign w:val="bottom"/>
          </w:tcPr>
          <w:p w14:paraId="7006276E" w14:textId="36AA908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358" w:type="pct"/>
            <w:tcBorders>
              <w:top w:val="nil"/>
              <w:left w:val="nil"/>
              <w:bottom w:val="nil"/>
              <w:right w:val="nil"/>
            </w:tcBorders>
            <w:vAlign w:val="bottom"/>
          </w:tcPr>
          <w:p w14:paraId="37238CB7" w14:textId="0612839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584" w:type="pct"/>
            <w:tcBorders>
              <w:top w:val="nil"/>
              <w:left w:val="nil"/>
              <w:bottom w:val="nil"/>
              <w:right w:val="nil"/>
            </w:tcBorders>
            <w:vAlign w:val="bottom"/>
          </w:tcPr>
          <w:p w14:paraId="69DA211E" w14:textId="08D6EA35"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0.17</w:t>
            </w:r>
          </w:p>
        </w:tc>
        <w:tc>
          <w:tcPr>
            <w:tcW w:w="422" w:type="pct"/>
            <w:tcBorders>
              <w:top w:val="nil"/>
              <w:left w:val="nil"/>
              <w:bottom w:val="nil"/>
              <w:right w:val="nil"/>
            </w:tcBorders>
            <w:vAlign w:val="bottom"/>
          </w:tcPr>
          <w:p w14:paraId="70357787" w14:textId="33FE9FE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0.11</w:t>
            </w:r>
          </w:p>
        </w:tc>
        <w:tc>
          <w:tcPr>
            <w:tcW w:w="455" w:type="pct"/>
            <w:tcBorders>
              <w:top w:val="nil"/>
              <w:left w:val="nil"/>
              <w:bottom w:val="nil"/>
              <w:right w:val="nil"/>
            </w:tcBorders>
            <w:vAlign w:val="bottom"/>
          </w:tcPr>
          <w:p w14:paraId="4E376B01" w14:textId="09205E2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3F10F408" w14:textId="093C2403"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0.16</w:t>
            </w:r>
          </w:p>
        </w:tc>
        <w:tc>
          <w:tcPr>
            <w:tcW w:w="357" w:type="pct"/>
            <w:tcBorders>
              <w:top w:val="nil"/>
              <w:left w:val="nil"/>
              <w:bottom w:val="nil"/>
              <w:right w:val="nil"/>
            </w:tcBorders>
            <w:vAlign w:val="bottom"/>
          </w:tcPr>
          <w:p w14:paraId="086EBB9D" w14:textId="6742485C"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0.24</w:t>
            </w:r>
          </w:p>
        </w:tc>
        <w:tc>
          <w:tcPr>
            <w:tcW w:w="422" w:type="pct"/>
            <w:tcBorders>
              <w:top w:val="nil"/>
              <w:left w:val="nil"/>
              <w:bottom w:val="nil"/>
              <w:right w:val="nil"/>
            </w:tcBorders>
            <w:vAlign w:val="bottom"/>
          </w:tcPr>
          <w:p w14:paraId="1B202E4F" w14:textId="2655EAE8"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390" w:type="pct"/>
            <w:tcBorders>
              <w:top w:val="nil"/>
              <w:left w:val="nil"/>
              <w:bottom w:val="nil"/>
              <w:right w:val="nil"/>
            </w:tcBorders>
            <w:vAlign w:val="bottom"/>
          </w:tcPr>
          <w:p w14:paraId="3C9D4FFC" w14:textId="24711757"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0.08</w:t>
            </w:r>
          </w:p>
        </w:tc>
        <w:tc>
          <w:tcPr>
            <w:tcW w:w="519" w:type="pct"/>
            <w:tcBorders>
              <w:top w:val="nil"/>
              <w:left w:val="nil"/>
              <w:bottom w:val="nil"/>
              <w:right w:val="nil"/>
            </w:tcBorders>
            <w:vAlign w:val="bottom"/>
          </w:tcPr>
          <w:p w14:paraId="7A1254BB" w14:textId="0C068F3B"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0.42</w:t>
            </w:r>
          </w:p>
        </w:tc>
      </w:tr>
      <w:tr w:rsidR="00FF4BAA" w:rsidRPr="00015D37" w14:paraId="26865E54" w14:textId="77777777" w:rsidTr="00531DDD">
        <w:tc>
          <w:tcPr>
            <w:tcW w:w="658" w:type="pct"/>
            <w:vAlign w:val="bottom"/>
          </w:tcPr>
          <w:p w14:paraId="185FBF44" w14:textId="388A437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Romantic Disinterest </w:t>
            </w:r>
          </w:p>
        </w:tc>
        <w:tc>
          <w:tcPr>
            <w:tcW w:w="413" w:type="pct"/>
            <w:tcBorders>
              <w:top w:val="nil"/>
              <w:left w:val="nil"/>
              <w:bottom w:val="nil"/>
              <w:right w:val="nil"/>
            </w:tcBorders>
            <w:vAlign w:val="bottom"/>
          </w:tcPr>
          <w:p w14:paraId="2C39514C" w14:textId="2037CE4C"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0.14</w:t>
            </w:r>
          </w:p>
        </w:tc>
        <w:tc>
          <w:tcPr>
            <w:tcW w:w="358" w:type="pct"/>
            <w:tcBorders>
              <w:top w:val="nil"/>
              <w:left w:val="nil"/>
              <w:bottom w:val="nil"/>
              <w:right w:val="nil"/>
            </w:tcBorders>
            <w:vAlign w:val="bottom"/>
          </w:tcPr>
          <w:p w14:paraId="2DF08FED" w14:textId="3C1D7D3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584" w:type="pct"/>
            <w:tcBorders>
              <w:top w:val="nil"/>
              <w:left w:val="nil"/>
              <w:bottom w:val="nil"/>
              <w:right w:val="nil"/>
            </w:tcBorders>
            <w:vAlign w:val="bottom"/>
          </w:tcPr>
          <w:p w14:paraId="00CE3D3C" w14:textId="789D270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030FDAE0" w14:textId="7EC0A4E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-0.22</w:t>
            </w:r>
          </w:p>
        </w:tc>
        <w:tc>
          <w:tcPr>
            <w:tcW w:w="455" w:type="pct"/>
            <w:tcBorders>
              <w:top w:val="nil"/>
              <w:left w:val="nil"/>
              <w:bottom w:val="nil"/>
              <w:right w:val="nil"/>
            </w:tcBorders>
            <w:vAlign w:val="bottom"/>
          </w:tcPr>
          <w:p w14:paraId="124C8012" w14:textId="2768BDF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0.11</w:t>
            </w:r>
          </w:p>
        </w:tc>
        <w:tc>
          <w:tcPr>
            <w:tcW w:w="422" w:type="pct"/>
            <w:tcBorders>
              <w:top w:val="nil"/>
              <w:left w:val="nil"/>
              <w:bottom w:val="nil"/>
              <w:right w:val="nil"/>
            </w:tcBorders>
            <w:vAlign w:val="bottom"/>
          </w:tcPr>
          <w:p w14:paraId="1BD9F676" w14:textId="224DA2DF"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357" w:type="pct"/>
            <w:tcBorders>
              <w:top w:val="nil"/>
              <w:left w:val="nil"/>
              <w:bottom w:val="nil"/>
              <w:right w:val="nil"/>
            </w:tcBorders>
            <w:vAlign w:val="bottom"/>
          </w:tcPr>
          <w:p w14:paraId="13D0D5BD" w14:textId="73E5026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0.06</w:t>
            </w:r>
          </w:p>
        </w:tc>
        <w:tc>
          <w:tcPr>
            <w:tcW w:w="422" w:type="pct"/>
            <w:tcBorders>
              <w:top w:val="nil"/>
              <w:left w:val="nil"/>
              <w:bottom w:val="nil"/>
              <w:right w:val="nil"/>
            </w:tcBorders>
            <w:vAlign w:val="bottom"/>
          </w:tcPr>
          <w:p w14:paraId="4DA46CB8" w14:textId="545FB47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390" w:type="pct"/>
            <w:tcBorders>
              <w:top w:val="nil"/>
              <w:left w:val="nil"/>
              <w:bottom w:val="nil"/>
              <w:right w:val="nil"/>
            </w:tcBorders>
            <w:vAlign w:val="bottom"/>
          </w:tcPr>
          <w:p w14:paraId="37EBA1C1" w14:textId="2BF1418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519" w:type="pct"/>
            <w:tcBorders>
              <w:top w:val="nil"/>
              <w:left w:val="nil"/>
              <w:bottom w:val="nil"/>
              <w:right w:val="nil"/>
            </w:tcBorders>
            <w:vAlign w:val="bottom"/>
          </w:tcPr>
          <w:p w14:paraId="65A92F3F" w14:textId="1430E14B"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0.41</w:t>
            </w:r>
          </w:p>
        </w:tc>
      </w:tr>
      <w:tr w:rsidR="00FF4BAA" w:rsidRPr="00015D37" w14:paraId="03291F4B" w14:textId="77777777" w:rsidTr="00531DDD">
        <w:tc>
          <w:tcPr>
            <w:tcW w:w="658" w:type="pct"/>
            <w:vAlign w:val="bottom"/>
          </w:tcPr>
          <w:p w14:paraId="0BDD7936" w14:textId="510A754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Social Aloofness</w:t>
            </w:r>
          </w:p>
        </w:tc>
        <w:tc>
          <w:tcPr>
            <w:tcW w:w="413" w:type="pct"/>
            <w:tcBorders>
              <w:top w:val="nil"/>
              <w:left w:val="nil"/>
              <w:bottom w:val="nil"/>
              <w:right w:val="nil"/>
            </w:tcBorders>
            <w:vAlign w:val="bottom"/>
          </w:tcPr>
          <w:p w14:paraId="4A7FC50A" w14:textId="52F5017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0.16</w:t>
            </w:r>
          </w:p>
        </w:tc>
        <w:tc>
          <w:tcPr>
            <w:tcW w:w="358" w:type="pct"/>
            <w:tcBorders>
              <w:top w:val="nil"/>
              <w:left w:val="nil"/>
              <w:bottom w:val="nil"/>
              <w:right w:val="nil"/>
            </w:tcBorders>
            <w:vAlign w:val="bottom"/>
          </w:tcPr>
          <w:p w14:paraId="22B6E1DB" w14:textId="59EA7E2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0.15</w:t>
            </w:r>
          </w:p>
        </w:tc>
        <w:tc>
          <w:tcPr>
            <w:tcW w:w="584" w:type="pct"/>
            <w:tcBorders>
              <w:top w:val="nil"/>
              <w:left w:val="nil"/>
              <w:bottom w:val="nil"/>
              <w:right w:val="nil"/>
            </w:tcBorders>
            <w:vAlign w:val="bottom"/>
          </w:tcPr>
          <w:p w14:paraId="5D036480" w14:textId="6CE32A63"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422" w:type="pct"/>
            <w:tcBorders>
              <w:top w:val="nil"/>
              <w:left w:val="nil"/>
              <w:bottom w:val="nil"/>
              <w:right w:val="nil"/>
            </w:tcBorders>
            <w:vAlign w:val="bottom"/>
          </w:tcPr>
          <w:p w14:paraId="66336973" w14:textId="1B8F323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-0.26</w:t>
            </w:r>
          </w:p>
        </w:tc>
        <w:tc>
          <w:tcPr>
            <w:tcW w:w="455" w:type="pct"/>
            <w:tcBorders>
              <w:top w:val="nil"/>
              <w:left w:val="nil"/>
              <w:bottom w:val="nil"/>
              <w:right w:val="nil"/>
            </w:tcBorders>
            <w:vAlign w:val="bottom"/>
          </w:tcPr>
          <w:p w14:paraId="5D6150A5" w14:textId="29B7E05C"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422" w:type="pct"/>
            <w:tcBorders>
              <w:top w:val="nil"/>
              <w:left w:val="nil"/>
              <w:bottom w:val="nil"/>
              <w:right w:val="nil"/>
            </w:tcBorders>
            <w:vAlign w:val="bottom"/>
          </w:tcPr>
          <w:p w14:paraId="795FAB0C" w14:textId="0733EFDB"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b/>
                <w:bCs/>
                <w:sz w:val="20"/>
                <w:szCs w:val="20"/>
              </w:rPr>
              <w:t>-0.31</w:t>
            </w:r>
          </w:p>
        </w:tc>
        <w:tc>
          <w:tcPr>
            <w:tcW w:w="357" w:type="pct"/>
            <w:tcBorders>
              <w:top w:val="nil"/>
              <w:left w:val="nil"/>
              <w:bottom w:val="nil"/>
              <w:right w:val="nil"/>
            </w:tcBorders>
            <w:vAlign w:val="bottom"/>
          </w:tcPr>
          <w:p w14:paraId="6631D4C8" w14:textId="0C3BC6B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20BCEC60" w14:textId="4757C5C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390" w:type="pct"/>
            <w:tcBorders>
              <w:top w:val="nil"/>
              <w:left w:val="nil"/>
              <w:bottom w:val="nil"/>
              <w:right w:val="nil"/>
            </w:tcBorders>
            <w:vAlign w:val="bottom"/>
          </w:tcPr>
          <w:p w14:paraId="0AC4F20D" w14:textId="0A49CD4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519" w:type="pct"/>
            <w:tcBorders>
              <w:top w:val="nil"/>
              <w:left w:val="nil"/>
              <w:bottom w:val="nil"/>
              <w:right w:val="nil"/>
            </w:tcBorders>
            <w:vAlign w:val="bottom"/>
          </w:tcPr>
          <w:p w14:paraId="408681AA" w14:textId="4E2AD948"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0.39</w:t>
            </w:r>
          </w:p>
        </w:tc>
      </w:tr>
      <w:tr w:rsidR="00FF4BAA" w:rsidRPr="00015D37" w14:paraId="48605243" w14:textId="77777777" w:rsidTr="00531DDD">
        <w:tc>
          <w:tcPr>
            <w:tcW w:w="658" w:type="pct"/>
            <w:vAlign w:val="bottom"/>
          </w:tcPr>
          <w:p w14:paraId="5BA22D20" w14:textId="3473A6B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Entitlement </w:t>
            </w:r>
          </w:p>
        </w:tc>
        <w:tc>
          <w:tcPr>
            <w:tcW w:w="413" w:type="pct"/>
            <w:tcBorders>
              <w:top w:val="nil"/>
              <w:left w:val="nil"/>
              <w:bottom w:val="nil"/>
              <w:right w:val="nil"/>
            </w:tcBorders>
            <w:vAlign w:val="bottom"/>
          </w:tcPr>
          <w:p w14:paraId="77AA1D42" w14:textId="5CCC2C3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358" w:type="pct"/>
            <w:tcBorders>
              <w:top w:val="nil"/>
              <w:left w:val="nil"/>
              <w:bottom w:val="nil"/>
              <w:right w:val="nil"/>
            </w:tcBorders>
            <w:vAlign w:val="bottom"/>
          </w:tcPr>
          <w:p w14:paraId="54316EC0" w14:textId="73CCFDEC"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0.15</w:t>
            </w:r>
          </w:p>
        </w:tc>
        <w:tc>
          <w:tcPr>
            <w:tcW w:w="584" w:type="pct"/>
            <w:tcBorders>
              <w:top w:val="nil"/>
              <w:left w:val="nil"/>
              <w:bottom w:val="nil"/>
              <w:right w:val="nil"/>
            </w:tcBorders>
            <w:vAlign w:val="bottom"/>
          </w:tcPr>
          <w:p w14:paraId="0772ACAC" w14:textId="2FBF31C3"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0.26</w:t>
            </w:r>
          </w:p>
        </w:tc>
        <w:tc>
          <w:tcPr>
            <w:tcW w:w="422" w:type="pct"/>
            <w:tcBorders>
              <w:top w:val="nil"/>
              <w:left w:val="nil"/>
              <w:bottom w:val="nil"/>
              <w:right w:val="nil"/>
            </w:tcBorders>
            <w:vAlign w:val="bottom"/>
          </w:tcPr>
          <w:p w14:paraId="5556EBB2" w14:textId="6AAB104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0.29</w:t>
            </w:r>
          </w:p>
        </w:tc>
        <w:tc>
          <w:tcPr>
            <w:tcW w:w="455" w:type="pct"/>
            <w:tcBorders>
              <w:top w:val="nil"/>
              <w:left w:val="nil"/>
              <w:bottom w:val="nil"/>
              <w:right w:val="nil"/>
            </w:tcBorders>
            <w:vAlign w:val="bottom"/>
          </w:tcPr>
          <w:p w14:paraId="029CE1C3" w14:textId="7B6F2CD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0.15</w:t>
            </w:r>
          </w:p>
        </w:tc>
        <w:tc>
          <w:tcPr>
            <w:tcW w:w="422" w:type="pct"/>
            <w:tcBorders>
              <w:top w:val="nil"/>
              <w:left w:val="nil"/>
              <w:bottom w:val="nil"/>
              <w:right w:val="nil"/>
            </w:tcBorders>
            <w:vAlign w:val="bottom"/>
          </w:tcPr>
          <w:p w14:paraId="578D9E00" w14:textId="5DCFD42C"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357" w:type="pct"/>
            <w:tcBorders>
              <w:top w:val="nil"/>
              <w:left w:val="nil"/>
              <w:bottom w:val="nil"/>
              <w:right w:val="nil"/>
            </w:tcBorders>
            <w:vAlign w:val="bottom"/>
          </w:tcPr>
          <w:p w14:paraId="6EF34DA0" w14:textId="17C5308D"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0.09</w:t>
            </w:r>
          </w:p>
        </w:tc>
        <w:tc>
          <w:tcPr>
            <w:tcW w:w="422" w:type="pct"/>
            <w:tcBorders>
              <w:top w:val="nil"/>
              <w:left w:val="nil"/>
              <w:bottom w:val="nil"/>
              <w:right w:val="nil"/>
            </w:tcBorders>
            <w:vAlign w:val="bottom"/>
          </w:tcPr>
          <w:p w14:paraId="06F5EBFD" w14:textId="0C2641F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390" w:type="pct"/>
            <w:tcBorders>
              <w:top w:val="nil"/>
              <w:left w:val="nil"/>
              <w:bottom w:val="nil"/>
              <w:right w:val="nil"/>
            </w:tcBorders>
            <w:vAlign w:val="bottom"/>
          </w:tcPr>
          <w:p w14:paraId="236AFBF0" w14:textId="024EA5C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519" w:type="pct"/>
            <w:tcBorders>
              <w:top w:val="nil"/>
              <w:left w:val="nil"/>
              <w:bottom w:val="nil"/>
              <w:right w:val="nil"/>
            </w:tcBorders>
            <w:vAlign w:val="bottom"/>
          </w:tcPr>
          <w:p w14:paraId="5A4FF469" w14:textId="48C38D70"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0.37</w:t>
            </w:r>
          </w:p>
        </w:tc>
      </w:tr>
      <w:tr w:rsidR="00FF4BAA" w:rsidRPr="00015D37" w14:paraId="58BC864E" w14:textId="77777777" w:rsidTr="00531DDD">
        <w:tc>
          <w:tcPr>
            <w:tcW w:w="658" w:type="pct"/>
            <w:vAlign w:val="bottom"/>
          </w:tcPr>
          <w:p w14:paraId="3240A051" w14:textId="4B32320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Rigidity </w:t>
            </w:r>
          </w:p>
        </w:tc>
        <w:tc>
          <w:tcPr>
            <w:tcW w:w="413" w:type="pct"/>
            <w:tcBorders>
              <w:top w:val="nil"/>
              <w:left w:val="nil"/>
              <w:bottom w:val="nil"/>
              <w:right w:val="nil"/>
            </w:tcBorders>
            <w:vAlign w:val="bottom"/>
          </w:tcPr>
          <w:p w14:paraId="7453244E" w14:textId="0D0E1D48"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0.10</w:t>
            </w:r>
          </w:p>
        </w:tc>
        <w:tc>
          <w:tcPr>
            <w:tcW w:w="358" w:type="pct"/>
            <w:tcBorders>
              <w:top w:val="nil"/>
              <w:left w:val="nil"/>
              <w:bottom w:val="nil"/>
              <w:right w:val="nil"/>
            </w:tcBorders>
            <w:vAlign w:val="bottom"/>
          </w:tcPr>
          <w:p w14:paraId="34A4BF38" w14:textId="3B9FBEB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584" w:type="pct"/>
            <w:tcBorders>
              <w:top w:val="nil"/>
              <w:left w:val="nil"/>
              <w:bottom w:val="nil"/>
              <w:right w:val="nil"/>
            </w:tcBorders>
            <w:vAlign w:val="bottom"/>
          </w:tcPr>
          <w:p w14:paraId="2F489CFD" w14:textId="69C436B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0.21</w:t>
            </w:r>
          </w:p>
        </w:tc>
        <w:tc>
          <w:tcPr>
            <w:tcW w:w="422" w:type="pct"/>
            <w:tcBorders>
              <w:top w:val="nil"/>
              <w:left w:val="nil"/>
              <w:bottom w:val="nil"/>
              <w:right w:val="nil"/>
            </w:tcBorders>
            <w:vAlign w:val="bottom"/>
          </w:tcPr>
          <w:p w14:paraId="0FBB60FE" w14:textId="280481A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0.09</w:t>
            </w:r>
          </w:p>
        </w:tc>
        <w:tc>
          <w:tcPr>
            <w:tcW w:w="455" w:type="pct"/>
            <w:tcBorders>
              <w:top w:val="nil"/>
              <w:left w:val="nil"/>
              <w:bottom w:val="nil"/>
              <w:right w:val="nil"/>
            </w:tcBorders>
            <w:vAlign w:val="bottom"/>
          </w:tcPr>
          <w:p w14:paraId="2284A3E7" w14:textId="3CEDA8F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422" w:type="pct"/>
            <w:tcBorders>
              <w:top w:val="nil"/>
              <w:left w:val="nil"/>
              <w:bottom w:val="nil"/>
              <w:right w:val="nil"/>
            </w:tcBorders>
            <w:vAlign w:val="bottom"/>
          </w:tcPr>
          <w:p w14:paraId="55908E2A" w14:textId="1E7711CD"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-0.10</w:t>
            </w:r>
          </w:p>
        </w:tc>
        <w:tc>
          <w:tcPr>
            <w:tcW w:w="357" w:type="pct"/>
            <w:tcBorders>
              <w:top w:val="nil"/>
              <w:left w:val="nil"/>
              <w:bottom w:val="nil"/>
              <w:right w:val="nil"/>
            </w:tcBorders>
            <w:vAlign w:val="bottom"/>
          </w:tcPr>
          <w:p w14:paraId="25AAB268" w14:textId="709454E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0.18</w:t>
            </w:r>
          </w:p>
        </w:tc>
        <w:tc>
          <w:tcPr>
            <w:tcW w:w="422" w:type="pct"/>
            <w:tcBorders>
              <w:top w:val="nil"/>
              <w:left w:val="nil"/>
              <w:bottom w:val="nil"/>
              <w:right w:val="nil"/>
            </w:tcBorders>
            <w:vAlign w:val="bottom"/>
          </w:tcPr>
          <w:p w14:paraId="208B0EC2" w14:textId="263C411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0.17</w:t>
            </w:r>
          </w:p>
        </w:tc>
        <w:tc>
          <w:tcPr>
            <w:tcW w:w="390" w:type="pct"/>
            <w:tcBorders>
              <w:top w:val="nil"/>
              <w:left w:val="nil"/>
              <w:bottom w:val="nil"/>
              <w:right w:val="nil"/>
            </w:tcBorders>
            <w:vAlign w:val="bottom"/>
          </w:tcPr>
          <w:p w14:paraId="11C1ED30" w14:textId="5495256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519" w:type="pct"/>
            <w:tcBorders>
              <w:top w:val="nil"/>
              <w:left w:val="nil"/>
              <w:bottom w:val="nil"/>
              <w:right w:val="nil"/>
            </w:tcBorders>
            <w:vAlign w:val="bottom"/>
          </w:tcPr>
          <w:p w14:paraId="57B51391" w14:textId="4CDF8B20"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b/>
                <w:bCs/>
                <w:sz w:val="20"/>
                <w:szCs w:val="20"/>
              </w:rPr>
              <w:t>0.36</w:t>
            </w:r>
          </w:p>
        </w:tc>
      </w:tr>
      <w:tr w:rsidR="00FF4BAA" w:rsidRPr="00015D37" w14:paraId="73DBE286" w14:textId="77777777" w:rsidTr="00FF4BAA">
        <w:tc>
          <w:tcPr>
            <w:tcW w:w="658" w:type="pct"/>
          </w:tcPr>
          <w:p w14:paraId="53793600" w14:textId="67678EF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Gaming </w:t>
            </w:r>
          </w:p>
        </w:tc>
        <w:tc>
          <w:tcPr>
            <w:tcW w:w="413" w:type="pct"/>
            <w:vAlign w:val="bottom"/>
          </w:tcPr>
          <w:p w14:paraId="6C198BC5" w14:textId="47927DCF"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358" w:type="pct"/>
            <w:vAlign w:val="bottom"/>
          </w:tcPr>
          <w:p w14:paraId="2B13E261" w14:textId="1703E93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584" w:type="pct"/>
            <w:vAlign w:val="bottom"/>
          </w:tcPr>
          <w:p w14:paraId="34E0669A" w14:textId="5ABEEAD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422" w:type="pct"/>
            <w:vAlign w:val="bottom"/>
          </w:tcPr>
          <w:p w14:paraId="1FCCE0BD" w14:textId="0A4CD8C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455" w:type="pct"/>
            <w:vAlign w:val="bottom"/>
          </w:tcPr>
          <w:p w14:paraId="11D66E62" w14:textId="3E6E16AF"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422" w:type="pct"/>
            <w:vAlign w:val="bottom"/>
          </w:tcPr>
          <w:p w14:paraId="6A555029" w14:textId="7B07331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357" w:type="pct"/>
            <w:vAlign w:val="bottom"/>
          </w:tcPr>
          <w:p w14:paraId="65F11553" w14:textId="47B188C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-0.11</w:t>
            </w:r>
          </w:p>
        </w:tc>
        <w:tc>
          <w:tcPr>
            <w:tcW w:w="422" w:type="pct"/>
            <w:vAlign w:val="bottom"/>
          </w:tcPr>
          <w:p w14:paraId="6CCC0896" w14:textId="1B0168F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0.06</w:t>
            </w:r>
          </w:p>
        </w:tc>
        <w:tc>
          <w:tcPr>
            <w:tcW w:w="390" w:type="pct"/>
            <w:vAlign w:val="bottom"/>
          </w:tcPr>
          <w:p w14:paraId="6A7250DC" w14:textId="139AFD3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0.14</w:t>
            </w:r>
          </w:p>
        </w:tc>
        <w:tc>
          <w:tcPr>
            <w:tcW w:w="519" w:type="pct"/>
            <w:vAlign w:val="bottom"/>
          </w:tcPr>
          <w:p w14:paraId="3E94F731" w14:textId="309F537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0.29</w:t>
            </w:r>
          </w:p>
        </w:tc>
      </w:tr>
      <w:tr w:rsidR="00FF4BAA" w:rsidRPr="00015D37" w14:paraId="7BF6406F" w14:textId="77777777" w:rsidTr="00FF4BAA">
        <w:tc>
          <w:tcPr>
            <w:tcW w:w="658" w:type="pct"/>
          </w:tcPr>
          <w:p w14:paraId="558E12B5" w14:textId="587136A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Deceitfulness </w:t>
            </w:r>
          </w:p>
        </w:tc>
        <w:tc>
          <w:tcPr>
            <w:tcW w:w="413" w:type="pct"/>
            <w:vAlign w:val="bottom"/>
          </w:tcPr>
          <w:p w14:paraId="4670967A" w14:textId="2221B3F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358" w:type="pct"/>
            <w:vAlign w:val="bottom"/>
          </w:tcPr>
          <w:p w14:paraId="68498F4C" w14:textId="16837918"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584" w:type="pct"/>
            <w:vAlign w:val="bottom"/>
          </w:tcPr>
          <w:p w14:paraId="690B53AA" w14:textId="623B484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0.28</w:t>
            </w:r>
          </w:p>
        </w:tc>
        <w:tc>
          <w:tcPr>
            <w:tcW w:w="422" w:type="pct"/>
            <w:vAlign w:val="bottom"/>
          </w:tcPr>
          <w:p w14:paraId="729580AA" w14:textId="2230493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455" w:type="pct"/>
            <w:vAlign w:val="bottom"/>
          </w:tcPr>
          <w:p w14:paraId="6C75E6C7" w14:textId="7181F9A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0.17</w:t>
            </w:r>
          </w:p>
        </w:tc>
        <w:tc>
          <w:tcPr>
            <w:tcW w:w="422" w:type="pct"/>
            <w:vAlign w:val="bottom"/>
          </w:tcPr>
          <w:p w14:paraId="0223453A" w14:textId="6A7E449F"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0.20</w:t>
            </w:r>
          </w:p>
        </w:tc>
        <w:tc>
          <w:tcPr>
            <w:tcW w:w="357" w:type="pct"/>
            <w:vAlign w:val="bottom"/>
          </w:tcPr>
          <w:p w14:paraId="1E2368F6" w14:textId="7B4DF92C"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422" w:type="pct"/>
            <w:vAlign w:val="bottom"/>
          </w:tcPr>
          <w:p w14:paraId="4F7E6342" w14:textId="02A7526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390" w:type="pct"/>
            <w:vAlign w:val="bottom"/>
          </w:tcPr>
          <w:p w14:paraId="3EB2CD2B" w14:textId="7D3A5C9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519" w:type="pct"/>
            <w:vAlign w:val="bottom"/>
          </w:tcPr>
          <w:p w14:paraId="6C75BD90" w14:textId="7184CCE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0.20</w:t>
            </w:r>
          </w:p>
        </w:tc>
      </w:tr>
      <w:tr w:rsidR="00FF4BAA" w:rsidRPr="00015D37" w14:paraId="51CF07EE" w14:textId="77777777" w:rsidTr="00FF4BAA">
        <w:tc>
          <w:tcPr>
            <w:tcW w:w="658" w:type="pct"/>
          </w:tcPr>
          <w:p w14:paraId="3112DD95" w14:textId="1B68648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Antisocial Behavior </w:t>
            </w:r>
          </w:p>
        </w:tc>
        <w:tc>
          <w:tcPr>
            <w:tcW w:w="413" w:type="pct"/>
            <w:vAlign w:val="bottom"/>
          </w:tcPr>
          <w:p w14:paraId="3BCB6F53" w14:textId="72F9E81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358" w:type="pct"/>
            <w:vAlign w:val="bottom"/>
          </w:tcPr>
          <w:p w14:paraId="067AA6F6" w14:textId="32A2E62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-0.08</w:t>
            </w:r>
          </w:p>
        </w:tc>
        <w:tc>
          <w:tcPr>
            <w:tcW w:w="584" w:type="pct"/>
            <w:vAlign w:val="bottom"/>
          </w:tcPr>
          <w:p w14:paraId="2A63DCBF" w14:textId="654C3960"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422" w:type="pct"/>
            <w:vAlign w:val="bottom"/>
          </w:tcPr>
          <w:p w14:paraId="541859C3" w14:textId="5A29CE5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-0.09</w:t>
            </w:r>
          </w:p>
        </w:tc>
        <w:tc>
          <w:tcPr>
            <w:tcW w:w="455" w:type="pct"/>
            <w:vAlign w:val="bottom"/>
          </w:tcPr>
          <w:p w14:paraId="45386787" w14:textId="503E2B7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422" w:type="pct"/>
            <w:vAlign w:val="bottom"/>
          </w:tcPr>
          <w:p w14:paraId="1FE89025" w14:textId="0D0BF57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0.26</w:t>
            </w:r>
          </w:p>
        </w:tc>
        <w:tc>
          <w:tcPr>
            <w:tcW w:w="357" w:type="pct"/>
            <w:vAlign w:val="bottom"/>
          </w:tcPr>
          <w:p w14:paraId="37EE96B6" w14:textId="4A37F44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422" w:type="pct"/>
            <w:vAlign w:val="bottom"/>
          </w:tcPr>
          <w:p w14:paraId="57189198" w14:textId="0E7C6A7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390" w:type="pct"/>
            <w:vAlign w:val="bottom"/>
          </w:tcPr>
          <w:p w14:paraId="64964703" w14:textId="60DEB2E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0.21</w:t>
            </w:r>
          </w:p>
        </w:tc>
        <w:tc>
          <w:tcPr>
            <w:tcW w:w="519" w:type="pct"/>
            <w:vAlign w:val="bottom"/>
          </w:tcPr>
          <w:p w14:paraId="742F3346" w14:textId="617AB92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0.17</w:t>
            </w:r>
          </w:p>
        </w:tc>
      </w:tr>
      <w:tr w:rsidR="00FF4BAA" w:rsidRPr="002214F0" w14:paraId="2ED242BF" w14:textId="77777777" w:rsidTr="00FF4BAA">
        <w:tc>
          <w:tcPr>
            <w:tcW w:w="658" w:type="pct"/>
            <w:vAlign w:val="bottom"/>
          </w:tcPr>
          <w:p w14:paraId="0E7006E9" w14:textId="3306F2E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Affective Lability</w:t>
            </w:r>
          </w:p>
        </w:tc>
        <w:tc>
          <w:tcPr>
            <w:tcW w:w="413" w:type="pct"/>
            <w:vAlign w:val="bottom"/>
          </w:tcPr>
          <w:p w14:paraId="7AC5DD20" w14:textId="6CC4640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358" w:type="pct"/>
            <w:vAlign w:val="bottom"/>
          </w:tcPr>
          <w:p w14:paraId="13C11594" w14:textId="29E988B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0.28</w:t>
            </w:r>
          </w:p>
        </w:tc>
        <w:tc>
          <w:tcPr>
            <w:tcW w:w="584" w:type="pct"/>
            <w:vAlign w:val="bottom"/>
          </w:tcPr>
          <w:p w14:paraId="71659977" w14:textId="6277409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0.15</w:t>
            </w:r>
          </w:p>
        </w:tc>
        <w:tc>
          <w:tcPr>
            <w:tcW w:w="422" w:type="pct"/>
            <w:vAlign w:val="bottom"/>
          </w:tcPr>
          <w:p w14:paraId="61BD6E1A" w14:textId="6E9C29B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455" w:type="pct"/>
            <w:vAlign w:val="bottom"/>
          </w:tcPr>
          <w:p w14:paraId="3B35CFA9" w14:textId="459C9F0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422" w:type="pct"/>
            <w:vAlign w:val="bottom"/>
          </w:tcPr>
          <w:p w14:paraId="1A6C55AC" w14:textId="10312A6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0.18</w:t>
            </w:r>
          </w:p>
        </w:tc>
        <w:tc>
          <w:tcPr>
            <w:tcW w:w="357" w:type="pct"/>
            <w:vAlign w:val="bottom"/>
          </w:tcPr>
          <w:p w14:paraId="491F61B4" w14:textId="241F526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0.24</w:t>
            </w:r>
          </w:p>
        </w:tc>
        <w:tc>
          <w:tcPr>
            <w:tcW w:w="422" w:type="pct"/>
            <w:vAlign w:val="bottom"/>
          </w:tcPr>
          <w:p w14:paraId="53F41566" w14:textId="5A72B3A2"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0.12</w:t>
            </w:r>
          </w:p>
        </w:tc>
        <w:tc>
          <w:tcPr>
            <w:tcW w:w="390" w:type="pct"/>
            <w:vAlign w:val="bottom"/>
          </w:tcPr>
          <w:p w14:paraId="55E5D02E" w14:textId="3DFA9089"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0.12</w:t>
            </w:r>
          </w:p>
        </w:tc>
        <w:tc>
          <w:tcPr>
            <w:tcW w:w="519" w:type="pct"/>
            <w:vAlign w:val="bottom"/>
          </w:tcPr>
          <w:p w14:paraId="6C7064A7" w14:textId="013F792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0.16</w:t>
            </w:r>
          </w:p>
        </w:tc>
      </w:tr>
      <w:tr w:rsidR="00FF4BAA" w:rsidRPr="002214F0" w14:paraId="6DF2F139" w14:textId="77777777" w:rsidTr="00FF4BAA">
        <w:tc>
          <w:tcPr>
            <w:tcW w:w="658" w:type="pct"/>
            <w:vAlign w:val="bottom"/>
          </w:tcPr>
          <w:p w14:paraId="53575867" w14:textId="5600F1F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Delusions</w:t>
            </w:r>
          </w:p>
        </w:tc>
        <w:tc>
          <w:tcPr>
            <w:tcW w:w="413" w:type="pct"/>
            <w:vAlign w:val="bottom"/>
          </w:tcPr>
          <w:p w14:paraId="58E7380A" w14:textId="3D789D6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358" w:type="pct"/>
            <w:vAlign w:val="bottom"/>
          </w:tcPr>
          <w:p w14:paraId="395DC28E" w14:textId="7A592A0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-0.16</w:t>
            </w:r>
          </w:p>
        </w:tc>
        <w:tc>
          <w:tcPr>
            <w:tcW w:w="584" w:type="pct"/>
            <w:vAlign w:val="bottom"/>
          </w:tcPr>
          <w:p w14:paraId="5CFDA324" w14:textId="2DB98ED0"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422" w:type="pct"/>
            <w:vAlign w:val="bottom"/>
          </w:tcPr>
          <w:p w14:paraId="096888F4" w14:textId="5989AE2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0.08</w:t>
            </w:r>
          </w:p>
        </w:tc>
        <w:tc>
          <w:tcPr>
            <w:tcW w:w="455" w:type="pct"/>
            <w:vAlign w:val="bottom"/>
          </w:tcPr>
          <w:p w14:paraId="0A5AA933" w14:textId="783E6FA6"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0.01</w:t>
            </w:r>
          </w:p>
        </w:tc>
        <w:tc>
          <w:tcPr>
            <w:tcW w:w="422" w:type="pct"/>
            <w:vAlign w:val="bottom"/>
          </w:tcPr>
          <w:p w14:paraId="5319B19D" w14:textId="6A9362F4"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357" w:type="pct"/>
            <w:vAlign w:val="bottom"/>
          </w:tcPr>
          <w:p w14:paraId="1BBFB4B2" w14:textId="7224D7B3"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0.15</w:t>
            </w:r>
          </w:p>
        </w:tc>
        <w:tc>
          <w:tcPr>
            <w:tcW w:w="422" w:type="pct"/>
            <w:vAlign w:val="bottom"/>
          </w:tcPr>
          <w:p w14:paraId="2483D048" w14:textId="1A45591A"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0.16</w:t>
            </w:r>
          </w:p>
        </w:tc>
        <w:tc>
          <w:tcPr>
            <w:tcW w:w="390" w:type="pct"/>
            <w:vAlign w:val="bottom"/>
          </w:tcPr>
          <w:p w14:paraId="6FDA15CC" w14:textId="24450200"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0.25</w:t>
            </w:r>
          </w:p>
        </w:tc>
        <w:tc>
          <w:tcPr>
            <w:tcW w:w="519" w:type="pct"/>
            <w:vAlign w:val="bottom"/>
          </w:tcPr>
          <w:p w14:paraId="1C83236E" w14:textId="3C752D4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r>
      <w:tr w:rsidR="00FF4BAA" w:rsidRPr="00015D37" w14:paraId="57E26CC5" w14:textId="77777777" w:rsidTr="00FF4BAA">
        <w:tc>
          <w:tcPr>
            <w:tcW w:w="658" w:type="pct"/>
            <w:vAlign w:val="bottom"/>
          </w:tcPr>
          <w:p w14:paraId="1C1D15BD" w14:textId="1869F67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Paraphilias </w:t>
            </w:r>
          </w:p>
        </w:tc>
        <w:tc>
          <w:tcPr>
            <w:tcW w:w="413" w:type="pct"/>
            <w:vAlign w:val="bottom"/>
          </w:tcPr>
          <w:p w14:paraId="22D7BB12" w14:textId="207477E8"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358" w:type="pct"/>
            <w:vAlign w:val="bottom"/>
          </w:tcPr>
          <w:p w14:paraId="493058FC" w14:textId="4AC866D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584" w:type="pct"/>
            <w:vAlign w:val="bottom"/>
          </w:tcPr>
          <w:p w14:paraId="5ED2A545" w14:textId="6625870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422" w:type="pct"/>
            <w:vAlign w:val="bottom"/>
          </w:tcPr>
          <w:p w14:paraId="521B2D38" w14:textId="249B5E2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455" w:type="pct"/>
            <w:vAlign w:val="bottom"/>
          </w:tcPr>
          <w:p w14:paraId="77A29F6C" w14:textId="5D0E0DF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0.06</w:t>
            </w:r>
          </w:p>
        </w:tc>
        <w:tc>
          <w:tcPr>
            <w:tcW w:w="422" w:type="pct"/>
            <w:vAlign w:val="bottom"/>
          </w:tcPr>
          <w:p w14:paraId="34CAE985" w14:textId="65F99DED"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0.23</w:t>
            </w:r>
          </w:p>
        </w:tc>
        <w:tc>
          <w:tcPr>
            <w:tcW w:w="357" w:type="pct"/>
            <w:vAlign w:val="bottom"/>
          </w:tcPr>
          <w:p w14:paraId="676D73BF" w14:textId="28757FD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422" w:type="pct"/>
            <w:vAlign w:val="bottom"/>
          </w:tcPr>
          <w:p w14:paraId="6CFE5DD2" w14:textId="6E56826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390" w:type="pct"/>
            <w:vAlign w:val="bottom"/>
          </w:tcPr>
          <w:p w14:paraId="75622FA8" w14:textId="044A069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c>
          <w:tcPr>
            <w:tcW w:w="519" w:type="pct"/>
            <w:vAlign w:val="bottom"/>
          </w:tcPr>
          <w:p w14:paraId="52CB2F4D" w14:textId="5C85554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0.15</w:t>
            </w:r>
          </w:p>
        </w:tc>
      </w:tr>
      <w:tr w:rsidR="00FF4BAA" w:rsidRPr="00015D37" w14:paraId="7A952BF5" w14:textId="77777777" w:rsidTr="00FF4BAA">
        <w:tc>
          <w:tcPr>
            <w:tcW w:w="658" w:type="pct"/>
          </w:tcPr>
          <w:p w14:paraId="2473AC91" w14:textId="623A2B5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Premature Orgasm</w:t>
            </w:r>
          </w:p>
        </w:tc>
        <w:tc>
          <w:tcPr>
            <w:tcW w:w="413" w:type="pct"/>
            <w:vAlign w:val="bottom"/>
          </w:tcPr>
          <w:p w14:paraId="04AFF8D7" w14:textId="6F4EA84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0.11</w:t>
            </w:r>
          </w:p>
        </w:tc>
        <w:tc>
          <w:tcPr>
            <w:tcW w:w="358" w:type="pct"/>
            <w:vAlign w:val="bottom"/>
          </w:tcPr>
          <w:p w14:paraId="6DEA127D" w14:textId="2337FE3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584" w:type="pct"/>
            <w:vAlign w:val="bottom"/>
          </w:tcPr>
          <w:p w14:paraId="47D44311" w14:textId="208E93C3"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422" w:type="pct"/>
            <w:vAlign w:val="bottom"/>
          </w:tcPr>
          <w:p w14:paraId="351DAE2E" w14:textId="3626CA4F"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0.06</w:t>
            </w:r>
          </w:p>
        </w:tc>
        <w:tc>
          <w:tcPr>
            <w:tcW w:w="455" w:type="pct"/>
            <w:vAlign w:val="bottom"/>
          </w:tcPr>
          <w:p w14:paraId="4EAFEDBB" w14:textId="78B0C23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0.03</w:t>
            </w:r>
          </w:p>
        </w:tc>
        <w:tc>
          <w:tcPr>
            <w:tcW w:w="422" w:type="pct"/>
            <w:vAlign w:val="bottom"/>
          </w:tcPr>
          <w:p w14:paraId="4E4002AA" w14:textId="42EC31F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357" w:type="pct"/>
            <w:vAlign w:val="bottom"/>
          </w:tcPr>
          <w:p w14:paraId="08B30489" w14:textId="6913117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0.10</w:t>
            </w:r>
          </w:p>
        </w:tc>
        <w:tc>
          <w:tcPr>
            <w:tcW w:w="422" w:type="pct"/>
            <w:vAlign w:val="bottom"/>
          </w:tcPr>
          <w:p w14:paraId="56C1A7E7" w14:textId="28B67E2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0.11</w:t>
            </w:r>
          </w:p>
        </w:tc>
        <w:tc>
          <w:tcPr>
            <w:tcW w:w="390" w:type="pct"/>
            <w:vAlign w:val="bottom"/>
          </w:tcPr>
          <w:p w14:paraId="5E53223B" w14:textId="4B19AC6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519" w:type="pct"/>
            <w:vAlign w:val="bottom"/>
          </w:tcPr>
          <w:p w14:paraId="36551F0E" w14:textId="6FD7193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r>
      <w:tr w:rsidR="00FF4BAA" w:rsidRPr="00015D37" w14:paraId="757966BC" w14:textId="77777777" w:rsidTr="00FF4BAA">
        <w:tc>
          <w:tcPr>
            <w:tcW w:w="658" w:type="pct"/>
            <w:vAlign w:val="bottom"/>
          </w:tcPr>
          <w:p w14:paraId="47C447F8" w14:textId="1215D2C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Gambling </w:t>
            </w:r>
          </w:p>
        </w:tc>
        <w:tc>
          <w:tcPr>
            <w:tcW w:w="413" w:type="pct"/>
            <w:vAlign w:val="bottom"/>
          </w:tcPr>
          <w:p w14:paraId="5009D992" w14:textId="462FCF3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358" w:type="pct"/>
            <w:vAlign w:val="bottom"/>
          </w:tcPr>
          <w:p w14:paraId="24ECA622" w14:textId="4B9EBC6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584" w:type="pct"/>
            <w:vAlign w:val="bottom"/>
          </w:tcPr>
          <w:p w14:paraId="25AE3601" w14:textId="0751300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0.10</w:t>
            </w:r>
          </w:p>
        </w:tc>
        <w:tc>
          <w:tcPr>
            <w:tcW w:w="422" w:type="pct"/>
            <w:vAlign w:val="bottom"/>
          </w:tcPr>
          <w:p w14:paraId="275A7B10" w14:textId="73E9D8F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455" w:type="pct"/>
            <w:vAlign w:val="bottom"/>
          </w:tcPr>
          <w:p w14:paraId="552FDF37" w14:textId="384AACB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422" w:type="pct"/>
            <w:vAlign w:val="bottom"/>
          </w:tcPr>
          <w:p w14:paraId="289328FC" w14:textId="1512D6A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0.11</w:t>
            </w:r>
          </w:p>
        </w:tc>
        <w:tc>
          <w:tcPr>
            <w:tcW w:w="357" w:type="pct"/>
            <w:vAlign w:val="bottom"/>
          </w:tcPr>
          <w:p w14:paraId="30980385" w14:textId="2469310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0.06</w:t>
            </w:r>
          </w:p>
        </w:tc>
        <w:tc>
          <w:tcPr>
            <w:tcW w:w="422" w:type="pct"/>
            <w:vAlign w:val="bottom"/>
          </w:tcPr>
          <w:p w14:paraId="52CBD317" w14:textId="30BC5A13"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390" w:type="pct"/>
            <w:vAlign w:val="bottom"/>
          </w:tcPr>
          <w:p w14:paraId="706E0806" w14:textId="3A2AFAE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519" w:type="pct"/>
            <w:vAlign w:val="bottom"/>
          </w:tcPr>
          <w:p w14:paraId="4836B2E2" w14:textId="5EB9571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r>
      <w:tr w:rsidR="00FF4BAA" w:rsidRPr="00015D37" w14:paraId="6191EB5A" w14:textId="77777777" w:rsidTr="00FF4BAA">
        <w:tc>
          <w:tcPr>
            <w:tcW w:w="658" w:type="pct"/>
            <w:vAlign w:val="bottom"/>
          </w:tcPr>
          <w:p w14:paraId="4D6723F2" w14:textId="686CA3C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Trauma Reactions</w:t>
            </w:r>
          </w:p>
        </w:tc>
        <w:tc>
          <w:tcPr>
            <w:tcW w:w="413" w:type="pct"/>
            <w:vAlign w:val="bottom"/>
          </w:tcPr>
          <w:p w14:paraId="08DAD91A" w14:textId="13BBC74D"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0.08</w:t>
            </w:r>
          </w:p>
        </w:tc>
        <w:tc>
          <w:tcPr>
            <w:tcW w:w="358" w:type="pct"/>
            <w:vAlign w:val="bottom"/>
          </w:tcPr>
          <w:p w14:paraId="4EC77A49" w14:textId="286DD1C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0.16</w:t>
            </w:r>
          </w:p>
        </w:tc>
        <w:tc>
          <w:tcPr>
            <w:tcW w:w="584" w:type="pct"/>
            <w:vAlign w:val="bottom"/>
          </w:tcPr>
          <w:p w14:paraId="55AB1311" w14:textId="6F1635CF"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422" w:type="pct"/>
            <w:vAlign w:val="bottom"/>
          </w:tcPr>
          <w:p w14:paraId="1F075722" w14:textId="275DDDB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-0.05</w:t>
            </w:r>
          </w:p>
        </w:tc>
        <w:tc>
          <w:tcPr>
            <w:tcW w:w="455" w:type="pct"/>
            <w:vAlign w:val="bottom"/>
          </w:tcPr>
          <w:p w14:paraId="77A672AA" w14:textId="1590B48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0.07</w:t>
            </w:r>
          </w:p>
        </w:tc>
        <w:tc>
          <w:tcPr>
            <w:tcW w:w="422" w:type="pct"/>
            <w:vAlign w:val="bottom"/>
          </w:tcPr>
          <w:p w14:paraId="4789D041" w14:textId="5024876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0.04</w:t>
            </w:r>
          </w:p>
        </w:tc>
        <w:tc>
          <w:tcPr>
            <w:tcW w:w="357" w:type="pct"/>
            <w:vAlign w:val="bottom"/>
          </w:tcPr>
          <w:p w14:paraId="0D07280E" w14:textId="50733090"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0.28</w:t>
            </w:r>
          </w:p>
        </w:tc>
        <w:tc>
          <w:tcPr>
            <w:tcW w:w="422" w:type="pct"/>
            <w:vAlign w:val="bottom"/>
          </w:tcPr>
          <w:p w14:paraId="66985DC7" w14:textId="187B87D3"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0.21</w:t>
            </w:r>
          </w:p>
        </w:tc>
        <w:tc>
          <w:tcPr>
            <w:tcW w:w="390" w:type="pct"/>
            <w:vAlign w:val="bottom"/>
          </w:tcPr>
          <w:p w14:paraId="7E527A13" w14:textId="34E276E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0.29</w:t>
            </w:r>
          </w:p>
        </w:tc>
        <w:tc>
          <w:tcPr>
            <w:tcW w:w="519" w:type="pct"/>
            <w:vAlign w:val="bottom"/>
          </w:tcPr>
          <w:p w14:paraId="3D22227D" w14:textId="75A6774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r>
      <w:tr w:rsidR="00FF4BAA" w:rsidRPr="00015D37" w14:paraId="4B6F4DBD" w14:textId="77777777" w:rsidTr="00FF4BAA">
        <w:tc>
          <w:tcPr>
            <w:tcW w:w="658" w:type="pct"/>
            <w:vAlign w:val="bottom"/>
          </w:tcPr>
          <w:p w14:paraId="7ADA9E10" w14:textId="58893BB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Food Selectivity</w:t>
            </w:r>
          </w:p>
        </w:tc>
        <w:tc>
          <w:tcPr>
            <w:tcW w:w="413" w:type="pct"/>
            <w:vAlign w:val="bottom"/>
          </w:tcPr>
          <w:p w14:paraId="2FEED54F" w14:textId="59311014"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0.00</w:t>
            </w:r>
          </w:p>
        </w:tc>
        <w:tc>
          <w:tcPr>
            <w:tcW w:w="358" w:type="pct"/>
            <w:vAlign w:val="bottom"/>
          </w:tcPr>
          <w:p w14:paraId="7879F729" w14:textId="4A42A92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-0.19</w:t>
            </w:r>
          </w:p>
        </w:tc>
        <w:tc>
          <w:tcPr>
            <w:tcW w:w="584" w:type="pct"/>
            <w:vAlign w:val="bottom"/>
          </w:tcPr>
          <w:p w14:paraId="7A0BDA53" w14:textId="7A61225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0.23</w:t>
            </w:r>
          </w:p>
        </w:tc>
        <w:tc>
          <w:tcPr>
            <w:tcW w:w="422" w:type="pct"/>
            <w:vAlign w:val="bottom"/>
          </w:tcPr>
          <w:p w14:paraId="33C39AB7" w14:textId="7B6FABF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55" w:type="pct"/>
            <w:vAlign w:val="bottom"/>
          </w:tcPr>
          <w:p w14:paraId="72131BFE" w14:textId="0624F15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0.19</w:t>
            </w:r>
          </w:p>
        </w:tc>
        <w:tc>
          <w:tcPr>
            <w:tcW w:w="422" w:type="pct"/>
            <w:vAlign w:val="bottom"/>
          </w:tcPr>
          <w:p w14:paraId="6225E458" w14:textId="524B122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c>
          <w:tcPr>
            <w:tcW w:w="357" w:type="pct"/>
            <w:vAlign w:val="bottom"/>
          </w:tcPr>
          <w:p w14:paraId="62B5F496" w14:textId="250579C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0.23</w:t>
            </w:r>
          </w:p>
        </w:tc>
        <w:tc>
          <w:tcPr>
            <w:tcW w:w="422" w:type="pct"/>
            <w:vAlign w:val="bottom"/>
          </w:tcPr>
          <w:p w14:paraId="7974F88E" w14:textId="5E1DA5E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0.18</w:t>
            </w:r>
          </w:p>
        </w:tc>
        <w:tc>
          <w:tcPr>
            <w:tcW w:w="390" w:type="pct"/>
            <w:vAlign w:val="bottom"/>
          </w:tcPr>
          <w:p w14:paraId="1770462A" w14:textId="32735EB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0.14</w:t>
            </w:r>
          </w:p>
        </w:tc>
        <w:tc>
          <w:tcPr>
            <w:tcW w:w="519" w:type="pct"/>
            <w:vAlign w:val="bottom"/>
          </w:tcPr>
          <w:p w14:paraId="4940865C" w14:textId="0F06A39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r>
      <w:tr w:rsidR="00FF4BAA" w:rsidRPr="00015D37" w14:paraId="08C553CA" w14:textId="77777777" w:rsidTr="00FF4BAA">
        <w:tc>
          <w:tcPr>
            <w:tcW w:w="658" w:type="pct"/>
            <w:vAlign w:val="bottom"/>
          </w:tcPr>
          <w:p w14:paraId="1AB585E8" w14:textId="7929954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Counting </w:t>
            </w:r>
          </w:p>
        </w:tc>
        <w:tc>
          <w:tcPr>
            <w:tcW w:w="413" w:type="pct"/>
            <w:vAlign w:val="bottom"/>
          </w:tcPr>
          <w:p w14:paraId="40DEDB7E" w14:textId="45B6362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0.11</w:t>
            </w:r>
          </w:p>
        </w:tc>
        <w:tc>
          <w:tcPr>
            <w:tcW w:w="358" w:type="pct"/>
            <w:vAlign w:val="bottom"/>
          </w:tcPr>
          <w:p w14:paraId="409742D2" w14:textId="7A47A9D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-0.16</w:t>
            </w:r>
          </w:p>
        </w:tc>
        <w:tc>
          <w:tcPr>
            <w:tcW w:w="584" w:type="pct"/>
            <w:vAlign w:val="bottom"/>
          </w:tcPr>
          <w:p w14:paraId="05EB4829" w14:textId="2A4A8D3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422" w:type="pct"/>
            <w:vAlign w:val="bottom"/>
          </w:tcPr>
          <w:p w14:paraId="2E3C0684" w14:textId="091966F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c>
          <w:tcPr>
            <w:tcW w:w="455" w:type="pct"/>
            <w:vAlign w:val="bottom"/>
          </w:tcPr>
          <w:p w14:paraId="4FD2C394" w14:textId="2E8F79E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422" w:type="pct"/>
            <w:vAlign w:val="bottom"/>
          </w:tcPr>
          <w:p w14:paraId="63A5E57F" w14:textId="514475E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0.00</w:t>
            </w:r>
          </w:p>
        </w:tc>
        <w:tc>
          <w:tcPr>
            <w:tcW w:w="357" w:type="pct"/>
            <w:vAlign w:val="bottom"/>
          </w:tcPr>
          <w:p w14:paraId="6E622614" w14:textId="4A6BD05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0.26</w:t>
            </w:r>
          </w:p>
        </w:tc>
        <w:tc>
          <w:tcPr>
            <w:tcW w:w="422" w:type="pct"/>
            <w:vAlign w:val="bottom"/>
          </w:tcPr>
          <w:p w14:paraId="465BD184" w14:textId="2525A1D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0.21</w:t>
            </w:r>
          </w:p>
        </w:tc>
        <w:tc>
          <w:tcPr>
            <w:tcW w:w="390" w:type="pct"/>
            <w:vAlign w:val="bottom"/>
          </w:tcPr>
          <w:p w14:paraId="4B817F5B" w14:textId="2FBF242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0.22</w:t>
            </w:r>
          </w:p>
        </w:tc>
        <w:tc>
          <w:tcPr>
            <w:tcW w:w="519" w:type="pct"/>
            <w:vAlign w:val="bottom"/>
          </w:tcPr>
          <w:p w14:paraId="41FFAE0F" w14:textId="52D9CA1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r>
      <w:tr w:rsidR="00FF4BAA" w:rsidRPr="00015D37" w14:paraId="0257686A" w14:textId="77777777" w:rsidTr="00FF4BAA">
        <w:tc>
          <w:tcPr>
            <w:tcW w:w="658" w:type="pct"/>
            <w:vAlign w:val="bottom"/>
          </w:tcPr>
          <w:p w14:paraId="6599D3AE" w14:textId="4B51411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Trichotillomania </w:t>
            </w:r>
          </w:p>
        </w:tc>
        <w:tc>
          <w:tcPr>
            <w:tcW w:w="413" w:type="pct"/>
            <w:vAlign w:val="bottom"/>
          </w:tcPr>
          <w:p w14:paraId="595AA2E3" w14:textId="082AFF3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358" w:type="pct"/>
            <w:vAlign w:val="bottom"/>
          </w:tcPr>
          <w:p w14:paraId="0527C5CB" w14:textId="748CDA0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c>
          <w:tcPr>
            <w:tcW w:w="584" w:type="pct"/>
            <w:vAlign w:val="bottom"/>
          </w:tcPr>
          <w:p w14:paraId="61DBC2BA" w14:textId="5A955FF0"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0.16</w:t>
            </w:r>
          </w:p>
        </w:tc>
        <w:tc>
          <w:tcPr>
            <w:tcW w:w="422" w:type="pct"/>
            <w:vAlign w:val="bottom"/>
          </w:tcPr>
          <w:p w14:paraId="46CA4C6F" w14:textId="2F8E5DC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455" w:type="pct"/>
            <w:vAlign w:val="bottom"/>
          </w:tcPr>
          <w:p w14:paraId="59E3299F" w14:textId="03B01168"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422" w:type="pct"/>
            <w:vAlign w:val="bottom"/>
          </w:tcPr>
          <w:p w14:paraId="7AC096CB" w14:textId="1498772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357" w:type="pct"/>
            <w:vAlign w:val="bottom"/>
          </w:tcPr>
          <w:p w14:paraId="4965E860" w14:textId="3820121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c>
          <w:tcPr>
            <w:tcW w:w="422" w:type="pct"/>
            <w:vAlign w:val="bottom"/>
          </w:tcPr>
          <w:p w14:paraId="659083AA" w14:textId="4163176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c>
          <w:tcPr>
            <w:tcW w:w="390" w:type="pct"/>
            <w:vAlign w:val="bottom"/>
          </w:tcPr>
          <w:p w14:paraId="7417F3F6" w14:textId="1184DD5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0.12</w:t>
            </w:r>
          </w:p>
        </w:tc>
        <w:tc>
          <w:tcPr>
            <w:tcW w:w="519" w:type="pct"/>
            <w:vAlign w:val="bottom"/>
          </w:tcPr>
          <w:p w14:paraId="55F71116" w14:textId="312B8103"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0.03</w:t>
            </w:r>
          </w:p>
        </w:tc>
      </w:tr>
      <w:tr w:rsidR="00FF4BAA" w:rsidRPr="00015D37" w14:paraId="4A716C12" w14:textId="77777777" w:rsidTr="00FF4BAA">
        <w:tc>
          <w:tcPr>
            <w:tcW w:w="658" w:type="pct"/>
            <w:vAlign w:val="bottom"/>
          </w:tcPr>
          <w:p w14:paraId="3509A045" w14:textId="779F7D7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 xml:space="preserve">Workaholism   </w:t>
            </w:r>
          </w:p>
        </w:tc>
        <w:tc>
          <w:tcPr>
            <w:tcW w:w="413" w:type="pct"/>
            <w:vAlign w:val="bottom"/>
          </w:tcPr>
          <w:p w14:paraId="4D5657F3" w14:textId="12242481"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0.14</w:t>
            </w:r>
          </w:p>
        </w:tc>
        <w:tc>
          <w:tcPr>
            <w:tcW w:w="358" w:type="pct"/>
            <w:vAlign w:val="bottom"/>
          </w:tcPr>
          <w:p w14:paraId="0478D9CD" w14:textId="0F99300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c>
          <w:tcPr>
            <w:tcW w:w="584" w:type="pct"/>
            <w:vAlign w:val="bottom"/>
          </w:tcPr>
          <w:p w14:paraId="2B483CC1" w14:textId="02D5054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vAlign w:val="bottom"/>
          </w:tcPr>
          <w:p w14:paraId="0D4F8332" w14:textId="4137D16D"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c>
          <w:tcPr>
            <w:tcW w:w="455" w:type="pct"/>
            <w:vAlign w:val="bottom"/>
          </w:tcPr>
          <w:p w14:paraId="3E68C8CA" w14:textId="156A26A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0.21</w:t>
            </w:r>
          </w:p>
        </w:tc>
        <w:tc>
          <w:tcPr>
            <w:tcW w:w="422" w:type="pct"/>
            <w:vAlign w:val="bottom"/>
          </w:tcPr>
          <w:p w14:paraId="54EBCCFE" w14:textId="2458CBC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0.00</w:t>
            </w:r>
          </w:p>
        </w:tc>
        <w:tc>
          <w:tcPr>
            <w:tcW w:w="357" w:type="pct"/>
            <w:vAlign w:val="bottom"/>
          </w:tcPr>
          <w:p w14:paraId="7523FD6B" w14:textId="7D8E4A3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422" w:type="pct"/>
            <w:vAlign w:val="bottom"/>
          </w:tcPr>
          <w:p w14:paraId="00BDE737" w14:textId="56C2E1C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0.27</w:t>
            </w:r>
          </w:p>
        </w:tc>
        <w:tc>
          <w:tcPr>
            <w:tcW w:w="390" w:type="pct"/>
            <w:vAlign w:val="bottom"/>
          </w:tcPr>
          <w:p w14:paraId="105BC754" w14:textId="0D5D2EA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-0.08</w:t>
            </w:r>
          </w:p>
        </w:tc>
        <w:tc>
          <w:tcPr>
            <w:tcW w:w="519" w:type="pct"/>
            <w:vAlign w:val="bottom"/>
          </w:tcPr>
          <w:p w14:paraId="2BFAAAA6" w14:textId="4AD33A1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-0.04</w:t>
            </w:r>
          </w:p>
        </w:tc>
      </w:tr>
      <w:tr w:rsidR="00FF4BAA" w:rsidRPr="00015D37" w14:paraId="7A99119B" w14:textId="77777777" w:rsidTr="00FF4BAA">
        <w:tc>
          <w:tcPr>
            <w:tcW w:w="658" w:type="pct"/>
            <w:vAlign w:val="bottom"/>
          </w:tcPr>
          <w:p w14:paraId="1E68D070" w14:textId="6C1E1F5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Harmful Alcohol Use</w:t>
            </w:r>
          </w:p>
        </w:tc>
        <w:tc>
          <w:tcPr>
            <w:tcW w:w="413" w:type="pct"/>
            <w:vAlign w:val="bottom"/>
          </w:tcPr>
          <w:p w14:paraId="361108CB" w14:textId="01C83B97"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358" w:type="pct"/>
            <w:vAlign w:val="bottom"/>
          </w:tcPr>
          <w:p w14:paraId="468B1EC0" w14:textId="79A2CB6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0.14</w:t>
            </w:r>
          </w:p>
        </w:tc>
        <w:tc>
          <w:tcPr>
            <w:tcW w:w="584" w:type="pct"/>
            <w:vAlign w:val="bottom"/>
          </w:tcPr>
          <w:p w14:paraId="62277EC5" w14:textId="7562D79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0.07</w:t>
            </w:r>
          </w:p>
        </w:tc>
        <w:tc>
          <w:tcPr>
            <w:tcW w:w="422" w:type="pct"/>
            <w:vAlign w:val="bottom"/>
          </w:tcPr>
          <w:p w14:paraId="20372F4C" w14:textId="6BF56EBB"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0.19</w:t>
            </w:r>
          </w:p>
        </w:tc>
        <w:tc>
          <w:tcPr>
            <w:tcW w:w="455" w:type="pct"/>
            <w:vAlign w:val="bottom"/>
          </w:tcPr>
          <w:p w14:paraId="001E4763" w14:textId="41A5E2A9"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-0.02</w:t>
            </w:r>
          </w:p>
        </w:tc>
        <w:tc>
          <w:tcPr>
            <w:tcW w:w="422" w:type="pct"/>
            <w:vAlign w:val="bottom"/>
          </w:tcPr>
          <w:p w14:paraId="24A54D19" w14:textId="13F5486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0.28</w:t>
            </w:r>
          </w:p>
        </w:tc>
        <w:tc>
          <w:tcPr>
            <w:tcW w:w="357" w:type="pct"/>
            <w:vAlign w:val="bottom"/>
          </w:tcPr>
          <w:p w14:paraId="748B9165" w14:textId="43E8986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-0.10</w:t>
            </w:r>
          </w:p>
        </w:tc>
        <w:tc>
          <w:tcPr>
            <w:tcW w:w="422" w:type="pct"/>
            <w:vAlign w:val="bottom"/>
          </w:tcPr>
          <w:p w14:paraId="2955CBB3" w14:textId="4D2B653C"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390" w:type="pct"/>
            <w:vAlign w:val="bottom"/>
          </w:tcPr>
          <w:p w14:paraId="5B745D2E" w14:textId="14D7830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-0.01</w:t>
            </w:r>
          </w:p>
        </w:tc>
        <w:tc>
          <w:tcPr>
            <w:tcW w:w="519" w:type="pct"/>
            <w:vAlign w:val="bottom"/>
          </w:tcPr>
          <w:p w14:paraId="1A278EAC" w14:textId="2ACA1096"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-0.13</w:t>
            </w:r>
          </w:p>
        </w:tc>
      </w:tr>
      <w:tr w:rsidR="00FF4BAA" w:rsidRPr="00015D37" w14:paraId="142401AD" w14:textId="77777777" w:rsidTr="00FF4BAA">
        <w:tc>
          <w:tcPr>
            <w:tcW w:w="658" w:type="pct"/>
            <w:vAlign w:val="bottom"/>
          </w:tcPr>
          <w:p w14:paraId="35FEC2A6" w14:textId="4427069A"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Somatic Preoccupation</w:t>
            </w:r>
          </w:p>
        </w:tc>
        <w:tc>
          <w:tcPr>
            <w:tcW w:w="413" w:type="pct"/>
            <w:vAlign w:val="bottom"/>
          </w:tcPr>
          <w:p w14:paraId="097E23D0" w14:textId="2CFE50E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0.06</w:t>
            </w:r>
          </w:p>
        </w:tc>
        <w:tc>
          <w:tcPr>
            <w:tcW w:w="358" w:type="pct"/>
            <w:vAlign w:val="bottom"/>
          </w:tcPr>
          <w:p w14:paraId="47309D4E" w14:textId="5A92E51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0.22</w:t>
            </w:r>
          </w:p>
        </w:tc>
        <w:tc>
          <w:tcPr>
            <w:tcW w:w="584" w:type="pct"/>
            <w:vAlign w:val="bottom"/>
          </w:tcPr>
          <w:p w14:paraId="2F0FA2C3" w14:textId="3F5F6D07"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-0.02</w:t>
            </w:r>
          </w:p>
        </w:tc>
        <w:tc>
          <w:tcPr>
            <w:tcW w:w="422" w:type="pct"/>
            <w:vAlign w:val="bottom"/>
          </w:tcPr>
          <w:p w14:paraId="05E3DC20" w14:textId="073BC994"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0.24</w:t>
            </w:r>
          </w:p>
        </w:tc>
        <w:tc>
          <w:tcPr>
            <w:tcW w:w="455" w:type="pct"/>
            <w:vAlign w:val="bottom"/>
          </w:tcPr>
          <w:p w14:paraId="11805D78" w14:textId="6EBF7033"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0.26</w:t>
            </w:r>
          </w:p>
        </w:tc>
        <w:tc>
          <w:tcPr>
            <w:tcW w:w="422" w:type="pct"/>
            <w:vAlign w:val="bottom"/>
          </w:tcPr>
          <w:p w14:paraId="048E6DA9" w14:textId="58872391"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-0.29</w:t>
            </w:r>
          </w:p>
        </w:tc>
        <w:tc>
          <w:tcPr>
            <w:tcW w:w="357" w:type="pct"/>
            <w:vAlign w:val="bottom"/>
          </w:tcPr>
          <w:p w14:paraId="67118E2F" w14:textId="7DA52C98"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0.09</w:t>
            </w:r>
          </w:p>
        </w:tc>
        <w:tc>
          <w:tcPr>
            <w:tcW w:w="422" w:type="pct"/>
            <w:vAlign w:val="bottom"/>
          </w:tcPr>
          <w:p w14:paraId="27889E35" w14:textId="32CEF809"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390" w:type="pct"/>
            <w:vAlign w:val="bottom"/>
          </w:tcPr>
          <w:p w14:paraId="3F2A17C4" w14:textId="44F11C82"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0.28</w:t>
            </w:r>
          </w:p>
        </w:tc>
        <w:tc>
          <w:tcPr>
            <w:tcW w:w="519" w:type="pct"/>
            <w:vAlign w:val="bottom"/>
          </w:tcPr>
          <w:p w14:paraId="4CDEA31A" w14:textId="47D1ED15"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0.09</w:t>
            </w:r>
          </w:p>
        </w:tc>
      </w:tr>
      <w:tr w:rsidR="00FF4BAA" w:rsidRPr="002214F0" w14:paraId="45F4EE19" w14:textId="77777777" w:rsidTr="00FF4BAA">
        <w:trPr>
          <w:trHeight w:val="324"/>
        </w:trPr>
        <w:tc>
          <w:tcPr>
            <w:tcW w:w="658" w:type="pct"/>
            <w:tcBorders>
              <w:bottom w:val="single" w:sz="4" w:space="0" w:color="auto"/>
            </w:tcBorders>
          </w:tcPr>
          <w:p w14:paraId="44610C89" w14:textId="1BF6DAFF"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Insomnia </w:t>
            </w:r>
          </w:p>
        </w:tc>
        <w:tc>
          <w:tcPr>
            <w:tcW w:w="413" w:type="pct"/>
            <w:tcBorders>
              <w:bottom w:val="single" w:sz="4" w:space="0" w:color="auto"/>
            </w:tcBorders>
            <w:vAlign w:val="bottom"/>
          </w:tcPr>
          <w:p w14:paraId="5A2AB092" w14:textId="2F8D34EA"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0.12</w:t>
            </w:r>
          </w:p>
        </w:tc>
        <w:tc>
          <w:tcPr>
            <w:tcW w:w="358" w:type="pct"/>
            <w:tcBorders>
              <w:bottom w:val="single" w:sz="4" w:space="0" w:color="auto"/>
            </w:tcBorders>
            <w:vAlign w:val="bottom"/>
          </w:tcPr>
          <w:p w14:paraId="32C4B1D9" w14:textId="787F38EB"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0.19</w:t>
            </w:r>
          </w:p>
        </w:tc>
        <w:tc>
          <w:tcPr>
            <w:tcW w:w="584" w:type="pct"/>
            <w:tcBorders>
              <w:bottom w:val="single" w:sz="4" w:space="0" w:color="auto"/>
            </w:tcBorders>
            <w:vAlign w:val="bottom"/>
          </w:tcPr>
          <w:p w14:paraId="3EE79F62" w14:textId="7006BA72"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0.14</w:t>
            </w:r>
          </w:p>
        </w:tc>
        <w:tc>
          <w:tcPr>
            <w:tcW w:w="422" w:type="pct"/>
            <w:tcBorders>
              <w:bottom w:val="single" w:sz="4" w:space="0" w:color="auto"/>
            </w:tcBorders>
            <w:vAlign w:val="bottom"/>
          </w:tcPr>
          <w:p w14:paraId="56DA4C5D" w14:textId="1CA522C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-0.13</w:t>
            </w:r>
          </w:p>
        </w:tc>
        <w:tc>
          <w:tcPr>
            <w:tcW w:w="455" w:type="pct"/>
            <w:tcBorders>
              <w:bottom w:val="single" w:sz="4" w:space="0" w:color="auto"/>
            </w:tcBorders>
            <w:vAlign w:val="bottom"/>
          </w:tcPr>
          <w:p w14:paraId="0FB07CDB" w14:textId="0C451AF6"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0.11</w:t>
            </w:r>
          </w:p>
        </w:tc>
        <w:tc>
          <w:tcPr>
            <w:tcW w:w="422" w:type="pct"/>
            <w:tcBorders>
              <w:bottom w:val="single" w:sz="4" w:space="0" w:color="auto"/>
            </w:tcBorders>
            <w:vAlign w:val="bottom"/>
          </w:tcPr>
          <w:p w14:paraId="00B294B6" w14:textId="64F63F25"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0.01</w:t>
            </w:r>
          </w:p>
        </w:tc>
        <w:tc>
          <w:tcPr>
            <w:tcW w:w="357" w:type="pct"/>
            <w:tcBorders>
              <w:bottom w:val="single" w:sz="4" w:space="0" w:color="auto"/>
            </w:tcBorders>
            <w:vAlign w:val="bottom"/>
          </w:tcPr>
          <w:p w14:paraId="5DFFB19A" w14:textId="438CAB0E" w:rsidR="00FF4BAA" w:rsidRPr="00531DDD" w:rsidRDefault="00FF4BAA" w:rsidP="00FF4BAA">
            <w:pPr>
              <w:rPr>
                <w:rFonts w:ascii="Times New Roman" w:hAnsi="Times New Roman" w:cs="Times New Roman"/>
                <w:sz w:val="20"/>
                <w:szCs w:val="20"/>
                <w:highlight w:val="yellow"/>
              </w:rPr>
            </w:pPr>
            <w:r w:rsidRPr="00531DDD">
              <w:rPr>
                <w:rFonts w:ascii="Times New Roman" w:hAnsi="Times New Roman" w:cs="Times New Roman"/>
                <w:sz w:val="20"/>
                <w:szCs w:val="20"/>
              </w:rPr>
              <w:t>0.08</w:t>
            </w:r>
          </w:p>
        </w:tc>
        <w:tc>
          <w:tcPr>
            <w:tcW w:w="422" w:type="pct"/>
            <w:tcBorders>
              <w:bottom w:val="single" w:sz="4" w:space="0" w:color="auto"/>
            </w:tcBorders>
            <w:vAlign w:val="bottom"/>
          </w:tcPr>
          <w:p w14:paraId="354D5696" w14:textId="1F416E06" w:rsidR="00FF4BAA" w:rsidRPr="00531DDD" w:rsidRDefault="00FF4BAA" w:rsidP="00FF4BAA">
            <w:pPr>
              <w:rPr>
                <w:rFonts w:ascii="Times New Roman" w:hAnsi="Times New Roman" w:cs="Times New Roman"/>
                <w:b/>
                <w:bCs/>
                <w:sz w:val="20"/>
                <w:szCs w:val="20"/>
                <w:highlight w:val="yellow"/>
              </w:rPr>
            </w:pPr>
            <w:r w:rsidRPr="00531DDD">
              <w:rPr>
                <w:rFonts w:ascii="Times New Roman" w:hAnsi="Times New Roman" w:cs="Times New Roman"/>
                <w:sz w:val="20"/>
                <w:szCs w:val="20"/>
              </w:rPr>
              <w:t>0.06</w:t>
            </w:r>
          </w:p>
        </w:tc>
        <w:tc>
          <w:tcPr>
            <w:tcW w:w="390" w:type="pct"/>
            <w:tcBorders>
              <w:bottom w:val="single" w:sz="4" w:space="0" w:color="auto"/>
            </w:tcBorders>
            <w:vAlign w:val="bottom"/>
          </w:tcPr>
          <w:p w14:paraId="72FF7E2C" w14:textId="604D7B96" w:rsidR="00FF4BAA" w:rsidRPr="00531DDD" w:rsidRDefault="00FF4BAA" w:rsidP="00FF4BAA">
            <w:pPr>
              <w:rPr>
                <w:rFonts w:ascii="Times New Roman" w:hAnsi="Times New Roman" w:cs="Times New Roman"/>
                <w:b/>
                <w:bCs/>
                <w:sz w:val="20"/>
                <w:szCs w:val="20"/>
              </w:rPr>
            </w:pPr>
            <w:r w:rsidRPr="00531DDD">
              <w:rPr>
                <w:rFonts w:ascii="Times New Roman" w:hAnsi="Times New Roman" w:cs="Times New Roman"/>
                <w:sz w:val="20"/>
                <w:szCs w:val="20"/>
              </w:rPr>
              <w:t>0.22</w:t>
            </w:r>
          </w:p>
        </w:tc>
        <w:tc>
          <w:tcPr>
            <w:tcW w:w="519" w:type="pct"/>
            <w:tcBorders>
              <w:bottom w:val="single" w:sz="4" w:space="0" w:color="auto"/>
            </w:tcBorders>
            <w:vAlign w:val="bottom"/>
          </w:tcPr>
          <w:p w14:paraId="4E985B57" w14:textId="4E9ADC8E" w:rsidR="00FF4BAA" w:rsidRPr="00531DDD" w:rsidRDefault="00FF4BAA" w:rsidP="00FF4BAA">
            <w:pPr>
              <w:rPr>
                <w:rFonts w:ascii="Times New Roman" w:hAnsi="Times New Roman" w:cs="Times New Roman"/>
                <w:sz w:val="20"/>
                <w:szCs w:val="20"/>
              </w:rPr>
            </w:pPr>
            <w:r w:rsidRPr="00531DDD">
              <w:rPr>
                <w:rFonts w:ascii="Times New Roman" w:hAnsi="Times New Roman" w:cs="Times New Roman"/>
                <w:sz w:val="20"/>
                <w:szCs w:val="20"/>
              </w:rPr>
              <w:t>0.06</w:t>
            </w:r>
          </w:p>
        </w:tc>
      </w:tr>
      <w:tr w:rsidR="00FF4BAA" w:rsidRPr="00015D37" w14:paraId="3B3F14B9" w14:textId="77777777" w:rsidTr="00F44CF6">
        <w:trPr>
          <w:trHeight w:val="368"/>
        </w:trPr>
        <w:tc>
          <w:tcPr>
            <w:tcW w:w="5000" w:type="pct"/>
            <w:gridSpan w:val="11"/>
            <w:tcBorders>
              <w:top w:val="single" w:sz="4" w:space="0" w:color="auto"/>
            </w:tcBorders>
          </w:tcPr>
          <w:p w14:paraId="605F1896" w14:textId="77777777" w:rsidR="00FF4BAA" w:rsidRPr="008B0022" w:rsidRDefault="00FF4BAA" w:rsidP="00FF4BAA">
            <w:pPr>
              <w:rPr>
                <w:rFonts w:ascii="Times New Roman" w:hAnsi="Times New Roman" w:cs="Times New Roman"/>
                <w:color w:val="000000"/>
                <w:sz w:val="20"/>
                <w:szCs w:val="20"/>
              </w:rPr>
            </w:pPr>
            <w:r w:rsidRPr="00EE742A">
              <w:rPr>
                <w:rFonts w:ascii="Times New Roman" w:hAnsi="Times New Roman" w:cs="Times New Roman"/>
                <w:i/>
                <w:iCs/>
                <w:sz w:val="20"/>
                <w:szCs w:val="20"/>
              </w:rPr>
              <w:t>Note</w:t>
            </w:r>
            <w:r w:rsidRPr="006E0584">
              <w:rPr>
                <w:rFonts w:ascii="Times New Roman" w:hAnsi="Times New Roman" w:cs="Times New Roman"/>
                <w:sz w:val="20"/>
                <w:szCs w:val="20"/>
              </w:rPr>
              <w:t>. Loading</w:t>
            </w:r>
            <w:r>
              <w:rPr>
                <w:rFonts w:ascii="Times New Roman" w:hAnsi="Times New Roman" w:cs="Times New Roman"/>
                <w:sz w:val="20"/>
                <w:szCs w:val="20"/>
              </w:rPr>
              <w:t>s</w:t>
            </w:r>
            <w:r w:rsidRPr="006E0584">
              <w:rPr>
                <w:rFonts w:ascii="Times New Roman" w:hAnsi="Times New Roman" w:cs="Times New Roman"/>
                <w:sz w:val="20"/>
                <w:szCs w:val="20"/>
              </w:rPr>
              <w:t xml:space="preserve"> </w:t>
            </w:r>
            <w:r w:rsidRPr="0005724F">
              <w:rPr>
                <w:rFonts w:ascii="Times New Roman" w:hAnsi="Times New Roman" w:cs="Times New Roman"/>
                <w:sz w:val="20"/>
                <w:szCs w:val="20"/>
              </w:rPr>
              <w:t>≥ |.30|</w:t>
            </w:r>
            <w:r w:rsidRPr="006E0584">
              <w:rPr>
                <w:rFonts w:ascii="Times New Roman" w:hAnsi="Times New Roman" w:cs="Times New Roman"/>
                <w:sz w:val="20"/>
                <w:szCs w:val="20"/>
              </w:rPr>
              <w:t xml:space="preserve"> are bolded</w:t>
            </w:r>
            <w:r>
              <w:rPr>
                <w:rFonts w:ascii="Times New Roman" w:hAnsi="Times New Roman" w:cs="Times New Roman"/>
                <w:sz w:val="20"/>
                <w:szCs w:val="20"/>
              </w:rPr>
              <w:t>.</w:t>
            </w:r>
          </w:p>
        </w:tc>
      </w:tr>
    </w:tbl>
    <w:p w14:paraId="764381E2" w14:textId="77777777" w:rsidR="00F27227" w:rsidRDefault="00F27227"/>
    <w:p w14:paraId="6181235F" w14:textId="77777777" w:rsidR="007E3834" w:rsidRDefault="007E3834"/>
    <w:p w14:paraId="7FF17381" w14:textId="77777777" w:rsidR="007E3834" w:rsidRDefault="007E3834"/>
    <w:p w14:paraId="45652FAB" w14:textId="77777777" w:rsidR="007E3834" w:rsidRDefault="007E3834"/>
    <w:p w14:paraId="6E43D6AD" w14:textId="77777777" w:rsidR="007E3834" w:rsidRDefault="007E3834"/>
    <w:p w14:paraId="0FA7FA3C" w14:textId="77777777" w:rsidR="007E3834" w:rsidRDefault="007E3834"/>
    <w:p w14:paraId="375E85CF" w14:textId="77777777" w:rsidR="007E3834" w:rsidRDefault="007E3834">
      <w:pPr>
        <w:sectPr w:rsidR="007E3834" w:rsidSect="00AC42E3">
          <w:pgSz w:w="15840" w:h="12226" w:orient="landscape"/>
          <w:pgMar w:top="1440" w:right="1440" w:bottom="1440" w:left="2880" w:header="720" w:footer="720" w:gutter="0"/>
          <w:cols w:space="720"/>
          <w:docGrid w:linePitch="360"/>
        </w:sectPr>
      </w:pPr>
    </w:p>
    <w:tbl>
      <w:tblPr>
        <w:tblpPr w:leftFromText="180" w:rightFromText="180" w:vertAnchor="text" w:horzAnchor="margin" w:tblpY="-1439"/>
        <w:tblW w:w="11556" w:type="dxa"/>
        <w:tblLook w:val="04A0" w:firstRow="1" w:lastRow="0" w:firstColumn="1" w:lastColumn="0" w:noHBand="0" w:noVBand="1"/>
      </w:tblPr>
      <w:tblGrid>
        <w:gridCol w:w="1979"/>
        <w:gridCol w:w="1101"/>
        <w:gridCol w:w="975"/>
        <w:gridCol w:w="887"/>
        <w:gridCol w:w="916"/>
        <w:gridCol w:w="1139"/>
        <w:gridCol w:w="887"/>
        <w:gridCol w:w="939"/>
        <w:gridCol w:w="1483"/>
        <w:gridCol w:w="1250"/>
      </w:tblGrid>
      <w:tr w:rsidR="00462317" w:rsidRPr="00CB6B8D" w14:paraId="77DC7C45" w14:textId="77777777" w:rsidTr="00462317">
        <w:trPr>
          <w:trHeight w:val="702"/>
        </w:trPr>
        <w:tc>
          <w:tcPr>
            <w:tcW w:w="11556" w:type="dxa"/>
            <w:gridSpan w:val="10"/>
            <w:tcBorders>
              <w:left w:val="nil"/>
              <w:bottom w:val="single" w:sz="4" w:space="0" w:color="auto"/>
            </w:tcBorders>
            <w:vAlign w:val="center"/>
          </w:tcPr>
          <w:p w14:paraId="05879650" w14:textId="77777777" w:rsidR="00462317" w:rsidRPr="00CB6B8D" w:rsidRDefault="00462317" w:rsidP="00462317">
            <w:pPr>
              <w:rPr>
                <w:rFonts w:ascii="Times New Roman" w:hAnsi="Times New Roman" w:cs="Times New Roman"/>
                <w:b/>
                <w:bCs/>
                <w:color w:val="000000" w:themeColor="text1"/>
                <w:sz w:val="22"/>
                <w:szCs w:val="22"/>
              </w:rPr>
            </w:pPr>
            <w:r w:rsidRPr="00CB6B8D">
              <w:rPr>
                <w:rFonts w:ascii="Times New Roman" w:hAnsi="Times New Roman" w:cs="Times New Roman"/>
                <w:b/>
                <w:bCs/>
                <w:color w:val="000000" w:themeColor="text1"/>
                <w:sz w:val="22"/>
                <w:szCs w:val="22"/>
              </w:rPr>
              <w:lastRenderedPageBreak/>
              <w:t>Table S13</w:t>
            </w:r>
          </w:p>
          <w:p w14:paraId="3D9E2ACB" w14:textId="63EC62E9" w:rsidR="00462317" w:rsidRPr="00CB6B8D" w:rsidRDefault="00B14F60" w:rsidP="00462317">
            <w:pPr>
              <w:rPr>
                <w:rFonts w:ascii="Times New Roman" w:eastAsia="Times New Roman" w:hAnsi="Times New Roman" w:cs="Times New Roman"/>
                <w:color w:val="000000"/>
                <w:kern w:val="0"/>
                <w:sz w:val="20"/>
                <w:szCs w:val="20"/>
                <w14:ligatures w14:val="none"/>
              </w:rPr>
            </w:pPr>
            <w:proofErr w:type="spellStart"/>
            <w:r>
              <w:rPr>
                <w:rFonts w:ascii="Times New Roman" w:hAnsi="Times New Roman" w:cs="Times New Roman"/>
                <w:i/>
                <w:iCs/>
                <w:color w:val="000000" w:themeColor="text1"/>
                <w:sz w:val="22"/>
                <w:szCs w:val="22"/>
              </w:rPr>
              <w:t>HiTOP</w:t>
            </w:r>
            <w:proofErr w:type="spellEnd"/>
            <w:r>
              <w:rPr>
                <w:rFonts w:ascii="Times New Roman" w:hAnsi="Times New Roman" w:cs="Times New Roman"/>
                <w:i/>
                <w:iCs/>
                <w:color w:val="000000" w:themeColor="text1"/>
                <w:sz w:val="22"/>
                <w:szCs w:val="22"/>
              </w:rPr>
              <w:t>-SR</w:t>
            </w:r>
            <w:r w:rsidR="00462317" w:rsidRPr="00CB6B8D">
              <w:rPr>
                <w:rFonts w:ascii="Times New Roman" w:hAnsi="Times New Roman" w:cs="Times New Roman"/>
                <w:i/>
                <w:iCs/>
                <w:color w:val="000000" w:themeColor="text1"/>
                <w:sz w:val="22"/>
                <w:szCs w:val="22"/>
              </w:rPr>
              <w:t xml:space="preserve"> Scale Correlations with Daily Experience/Behavior and Social Interaction Outcomes</w:t>
            </w:r>
          </w:p>
        </w:tc>
      </w:tr>
      <w:tr w:rsidR="00462317" w:rsidRPr="00CB6B8D" w14:paraId="0913BB56" w14:textId="77777777" w:rsidTr="00462317">
        <w:trPr>
          <w:trHeight w:val="540"/>
        </w:trPr>
        <w:tc>
          <w:tcPr>
            <w:tcW w:w="1979" w:type="dxa"/>
            <w:tcBorders>
              <w:top w:val="single" w:sz="4" w:space="0" w:color="auto"/>
              <w:left w:val="nil"/>
              <w:bottom w:val="single" w:sz="4" w:space="0" w:color="auto"/>
            </w:tcBorders>
          </w:tcPr>
          <w:p w14:paraId="60984AB1" w14:textId="2A36DBB5" w:rsidR="00462317" w:rsidRPr="00CB6B8D" w:rsidRDefault="00B14F60" w:rsidP="00462317">
            <w:pPr>
              <w:jc w:val="center"/>
              <w:rPr>
                <w:rFonts w:ascii="Times New Roman" w:eastAsia="Times New Roman" w:hAnsi="Times New Roman" w:cs="Times New Roman"/>
                <w:color w:val="000000"/>
                <w:kern w:val="0"/>
                <w:sz w:val="20"/>
                <w:szCs w:val="20"/>
                <w14:ligatures w14:val="none"/>
              </w:rPr>
            </w:pPr>
            <w:proofErr w:type="spellStart"/>
            <w:r>
              <w:rPr>
                <w:rFonts w:ascii="Times New Roman" w:hAnsi="Times New Roman" w:cs="Times New Roman"/>
                <w:sz w:val="20"/>
                <w:szCs w:val="20"/>
              </w:rPr>
              <w:t>HiTOP</w:t>
            </w:r>
            <w:proofErr w:type="spellEnd"/>
            <w:r>
              <w:rPr>
                <w:rFonts w:ascii="Times New Roman" w:hAnsi="Times New Roman" w:cs="Times New Roman"/>
                <w:sz w:val="20"/>
                <w:szCs w:val="20"/>
              </w:rPr>
              <w:t>-SR</w:t>
            </w:r>
            <w:r w:rsidR="00462317" w:rsidRPr="00CB6B8D">
              <w:rPr>
                <w:rFonts w:ascii="Times New Roman" w:hAnsi="Times New Roman" w:cs="Times New Roman"/>
                <w:sz w:val="20"/>
                <w:szCs w:val="20"/>
              </w:rPr>
              <w:t xml:space="preserve"> Scale</w:t>
            </w:r>
          </w:p>
        </w:tc>
        <w:tc>
          <w:tcPr>
            <w:tcW w:w="5905" w:type="dxa"/>
            <w:gridSpan w:val="6"/>
            <w:tcBorders>
              <w:top w:val="single" w:sz="4" w:space="0" w:color="auto"/>
              <w:bottom w:val="single" w:sz="4" w:space="0" w:color="auto"/>
            </w:tcBorders>
          </w:tcPr>
          <w:p w14:paraId="4D764A3B" w14:textId="77777777" w:rsidR="00462317" w:rsidRPr="00CB6B8D" w:rsidRDefault="00462317" w:rsidP="00462317">
            <w:pPr>
              <w:jc w:val="center"/>
              <w:rPr>
                <w:rFonts w:ascii="Times New Roman" w:eastAsia="Times New Roman" w:hAnsi="Times New Roman" w:cs="Times New Roman"/>
                <w:color w:val="000000"/>
                <w:kern w:val="0"/>
                <w:sz w:val="20"/>
                <w:szCs w:val="20"/>
                <w14:ligatures w14:val="none"/>
              </w:rPr>
            </w:pPr>
            <w:r w:rsidRPr="00CB6B8D">
              <w:rPr>
                <w:rFonts w:ascii="Times New Roman" w:hAnsi="Times New Roman" w:cs="Times New Roman"/>
                <w:sz w:val="20"/>
                <w:szCs w:val="20"/>
              </w:rPr>
              <w:t>Daily Experience and Behavior Outcomes</w:t>
            </w:r>
          </w:p>
        </w:tc>
        <w:tc>
          <w:tcPr>
            <w:tcW w:w="3672" w:type="dxa"/>
            <w:gridSpan w:val="3"/>
            <w:tcBorders>
              <w:top w:val="single" w:sz="4" w:space="0" w:color="auto"/>
              <w:bottom w:val="single" w:sz="4" w:space="0" w:color="auto"/>
            </w:tcBorders>
          </w:tcPr>
          <w:p w14:paraId="4E0AA2C8" w14:textId="77777777" w:rsidR="00462317" w:rsidRPr="00CB6B8D" w:rsidRDefault="00462317" w:rsidP="00462317">
            <w:pPr>
              <w:jc w:val="center"/>
              <w:rPr>
                <w:rFonts w:ascii="Times New Roman" w:eastAsia="Times New Roman" w:hAnsi="Times New Roman" w:cs="Times New Roman"/>
                <w:color w:val="000000"/>
                <w:kern w:val="0"/>
                <w:sz w:val="20"/>
                <w:szCs w:val="20"/>
                <w14:ligatures w14:val="none"/>
              </w:rPr>
            </w:pPr>
            <w:r w:rsidRPr="00CB6B8D">
              <w:rPr>
                <w:rFonts w:ascii="Times New Roman" w:hAnsi="Times New Roman" w:cs="Times New Roman"/>
                <w:sz w:val="20"/>
                <w:szCs w:val="20"/>
              </w:rPr>
              <w:t>Social Interaction Outcomes</w:t>
            </w:r>
          </w:p>
        </w:tc>
      </w:tr>
      <w:tr w:rsidR="00462317" w:rsidRPr="00CB6B8D" w14:paraId="6804A386" w14:textId="77777777" w:rsidTr="00462317">
        <w:trPr>
          <w:trHeight w:val="840"/>
        </w:trPr>
        <w:tc>
          <w:tcPr>
            <w:tcW w:w="1979" w:type="dxa"/>
            <w:tcBorders>
              <w:top w:val="single" w:sz="4" w:space="0" w:color="auto"/>
              <w:left w:val="nil"/>
              <w:bottom w:val="nil"/>
              <w:right w:val="nil"/>
            </w:tcBorders>
            <w:vAlign w:val="center"/>
            <w:hideMark/>
          </w:tcPr>
          <w:p w14:paraId="55067C33" w14:textId="77777777" w:rsidR="00462317" w:rsidRPr="0016389C" w:rsidRDefault="00462317" w:rsidP="00462317">
            <w:pPr>
              <w:rPr>
                <w:rFonts w:ascii="Times New Roman" w:eastAsia="Times New Roman" w:hAnsi="Times New Roman" w:cs="Times New Roman"/>
                <w:kern w:val="0"/>
                <w14:ligatures w14:val="none"/>
              </w:rPr>
            </w:pPr>
          </w:p>
        </w:tc>
        <w:tc>
          <w:tcPr>
            <w:tcW w:w="1101" w:type="dxa"/>
            <w:tcBorders>
              <w:top w:val="single" w:sz="4" w:space="0" w:color="auto"/>
              <w:left w:val="nil"/>
              <w:bottom w:val="nil"/>
              <w:right w:val="nil"/>
            </w:tcBorders>
            <w:vAlign w:val="center"/>
            <w:hideMark/>
          </w:tcPr>
          <w:p w14:paraId="74D7A5F0"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Negative affect</w:t>
            </w:r>
          </w:p>
        </w:tc>
        <w:tc>
          <w:tcPr>
            <w:tcW w:w="975" w:type="dxa"/>
            <w:tcBorders>
              <w:top w:val="single" w:sz="4" w:space="0" w:color="auto"/>
              <w:left w:val="nil"/>
              <w:bottom w:val="nil"/>
              <w:right w:val="nil"/>
            </w:tcBorders>
            <w:vAlign w:val="center"/>
            <w:hideMark/>
          </w:tcPr>
          <w:p w14:paraId="1005DA3B"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Positive affect</w:t>
            </w:r>
          </w:p>
        </w:tc>
        <w:tc>
          <w:tcPr>
            <w:tcW w:w="887" w:type="dxa"/>
            <w:tcBorders>
              <w:top w:val="single" w:sz="4" w:space="0" w:color="auto"/>
              <w:left w:val="nil"/>
              <w:bottom w:val="nil"/>
              <w:right w:val="nil"/>
            </w:tcBorders>
            <w:vAlign w:val="center"/>
            <w:hideMark/>
          </w:tcPr>
          <w:p w14:paraId="4B91CE71"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Energy</w:t>
            </w:r>
          </w:p>
        </w:tc>
        <w:tc>
          <w:tcPr>
            <w:tcW w:w="916" w:type="dxa"/>
            <w:tcBorders>
              <w:top w:val="single" w:sz="4" w:space="0" w:color="auto"/>
              <w:left w:val="nil"/>
              <w:bottom w:val="nil"/>
              <w:right w:val="nil"/>
            </w:tcBorders>
            <w:vAlign w:val="center"/>
            <w:hideMark/>
          </w:tcPr>
          <w:p w14:paraId="33A9AA0E"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Stress</w:t>
            </w:r>
          </w:p>
        </w:tc>
        <w:tc>
          <w:tcPr>
            <w:tcW w:w="1139" w:type="dxa"/>
            <w:tcBorders>
              <w:top w:val="single" w:sz="4" w:space="0" w:color="auto"/>
              <w:left w:val="nil"/>
              <w:bottom w:val="nil"/>
              <w:right w:val="nil"/>
            </w:tcBorders>
            <w:vAlign w:val="center"/>
            <w:hideMark/>
          </w:tcPr>
          <w:p w14:paraId="0EEDAF3C"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Impulsivity</w:t>
            </w:r>
          </w:p>
        </w:tc>
        <w:tc>
          <w:tcPr>
            <w:tcW w:w="887" w:type="dxa"/>
            <w:tcBorders>
              <w:top w:val="single" w:sz="4" w:space="0" w:color="auto"/>
              <w:left w:val="nil"/>
              <w:bottom w:val="nil"/>
              <w:right w:val="nil"/>
            </w:tcBorders>
            <w:vAlign w:val="center"/>
            <w:hideMark/>
          </w:tcPr>
          <w:p w14:paraId="4F684399"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Sleep quality</w:t>
            </w:r>
          </w:p>
        </w:tc>
        <w:tc>
          <w:tcPr>
            <w:tcW w:w="939" w:type="dxa"/>
            <w:tcBorders>
              <w:top w:val="single" w:sz="4" w:space="0" w:color="auto"/>
              <w:left w:val="nil"/>
              <w:bottom w:val="nil"/>
              <w:right w:val="nil"/>
            </w:tcBorders>
            <w:vAlign w:val="center"/>
            <w:hideMark/>
          </w:tcPr>
          <w:p w14:paraId="6DF62443"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Empathy</w:t>
            </w:r>
          </w:p>
        </w:tc>
        <w:tc>
          <w:tcPr>
            <w:tcW w:w="1483" w:type="dxa"/>
            <w:tcBorders>
              <w:top w:val="single" w:sz="4" w:space="0" w:color="auto"/>
              <w:left w:val="nil"/>
              <w:bottom w:val="nil"/>
              <w:right w:val="nil"/>
            </w:tcBorders>
            <w:vAlign w:val="center"/>
            <w:hideMark/>
          </w:tcPr>
          <w:p w14:paraId="16DA1CD2"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Dominance - Submissiveness</w:t>
            </w:r>
          </w:p>
        </w:tc>
        <w:tc>
          <w:tcPr>
            <w:tcW w:w="1250" w:type="dxa"/>
            <w:tcBorders>
              <w:top w:val="single" w:sz="4" w:space="0" w:color="auto"/>
              <w:left w:val="nil"/>
              <w:bottom w:val="nil"/>
              <w:right w:val="nil"/>
            </w:tcBorders>
            <w:vAlign w:val="center"/>
            <w:hideMark/>
          </w:tcPr>
          <w:p w14:paraId="48906F24" w14:textId="77777777" w:rsidR="00462317" w:rsidRPr="0016389C" w:rsidRDefault="00462317" w:rsidP="00462317">
            <w:pPr>
              <w:jc w:val="cente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Agreeable - Quarrelsome</w:t>
            </w:r>
          </w:p>
        </w:tc>
      </w:tr>
      <w:tr w:rsidR="00462317" w:rsidRPr="00CB6B8D" w14:paraId="6CA410DF" w14:textId="77777777" w:rsidTr="00462317">
        <w:trPr>
          <w:trHeight w:val="320"/>
        </w:trPr>
        <w:tc>
          <w:tcPr>
            <w:tcW w:w="1979" w:type="dxa"/>
            <w:tcBorders>
              <w:top w:val="nil"/>
              <w:left w:val="nil"/>
              <w:bottom w:val="nil"/>
              <w:right w:val="nil"/>
            </w:tcBorders>
            <w:vAlign w:val="center"/>
            <w:hideMark/>
          </w:tcPr>
          <w:p w14:paraId="150237A8"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Affective Lability</w:t>
            </w:r>
          </w:p>
        </w:tc>
        <w:tc>
          <w:tcPr>
            <w:tcW w:w="1101" w:type="dxa"/>
            <w:tcBorders>
              <w:top w:val="nil"/>
              <w:left w:val="nil"/>
              <w:bottom w:val="nil"/>
              <w:right w:val="nil"/>
            </w:tcBorders>
            <w:vAlign w:val="center"/>
            <w:hideMark/>
          </w:tcPr>
          <w:p w14:paraId="111DD1B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975" w:type="dxa"/>
            <w:tcBorders>
              <w:top w:val="nil"/>
              <w:left w:val="nil"/>
              <w:bottom w:val="nil"/>
              <w:right w:val="nil"/>
            </w:tcBorders>
            <w:vAlign w:val="center"/>
            <w:hideMark/>
          </w:tcPr>
          <w:p w14:paraId="40024CD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887" w:type="dxa"/>
            <w:tcBorders>
              <w:top w:val="nil"/>
              <w:left w:val="nil"/>
              <w:bottom w:val="nil"/>
              <w:right w:val="nil"/>
            </w:tcBorders>
            <w:vAlign w:val="center"/>
            <w:hideMark/>
          </w:tcPr>
          <w:p w14:paraId="334AB04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916" w:type="dxa"/>
            <w:tcBorders>
              <w:top w:val="nil"/>
              <w:left w:val="nil"/>
              <w:bottom w:val="nil"/>
              <w:right w:val="nil"/>
            </w:tcBorders>
            <w:vAlign w:val="center"/>
            <w:hideMark/>
          </w:tcPr>
          <w:p w14:paraId="53590A9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1139" w:type="dxa"/>
            <w:tcBorders>
              <w:top w:val="nil"/>
              <w:left w:val="nil"/>
              <w:bottom w:val="nil"/>
              <w:right w:val="nil"/>
            </w:tcBorders>
            <w:vAlign w:val="center"/>
            <w:hideMark/>
          </w:tcPr>
          <w:p w14:paraId="19F79C7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887" w:type="dxa"/>
            <w:tcBorders>
              <w:top w:val="nil"/>
              <w:left w:val="nil"/>
              <w:bottom w:val="nil"/>
              <w:right w:val="nil"/>
            </w:tcBorders>
            <w:vAlign w:val="center"/>
            <w:hideMark/>
          </w:tcPr>
          <w:p w14:paraId="4B3B679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39" w:type="dxa"/>
            <w:tcBorders>
              <w:top w:val="nil"/>
              <w:left w:val="nil"/>
              <w:bottom w:val="nil"/>
              <w:right w:val="nil"/>
            </w:tcBorders>
            <w:vAlign w:val="center"/>
            <w:hideMark/>
          </w:tcPr>
          <w:p w14:paraId="4102C3B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221AD02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79AFE9A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62317" w:rsidRPr="00CB6B8D" w14:paraId="5B546268" w14:textId="77777777" w:rsidTr="00462317">
        <w:trPr>
          <w:trHeight w:val="320"/>
        </w:trPr>
        <w:tc>
          <w:tcPr>
            <w:tcW w:w="1979" w:type="dxa"/>
            <w:tcBorders>
              <w:top w:val="nil"/>
              <w:left w:val="nil"/>
              <w:bottom w:val="nil"/>
              <w:right w:val="nil"/>
            </w:tcBorders>
            <w:vAlign w:val="center"/>
            <w:hideMark/>
          </w:tcPr>
          <w:p w14:paraId="6D282D6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Agoraphobia</w:t>
            </w:r>
          </w:p>
        </w:tc>
        <w:tc>
          <w:tcPr>
            <w:tcW w:w="1101" w:type="dxa"/>
            <w:tcBorders>
              <w:top w:val="nil"/>
              <w:left w:val="nil"/>
              <w:bottom w:val="nil"/>
              <w:right w:val="nil"/>
            </w:tcBorders>
            <w:vAlign w:val="center"/>
            <w:hideMark/>
          </w:tcPr>
          <w:p w14:paraId="3963968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975" w:type="dxa"/>
            <w:tcBorders>
              <w:top w:val="nil"/>
              <w:left w:val="nil"/>
              <w:bottom w:val="nil"/>
              <w:right w:val="nil"/>
            </w:tcBorders>
            <w:vAlign w:val="center"/>
            <w:hideMark/>
          </w:tcPr>
          <w:p w14:paraId="3C926A1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887" w:type="dxa"/>
            <w:tcBorders>
              <w:top w:val="nil"/>
              <w:left w:val="nil"/>
              <w:bottom w:val="nil"/>
              <w:right w:val="nil"/>
            </w:tcBorders>
            <w:vAlign w:val="center"/>
            <w:hideMark/>
          </w:tcPr>
          <w:p w14:paraId="57FE002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16" w:type="dxa"/>
            <w:tcBorders>
              <w:top w:val="nil"/>
              <w:left w:val="nil"/>
              <w:bottom w:val="nil"/>
              <w:right w:val="nil"/>
            </w:tcBorders>
            <w:vAlign w:val="center"/>
            <w:hideMark/>
          </w:tcPr>
          <w:p w14:paraId="4657B5C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1139" w:type="dxa"/>
            <w:tcBorders>
              <w:top w:val="nil"/>
              <w:left w:val="nil"/>
              <w:bottom w:val="nil"/>
              <w:right w:val="nil"/>
            </w:tcBorders>
            <w:vAlign w:val="center"/>
            <w:hideMark/>
          </w:tcPr>
          <w:p w14:paraId="2DE63BB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887" w:type="dxa"/>
            <w:tcBorders>
              <w:top w:val="nil"/>
              <w:left w:val="nil"/>
              <w:bottom w:val="nil"/>
              <w:right w:val="nil"/>
            </w:tcBorders>
            <w:vAlign w:val="center"/>
            <w:hideMark/>
          </w:tcPr>
          <w:p w14:paraId="748D7E7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939" w:type="dxa"/>
            <w:tcBorders>
              <w:top w:val="nil"/>
              <w:left w:val="nil"/>
              <w:bottom w:val="nil"/>
              <w:right w:val="nil"/>
            </w:tcBorders>
            <w:vAlign w:val="center"/>
            <w:hideMark/>
          </w:tcPr>
          <w:p w14:paraId="7339BB2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483" w:type="dxa"/>
            <w:tcBorders>
              <w:top w:val="nil"/>
              <w:left w:val="nil"/>
              <w:bottom w:val="nil"/>
              <w:right w:val="nil"/>
            </w:tcBorders>
            <w:vAlign w:val="center"/>
            <w:hideMark/>
          </w:tcPr>
          <w:p w14:paraId="08CCAC4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250" w:type="dxa"/>
            <w:tcBorders>
              <w:top w:val="nil"/>
              <w:left w:val="nil"/>
              <w:bottom w:val="nil"/>
              <w:right w:val="nil"/>
            </w:tcBorders>
            <w:vAlign w:val="center"/>
            <w:hideMark/>
          </w:tcPr>
          <w:p w14:paraId="2EFA81D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r>
      <w:tr w:rsidR="00462317" w:rsidRPr="00CB6B8D" w14:paraId="6A646DA9" w14:textId="77777777" w:rsidTr="00462317">
        <w:trPr>
          <w:trHeight w:val="320"/>
        </w:trPr>
        <w:tc>
          <w:tcPr>
            <w:tcW w:w="1979" w:type="dxa"/>
            <w:tcBorders>
              <w:top w:val="nil"/>
              <w:left w:val="nil"/>
              <w:bottom w:val="nil"/>
              <w:right w:val="nil"/>
            </w:tcBorders>
            <w:vAlign w:val="center"/>
            <w:hideMark/>
          </w:tcPr>
          <w:p w14:paraId="234DB65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Angry Hostility</w:t>
            </w:r>
          </w:p>
        </w:tc>
        <w:tc>
          <w:tcPr>
            <w:tcW w:w="1101" w:type="dxa"/>
            <w:tcBorders>
              <w:top w:val="nil"/>
              <w:left w:val="nil"/>
              <w:bottom w:val="nil"/>
              <w:right w:val="nil"/>
            </w:tcBorders>
            <w:vAlign w:val="center"/>
            <w:hideMark/>
          </w:tcPr>
          <w:p w14:paraId="7759E2A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975" w:type="dxa"/>
            <w:tcBorders>
              <w:top w:val="nil"/>
              <w:left w:val="nil"/>
              <w:bottom w:val="nil"/>
              <w:right w:val="nil"/>
            </w:tcBorders>
            <w:vAlign w:val="center"/>
            <w:hideMark/>
          </w:tcPr>
          <w:p w14:paraId="4E59FF5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887" w:type="dxa"/>
            <w:tcBorders>
              <w:top w:val="nil"/>
              <w:left w:val="nil"/>
              <w:bottom w:val="nil"/>
              <w:right w:val="nil"/>
            </w:tcBorders>
            <w:vAlign w:val="center"/>
            <w:hideMark/>
          </w:tcPr>
          <w:p w14:paraId="6DA53CB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16" w:type="dxa"/>
            <w:tcBorders>
              <w:top w:val="nil"/>
              <w:left w:val="nil"/>
              <w:bottom w:val="nil"/>
              <w:right w:val="nil"/>
            </w:tcBorders>
            <w:vAlign w:val="center"/>
            <w:hideMark/>
          </w:tcPr>
          <w:p w14:paraId="7717145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1139" w:type="dxa"/>
            <w:tcBorders>
              <w:top w:val="nil"/>
              <w:left w:val="nil"/>
              <w:bottom w:val="nil"/>
              <w:right w:val="nil"/>
            </w:tcBorders>
            <w:vAlign w:val="center"/>
            <w:hideMark/>
          </w:tcPr>
          <w:p w14:paraId="4B7441F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887" w:type="dxa"/>
            <w:tcBorders>
              <w:top w:val="nil"/>
              <w:left w:val="nil"/>
              <w:bottom w:val="nil"/>
              <w:right w:val="nil"/>
            </w:tcBorders>
            <w:vAlign w:val="center"/>
            <w:hideMark/>
          </w:tcPr>
          <w:p w14:paraId="4613A46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939" w:type="dxa"/>
            <w:tcBorders>
              <w:top w:val="nil"/>
              <w:left w:val="nil"/>
              <w:bottom w:val="nil"/>
              <w:right w:val="nil"/>
            </w:tcBorders>
            <w:vAlign w:val="center"/>
            <w:hideMark/>
          </w:tcPr>
          <w:p w14:paraId="7A95FC8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1483" w:type="dxa"/>
            <w:tcBorders>
              <w:top w:val="nil"/>
              <w:left w:val="nil"/>
              <w:bottom w:val="nil"/>
              <w:right w:val="nil"/>
            </w:tcBorders>
            <w:vAlign w:val="center"/>
            <w:hideMark/>
          </w:tcPr>
          <w:p w14:paraId="6706627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250" w:type="dxa"/>
            <w:tcBorders>
              <w:top w:val="nil"/>
              <w:left w:val="nil"/>
              <w:bottom w:val="nil"/>
              <w:right w:val="nil"/>
            </w:tcBorders>
            <w:vAlign w:val="center"/>
            <w:hideMark/>
          </w:tcPr>
          <w:p w14:paraId="7AFD81A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62317" w:rsidRPr="00CB6B8D" w14:paraId="7597963D" w14:textId="77777777" w:rsidTr="00462317">
        <w:trPr>
          <w:trHeight w:val="320"/>
        </w:trPr>
        <w:tc>
          <w:tcPr>
            <w:tcW w:w="1979" w:type="dxa"/>
            <w:tcBorders>
              <w:top w:val="nil"/>
              <w:left w:val="nil"/>
              <w:bottom w:val="nil"/>
              <w:right w:val="nil"/>
            </w:tcBorders>
            <w:vAlign w:val="center"/>
            <w:hideMark/>
          </w:tcPr>
          <w:p w14:paraId="29CFE5D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Anhedonia</w:t>
            </w:r>
          </w:p>
        </w:tc>
        <w:tc>
          <w:tcPr>
            <w:tcW w:w="1101" w:type="dxa"/>
            <w:tcBorders>
              <w:top w:val="nil"/>
              <w:left w:val="nil"/>
              <w:bottom w:val="nil"/>
              <w:right w:val="nil"/>
            </w:tcBorders>
            <w:vAlign w:val="center"/>
            <w:hideMark/>
          </w:tcPr>
          <w:p w14:paraId="27B1C6E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.45***</w:t>
            </w:r>
          </w:p>
        </w:tc>
        <w:tc>
          <w:tcPr>
            <w:tcW w:w="975" w:type="dxa"/>
            <w:tcBorders>
              <w:top w:val="nil"/>
              <w:left w:val="nil"/>
              <w:bottom w:val="nil"/>
              <w:right w:val="nil"/>
            </w:tcBorders>
            <w:vAlign w:val="center"/>
            <w:hideMark/>
          </w:tcPr>
          <w:p w14:paraId="6A280BD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-.42***</w:t>
            </w:r>
          </w:p>
        </w:tc>
        <w:tc>
          <w:tcPr>
            <w:tcW w:w="887" w:type="dxa"/>
            <w:tcBorders>
              <w:top w:val="nil"/>
              <w:left w:val="nil"/>
              <w:bottom w:val="nil"/>
              <w:right w:val="nil"/>
            </w:tcBorders>
            <w:vAlign w:val="center"/>
            <w:hideMark/>
          </w:tcPr>
          <w:p w14:paraId="1D5B305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916" w:type="dxa"/>
            <w:tcBorders>
              <w:top w:val="nil"/>
              <w:left w:val="nil"/>
              <w:bottom w:val="nil"/>
              <w:right w:val="nil"/>
            </w:tcBorders>
            <w:vAlign w:val="center"/>
            <w:hideMark/>
          </w:tcPr>
          <w:p w14:paraId="4E5A4F6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.38***</w:t>
            </w:r>
          </w:p>
        </w:tc>
        <w:tc>
          <w:tcPr>
            <w:tcW w:w="1139" w:type="dxa"/>
            <w:tcBorders>
              <w:top w:val="nil"/>
              <w:left w:val="nil"/>
              <w:bottom w:val="nil"/>
              <w:right w:val="nil"/>
            </w:tcBorders>
            <w:vAlign w:val="center"/>
            <w:hideMark/>
          </w:tcPr>
          <w:p w14:paraId="79A4D51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438EE54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-.34***</w:t>
            </w:r>
          </w:p>
        </w:tc>
        <w:tc>
          <w:tcPr>
            <w:tcW w:w="939" w:type="dxa"/>
            <w:tcBorders>
              <w:top w:val="nil"/>
              <w:left w:val="nil"/>
              <w:bottom w:val="nil"/>
              <w:right w:val="nil"/>
            </w:tcBorders>
            <w:vAlign w:val="center"/>
            <w:hideMark/>
          </w:tcPr>
          <w:p w14:paraId="5BFF01F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483" w:type="dxa"/>
            <w:tcBorders>
              <w:top w:val="nil"/>
              <w:left w:val="nil"/>
              <w:bottom w:val="nil"/>
              <w:right w:val="nil"/>
            </w:tcBorders>
            <w:vAlign w:val="center"/>
            <w:hideMark/>
          </w:tcPr>
          <w:p w14:paraId="60FABEB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250" w:type="dxa"/>
            <w:tcBorders>
              <w:top w:val="nil"/>
              <w:left w:val="nil"/>
              <w:bottom w:val="nil"/>
              <w:right w:val="nil"/>
            </w:tcBorders>
            <w:vAlign w:val="center"/>
            <w:hideMark/>
          </w:tcPr>
          <w:p w14:paraId="0E733A7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r>
      <w:tr w:rsidR="00462317" w:rsidRPr="00CB6B8D" w14:paraId="5B3FB10E" w14:textId="77777777" w:rsidTr="00462317">
        <w:trPr>
          <w:trHeight w:val="320"/>
        </w:trPr>
        <w:tc>
          <w:tcPr>
            <w:tcW w:w="1979" w:type="dxa"/>
            <w:tcBorders>
              <w:top w:val="nil"/>
              <w:left w:val="nil"/>
              <w:bottom w:val="nil"/>
              <w:right w:val="nil"/>
            </w:tcBorders>
            <w:vAlign w:val="center"/>
            <w:hideMark/>
          </w:tcPr>
          <w:p w14:paraId="536B914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Animal-Insect Phobia</w:t>
            </w:r>
          </w:p>
        </w:tc>
        <w:tc>
          <w:tcPr>
            <w:tcW w:w="1101" w:type="dxa"/>
            <w:tcBorders>
              <w:top w:val="nil"/>
              <w:left w:val="nil"/>
              <w:bottom w:val="nil"/>
              <w:right w:val="nil"/>
            </w:tcBorders>
            <w:vAlign w:val="center"/>
            <w:hideMark/>
          </w:tcPr>
          <w:p w14:paraId="60B1390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975" w:type="dxa"/>
            <w:tcBorders>
              <w:top w:val="nil"/>
              <w:left w:val="nil"/>
              <w:bottom w:val="nil"/>
              <w:right w:val="nil"/>
            </w:tcBorders>
            <w:vAlign w:val="center"/>
            <w:hideMark/>
          </w:tcPr>
          <w:p w14:paraId="09E541B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887" w:type="dxa"/>
            <w:tcBorders>
              <w:top w:val="nil"/>
              <w:left w:val="nil"/>
              <w:bottom w:val="nil"/>
              <w:right w:val="nil"/>
            </w:tcBorders>
            <w:vAlign w:val="center"/>
            <w:hideMark/>
          </w:tcPr>
          <w:p w14:paraId="3B160B1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916" w:type="dxa"/>
            <w:tcBorders>
              <w:top w:val="nil"/>
              <w:left w:val="nil"/>
              <w:bottom w:val="nil"/>
              <w:right w:val="nil"/>
            </w:tcBorders>
            <w:vAlign w:val="center"/>
            <w:hideMark/>
          </w:tcPr>
          <w:p w14:paraId="57B3C7B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1139" w:type="dxa"/>
            <w:tcBorders>
              <w:top w:val="nil"/>
              <w:left w:val="nil"/>
              <w:bottom w:val="nil"/>
              <w:right w:val="nil"/>
            </w:tcBorders>
            <w:vAlign w:val="center"/>
            <w:hideMark/>
          </w:tcPr>
          <w:p w14:paraId="2700D1C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657D930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39" w:type="dxa"/>
            <w:tcBorders>
              <w:top w:val="nil"/>
              <w:left w:val="nil"/>
              <w:bottom w:val="nil"/>
              <w:right w:val="nil"/>
            </w:tcBorders>
            <w:vAlign w:val="center"/>
            <w:hideMark/>
          </w:tcPr>
          <w:p w14:paraId="1D7DEFB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03625BE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1250" w:type="dxa"/>
            <w:tcBorders>
              <w:top w:val="nil"/>
              <w:left w:val="nil"/>
              <w:bottom w:val="nil"/>
              <w:right w:val="nil"/>
            </w:tcBorders>
            <w:vAlign w:val="center"/>
            <w:hideMark/>
          </w:tcPr>
          <w:p w14:paraId="6F6D9D7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62317" w:rsidRPr="00CB6B8D" w14:paraId="0444ED3D" w14:textId="77777777" w:rsidTr="00462317">
        <w:trPr>
          <w:trHeight w:val="320"/>
        </w:trPr>
        <w:tc>
          <w:tcPr>
            <w:tcW w:w="1979" w:type="dxa"/>
            <w:tcBorders>
              <w:top w:val="nil"/>
              <w:left w:val="nil"/>
              <w:bottom w:val="nil"/>
              <w:right w:val="nil"/>
            </w:tcBorders>
            <w:vAlign w:val="center"/>
            <w:hideMark/>
          </w:tcPr>
          <w:p w14:paraId="35784E7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Antisocial Behavior</w:t>
            </w:r>
          </w:p>
        </w:tc>
        <w:tc>
          <w:tcPr>
            <w:tcW w:w="1101" w:type="dxa"/>
            <w:tcBorders>
              <w:top w:val="nil"/>
              <w:left w:val="nil"/>
              <w:bottom w:val="nil"/>
              <w:right w:val="nil"/>
            </w:tcBorders>
            <w:vAlign w:val="center"/>
            <w:hideMark/>
          </w:tcPr>
          <w:p w14:paraId="6366DFA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75" w:type="dxa"/>
            <w:tcBorders>
              <w:top w:val="nil"/>
              <w:left w:val="nil"/>
              <w:bottom w:val="nil"/>
              <w:right w:val="nil"/>
            </w:tcBorders>
            <w:vAlign w:val="center"/>
            <w:hideMark/>
          </w:tcPr>
          <w:p w14:paraId="7C9FF5B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887" w:type="dxa"/>
            <w:tcBorders>
              <w:top w:val="nil"/>
              <w:left w:val="nil"/>
              <w:bottom w:val="nil"/>
              <w:right w:val="nil"/>
            </w:tcBorders>
            <w:vAlign w:val="center"/>
            <w:hideMark/>
          </w:tcPr>
          <w:p w14:paraId="1FA36A9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16" w:type="dxa"/>
            <w:tcBorders>
              <w:top w:val="nil"/>
              <w:left w:val="nil"/>
              <w:bottom w:val="nil"/>
              <w:right w:val="nil"/>
            </w:tcBorders>
            <w:vAlign w:val="center"/>
            <w:hideMark/>
          </w:tcPr>
          <w:p w14:paraId="5B3C0FC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139" w:type="dxa"/>
            <w:tcBorders>
              <w:top w:val="nil"/>
              <w:left w:val="nil"/>
              <w:bottom w:val="nil"/>
              <w:right w:val="nil"/>
            </w:tcBorders>
            <w:vAlign w:val="center"/>
            <w:hideMark/>
          </w:tcPr>
          <w:p w14:paraId="2A35E34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705C745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-.09</w:t>
            </w:r>
          </w:p>
        </w:tc>
        <w:tc>
          <w:tcPr>
            <w:tcW w:w="939" w:type="dxa"/>
            <w:tcBorders>
              <w:top w:val="nil"/>
              <w:left w:val="nil"/>
              <w:bottom w:val="nil"/>
              <w:right w:val="nil"/>
            </w:tcBorders>
            <w:vAlign w:val="center"/>
            <w:hideMark/>
          </w:tcPr>
          <w:p w14:paraId="25E899E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483" w:type="dxa"/>
            <w:tcBorders>
              <w:top w:val="nil"/>
              <w:left w:val="nil"/>
              <w:bottom w:val="nil"/>
              <w:right w:val="nil"/>
            </w:tcBorders>
            <w:vAlign w:val="center"/>
            <w:hideMark/>
          </w:tcPr>
          <w:p w14:paraId="6766154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524A37A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62317" w:rsidRPr="00CB6B8D" w14:paraId="51E4AD77" w14:textId="77777777" w:rsidTr="00462317">
        <w:trPr>
          <w:trHeight w:val="320"/>
        </w:trPr>
        <w:tc>
          <w:tcPr>
            <w:tcW w:w="1979" w:type="dxa"/>
            <w:tcBorders>
              <w:top w:val="nil"/>
              <w:left w:val="nil"/>
              <w:bottom w:val="nil"/>
              <w:right w:val="nil"/>
            </w:tcBorders>
            <w:vAlign w:val="center"/>
            <w:hideMark/>
          </w:tcPr>
          <w:p w14:paraId="634DF72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Anxious Worry</w:t>
            </w:r>
          </w:p>
        </w:tc>
        <w:tc>
          <w:tcPr>
            <w:tcW w:w="1101" w:type="dxa"/>
            <w:tcBorders>
              <w:top w:val="nil"/>
              <w:left w:val="nil"/>
              <w:bottom w:val="nil"/>
              <w:right w:val="nil"/>
            </w:tcBorders>
            <w:vAlign w:val="center"/>
            <w:hideMark/>
          </w:tcPr>
          <w:p w14:paraId="410F83A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.40***</w:t>
            </w:r>
          </w:p>
        </w:tc>
        <w:tc>
          <w:tcPr>
            <w:tcW w:w="975" w:type="dxa"/>
            <w:tcBorders>
              <w:top w:val="nil"/>
              <w:left w:val="nil"/>
              <w:bottom w:val="nil"/>
              <w:right w:val="nil"/>
            </w:tcBorders>
            <w:vAlign w:val="center"/>
            <w:hideMark/>
          </w:tcPr>
          <w:p w14:paraId="0B39D05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-.34***</w:t>
            </w:r>
          </w:p>
        </w:tc>
        <w:tc>
          <w:tcPr>
            <w:tcW w:w="887" w:type="dxa"/>
            <w:tcBorders>
              <w:top w:val="nil"/>
              <w:left w:val="nil"/>
              <w:bottom w:val="nil"/>
              <w:right w:val="nil"/>
            </w:tcBorders>
            <w:vAlign w:val="center"/>
            <w:hideMark/>
          </w:tcPr>
          <w:p w14:paraId="43FA886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916" w:type="dxa"/>
            <w:tcBorders>
              <w:top w:val="nil"/>
              <w:left w:val="nil"/>
              <w:bottom w:val="nil"/>
              <w:right w:val="nil"/>
            </w:tcBorders>
            <w:vAlign w:val="center"/>
            <w:hideMark/>
          </w:tcPr>
          <w:p w14:paraId="7D5089D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.46***</w:t>
            </w:r>
          </w:p>
        </w:tc>
        <w:tc>
          <w:tcPr>
            <w:tcW w:w="1139" w:type="dxa"/>
            <w:tcBorders>
              <w:top w:val="nil"/>
              <w:left w:val="nil"/>
              <w:bottom w:val="nil"/>
              <w:right w:val="nil"/>
            </w:tcBorders>
            <w:vAlign w:val="center"/>
            <w:hideMark/>
          </w:tcPr>
          <w:p w14:paraId="15C62CC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6EB045A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939" w:type="dxa"/>
            <w:tcBorders>
              <w:top w:val="nil"/>
              <w:left w:val="nil"/>
              <w:bottom w:val="nil"/>
              <w:right w:val="nil"/>
            </w:tcBorders>
            <w:vAlign w:val="center"/>
            <w:hideMark/>
          </w:tcPr>
          <w:p w14:paraId="7B6DDBF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409C253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250" w:type="dxa"/>
            <w:tcBorders>
              <w:top w:val="nil"/>
              <w:left w:val="nil"/>
              <w:bottom w:val="nil"/>
              <w:right w:val="nil"/>
            </w:tcBorders>
            <w:vAlign w:val="center"/>
            <w:hideMark/>
          </w:tcPr>
          <w:p w14:paraId="414D69E8"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62317" w:rsidRPr="00CB6B8D" w14:paraId="33415724" w14:textId="77777777" w:rsidTr="00462317">
        <w:trPr>
          <w:trHeight w:val="320"/>
        </w:trPr>
        <w:tc>
          <w:tcPr>
            <w:tcW w:w="1979" w:type="dxa"/>
            <w:tcBorders>
              <w:top w:val="nil"/>
              <w:left w:val="nil"/>
              <w:bottom w:val="nil"/>
              <w:right w:val="nil"/>
            </w:tcBorders>
            <w:vAlign w:val="center"/>
            <w:hideMark/>
          </w:tcPr>
          <w:p w14:paraId="4CDF934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Appetite Loss</w:t>
            </w:r>
          </w:p>
        </w:tc>
        <w:tc>
          <w:tcPr>
            <w:tcW w:w="1101" w:type="dxa"/>
            <w:tcBorders>
              <w:top w:val="nil"/>
              <w:left w:val="nil"/>
              <w:bottom w:val="nil"/>
              <w:right w:val="nil"/>
            </w:tcBorders>
            <w:vAlign w:val="center"/>
            <w:hideMark/>
          </w:tcPr>
          <w:p w14:paraId="382318D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75" w:type="dxa"/>
            <w:tcBorders>
              <w:top w:val="nil"/>
              <w:left w:val="nil"/>
              <w:bottom w:val="nil"/>
              <w:right w:val="nil"/>
            </w:tcBorders>
            <w:vAlign w:val="center"/>
            <w:hideMark/>
          </w:tcPr>
          <w:p w14:paraId="357BB89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887" w:type="dxa"/>
            <w:tcBorders>
              <w:top w:val="nil"/>
              <w:left w:val="nil"/>
              <w:bottom w:val="nil"/>
              <w:right w:val="nil"/>
            </w:tcBorders>
            <w:vAlign w:val="center"/>
            <w:hideMark/>
          </w:tcPr>
          <w:p w14:paraId="6665F25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16" w:type="dxa"/>
            <w:tcBorders>
              <w:top w:val="nil"/>
              <w:left w:val="nil"/>
              <w:bottom w:val="nil"/>
              <w:right w:val="nil"/>
            </w:tcBorders>
            <w:vAlign w:val="center"/>
            <w:hideMark/>
          </w:tcPr>
          <w:p w14:paraId="700FD4B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1139" w:type="dxa"/>
            <w:tcBorders>
              <w:top w:val="nil"/>
              <w:left w:val="nil"/>
              <w:bottom w:val="nil"/>
              <w:right w:val="nil"/>
            </w:tcBorders>
            <w:vAlign w:val="center"/>
            <w:hideMark/>
          </w:tcPr>
          <w:p w14:paraId="2A6159A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887" w:type="dxa"/>
            <w:tcBorders>
              <w:top w:val="nil"/>
              <w:left w:val="nil"/>
              <w:bottom w:val="nil"/>
              <w:right w:val="nil"/>
            </w:tcBorders>
            <w:vAlign w:val="center"/>
            <w:hideMark/>
          </w:tcPr>
          <w:p w14:paraId="73B8892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939" w:type="dxa"/>
            <w:tcBorders>
              <w:top w:val="nil"/>
              <w:left w:val="nil"/>
              <w:bottom w:val="nil"/>
              <w:right w:val="nil"/>
            </w:tcBorders>
            <w:vAlign w:val="center"/>
            <w:hideMark/>
          </w:tcPr>
          <w:p w14:paraId="0973375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483" w:type="dxa"/>
            <w:tcBorders>
              <w:top w:val="nil"/>
              <w:left w:val="nil"/>
              <w:bottom w:val="nil"/>
              <w:right w:val="nil"/>
            </w:tcBorders>
            <w:vAlign w:val="center"/>
            <w:hideMark/>
          </w:tcPr>
          <w:p w14:paraId="241F2D6C"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5B1E44C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62317" w:rsidRPr="00CB6B8D" w14:paraId="689928E6" w14:textId="77777777" w:rsidTr="00462317">
        <w:trPr>
          <w:trHeight w:val="320"/>
        </w:trPr>
        <w:tc>
          <w:tcPr>
            <w:tcW w:w="1979" w:type="dxa"/>
            <w:tcBorders>
              <w:top w:val="nil"/>
              <w:left w:val="nil"/>
              <w:bottom w:val="nil"/>
              <w:right w:val="nil"/>
            </w:tcBorders>
            <w:vAlign w:val="center"/>
            <w:hideMark/>
          </w:tcPr>
          <w:p w14:paraId="6CB8D98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Binge Eating</w:t>
            </w:r>
          </w:p>
        </w:tc>
        <w:tc>
          <w:tcPr>
            <w:tcW w:w="1101" w:type="dxa"/>
            <w:tcBorders>
              <w:top w:val="nil"/>
              <w:left w:val="nil"/>
              <w:bottom w:val="nil"/>
              <w:right w:val="nil"/>
            </w:tcBorders>
            <w:vAlign w:val="center"/>
            <w:hideMark/>
          </w:tcPr>
          <w:p w14:paraId="0A7E7EB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975" w:type="dxa"/>
            <w:tcBorders>
              <w:top w:val="nil"/>
              <w:left w:val="nil"/>
              <w:bottom w:val="nil"/>
              <w:right w:val="nil"/>
            </w:tcBorders>
            <w:vAlign w:val="center"/>
            <w:hideMark/>
          </w:tcPr>
          <w:p w14:paraId="31CF140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703F640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916" w:type="dxa"/>
            <w:tcBorders>
              <w:top w:val="nil"/>
              <w:left w:val="nil"/>
              <w:bottom w:val="nil"/>
              <w:right w:val="nil"/>
            </w:tcBorders>
            <w:vAlign w:val="center"/>
            <w:hideMark/>
          </w:tcPr>
          <w:p w14:paraId="4AEDF99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139" w:type="dxa"/>
            <w:tcBorders>
              <w:top w:val="nil"/>
              <w:left w:val="nil"/>
              <w:bottom w:val="nil"/>
              <w:right w:val="nil"/>
            </w:tcBorders>
            <w:vAlign w:val="center"/>
            <w:hideMark/>
          </w:tcPr>
          <w:p w14:paraId="268D495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887" w:type="dxa"/>
            <w:tcBorders>
              <w:top w:val="nil"/>
              <w:left w:val="nil"/>
              <w:bottom w:val="nil"/>
              <w:right w:val="nil"/>
            </w:tcBorders>
            <w:vAlign w:val="center"/>
            <w:hideMark/>
          </w:tcPr>
          <w:p w14:paraId="154236A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39" w:type="dxa"/>
            <w:tcBorders>
              <w:top w:val="nil"/>
              <w:left w:val="nil"/>
              <w:bottom w:val="nil"/>
              <w:right w:val="nil"/>
            </w:tcBorders>
            <w:vAlign w:val="center"/>
            <w:hideMark/>
          </w:tcPr>
          <w:p w14:paraId="2837DED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483" w:type="dxa"/>
            <w:tcBorders>
              <w:top w:val="nil"/>
              <w:left w:val="nil"/>
              <w:bottom w:val="nil"/>
              <w:right w:val="nil"/>
            </w:tcBorders>
            <w:vAlign w:val="center"/>
            <w:hideMark/>
          </w:tcPr>
          <w:p w14:paraId="026DAC9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4482CA5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r>
      <w:tr w:rsidR="00462317" w:rsidRPr="00CB6B8D" w14:paraId="6B88A9D5" w14:textId="77777777" w:rsidTr="00462317">
        <w:trPr>
          <w:trHeight w:val="320"/>
        </w:trPr>
        <w:tc>
          <w:tcPr>
            <w:tcW w:w="1979" w:type="dxa"/>
            <w:tcBorders>
              <w:top w:val="nil"/>
              <w:left w:val="nil"/>
              <w:bottom w:val="nil"/>
              <w:right w:val="nil"/>
            </w:tcBorders>
            <w:vAlign w:val="center"/>
            <w:hideMark/>
          </w:tcPr>
          <w:p w14:paraId="56C2E05C"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Blood-Injection Phobia</w:t>
            </w:r>
          </w:p>
        </w:tc>
        <w:tc>
          <w:tcPr>
            <w:tcW w:w="1101" w:type="dxa"/>
            <w:tcBorders>
              <w:top w:val="nil"/>
              <w:left w:val="nil"/>
              <w:bottom w:val="nil"/>
              <w:right w:val="nil"/>
            </w:tcBorders>
            <w:vAlign w:val="center"/>
            <w:hideMark/>
          </w:tcPr>
          <w:p w14:paraId="0D261D5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75" w:type="dxa"/>
            <w:tcBorders>
              <w:top w:val="nil"/>
              <w:left w:val="nil"/>
              <w:bottom w:val="nil"/>
              <w:right w:val="nil"/>
            </w:tcBorders>
            <w:vAlign w:val="center"/>
            <w:hideMark/>
          </w:tcPr>
          <w:p w14:paraId="0A40460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5ECA856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16" w:type="dxa"/>
            <w:tcBorders>
              <w:top w:val="nil"/>
              <w:left w:val="nil"/>
              <w:bottom w:val="nil"/>
              <w:right w:val="nil"/>
            </w:tcBorders>
            <w:vAlign w:val="center"/>
            <w:hideMark/>
          </w:tcPr>
          <w:p w14:paraId="1A6DAA7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139" w:type="dxa"/>
            <w:tcBorders>
              <w:top w:val="nil"/>
              <w:left w:val="nil"/>
              <w:bottom w:val="nil"/>
              <w:right w:val="nil"/>
            </w:tcBorders>
            <w:vAlign w:val="center"/>
            <w:hideMark/>
          </w:tcPr>
          <w:p w14:paraId="7C31B1C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887" w:type="dxa"/>
            <w:tcBorders>
              <w:top w:val="nil"/>
              <w:left w:val="nil"/>
              <w:bottom w:val="nil"/>
              <w:right w:val="nil"/>
            </w:tcBorders>
            <w:vAlign w:val="center"/>
            <w:hideMark/>
          </w:tcPr>
          <w:p w14:paraId="197F217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939" w:type="dxa"/>
            <w:tcBorders>
              <w:top w:val="nil"/>
              <w:left w:val="nil"/>
              <w:bottom w:val="nil"/>
              <w:right w:val="nil"/>
            </w:tcBorders>
            <w:vAlign w:val="center"/>
            <w:hideMark/>
          </w:tcPr>
          <w:p w14:paraId="3D33FF8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0EDF302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250" w:type="dxa"/>
            <w:tcBorders>
              <w:top w:val="nil"/>
              <w:left w:val="nil"/>
              <w:bottom w:val="nil"/>
              <w:right w:val="nil"/>
            </w:tcBorders>
            <w:vAlign w:val="center"/>
            <w:hideMark/>
          </w:tcPr>
          <w:p w14:paraId="2346BB3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r>
      <w:tr w:rsidR="00462317" w:rsidRPr="00CB6B8D" w14:paraId="1D84853F" w14:textId="77777777" w:rsidTr="00462317">
        <w:trPr>
          <w:trHeight w:val="320"/>
        </w:trPr>
        <w:tc>
          <w:tcPr>
            <w:tcW w:w="1979" w:type="dxa"/>
            <w:tcBorders>
              <w:top w:val="nil"/>
              <w:left w:val="nil"/>
              <w:bottom w:val="nil"/>
              <w:right w:val="nil"/>
            </w:tcBorders>
            <w:vAlign w:val="center"/>
            <w:hideMark/>
          </w:tcPr>
          <w:p w14:paraId="74E8387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Bodily Distress</w:t>
            </w:r>
          </w:p>
        </w:tc>
        <w:tc>
          <w:tcPr>
            <w:tcW w:w="1101" w:type="dxa"/>
            <w:tcBorders>
              <w:top w:val="nil"/>
              <w:left w:val="nil"/>
              <w:bottom w:val="nil"/>
              <w:right w:val="nil"/>
            </w:tcBorders>
            <w:vAlign w:val="center"/>
            <w:hideMark/>
          </w:tcPr>
          <w:p w14:paraId="0BCA9F8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975" w:type="dxa"/>
            <w:tcBorders>
              <w:top w:val="nil"/>
              <w:left w:val="nil"/>
              <w:bottom w:val="nil"/>
              <w:right w:val="nil"/>
            </w:tcBorders>
            <w:vAlign w:val="center"/>
            <w:hideMark/>
          </w:tcPr>
          <w:p w14:paraId="7756820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887" w:type="dxa"/>
            <w:tcBorders>
              <w:top w:val="nil"/>
              <w:left w:val="nil"/>
              <w:bottom w:val="nil"/>
              <w:right w:val="nil"/>
            </w:tcBorders>
            <w:vAlign w:val="center"/>
            <w:hideMark/>
          </w:tcPr>
          <w:p w14:paraId="4CC69EF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916" w:type="dxa"/>
            <w:tcBorders>
              <w:top w:val="nil"/>
              <w:left w:val="nil"/>
              <w:bottom w:val="nil"/>
              <w:right w:val="nil"/>
            </w:tcBorders>
            <w:vAlign w:val="center"/>
            <w:hideMark/>
          </w:tcPr>
          <w:p w14:paraId="7ACDE09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1139" w:type="dxa"/>
            <w:tcBorders>
              <w:top w:val="nil"/>
              <w:left w:val="nil"/>
              <w:bottom w:val="nil"/>
              <w:right w:val="nil"/>
            </w:tcBorders>
            <w:vAlign w:val="center"/>
            <w:hideMark/>
          </w:tcPr>
          <w:p w14:paraId="472EFAA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70525F5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939" w:type="dxa"/>
            <w:tcBorders>
              <w:top w:val="nil"/>
              <w:left w:val="nil"/>
              <w:bottom w:val="nil"/>
              <w:right w:val="nil"/>
            </w:tcBorders>
            <w:vAlign w:val="center"/>
            <w:hideMark/>
          </w:tcPr>
          <w:p w14:paraId="2320467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283B8C4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250" w:type="dxa"/>
            <w:tcBorders>
              <w:top w:val="nil"/>
              <w:left w:val="nil"/>
              <w:bottom w:val="nil"/>
              <w:right w:val="nil"/>
            </w:tcBorders>
            <w:vAlign w:val="center"/>
            <w:hideMark/>
          </w:tcPr>
          <w:p w14:paraId="0F82871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r>
      <w:tr w:rsidR="00462317" w:rsidRPr="00CB6B8D" w14:paraId="45B85198" w14:textId="77777777" w:rsidTr="00462317">
        <w:trPr>
          <w:trHeight w:val="320"/>
        </w:trPr>
        <w:tc>
          <w:tcPr>
            <w:tcW w:w="1979" w:type="dxa"/>
            <w:tcBorders>
              <w:top w:val="nil"/>
              <w:left w:val="nil"/>
              <w:bottom w:val="nil"/>
              <w:right w:val="nil"/>
            </w:tcBorders>
            <w:vAlign w:val="center"/>
            <w:hideMark/>
          </w:tcPr>
          <w:p w14:paraId="7FF8953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Body Dissatisfaction</w:t>
            </w:r>
          </w:p>
        </w:tc>
        <w:tc>
          <w:tcPr>
            <w:tcW w:w="1101" w:type="dxa"/>
            <w:tcBorders>
              <w:top w:val="nil"/>
              <w:left w:val="nil"/>
              <w:bottom w:val="nil"/>
              <w:right w:val="nil"/>
            </w:tcBorders>
            <w:vAlign w:val="center"/>
            <w:hideMark/>
          </w:tcPr>
          <w:p w14:paraId="7E80EB7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975" w:type="dxa"/>
            <w:tcBorders>
              <w:top w:val="nil"/>
              <w:left w:val="nil"/>
              <w:bottom w:val="nil"/>
              <w:right w:val="nil"/>
            </w:tcBorders>
            <w:vAlign w:val="center"/>
            <w:hideMark/>
          </w:tcPr>
          <w:p w14:paraId="32D7278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0313348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916" w:type="dxa"/>
            <w:tcBorders>
              <w:top w:val="nil"/>
              <w:left w:val="nil"/>
              <w:bottom w:val="nil"/>
              <w:right w:val="nil"/>
            </w:tcBorders>
            <w:vAlign w:val="center"/>
            <w:hideMark/>
          </w:tcPr>
          <w:p w14:paraId="12D3603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1139" w:type="dxa"/>
            <w:tcBorders>
              <w:top w:val="nil"/>
              <w:left w:val="nil"/>
              <w:bottom w:val="nil"/>
              <w:right w:val="nil"/>
            </w:tcBorders>
            <w:vAlign w:val="center"/>
            <w:hideMark/>
          </w:tcPr>
          <w:p w14:paraId="521EB56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887" w:type="dxa"/>
            <w:tcBorders>
              <w:top w:val="nil"/>
              <w:left w:val="nil"/>
              <w:bottom w:val="nil"/>
              <w:right w:val="nil"/>
            </w:tcBorders>
            <w:vAlign w:val="center"/>
            <w:hideMark/>
          </w:tcPr>
          <w:p w14:paraId="7F234E8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939" w:type="dxa"/>
            <w:tcBorders>
              <w:top w:val="nil"/>
              <w:left w:val="nil"/>
              <w:bottom w:val="nil"/>
              <w:right w:val="nil"/>
            </w:tcBorders>
            <w:vAlign w:val="center"/>
            <w:hideMark/>
          </w:tcPr>
          <w:p w14:paraId="088927E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483" w:type="dxa"/>
            <w:tcBorders>
              <w:top w:val="nil"/>
              <w:left w:val="nil"/>
              <w:bottom w:val="nil"/>
              <w:right w:val="nil"/>
            </w:tcBorders>
            <w:vAlign w:val="center"/>
            <w:hideMark/>
          </w:tcPr>
          <w:p w14:paraId="10CD8B7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hideMark/>
          </w:tcPr>
          <w:p w14:paraId="386CEC7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r>
      <w:tr w:rsidR="00462317" w:rsidRPr="00CB6B8D" w14:paraId="14095AB7" w14:textId="77777777" w:rsidTr="00462317">
        <w:trPr>
          <w:trHeight w:val="320"/>
        </w:trPr>
        <w:tc>
          <w:tcPr>
            <w:tcW w:w="1979" w:type="dxa"/>
            <w:tcBorders>
              <w:top w:val="nil"/>
              <w:left w:val="nil"/>
              <w:bottom w:val="nil"/>
              <w:right w:val="nil"/>
            </w:tcBorders>
            <w:vAlign w:val="center"/>
            <w:hideMark/>
          </w:tcPr>
          <w:p w14:paraId="4B1F0F2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Body Focus</w:t>
            </w:r>
          </w:p>
        </w:tc>
        <w:tc>
          <w:tcPr>
            <w:tcW w:w="1101" w:type="dxa"/>
            <w:tcBorders>
              <w:top w:val="nil"/>
              <w:left w:val="nil"/>
              <w:bottom w:val="nil"/>
              <w:right w:val="nil"/>
            </w:tcBorders>
            <w:vAlign w:val="center"/>
            <w:hideMark/>
          </w:tcPr>
          <w:p w14:paraId="0196452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75" w:type="dxa"/>
            <w:tcBorders>
              <w:top w:val="nil"/>
              <w:left w:val="nil"/>
              <w:bottom w:val="nil"/>
              <w:right w:val="nil"/>
            </w:tcBorders>
            <w:vAlign w:val="center"/>
            <w:hideMark/>
          </w:tcPr>
          <w:p w14:paraId="7CE8DE0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887" w:type="dxa"/>
            <w:tcBorders>
              <w:top w:val="nil"/>
              <w:left w:val="nil"/>
              <w:bottom w:val="nil"/>
              <w:right w:val="nil"/>
            </w:tcBorders>
            <w:vAlign w:val="center"/>
            <w:hideMark/>
          </w:tcPr>
          <w:p w14:paraId="0C99ECF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916" w:type="dxa"/>
            <w:tcBorders>
              <w:top w:val="nil"/>
              <w:left w:val="nil"/>
              <w:bottom w:val="nil"/>
              <w:right w:val="nil"/>
            </w:tcBorders>
            <w:vAlign w:val="center"/>
            <w:hideMark/>
          </w:tcPr>
          <w:p w14:paraId="08237BF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139" w:type="dxa"/>
            <w:tcBorders>
              <w:top w:val="nil"/>
              <w:left w:val="nil"/>
              <w:bottom w:val="nil"/>
              <w:right w:val="nil"/>
            </w:tcBorders>
            <w:vAlign w:val="center"/>
            <w:hideMark/>
          </w:tcPr>
          <w:p w14:paraId="5456B4B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887" w:type="dxa"/>
            <w:tcBorders>
              <w:top w:val="nil"/>
              <w:left w:val="nil"/>
              <w:bottom w:val="nil"/>
              <w:right w:val="nil"/>
            </w:tcBorders>
            <w:vAlign w:val="center"/>
            <w:hideMark/>
          </w:tcPr>
          <w:p w14:paraId="1D5F234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39" w:type="dxa"/>
            <w:tcBorders>
              <w:top w:val="nil"/>
              <w:left w:val="nil"/>
              <w:bottom w:val="nil"/>
              <w:right w:val="nil"/>
            </w:tcBorders>
            <w:vAlign w:val="center"/>
            <w:hideMark/>
          </w:tcPr>
          <w:p w14:paraId="65DA068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483" w:type="dxa"/>
            <w:tcBorders>
              <w:top w:val="nil"/>
              <w:left w:val="nil"/>
              <w:bottom w:val="nil"/>
              <w:right w:val="nil"/>
            </w:tcBorders>
            <w:vAlign w:val="center"/>
            <w:hideMark/>
          </w:tcPr>
          <w:p w14:paraId="7838724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288511D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r>
      <w:tr w:rsidR="00462317" w:rsidRPr="00CB6B8D" w14:paraId="3FA7B5EE" w14:textId="77777777" w:rsidTr="00462317">
        <w:trPr>
          <w:trHeight w:val="320"/>
        </w:trPr>
        <w:tc>
          <w:tcPr>
            <w:tcW w:w="1979" w:type="dxa"/>
            <w:tcBorders>
              <w:top w:val="nil"/>
              <w:left w:val="nil"/>
              <w:bottom w:val="nil"/>
              <w:right w:val="nil"/>
            </w:tcBorders>
            <w:vAlign w:val="center"/>
            <w:hideMark/>
          </w:tcPr>
          <w:p w14:paraId="45E9E58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Callousness</w:t>
            </w:r>
          </w:p>
        </w:tc>
        <w:tc>
          <w:tcPr>
            <w:tcW w:w="1101" w:type="dxa"/>
            <w:tcBorders>
              <w:top w:val="nil"/>
              <w:left w:val="nil"/>
              <w:bottom w:val="nil"/>
              <w:right w:val="nil"/>
            </w:tcBorders>
            <w:vAlign w:val="center"/>
            <w:hideMark/>
          </w:tcPr>
          <w:p w14:paraId="3916B3E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75" w:type="dxa"/>
            <w:tcBorders>
              <w:top w:val="nil"/>
              <w:left w:val="nil"/>
              <w:bottom w:val="nil"/>
              <w:right w:val="nil"/>
            </w:tcBorders>
            <w:vAlign w:val="center"/>
            <w:hideMark/>
          </w:tcPr>
          <w:p w14:paraId="37013CB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4582824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916" w:type="dxa"/>
            <w:tcBorders>
              <w:top w:val="nil"/>
              <w:left w:val="nil"/>
              <w:bottom w:val="nil"/>
              <w:right w:val="nil"/>
            </w:tcBorders>
            <w:vAlign w:val="center"/>
            <w:hideMark/>
          </w:tcPr>
          <w:p w14:paraId="3ACDDE0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1139" w:type="dxa"/>
            <w:tcBorders>
              <w:top w:val="nil"/>
              <w:left w:val="nil"/>
              <w:bottom w:val="nil"/>
              <w:right w:val="nil"/>
            </w:tcBorders>
            <w:vAlign w:val="center"/>
            <w:hideMark/>
          </w:tcPr>
          <w:p w14:paraId="06CB776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887" w:type="dxa"/>
            <w:tcBorders>
              <w:top w:val="nil"/>
              <w:left w:val="nil"/>
              <w:bottom w:val="nil"/>
              <w:right w:val="nil"/>
            </w:tcBorders>
            <w:vAlign w:val="center"/>
            <w:hideMark/>
          </w:tcPr>
          <w:p w14:paraId="46B0817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39" w:type="dxa"/>
            <w:tcBorders>
              <w:top w:val="nil"/>
              <w:left w:val="nil"/>
              <w:bottom w:val="nil"/>
              <w:right w:val="nil"/>
            </w:tcBorders>
            <w:vAlign w:val="center"/>
            <w:hideMark/>
          </w:tcPr>
          <w:p w14:paraId="7C644E6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1483" w:type="dxa"/>
            <w:tcBorders>
              <w:top w:val="nil"/>
              <w:left w:val="nil"/>
              <w:bottom w:val="nil"/>
              <w:right w:val="nil"/>
            </w:tcBorders>
            <w:vAlign w:val="center"/>
            <w:hideMark/>
          </w:tcPr>
          <w:p w14:paraId="2F21D0B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3F51C96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r>
      <w:tr w:rsidR="00462317" w:rsidRPr="00CB6B8D" w14:paraId="766E4C3D" w14:textId="77777777" w:rsidTr="00462317">
        <w:trPr>
          <w:trHeight w:val="320"/>
        </w:trPr>
        <w:tc>
          <w:tcPr>
            <w:tcW w:w="1979" w:type="dxa"/>
            <w:tcBorders>
              <w:top w:val="nil"/>
              <w:left w:val="nil"/>
              <w:bottom w:val="nil"/>
              <w:right w:val="nil"/>
            </w:tcBorders>
            <w:vAlign w:val="center"/>
            <w:hideMark/>
          </w:tcPr>
          <w:p w14:paraId="1FFB329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Checking</w:t>
            </w:r>
          </w:p>
        </w:tc>
        <w:tc>
          <w:tcPr>
            <w:tcW w:w="1101" w:type="dxa"/>
            <w:tcBorders>
              <w:top w:val="nil"/>
              <w:left w:val="nil"/>
              <w:bottom w:val="nil"/>
              <w:right w:val="nil"/>
            </w:tcBorders>
            <w:vAlign w:val="center"/>
            <w:hideMark/>
          </w:tcPr>
          <w:p w14:paraId="02CFCCF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975" w:type="dxa"/>
            <w:tcBorders>
              <w:top w:val="nil"/>
              <w:left w:val="nil"/>
              <w:bottom w:val="nil"/>
              <w:right w:val="nil"/>
            </w:tcBorders>
            <w:vAlign w:val="center"/>
            <w:hideMark/>
          </w:tcPr>
          <w:p w14:paraId="78F766A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887" w:type="dxa"/>
            <w:tcBorders>
              <w:top w:val="nil"/>
              <w:left w:val="nil"/>
              <w:bottom w:val="nil"/>
              <w:right w:val="nil"/>
            </w:tcBorders>
            <w:vAlign w:val="center"/>
            <w:hideMark/>
          </w:tcPr>
          <w:p w14:paraId="462A6B6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916" w:type="dxa"/>
            <w:tcBorders>
              <w:top w:val="nil"/>
              <w:left w:val="nil"/>
              <w:bottom w:val="nil"/>
              <w:right w:val="nil"/>
            </w:tcBorders>
            <w:vAlign w:val="center"/>
            <w:hideMark/>
          </w:tcPr>
          <w:p w14:paraId="6467A23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1139" w:type="dxa"/>
            <w:tcBorders>
              <w:top w:val="nil"/>
              <w:left w:val="nil"/>
              <w:bottom w:val="nil"/>
              <w:right w:val="nil"/>
            </w:tcBorders>
            <w:vAlign w:val="center"/>
            <w:hideMark/>
          </w:tcPr>
          <w:p w14:paraId="76C7EB1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887" w:type="dxa"/>
            <w:tcBorders>
              <w:top w:val="nil"/>
              <w:left w:val="nil"/>
              <w:bottom w:val="nil"/>
              <w:right w:val="nil"/>
            </w:tcBorders>
            <w:vAlign w:val="center"/>
            <w:hideMark/>
          </w:tcPr>
          <w:p w14:paraId="6E9348B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939" w:type="dxa"/>
            <w:tcBorders>
              <w:top w:val="nil"/>
              <w:left w:val="nil"/>
              <w:bottom w:val="nil"/>
              <w:right w:val="nil"/>
            </w:tcBorders>
            <w:vAlign w:val="center"/>
            <w:hideMark/>
          </w:tcPr>
          <w:p w14:paraId="23589F1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483" w:type="dxa"/>
            <w:tcBorders>
              <w:top w:val="nil"/>
              <w:left w:val="nil"/>
              <w:bottom w:val="nil"/>
              <w:right w:val="nil"/>
            </w:tcBorders>
            <w:vAlign w:val="center"/>
            <w:hideMark/>
          </w:tcPr>
          <w:p w14:paraId="19DB374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09E3778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r>
      <w:tr w:rsidR="00462317" w:rsidRPr="00CB6B8D" w14:paraId="1BB932D0" w14:textId="77777777" w:rsidTr="00462317">
        <w:trPr>
          <w:trHeight w:val="396"/>
        </w:trPr>
        <w:tc>
          <w:tcPr>
            <w:tcW w:w="1979" w:type="dxa"/>
            <w:tcBorders>
              <w:top w:val="nil"/>
              <w:left w:val="nil"/>
              <w:bottom w:val="nil"/>
              <w:right w:val="nil"/>
            </w:tcBorders>
            <w:vAlign w:val="center"/>
            <w:hideMark/>
          </w:tcPr>
          <w:p w14:paraId="006FAF3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Cognitive Problems</w:t>
            </w:r>
          </w:p>
        </w:tc>
        <w:tc>
          <w:tcPr>
            <w:tcW w:w="1101" w:type="dxa"/>
            <w:tcBorders>
              <w:top w:val="nil"/>
              <w:left w:val="nil"/>
              <w:bottom w:val="nil"/>
              <w:right w:val="nil"/>
            </w:tcBorders>
            <w:vAlign w:val="center"/>
            <w:hideMark/>
          </w:tcPr>
          <w:p w14:paraId="57A13F1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975" w:type="dxa"/>
            <w:tcBorders>
              <w:top w:val="nil"/>
              <w:left w:val="nil"/>
              <w:bottom w:val="nil"/>
              <w:right w:val="nil"/>
            </w:tcBorders>
            <w:vAlign w:val="center"/>
            <w:hideMark/>
          </w:tcPr>
          <w:p w14:paraId="5FFD85E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887" w:type="dxa"/>
            <w:tcBorders>
              <w:top w:val="nil"/>
              <w:left w:val="nil"/>
              <w:bottom w:val="nil"/>
              <w:right w:val="nil"/>
            </w:tcBorders>
            <w:vAlign w:val="center"/>
            <w:hideMark/>
          </w:tcPr>
          <w:p w14:paraId="1C07F27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916" w:type="dxa"/>
            <w:tcBorders>
              <w:top w:val="nil"/>
              <w:left w:val="nil"/>
              <w:bottom w:val="nil"/>
              <w:right w:val="nil"/>
            </w:tcBorders>
            <w:vAlign w:val="center"/>
            <w:hideMark/>
          </w:tcPr>
          <w:p w14:paraId="77ECEA5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.35***</w:t>
            </w:r>
          </w:p>
        </w:tc>
        <w:tc>
          <w:tcPr>
            <w:tcW w:w="1139" w:type="dxa"/>
            <w:tcBorders>
              <w:top w:val="nil"/>
              <w:left w:val="nil"/>
              <w:bottom w:val="nil"/>
              <w:right w:val="nil"/>
            </w:tcBorders>
            <w:vAlign w:val="center"/>
            <w:hideMark/>
          </w:tcPr>
          <w:p w14:paraId="56E6C6C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887" w:type="dxa"/>
            <w:tcBorders>
              <w:top w:val="nil"/>
              <w:left w:val="nil"/>
              <w:bottom w:val="nil"/>
              <w:right w:val="nil"/>
            </w:tcBorders>
            <w:vAlign w:val="center"/>
            <w:hideMark/>
          </w:tcPr>
          <w:p w14:paraId="6E656CF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939" w:type="dxa"/>
            <w:tcBorders>
              <w:top w:val="nil"/>
              <w:left w:val="nil"/>
              <w:bottom w:val="nil"/>
              <w:right w:val="nil"/>
            </w:tcBorders>
            <w:vAlign w:val="center"/>
            <w:hideMark/>
          </w:tcPr>
          <w:p w14:paraId="4412B01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483" w:type="dxa"/>
            <w:tcBorders>
              <w:top w:val="nil"/>
              <w:left w:val="nil"/>
              <w:bottom w:val="nil"/>
              <w:right w:val="nil"/>
            </w:tcBorders>
            <w:vAlign w:val="center"/>
            <w:hideMark/>
          </w:tcPr>
          <w:p w14:paraId="1BFAA3E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250" w:type="dxa"/>
            <w:tcBorders>
              <w:top w:val="nil"/>
              <w:left w:val="nil"/>
              <w:bottom w:val="nil"/>
              <w:right w:val="nil"/>
            </w:tcBorders>
            <w:vAlign w:val="center"/>
            <w:hideMark/>
          </w:tcPr>
          <w:p w14:paraId="796E68D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r>
      <w:tr w:rsidR="00462317" w:rsidRPr="00CB6B8D" w14:paraId="03B2BC9E" w14:textId="77777777" w:rsidTr="00462317">
        <w:trPr>
          <w:trHeight w:val="540"/>
        </w:trPr>
        <w:tc>
          <w:tcPr>
            <w:tcW w:w="1979" w:type="dxa"/>
            <w:tcBorders>
              <w:top w:val="nil"/>
              <w:left w:val="nil"/>
              <w:bottom w:val="nil"/>
              <w:right w:val="nil"/>
            </w:tcBorders>
            <w:vAlign w:val="center"/>
            <w:hideMark/>
          </w:tcPr>
          <w:p w14:paraId="2ADF1148"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Conversion Symptoms</w:t>
            </w:r>
          </w:p>
        </w:tc>
        <w:tc>
          <w:tcPr>
            <w:tcW w:w="1101" w:type="dxa"/>
            <w:tcBorders>
              <w:top w:val="nil"/>
              <w:left w:val="nil"/>
              <w:bottom w:val="nil"/>
              <w:right w:val="nil"/>
            </w:tcBorders>
            <w:vAlign w:val="center"/>
            <w:hideMark/>
          </w:tcPr>
          <w:p w14:paraId="4AA6C81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75" w:type="dxa"/>
            <w:tcBorders>
              <w:top w:val="nil"/>
              <w:left w:val="nil"/>
              <w:bottom w:val="nil"/>
              <w:right w:val="nil"/>
            </w:tcBorders>
            <w:vAlign w:val="center"/>
            <w:hideMark/>
          </w:tcPr>
          <w:p w14:paraId="7B5687B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887" w:type="dxa"/>
            <w:tcBorders>
              <w:top w:val="nil"/>
              <w:left w:val="nil"/>
              <w:bottom w:val="nil"/>
              <w:right w:val="nil"/>
            </w:tcBorders>
            <w:vAlign w:val="center"/>
            <w:hideMark/>
          </w:tcPr>
          <w:p w14:paraId="41A0AF1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16" w:type="dxa"/>
            <w:tcBorders>
              <w:top w:val="nil"/>
              <w:left w:val="nil"/>
              <w:bottom w:val="nil"/>
              <w:right w:val="nil"/>
            </w:tcBorders>
            <w:vAlign w:val="center"/>
            <w:hideMark/>
          </w:tcPr>
          <w:p w14:paraId="4C6A407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139" w:type="dxa"/>
            <w:tcBorders>
              <w:top w:val="nil"/>
              <w:left w:val="nil"/>
              <w:bottom w:val="nil"/>
              <w:right w:val="nil"/>
            </w:tcBorders>
            <w:vAlign w:val="center"/>
            <w:hideMark/>
          </w:tcPr>
          <w:p w14:paraId="23376AF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887" w:type="dxa"/>
            <w:tcBorders>
              <w:top w:val="nil"/>
              <w:left w:val="nil"/>
              <w:bottom w:val="nil"/>
              <w:right w:val="nil"/>
            </w:tcBorders>
            <w:vAlign w:val="center"/>
            <w:hideMark/>
          </w:tcPr>
          <w:p w14:paraId="200F9B3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39" w:type="dxa"/>
            <w:tcBorders>
              <w:top w:val="nil"/>
              <w:left w:val="nil"/>
              <w:bottom w:val="nil"/>
              <w:right w:val="nil"/>
            </w:tcBorders>
            <w:vAlign w:val="center"/>
            <w:hideMark/>
          </w:tcPr>
          <w:p w14:paraId="11C24EC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6654A17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250" w:type="dxa"/>
            <w:tcBorders>
              <w:top w:val="nil"/>
              <w:left w:val="nil"/>
              <w:bottom w:val="nil"/>
              <w:right w:val="nil"/>
            </w:tcBorders>
            <w:vAlign w:val="center"/>
            <w:hideMark/>
          </w:tcPr>
          <w:p w14:paraId="57C38AD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62317" w:rsidRPr="00CB6B8D" w14:paraId="373420BF" w14:textId="77777777" w:rsidTr="00462317">
        <w:trPr>
          <w:trHeight w:val="320"/>
        </w:trPr>
        <w:tc>
          <w:tcPr>
            <w:tcW w:w="1979" w:type="dxa"/>
            <w:tcBorders>
              <w:top w:val="nil"/>
              <w:left w:val="nil"/>
              <w:bottom w:val="nil"/>
              <w:right w:val="nil"/>
            </w:tcBorders>
            <w:vAlign w:val="center"/>
            <w:hideMark/>
          </w:tcPr>
          <w:p w14:paraId="7AFAB0B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Counting</w:t>
            </w:r>
          </w:p>
        </w:tc>
        <w:tc>
          <w:tcPr>
            <w:tcW w:w="1101" w:type="dxa"/>
            <w:tcBorders>
              <w:top w:val="nil"/>
              <w:left w:val="nil"/>
              <w:bottom w:val="nil"/>
              <w:right w:val="nil"/>
            </w:tcBorders>
            <w:vAlign w:val="center"/>
            <w:hideMark/>
          </w:tcPr>
          <w:p w14:paraId="7E59787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75" w:type="dxa"/>
            <w:tcBorders>
              <w:top w:val="nil"/>
              <w:left w:val="nil"/>
              <w:bottom w:val="nil"/>
              <w:right w:val="nil"/>
            </w:tcBorders>
            <w:vAlign w:val="center"/>
            <w:hideMark/>
          </w:tcPr>
          <w:p w14:paraId="496EC13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887" w:type="dxa"/>
            <w:tcBorders>
              <w:top w:val="nil"/>
              <w:left w:val="nil"/>
              <w:bottom w:val="nil"/>
              <w:right w:val="nil"/>
            </w:tcBorders>
            <w:vAlign w:val="center"/>
            <w:hideMark/>
          </w:tcPr>
          <w:p w14:paraId="38F8764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16" w:type="dxa"/>
            <w:tcBorders>
              <w:top w:val="nil"/>
              <w:left w:val="nil"/>
              <w:bottom w:val="nil"/>
              <w:right w:val="nil"/>
            </w:tcBorders>
            <w:vAlign w:val="center"/>
            <w:hideMark/>
          </w:tcPr>
          <w:p w14:paraId="2EDDC32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1139" w:type="dxa"/>
            <w:tcBorders>
              <w:top w:val="nil"/>
              <w:left w:val="nil"/>
              <w:bottom w:val="nil"/>
              <w:right w:val="nil"/>
            </w:tcBorders>
            <w:vAlign w:val="center"/>
            <w:hideMark/>
          </w:tcPr>
          <w:p w14:paraId="0C948EB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3A33599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39" w:type="dxa"/>
            <w:tcBorders>
              <w:top w:val="nil"/>
              <w:left w:val="nil"/>
              <w:bottom w:val="nil"/>
              <w:right w:val="nil"/>
            </w:tcBorders>
            <w:vAlign w:val="center"/>
            <w:hideMark/>
          </w:tcPr>
          <w:p w14:paraId="5F00092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1F6B480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71B7E75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r>
      <w:tr w:rsidR="00462317" w:rsidRPr="00CB6B8D" w14:paraId="613BEB4B" w14:textId="77777777" w:rsidTr="00462317">
        <w:trPr>
          <w:trHeight w:val="320"/>
        </w:trPr>
        <w:tc>
          <w:tcPr>
            <w:tcW w:w="1979" w:type="dxa"/>
            <w:tcBorders>
              <w:top w:val="nil"/>
              <w:left w:val="nil"/>
              <w:bottom w:val="nil"/>
              <w:right w:val="nil"/>
            </w:tcBorders>
            <w:vAlign w:val="center"/>
            <w:hideMark/>
          </w:tcPr>
          <w:p w14:paraId="65D9152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Cynicism</w:t>
            </w:r>
          </w:p>
        </w:tc>
        <w:tc>
          <w:tcPr>
            <w:tcW w:w="1101" w:type="dxa"/>
            <w:tcBorders>
              <w:top w:val="nil"/>
              <w:left w:val="nil"/>
              <w:bottom w:val="nil"/>
              <w:right w:val="nil"/>
            </w:tcBorders>
            <w:vAlign w:val="center"/>
            <w:hideMark/>
          </w:tcPr>
          <w:p w14:paraId="540E5EB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.35***</w:t>
            </w:r>
          </w:p>
        </w:tc>
        <w:tc>
          <w:tcPr>
            <w:tcW w:w="975" w:type="dxa"/>
            <w:tcBorders>
              <w:top w:val="nil"/>
              <w:left w:val="nil"/>
              <w:bottom w:val="nil"/>
              <w:right w:val="nil"/>
            </w:tcBorders>
            <w:vAlign w:val="center"/>
            <w:hideMark/>
          </w:tcPr>
          <w:p w14:paraId="4654D75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887" w:type="dxa"/>
            <w:tcBorders>
              <w:top w:val="nil"/>
              <w:left w:val="nil"/>
              <w:bottom w:val="nil"/>
              <w:right w:val="nil"/>
            </w:tcBorders>
            <w:vAlign w:val="center"/>
            <w:hideMark/>
          </w:tcPr>
          <w:p w14:paraId="3FD51EC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916" w:type="dxa"/>
            <w:tcBorders>
              <w:top w:val="nil"/>
              <w:left w:val="nil"/>
              <w:bottom w:val="nil"/>
              <w:right w:val="nil"/>
            </w:tcBorders>
            <w:vAlign w:val="center"/>
            <w:hideMark/>
          </w:tcPr>
          <w:p w14:paraId="6E0ACF1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1139" w:type="dxa"/>
            <w:tcBorders>
              <w:top w:val="nil"/>
              <w:left w:val="nil"/>
              <w:bottom w:val="nil"/>
              <w:right w:val="nil"/>
            </w:tcBorders>
            <w:vAlign w:val="center"/>
            <w:hideMark/>
          </w:tcPr>
          <w:p w14:paraId="2FB8CAC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887" w:type="dxa"/>
            <w:tcBorders>
              <w:top w:val="nil"/>
              <w:left w:val="nil"/>
              <w:bottom w:val="nil"/>
              <w:right w:val="nil"/>
            </w:tcBorders>
            <w:vAlign w:val="center"/>
            <w:hideMark/>
          </w:tcPr>
          <w:p w14:paraId="5F47169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939" w:type="dxa"/>
            <w:tcBorders>
              <w:top w:val="nil"/>
              <w:left w:val="nil"/>
              <w:bottom w:val="nil"/>
              <w:right w:val="nil"/>
            </w:tcBorders>
            <w:vAlign w:val="center"/>
            <w:hideMark/>
          </w:tcPr>
          <w:p w14:paraId="4539AB5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506E18D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2ABAF45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62317" w:rsidRPr="00CB6B8D" w14:paraId="67029B02" w14:textId="77777777" w:rsidTr="00462317">
        <w:trPr>
          <w:trHeight w:val="320"/>
        </w:trPr>
        <w:tc>
          <w:tcPr>
            <w:tcW w:w="1979" w:type="dxa"/>
            <w:tcBorders>
              <w:top w:val="nil"/>
              <w:left w:val="nil"/>
              <w:bottom w:val="nil"/>
              <w:right w:val="nil"/>
            </w:tcBorders>
            <w:vAlign w:val="center"/>
            <w:hideMark/>
          </w:tcPr>
          <w:p w14:paraId="52BE7F9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Deceitfulness</w:t>
            </w:r>
          </w:p>
        </w:tc>
        <w:tc>
          <w:tcPr>
            <w:tcW w:w="1101" w:type="dxa"/>
            <w:tcBorders>
              <w:top w:val="nil"/>
              <w:left w:val="nil"/>
              <w:bottom w:val="nil"/>
              <w:right w:val="nil"/>
            </w:tcBorders>
            <w:vAlign w:val="center"/>
            <w:hideMark/>
          </w:tcPr>
          <w:p w14:paraId="71320B3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75" w:type="dxa"/>
            <w:tcBorders>
              <w:top w:val="nil"/>
              <w:left w:val="nil"/>
              <w:bottom w:val="nil"/>
              <w:right w:val="nil"/>
            </w:tcBorders>
            <w:vAlign w:val="center"/>
            <w:hideMark/>
          </w:tcPr>
          <w:p w14:paraId="27E60A4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3F2483C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916" w:type="dxa"/>
            <w:tcBorders>
              <w:top w:val="nil"/>
              <w:left w:val="nil"/>
              <w:bottom w:val="nil"/>
              <w:right w:val="nil"/>
            </w:tcBorders>
            <w:vAlign w:val="center"/>
            <w:hideMark/>
          </w:tcPr>
          <w:p w14:paraId="76E0688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1139" w:type="dxa"/>
            <w:tcBorders>
              <w:top w:val="nil"/>
              <w:left w:val="nil"/>
              <w:bottom w:val="nil"/>
              <w:right w:val="nil"/>
            </w:tcBorders>
            <w:vAlign w:val="center"/>
            <w:hideMark/>
          </w:tcPr>
          <w:p w14:paraId="1A16A07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887" w:type="dxa"/>
            <w:tcBorders>
              <w:top w:val="nil"/>
              <w:left w:val="nil"/>
              <w:bottom w:val="nil"/>
              <w:right w:val="nil"/>
            </w:tcBorders>
            <w:vAlign w:val="center"/>
            <w:hideMark/>
          </w:tcPr>
          <w:p w14:paraId="7117C41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939" w:type="dxa"/>
            <w:tcBorders>
              <w:top w:val="nil"/>
              <w:left w:val="nil"/>
              <w:bottom w:val="nil"/>
              <w:right w:val="nil"/>
            </w:tcBorders>
            <w:vAlign w:val="center"/>
            <w:hideMark/>
          </w:tcPr>
          <w:p w14:paraId="37CA505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483" w:type="dxa"/>
            <w:tcBorders>
              <w:top w:val="nil"/>
              <w:left w:val="nil"/>
              <w:bottom w:val="nil"/>
              <w:right w:val="nil"/>
            </w:tcBorders>
            <w:vAlign w:val="center"/>
            <w:hideMark/>
          </w:tcPr>
          <w:p w14:paraId="6778027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0203CE0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r>
      <w:tr w:rsidR="00462317" w:rsidRPr="00CB6B8D" w14:paraId="00662A2E" w14:textId="77777777" w:rsidTr="00462317">
        <w:trPr>
          <w:trHeight w:val="320"/>
        </w:trPr>
        <w:tc>
          <w:tcPr>
            <w:tcW w:w="1979" w:type="dxa"/>
            <w:tcBorders>
              <w:top w:val="nil"/>
              <w:left w:val="nil"/>
              <w:bottom w:val="nil"/>
              <w:right w:val="nil"/>
            </w:tcBorders>
            <w:vAlign w:val="center"/>
            <w:hideMark/>
          </w:tcPr>
          <w:p w14:paraId="6A0180B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Delusions</w:t>
            </w:r>
          </w:p>
        </w:tc>
        <w:tc>
          <w:tcPr>
            <w:tcW w:w="1101" w:type="dxa"/>
            <w:tcBorders>
              <w:top w:val="nil"/>
              <w:left w:val="nil"/>
              <w:bottom w:val="nil"/>
              <w:right w:val="nil"/>
            </w:tcBorders>
            <w:vAlign w:val="center"/>
            <w:hideMark/>
          </w:tcPr>
          <w:p w14:paraId="56B4711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75" w:type="dxa"/>
            <w:tcBorders>
              <w:top w:val="nil"/>
              <w:left w:val="nil"/>
              <w:bottom w:val="nil"/>
              <w:right w:val="nil"/>
            </w:tcBorders>
            <w:vAlign w:val="center"/>
            <w:hideMark/>
          </w:tcPr>
          <w:p w14:paraId="636302B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887" w:type="dxa"/>
            <w:tcBorders>
              <w:top w:val="nil"/>
              <w:left w:val="nil"/>
              <w:bottom w:val="nil"/>
              <w:right w:val="nil"/>
            </w:tcBorders>
            <w:vAlign w:val="center"/>
            <w:hideMark/>
          </w:tcPr>
          <w:p w14:paraId="686C7A1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16" w:type="dxa"/>
            <w:tcBorders>
              <w:top w:val="nil"/>
              <w:left w:val="nil"/>
              <w:bottom w:val="nil"/>
              <w:right w:val="nil"/>
            </w:tcBorders>
            <w:vAlign w:val="center"/>
            <w:hideMark/>
          </w:tcPr>
          <w:p w14:paraId="2494294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139" w:type="dxa"/>
            <w:tcBorders>
              <w:top w:val="nil"/>
              <w:left w:val="nil"/>
              <w:bottom w:val="nil"/>
              <w:right w:val="nil"/>
            </w:tcBorders>
            <w:vAlign w:val="center"/>
            <w:hideMark/>
          </w:tcPr>
          <w:p w14:paraId="63017F9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887" w:type="dxa"/>
            <w:tcBorders>
              <w:top w:val="nil"/>
              <w:left w:val="nil"/>
              <w:bottom w:val="nil"/>
              <w:right w:val="nil"/>
            </w:tcBorders>
            <w:vAlign w:val="center"/>
            <w:hideMark/>
          </w:tcPr>
          <w:p w14:paraId="4B8866B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39" w:type="dxa"/>
            <w:tcBorders>
              <w:top w:val="nil"/>
              <w:left w:val="nil"/>
              <w:bottom w:val="nil"/>
              <w:right w:val="nil"/>
            </w:tcBorders>
            <w:vAlign w:val="center"/>
            <w:hideMark/>
          </w:tcPr>
          <w:p w14:paraId="4AD8A64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746F2BE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67F36B3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62317" w:rsidRPr="00CB6B8D" w14:paraId="52EDCA52" w14:textId="77777777" w:rsidTr="00462317">
        <w:trPr>
          <w:trHeight w:val="320"/>
        </w:trPr>
        <w:tc>
          <w:tcPr>
            <w:tcW w:w="1979" w:type="dxa"/>
            <w:tcBorders>
              <w:top w:val="nil"/>
              <w:left w:val="nil"/>
              <w:bottom w:val="nil"/>
              <w:right w:val="nil"/>
            </w:tcBorders>
            <w:vAlign w:val="center"/>
            <w:hideMark/>
          </w:tcPr>
          <w:p w14:paraId="6A6CD57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Depressed Mood</w:t>
            </w:r>
          </w:p>
        </w:tc>
        <w:tc>
          <w:tcPr>
            <w:tcW w:w="1101" w:type="dxa"/>
            <w:tcBorders>
              <w:top w:val="nil"/>
              <w:left w:val="nil"/>
              <w:bottom w:val="nil"/>
              <w:right w:val="nil"/>
            </w:tcBorders>
            <w:vAlign w:val="center"/>
            <w:hideMark/>
          </w:tcPr>
          <w:p w14:paraId="6C461D4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.47***</w:t>
            </w:r>
          </w:p>
        </w:tc>
        <w:tc>
          <w:tcPr>
            <w:tcW w:w="975" w:type="dxa"/>
            <w:tcBorders>
              <w:top w:val="nil"/>
              <w:left w:val="nil"/>
              <w:bottom w:val="nil"/>
              <w:right w:val="nil"/>
            </w:tcBorders>
            <w:vAlign w:val="center"/>
            <w:hideMark/>
          </w:tcPr>
          <w:p w14:paraId="58DD4BD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-.40***</w:t>
            </w:r>
          </w:p>
        </w:tc>
        <w:tc>
          <w:tcPr>
            <w:tcW w:w="887" w:type="dxa"/>
            <w:tcBorders>
              <w:top w:val="nil"/>
              <w:left w:val="nil"/>
              <w:bottom w:val="nil"/>
              <w:right w:val="nil"/>
            </w:tcBorders>
            <w:vAlign w:val="center"/>
            <w:hideMark/>
          </w:tcPr>
          <w:p w14:paraId="3CB328E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916" w:type="dxa"/>
            <w:tcBorders>
              <w:top w:val="nil"/>
              <w:left w:val="nil"/>
              <w:bottom w:val="nil"/>
              <w:right w:val="nil"/>
            </w:tcBorders>
            <w:vAlign w:val="center"/>
            <w:hideMark/>
          </w:tcPr>
          <w:p w14:paraId="40362AA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.41***</w:t>
            </w:r>
          </w:p>
        </w:tc>
        <w:tc>
          <w:tcPr>
            <w:tcW w:w="1139" w:type="dxa"/>
            <w:tcBorders>
              <w:top w:val="nil"/>
              <w:left w:val="nil"/>
              <w:bottom w:val="nil"/>
              <w:right w:val="nil"/>
            </w:tcBorders>
            <w:vAlign w:val="center"/>
            <w:hideMark/>
          </w:tcPr>
          <w:p w14:paraId="790EE34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4B31940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-.36***</w:t>
            </w:r>
          </w:p>
        </w:tc>
        <w:tc>
          <w:tcPr>
            <w:tcW w:w="939" w:type="dxa"/>
            <w:tcBorders>
              <w:top w:val="nil"/>
              <w:left w:val="nil"/>
              <w:bottom w:val="nil"/>
              <w:right w:val="nil"/>
            </w:tcBorders>
            <w:vAlign w:val="center"/>
            <w:hideMark/>
          </w:tcPr>
          <w:p w14:paraId="4809833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2FFC0D0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738BBD6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r>
      <w:tr w:rsidR="00462317" w:rsidRPr="00CB6B8D" w14:paraId="2C01DB00" w14:textId="77777777" w:rsidTr="00462317">
        <w:trPr>
          <w:trHeight w:val="320"/>
        </w:trPr>
        <w:tc>
          <w:tcPr>
            <w:tcW w:w="1979" w:type="dxa"/>
            <w:tcBorders>
              <w:top w:val="nil"/>
              <w:left w:val="nil"/>
              <w:bottom w:val="nil"/>
              <w:right w:val="nil"/>
            </w:tcBorders>
            <w:vAlign w:val="center"/>
            <w:hideMark/>
          </w:tcPr>
          <w:p w14:paraId="0777849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Dietary Restraint</w:t>
            </w:r>
          </w:p>
        </w:tc>
        <w:tc>
          <w:tcPr>
            <w:tcW w:w="1101" w:type="dxa"/>
            <w:tcBorders>
              <w:top w:val="nil"/>
              <w:left w:val="nil"/>
              <w:bottom w:val="nil"/>
              <w:right w:val="nil"/>
            </w:tcBorders>
            <w:vAlign w:val="center"/>
            <w:hideMark/>
          </w:tcPr>
          <w:p w14:paraId="0F2604F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75" w:type="dxa"/>
            <w:tcBorders>
              <w:top w:val="nil"/>
              <w:left w:val="nil"/>
              <w:bottom w:val="nil"/>
              <w:right w:val="nil"/>
            </w:tcBorders>
            <w:vAlign w:val="center"/>
            <w:hideMark/>
          </w:tcPr>
          <w:p w14:paraId="40998AD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887" w:type="dxa"/>
            <w:tcBorders>
              <w:top w:val="nil"/>
              <w:left w:val="nil"/>
              <w:bottom w:val="nil"/>
              <w:right w:val="nil"/>
            </w:tcBorders>
            <w:vAlign w:val="center"/>
            <w:hideMark/>
          </w:tcPr>
          <w:p w14:paraId="5D6F3CE8"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916" w:type="dxa"/>
            <w:tcBorders>
              <w:top w:val="nil"/>
              <w:left w:val="nil"/>
              <w:bottom w:val="nil"/>
              <w:right w:val="nil"/>
            </w:tcBorders>
            <w:vAlign w:val="center"/>
            <w:hideMark/>
          </w:tcPr>
          <w:p w14:paraId="0F8066F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139" w:type="dxa"/>
            <w:tcBorders>
              <w:top w:val="nil"/>
              <w:left w:val="nil"/>
              <w:bottom w:val="nil"/>
              <w:right w:val="nil"/>
            </w:tcBorders>
            <w:vAlign w:val="center"/>
            <w:hideMark/>
          </w:tcPr>
          <w:p w14:paraId="4BFB3E5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009462C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39" w:type="dxa"/>
            <w:tcBorders>
              <w:top w:val="nil"/>
              <w:left w:val="nil"/>
              <w:bottom w:val="nil"/>
              <w:right w:val="nil"/>
            </w:tcBorders>
            <w:vAlign w:val="center"/>
            <w:hideMark/>
          </w:tcPr>
          <w:p w14:paraId="579F5DB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483" w:type="dxa"/>
            <w:tcBorders>
              <w:top w:val="nil"/>
              <w:left w:val="nil"/>
              <w:bottom w:val="nil"/>
              <w:right w:val="nil"/>
            </w:tcBorders>
            <w:vAlign w:val="center"/>
            <w:hideMark/>
          </w:tcPr>
          <w:p w14:paraId="17DA158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2478091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r>
      <w:tr w:rsidR="00462317" w:rsidRPr="00CB6B8D" w14:paraId="11B08717" w14:textId="77777777" w:rsidTr="00462317">
        <w:trPr>
          <w:trHeight w:val="320"/>
        </w:trPr>
        <w:tc>
          <w:tcPr>
            <w:tcW w:w="1979" w:type="dxa"/>
            <w:tcBorders>
              <w:top w:val="nil"/>
              <w:left w:val="nil"/>
              <w:bottom w:val="nil"/>
              <w:right w:val="nil"/>
            </w:tcBorders>
            <w:vAlign w:val="center"/>
            <w:hideMark/>
          </w:tcPr>
          <w:p w14:paraId="5E3B5D7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Difficulties Reaching Orgasm</w:t>
            </w:r>
          </w:p>
        </w:tc>
        <w:tc>
          <w:tcPr>
            <w:tcW w:w="1101" w:type="dxa"/>
            <w:tcBorders>
              <w:top w:val="nil"/>
              <w:left w:val="nil"/>
              <w:bottom w:val="nil"/>
              <w:right w:val="nil"/>
            </w:tcBorders>
            <w:vAlign w:val="center"/>
            <w:hideMark/>
          </w:tcPr>
          <w:p w14:paraId="267CE57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975" w:type="dxa"/>
            <w:tcBorders>
              <w:top w:val="nil"/>
              <w:left w:val="nil"/>
              <w:bottom w:val="nil"/>
              <w:right w:val="nil"/>
            </w:tcBorders>
            <w:vAlign w:val="center"/>
            <w:hideMark/>
          </w:tcPr>
          <w:p w14:paraId="207AB94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887" w:type="dxa"/>
            <w:tcBorders>
              <w:top w:val="nil"/>
              <w:left w:val="nil"/>
              <w:bottom w:val="nil"/>
              <w:right w:val="nil"/>
            </w:tcBorders>
            <w:vAlign w:val="center"/>
            <w:hideMark/>
          </w:tcPr>
          <w:p w14:paraId="1F23A0F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16" w:type="dxa"/>
            <w:tcBorders>
              <w:top w:val="nil"/>
              <w:left w:val="nil"/>
              <w:bottom w:val="nil"/>
              <w:right w:val="nil"/>
            </w:tcBorders>
            <w:vAlign w:val="center"/>
            <w:hideMark/>
          </w:tcPr>
          <w:p w14:paraId="34E3872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1139" w:type="dxa"/>
            <w:tcBorders>
              <w:top w:val="nil"/>
              <w:left w:val="nil"/>
              <w:bottom w:val="nil"/>
              <w:right w:val="nil"/>
            </w:tcBorders>
            <w:vAlign w:val="center"/>
            <w:hideMark/>
          </w:tcPr>
          <w:p w14:paraId="17C42E4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887" w:type="dxa"/>
            <w:tcBorders>
              <w:top w:val="nil"/>
              <w:left w:val="nil"/>
              <w:bottom w:val="nil"/>
              <w:right w:val="nil"/>
            </w:tcBorders>
            <w:vAlign w:val="center"/>
            <w:hideMark/>
          </w:tcPr>
          <w:p w14:paraId="5C2FDDC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939" w:type="dxa"/>
            <w:tcBorders>
              <w:top w:val="nil"/>
              <w:left w:val="nil"/>
              <w:bottom w:val="nil"/>
              <w:right w:val="nil"/>
            </w:tcBorders>
            <w:vAlign w:val="center"/>
            <w:hideMark/>
          </w:tcPr>
          <w:p w14:paraId="335B73B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5673AA5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1250" w:type="dxa"/>
            <w:tcBorders>
              <w:top w:val="nil"/>
              <w:left w:val="nil"/>
              <w:bottom w:val="nil"/>
              <w:right w:val="nil"/>
            </w:tcBorders>
            <w:vAlign w:val="center"/>
            <w:hideMark/>
          </w:tcPr>
          <w:p w14:paraId="2E5BC56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62317" w:rsidRPr="00CB6B8D" w14:paraId="05C925BB" w14:textId="77777777" w:rsidTr="00462317">
        <w:trPr>
          <w:trHeight w:val="320"/>
        </w:trPr>
        <w:tc>
          <w:tcPr>
            <w:tcW w:w="1979" w:type="dxa"/>
            <w:tcBorders>
              <w:top w:val="nil"/>
              <w:left w:val="nil"/>
              <w:bottom w:val="nil"/>
              <w:right w:val="nil"/>
            </w:tcBorders>
            <w:vAlign w:val="center"/>
            <w:hideMark/>
          </w:tcPr>
          <w:p w14:paraId="3C3B373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Disease Conviction</w:t>
            </w:r>
          </w:p>
        </w:tc>
        <w:tc>
          <w:tcPr>
            <w:tcW w:w="1101" w:type="dxa"/>
            <w:tcBorders>
              <w:top w:val="nil"/>
              <w:left w:val="nil"/>
              <w:bottom w:val="nil"/>
              <w:right w:val="nil"/>
            </w:tcBorders>
            <w:vAlign w:val="center"/>
            <w:hideMark/>
          </w:tcPr>
          <w:p w14:paraId="46C1820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975" w:type="dxa"/>
            <w:tcBorders>
              <w:top w:val="nil"/>
              <w:left w:val="nil"/>
              <w:bottom w:val="nil"/>
              <w:right w:val="nil"/>
            </w:tcBorders>
            <w:vAlign w:val="center"/>
            <w:hideMark/>
          </w:tcPr>
          <w:p w14:paraId="08A74DD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887" w:type="dxa"/>
            <w:tcBorders>
              <w:top w:val="nil"/>
              <w:left w:val="nil"/>
              <w:bottom w:val="nil"/>
              <w:right w:val="nil"/>
            </w:tcBorders>
            <w:vAlign w:val="center"/>
            <w:hideMark/>
          </w:tcPr>
          <w:p w14:paraId="1561390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4DD461F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1139" w:type="dxa"/>
            <w:tcBorders>
              <w:top w:val="nil"/>
              <w:left w:val="nil"/>
              <w:bottom w:val="nil"/>
              <w:right w:val="nil"/>
            </w:tcBorders>
            <w:vAlign w:val="center"/>
            <w:hideMark/>
          </w:tcPr>
          <w:p w14:paraId="67BECD3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1DD4AA2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939" w:type="dxa"/>
            <w:tcBorders>
              <w:top w:val="nil"/>
              <w:left w:val="nil"/>
              <w:bottom w:val="nil"/>
              <w:right w:val="nil"/>
            </w:tcBorders>
            <w:vAlign w:val="center"/>
            <w:hideMark/>
          </w:tcPr>
          <w:p w14:paraId="0291545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1C5D7F3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49E5891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62317" w:rsidRPr="00CB6B8D" w14:paraId="76A76E81" w14:textId="77777777" w:rsidTr="00462317">
        <w:trPr>
          <w:trHeight w:val="320"/>
        </w:trPr>
        <w:tc>
          <w:tcPr>
            <w:tcW w:w="1979" w:type="dxa"/>
            <w:tcBorders>
              <w:top w:val="nil"/>
              <w:left w:val="nil"/>
              <w:bottom w:val="nil"/>
              <w:right w:val="nil"/>
            </w:tcBorders>
            <w:vAlign w:val="center"/>
            <w:hideMark/>
          </w:tcPr>
          <w:p w14:paraId="10B9196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lastRenderedPageBreak/>
              <w:t>Disorganization</w:t>
            </w:r>
          </w:p>
        </w:tc>
        <w:tc>
          <w:tcPr>
            <w:tcW w:w="1101" w:type="dxa"/>
            <w:tcBorders>
              <w:top w:val="nil"/>
              <w:left w:val="nil"/>
              <w:bottom w:val="nil"/>
              <w:right w:val="nil"/>
            </w:tcBorders>
            <w:vAlign w:val="center"/>
            <w:hideMark/>
          </w:tcPr>
          <w:p w14:paraId="28104D2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975" w:type="dxa"/>
            <w:tcBorders>
              <w:top w:val="nil"/>
              <w:left w:val="nil"/>
              <w:bottom w:val="nil"/>
              <w:right w:val="nil"/>
            </w:tcBorders>
            <w:vAlign w:val="center"/>
            <w:hideMark/>
          </w:tcPr>
          <w:p w14:paraId="146D792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887" w:type="dxa"/>
            <w:tcBorders>
              <w:top w:val="nil"/>
              <w:left w:val="nil"/>
              <w:bottom w:val="nil"/>
              <w:right w:val="nil"/>
            </w:tcBorders>
            <w:vAlign w:val="center"/>
            <w:hideMark/>
          </w:tcPr>
          <w:p w14:paraId="46CCF99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409134A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1139" w:type="dxa"/>
            <w:tcBorders>
              <w:top w:val="nil"/>
              <w:left w:val="nil"/>
              <w:bottom w:val="nil"/>
              <w:right w:val="nil"/>
            </w:tcBorders>
            <w:vAlign w:val="center"/>
            <w:hideMark/>
          </w:tcPr>
          <w:p w14:paraId="1D9E007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.34***</w:t>
            </w:r>
          </w:p>
        </w:tc>
        <w:tc>
          <w:tcPr>
            <w:tcW w:w="887" w:type="dxa"/>
            <w:tcBorders>
              <w:top w:val="nil"/>
              <w:left w:val="nil"/>
              <w:bottom w:val="nil"/>
              <w:right w:val="nil"/>
            </w:tcBorders>
            <w:vAlign w:val="center"/>
            <w:hideMark/>
          </w:tcPr>
          <w:p w14:paraId="5184197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39" w:type="dxa"/>
            <w:tcBorders>
              <w:top w:val="nil"/>
              <w:left w:val="nil"/>
              <w:bottom w:val="nil"/>
              <w:right w:val="nil"/>
            </w:tcBorders>
            <w:vAlign w:val="center"/>
            <w:hideMark/>
          </w:tcPr>
          <w:p w14:paraId="53D0B97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0968445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250" w:type="dxa"/>
            <w:tcBorders>
              <w:top w:val="nil"/>
              <w:left w:val="nil"/>
              <w:bottom w:val="nil"/>
              <w:right w:val="nil"/>
            </w:tcBorders>
            <w:vAlign w:val="center"/>
            <w:hideMark/>
          </w:tcPr>
          <w:p w14:paraId="00131208"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62317" w:rsidRPr="00CB6B8D" w14:paraId="75DDBA15" w14:textId="77777777" w:rsidTr="00462317">
        <w:trPr>
          <w:trHeight w:val="320"/>
        </w:trPr>
        <w:tc>
          <w:tcPr>
            <w:tcW w:w="1979" w:type="dxa"/>
            <w:tcBorders>
              <w:top w:val="nil"/>
              <w:left w:val="nil"/>
              <w:bottom w:val="nil"/>
              <w:right w:val="nil"/>
            </w:tcBorders>
            <w:vAlign w:val="center"/>
            <w:hideMark/>
          </w:tcPr>
          <w:p w14:paraId="1047548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Dissociation</w:t>
            </w:r>
          </w:p>
        </w:tc>
        <w:tc>
          <w:tcPr>
            <w:tcW w:w="1101" w:type="dxa"/>
            <w:tcBorders>
              <w:top w:val="nil"/>
              <w:left w:val="nil"/>
              <w:bottom w:val="nil"/>
              <w:right w:val="nil"/>
            </w:tcBorders>
            <w:vAlign w:val="center"/>
            <w:hideMark/>
          </w:tcPr>
          <w:p w14:paraId="1B81DA4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75" w:type="dxa"/>
            <w:tcBorders>
              <w:top w:val="nil"/>
              <w:left w:val="nil"/>
              <w:bottom w:val="nil"/>
              <w:right w:val="nil"/>
            </w:tcBorders>
            <w:vAlign w:val="center"/>
            <w:hideMark/>
          </w:tcPr>
          <w:p w14:paraId="5F9F30C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887" w:type="dxa"/>
            <w:tcBorders>
              <w:top w:val="nil"/>
              <w:left w:val="nil"/>
              <w:bottom w:val="nil"/>
              <w:right w:val="nil"/>
            </w:tcBorders>
            <w:vAlign w:val="center"/>
            <w:hideMark/>
          </w:tcPr>
          <w:p w14:paraId="791F267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16" w:type="dxa"/>
            <w:tcBorders>
              <w:top w:val="nil"/>
              <w:left w:val="nil"/>
              <w:bottom w:val="nil"/>
              <w:right w:val="nil"/>
            </w:tcBorders>
            <w:vAlign w:val="center"/>
            <w:hideMark/>
          </w:tcPr>
          <w:p w14:paraId="3B13C42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1139" w:type="dxa"/>
            <w:tcBorders>
              <w:top w:val="nil"/>
              <w:left w:val="nil"/>
              <w:bottom w:val="nil"/>
              <w:right w:val="nil"/>
            </w:tcBorders>
            <w:vAlign w:val="center"/>
            <w:hideMark/>
          </w:tcPr>
          <w:p w14:paraId="0059D27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887" w:type="dxa"/>
            <w:tcBorders>
              <w:top w:val="nil"/>
              <w:left w:val="nil"/>
              <w:bottom w:val="nil"/>
              <w:right w:val="nil"/>
            </w:tcBorders>
            <w:vAlign w:val="center"/>
            <w:hideMark/>
          </w:tcPr>
          <w:p w14:paraId="10EC944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939" w:type="dxa"/>
            <w:tcBorders>
              <w:top w:val="nil"/>
              <w:left w:val="nil"/>
              <w:bottom w:val="nil"/>
              <w:right w:val="nil"/>
            </w:tcBorders>
            <w:vAlign w:val="center"/>
            <w:hideMark/>
          </w:tcPr>
          <w:p w14:paraId="5F000D6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483" w:type="dxa"/>
            <w:tcBorders>
              <w:top w:val="nil"/>
              <w:left w:val="nil"/>
              <w:bottom w:val="nil"/>
              <w:right w:val="nil"/>
            </w:tcBorders>
            <w:vAlign w:val="center"/>
            <w:hideMark/>
          </w:tcPr>
          <w:p w14:paraId="200E17F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57B92C1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r>
      <w:tr w:rsidR="00462317" w:rsidRPr="00CB6B8D" w14:paraId="1DB66AFB" w14:textId="77777777" w:rsidTr="00462317">
        <w:trPr>
          <w:trHeight w:val="320"/>
        </w:trPr>
        <w:tc>
          <w:tcPr>
            <w:tcW w:w="1979" w:type="dxa"/>
            <w:tcBorders>
              <w:top w:val="nil"/>
              <w:left w:val="nil"/>
              <w:bottom w:val="nil"/>
              <w:right w:val="nil"/>
            </w:tcBorders>
            <w:vAlign w:val="center"/>
            <w:hideMark/>
          </w:tcPr>
          <w:p w14:paraId="5638B34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Domineering</w:t>
            </w:r>
          </w:p>
        </w:tc>
        <w:tc>
          <w:tcPr>
            <w:tcW w:w="1101" w:type="dxa"/>
            <w:tcBorders>
              <w:top w:val="nil"/>
              <w:left w:val="nil"/>
              <w:bottom w:val="nil"/>
              <w:right w:val="nil"/>
            </w:tcBorders>
            <w:vAlign w:val="center"/>
            <w:hideMark/>
          </w:tcPr>
          <w:p w14:paraId="5841DFF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75" w:type="dxa"/>
            <w:tcBorders>
              <w:top w:val="nil"/>
              <w:left w:val="nil"/>
              <w:bottom w:val="nil"/>
              <w:right w:val="nil"/>
            </w:tcBorders>
            <w:vAlign w:val="center"/>
            <w:hideMark/>
          </w:tcPr>
          <w:p w14:paraId="7238E8C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0C471E6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16" w:type="dxa"/>
            <w:tcBorders>
              <w:top w:val="nil"/>
              <w:left w:val="nil"/>
              <w:bottom w:val="nil"/>
              <w:right w:val="nil"/>
            </w:tcBorders>
            <w:vAlign w:val="center"/>
            <w:hideMark/>
          </w:tcPr>
          <w:p w14:paraId="1F65C52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w:t>
            </w:r>
            <w:r w:rsidRPr="00CB6B8D">
              <w:rPr>
                <w:rFonts w:ascii="Times New Roman" w:eastAsia="Times New Roman" w:hAnsi="Times New Roman" w:cs="Times New Roman"/>
                <w:color w:val="000000"/>
                <w:kern w:val="0"/>
                <w:sz w:val="20"/>
                <w:szCs w:val="20"/>
                <w14:ligatures w14:val="none"/>
              </w:rPr>
              <w:t>.00</w:t>
            </w:r>
          </w:p>
        </w:tc>
        <w:tc>
          <w:tcPr>
            <w:tcW w:w="1139" w:type="dxa"/>
            <w:tcBorders>
              <w:top w:val="nil"/>
              <w:left w:val="nil"/>
              <w:bottom w:val="nil"/>
              <w:right w:val="nil"/>
            </w:tcBorders>
            <w:vAlign w:val="center"/>
            <w:hideMark/>
          </w:tcPr>
          <w:p w14:paraId="1E497FC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887" w:type="dxa"/>
            <w:tcBorders>
              <w:top w:val="nil"/>
              <w:left w:val="nil"/>
              <w:bottom w:val="nil"/>
              <w:right w:val="nil"/>
            </w:tcBorders>
            <w:vAlign w:val="center"/>
            <w:hideMark/>
          </w:tcPr>
          <w:p w14:paraId="04B7AC8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39" w:type="dxa"/>
            <w:tcBorders>
              <w:top w:val="nil"/>
              <w:left w:val="nil"/>
              <w:bottom w:val="nil"/>
              <w:right w:val="nil"/>
            </w:tcBorders>
            <w:vAlign w:val="center"/>
            <w:hideMark/>
          </w:tcPr>
          <w:p w14:paraId="156218C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6F5D2F1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1250" w:type="dxa"/>
            <w:tcBorders>
              <w:top w:val="nil"/>
              <w:left w:val="nil"/>
              <w:bottom w:val="nil"/>
              <w:right w:val="nil"/>
            </w:tcBorders>
            <w:vAlign w:val="center"/>
            <w:hideMark/>
          </w:tcPr>
          <w:p w14:paraId="64E4199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r>
      <w:tr w:rsidR="00462317" w:rsidRPr="00CB6B8D" w14:paraId="6F37AAC3" w14:textId="77777777" w:rsidTr="00462317">
        <w:trPr>
          <w:trHeight w:val="320"/>
        </w:trPr>
        <w:tc>
          <w:tcPr>
            <w:tcW w:w="1979" w:type="dxa"/>
            <w:tcBorders>
              <w:top w:val="nil"/>
              <w:left w:val="nil"/>
              <w:bottom w:val="nil"/>
              <w:right w:val="nil"/>
            </w:tcBorders>
            <w:vAlign w:val="center"/>
            <w:hideMark/>
          </w:tcPr>
          <w:p w14:paraId="7A32F0B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Eccentricity</w:t>
            </w:r>
          </w:p>
        </w:tc>
        <w:tc>
          <w:tcPr>
            <w:tcW w:w="1101" w:type="dxa"/>
            <w:tcBorders>
              <w:top w:val="nil"/>
              <w:left w:val="nil"/>
              <w:bottom w:val="nil"/>
              <w:right w:val="nil"/>
            </w:tcBorders>
            <w:vAlign w:val="center"/>
            <w:hideMark/>
          </w:tcPr>
          <w:p w14:paraId="0F491B3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75" w:type="dxa"/>
            <w:tcBorders>
              <w:top w:val="nil"/>
              <w:left w:val="nil"/>
              <w:bottom w:val="nil"/>
              <w:right w:val="nil"/>
            </w:tcBorders>
            <w:vAlign w:val="center"/>
            <w:hideMark/>
          </w:tcPr>
          <w:p w14:paraId="02A596C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2596E215"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916" w:type="dxa"/>
            <w:tcBorders>
              <w:top w:val="nil"/>
              <w:left w:val="nil"/>
              <w:bottom w:val="nil"/>
              <w:right w:val="nil"/>
            </w:tcBorders>
            <w:vAlign w:val="center"/>
            <w:hideMark/>
          </w:tcPr>
          <w:p w14:paraId="286C0E8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1139" w:type="dxa"/>
            <w:tcBorders>
              <w:top w:val="nil"/>
              <w:left w:val="nil"/>
              <w:bottom w:val="nil"/>
              <w:right w:val="nil"/>
            </w:tcBorders>
            <w:vAlign w:val="center"/>
            <w:hideMark/>
          </w:tcPr>
          <w:p w14:paraId="54764C2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887" w:type="dxa"/>
            <w:tcBorders>
              <w:top w:val="nil"/>
              <w:left w:val="nil"/>
              <w:bottom w:val="nil"/>
              <w:right w:val="nil"/>
            </w:tcBorders>
            <w:vAlign w:val="center"/>
            <w:hideMark/>
          </w:tcPr>
          <w:p w14:paraId="5954385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39" w:type="dxa"/>
            <w:tcBorders>
              <w:top w:val="nil"/>
              <w:left w:val="nil"/>
              <w:bottom w:val="nil"/>
              <w:right w:val="nil"/>
            </w:tcBorders>
            <w:vAlign w:val="center"/>
            <w:hideMark/>
          </w:tcPr>
          <w:p w14:paraId="0F02B9C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483" w:type="dxa"/>
            <w:tcBorders>
              <w:top w:val="nil"/>
              <w:left w:val="nil"/>
              <w:bottom w:val="nil"/>
              <w:right w:val="nil"/>
            </w:tcBorders>
            <w:vAlign w:val="center"/>
            <w:hideMark/>
          </w:tcPr>
          <w:p w14:paraId="769DBC0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1C43C70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r>
      <w:tr w:rsidR="00462317" w:rsidRPr="00CB6B8D" w14:paraId="4E35DA10" w14:textId="77777777" w:rsidTr="00462317">
        <w:trPr>
          <w:trHeight w:val="320"/>
        </w:trPr>
        <w:tc>
          <w:tcPr>
            <w:tcW w:w="1979" w:type="dxa"/>
            <w:tcBorders>
              <w:top w:val="nil"/>
              <w:left w:val="nil"/>
              <w:bottom w:val="nil"/>
              <w:right w:val="nil"/>
            </w:tcBorders>
            <w:vAlign w:val="center"/>
            <w:hideMark/>
          </w:tcPr>
          <w:p w14:paraId="459EFCC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Entitlement</w:t>
            </w:r>
          </w:p>
        </w:tc>
        <w:tc>
          <w:tcPr>
            <w:tcW w:w="1101" w:type="dxa"/>
            <w:tcBorders>
              <w:top w:val="nil"/>
              <w:left w:val="nil"/>
              <w:bottom w:val="nil"/>
              <w:right w:val="nil"/>
            </w:tcBorders>
            <w:vAlign w:val="center"/>
            <w:hideMark/>
          </w:tcPr>
          <w:p w14:paraId="7F53C3B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975" w:type="dxa"/>
            <w:tcBorders>
              <w:top w:val="nil"/>
              <w:left w:val="nil"/>
              <w:bottom w:val="nil"/>
              <w:right w:val="nil"/>
            </w:tcBorders>
            <w:vAlign w:val="center"/>
            <w:hideMark/>
          </w:tcPr>
          <w:p w14:paraId="4B874AF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887" w:type="dxa"/>
            <w:tcBorders>
              <w:top w:val="nil"/>
              <w:left w:val="nil"/>
              <w:bottom w:val="nil"/>
              <w:right w:val="nil"/>
            </w:tcBorders>
            <w:vAlign w:val="center"/>
            <w:hideMark/>
          </w:tcPr>
          <w:p w14:paraId="2054EF7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16" w:type="dxa"/>
            <w:tcBorders>
              <w:top w:val="nil"/>
              <w:left w:val="nil"/>
              <w:bottom w:val="nil"/>
              <w:right w:val="nil"/>
            </w:tcBorders>
            <w:vAlign w:val="center"/>
            <w:hideMark/>
          </w:tcPr>
          <w:p w14:paraId="7574092A"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1139" w:type="dxa"/>
            <w:tcBorders>
              <w:top w:val="nil"/>
              <w:left w:val="nil"/>
              <w:bottom w:val="nil"/>
              <w:right w:val="nil"/>
            </w:tcBorders>
            <w:vAlign w:val="center"/>
            <w:hideMark/>
          </w:tcPr>
          <w:p w14:paraId="7F90750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887" w:type="dxa"/>
            <w:tcBorders>
              <w:top w:val="nil"/>
              <w:left w:val="nil"/>
              <w:bottom w:val="nil"/>
              <w:right w:val="nil"/>
            </w:tcBorders>
            <w:vAlign w:val="center"/>
            <w:hideMark/>
          </w:tcPr>
          <w:p w14:paraId="63E6BFF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39" w:type="dxa"/>
            <w:tcBorders>
              <w:top w:val="nil"/>
              <w:left w:val="nil"/>
              <w:bottom w:val="nil"/>
              <w:right w:val="nil"/>
            </w:tcBorders>
            <w:vAlign w:val="center"/>
            <w:hideMark/>
          </w:tcPr>
          <w:p w14:paraId="265E937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483" w:type="dxa"/>
            <w:tcBorders>
              <w:top w:val="nil"/>
              <w:left w:val="nil"/>
              <w:bottom w:val="nil"/>
              <w:right w:val="nil"/>
            </w:tcBorders>
            <w:vAlign w:val="center"/>
            <w:hideMark/>
          </w:tcPr>
          <w:p w14:paraId="154CDD75"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250" w:type="dxa"/>
            <w:tcBorders>
              <w:top w:val="nil"/>
              <w:left w:val="nil"/>
              <w:bottom w:val="nil"/>
              <w:right w:val="nil"/>
            </w:tcBorders>
            <w:vAlign w:val="center"/>
            <w:hideMark/>
          </w:tcPr>
          <w:p w14:paraId="40D88A1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r>
      <w:tr w:rsidR="00462317" w:rsidRPr="00CB6B8D" w14:paraId="328B8DD7" w14:textId="77777777" w:rsidTr="00462317">
        <w:trPr>
          <w:trHeight w:val="320"/>
        </w:trPr>
        <w:tc>
          <w:tcPr>
            <w:tcW w:w="1979" w:type="dxa"/>
            <w:tcBorders>
              <w:top w:val="nil"/>
              <w:left w:val="nil"/>
              <w:bottom w:val="nil"/>
              <w:right w:val="nil"/>
            </w:tcBorders>
            <w:vAlign w:val="center"/>
            <w:hideMark/>
          </w:tcPr>
          <w:p w14:paraId="02FB658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Excessive Exercise</w:t>
            </w:r>
          </w:p>
        </w:tc>
        <w:tc>
          <w:tcPr>
            <w:tcW w:w="1101" w:type="dxa"/>
            <w:tcBorders>
              <w:top w:val="nil"/>
              <w:left w:val="nil"/>
              <w:bottom w:val="nil"/>
              <w:right w:val="nil"/>
            </w:tcBorders>
            <w:vAlign w:val="center"/>
            <w:hideMark/>
          </w:tcPr>
          <w:p w14:paraId="01723A4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75" w:type="dxa"/>
            <w:tcBorders>
              <w:top w:val="nil"/>
              <w:left w:val="nil"/>
              <w:bottom w:val="nil"/>
              <w:right w:val="nil"/>
            </w:tcBorders>
            <w:vAlign w:val="center"/>
            <w:hideMark/>
          </w:tcPr>
          <w:p w14:paraId="163311B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403B420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16" w:type="dxa"/>
            <w:tcBorders>
              <w:top w:val="nil"/>
              <w:left w:val="nil"/>
              <w:bottom w:val="nil"/>
              <w:right w:val="nil"/>
            </w:tcBorders>
            <w:vAlign w:val="center"/>
            <w:hideMark/>
          </w:tcPr>
          <w:p w14:paraId="3C603E1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1139" w:type="dxa"/>
            <w:tcBorders>
              <w:top w:val="nil"/>
              <w:left w:val="nil"/>
              <w:bottom w:val="nil"/>
              <w:right w:val="nil"/>
            </w:tcBorders>
            <w:vAlign w:val="center"/>
            <w:hideMark/>
          </w:tcPr>
          <w:p w14:paraId="533A017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887" w:type="dxa"/>
            <w:tcBorders>
              <w:top w:val="nil"/>
              <w:left w:val="nil"/>
              <w:bottom w:val="nil"/>
              <w:right w:val="nil"/>
            </w:tcBorders>
            <w:vAlign w:val="center"/>
            <w:hideMark/>
          </w:tcPr>
          <w:p w14:paraId="7356422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39" w:type="dxa"/>
            <w:tcBorders>
              <w:top w:val="nil"/>
              <w:left w:val="nil"/>
              <w:bottom w:val="nil"/>
              <w:right w:val="nil"/>
            </w:tcBorders>
            <w:vAlign w:val="center"/>
            <w:hideMark/>
          </w:tcPr>
          <w:p w14:paraId="4F341CB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1D3F91B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250" w:type="dxa"/>
            <w:tcBorders>
              <w:top w:val="nil"/>
              <w:left w:val="nil"/>
              <w:bottom w:val="nil"/>
              <w:right w:val="nil"/>
            </w:tcBorders>
            <w:vAlign w:val="center"/>
            <w:hideMark/>
          </w:tcPr>
          <w:p w14:paraId="2AC7155E"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r>
      <w:tr w:rsidR="00462317" w:rsidRPr="00CB6B8D" w14:paraId="51E9E797" w14:textId="77777777" w:rsidTr="00462317">
        <w:trPr>
          <w:trHeight w:val="320"/>
        </w:trPr>
        <w:tc>
          <w:tcPr>
            <w:tcW w:w="1979" w:type="dxa"/>
            <w:tcBorders>
              <w:top w:val="nil"/>
              <w:left w:val="nil"/>
              <w:bottom w:val="nil"/>
              <w:right w:val="nil"/>
            </w:tcBorders>
            <w:vAlign w:val="center"/>
            <w:hideMark/>
          </w:tcPr>
          <w:p w14:paraId="2ECD510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Excoriation</w:t>
            </w:r>
          </w:p>
        </w:tc>
        <w:tc>
          <w:tcPr>
            <w:tcW w:w="1101" w:type="dxa"/>
            <w:tcBorders>
              <w:top w:val="nil"/>
              <w:left w:val="nil"/>
              <w:bottom w:val="nil"/>
              <w:right w:val="nil"/>
            </w:tcBorders>
            <w:vAlign w:val="center"/>
            <w:hideMark/>
          </w:tcPr>
          <w:p w14:paraId="15A9CD1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75" w:type="dxa"/>
            <w:tcBorders>
              <w:top w:val="nil"/>
              <w:left w:val="nil"/>
              <w:bottom w:val="nil"/>
              <w:right w:val="nil"/>
            </w:tcBorders>
            <w:vAlign w:val="center"/>
            <w:hideMark/>
          </w:tcPr>
          <w:p w14:paraId="2E2E900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4B5822C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16" w:type="dxa"/>
            <w:tcBorders>
              <w:top w:val="nil"/>
              <w:left w:val="nil"/>
              <w:bottom w:val="nil"/>
              <w:right w:val="nil"/>
            </w:tcBorders>
            <w:vAlign w:val="center"/>
            <w:hideMark/>
          </w:tcPr>
          <w:p w14:paraId="0F3A012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139" w:type="dxa"/>
            <w:tcBorders>
              <w:top w:val="nil"/>
              <w:left w:val="nil"/>
              <w:bottom w:val="nil"/>
              <w:right w:val="nil"/>
            </w:tcBorders>
            <w:vAlign w:val="center"/>
            <w:hideMark/>
          </w:tcPr>
          <w:p w14:paraId="3F4B3A7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887" w:type="dxa"/>
            <w:tcBorders>
              <w:top w:val="nil"/>
              <w:left w:val="nil"/>
              <w:bottom w:val="nil"/>
              <w:right w:val="nil"/>
            </w:tcBorders>
            <w:vAlign w:val="center"/>
            <w:hideMark/>
          </w:tcPr>
          <w:p w14:paraId="440EC66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939" w:type="dxa"/>
            <w:tcBorders>
              <w:top w:val="nil"/>
              <w:left w:val="nil"/>
              <w:bottom w:val="nil"/>
              <w:right w:val="nil"/>
            </w:tcBorders>
            <w:vAlign w:val="center"/>
            <w:hideMark/>
          </w:tcPr>
          <w:p w14:paraId="05DDB808"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25E9CC3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154D4F5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r>
      <w:tr w:rsidR="00462317" w:rsidRPr="00CB6B8D" w14:paraId="779AAA6D" w14:textId="77777777" w:rsidTr="00462317">
        <w:trPr>
          <w:trHeight w:val="320"/>
        </w:trPr>
        <w:tc>
          <w:tcPr>
            <w:tcW w:w="1979" w:type="dxa"/>
            <w:tcBorders>
              <w:top w:val="nil"/>
              <w:left w:val="nil"/>
              <w:bottom w:val="nil"/>
              <w:right w:val="nil"/>
            </w:tcBorders>
            <w:vAlign w:val="center"/>
            <w:hideMark/>
          </w:tcPr>
          <w:p w14:paraId="1566790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Exhibitionism</w:t>
            </w:r>
          </w:p>
        </w:tc>
        <w:tc>
          <w:tcPr>
            <w:tcW w:w="1101" w:type="dxa"/>
            <w:tcBorders>
              <w:top w:val="nil"/>
              <w:left w:val="nil"/>
              <w:bottom w:val="nil"/>
              <w:right w:val="nil"/>
            </w:tcBorders>
            <w:vAlign w:val="center"/>
            <w:hideMark/>
          </w:tcPr>
          <w:p w14:paraId="173DCDF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75" w:type="dxa"/>
            <w:tcBorders>
              <w:top w:val="nil"/>
              <w:left w:val="nil"/>
              <w:bottom w:val="nil"/>
              <w:right w:val="nil"/>
            </w:tcBorders>
            <w:vAlign w:val="center"/>
            <w:hideMark/>
          </w:tcPr>
          <w:p w14:paraId="3913876C"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887" w:type="dxa"/>
            <w:tcBorders>
              <w:top w:val="nil"/>
              <w:left w:val="nil"/>
              <w:bottom w:val="nil"/>
              <w:right w:val="nil"/>
            </w:tcBorders>
            <w:vAlign w:val="center"/>
            <w:hideMark/>
          </w:tcPr>
          <w:p w14:paraId="3D3F1C6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916" w:type="dxa"/>
            <w:tcBorders>
              <w:top w:val="nil"/>
              <w:left w:val="nil"/>
              <w:bottom w:val="nil"/>
              <w:right w:val="nil"/>
            </w:tcBorders>
            <w:vAlign w:val="center"/>
            <w:hideMark/>
          </w:tcPr>
          <w:p w14:paraId="39310038"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139" w:type="dxa"/>
            <w:tcBorders>
              <w:top w:val="nil"/>
              <w:left w:val="nil"/>
              <w:bottom w:val="nil"/>
              <w:right w:val="nil"/>
            </w:tcBorders>
            <w:vAlign w:val="center"/>
            <w:hideMark/>
          </w:tcPr>
          <w:p w14:paraId="27E240A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2DD73E7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39" w:type="dxa"/>
            <w:tcBorders>
              <w:top w:val="nil"/>
              <w:left w:val="nil"/>
              <w:bottom w:val="nil"/>
              <w:right w:val="nil"/>
            </w:tcBorders>
            <w:vAlign w:val="center"/>
            <w:hideMark/>
          </w:tcPr>
          <w:p w14:paraId="3584B92B"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3FC0813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250" w:type="dxa"/>
            <w:tcBorders>
              <w:top w:val="nil"/>
              <w:left w:val="nil"/>
              <w:bottom w:val="nil"/>
              <w:right w:val="nil"/>
            </w:tcBorders>
            <w:vAlign w:val="center"/>
            <w:hideMark/>
          </w:tcPr>
          <w:p w14:paraId="5729BF3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r>
      <w:tr w:rsidR="00462317" w:rsidRPr="00CB6B8D" w14:paraId="0A1E235A" w14:textId="77777777" w:rsidTr="00462317">
        <w:trPr>
          <w:trHeight w:val="320"/>
        </w:trPr>
        <w:tc>
          <w:tcPr>
            <w:tcW w:w="1979" w:type="dxa"/>
            <w:tcBorders>
              <w:top w:val="nil"/>
              <w:left w:val="nil"/>
              <w:bottom w:val="nil"/>
              <w:right w:val="nil"/>
            </w:tcBorders>
            <w:vAlign w:val="center"/>
            <w:hideMark/>
          </w:tcPr>
          <w:p w14:paraId="03890FF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Fantasy Proneness</w:t>
            </w:r>
          </w:p>
        </w:tc>
        <w:tc>
          <w:tcPr>
            <w:tcW w:w="1101" w:type="dxa"/>
            <w:tcBorders>
              <w:top w:val="nil"/>
              <w:left w:val="nil"/>
              <w:bottom w:val="nil"/>
              <w:right w:val="nil"/>
            </w:tcBorders>
            <w:vAlign w:val="center"/>
            <w:hideMark/>
          </w:tcPr>
          <w:p w14:paraId="3C3512B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75" w:type="dxa"/>
            <w:tcBorders>
              <w:top w:val="nil"/>
              <w:left w:val="nil"/>
              <w:bottom w:val="nil"/>
              <w:right w:val="nil"/>
            </w:tcBorders>
            <w:vAlign w:val="center"/>
            <w:hideMark/>
          </w:tcPr>
          <w:p w14:paraId="5B1C274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621CF55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0BFBE252"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1139" w:type="dxa"/>
            <w:tcBorders>
              <w:top w:val="nil"/>
              <w:left w:val="nil"/>
              <w:bottom w:val="nil"/>
              <w:right w:val="nil"/>
            </w:tcBorders>
            <w:vAlign w:val="center"/>
            <w:hideMark/>
          </w:tcPr>
          <w:p w14:paraId="5926189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887" w:type="dxa"/>
            <w:tcBorders>
              <w:top w:val="nil"/>
              <w:left w:val="nil"/>
              <w:bottom w:val="nil"/>
              <w:right w:val="nil"/>
            </w:tcBorders>
            <w:vAlign w:val="center"/>
            <w:hideMark/>
          </w:tcPr>
          <w:p w14:paraId="258B1B0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39" w:type="dxa"/>
            <w:tcBorders>
              <w:top w:val="nil"/>
              <w:left w:val="nil"/>
              <w:bottom w:val="nil"/>
              <w:right w:val="nil"/>
            </w:tcBorders>
            <w:vAlign w:val="center"/>
            <w:hideMark/>
          </w:tcPr>
          <w:p w14:paraId="6499774B"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483" w:type="dxa"/>
            <w:tcBorders>
              <w:top w:val="nil"/>
              <w:left w:val="nil"/>
              <w:bottom w:val="nil"/>
              <w:right w:val="nil"/>
            </w:tcBorders>
            <w:vAlign w:val="center"/>
            <w:hideMark/>
          </w:tcPr>
          <w:p w14:paraId="6E827393"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250" w:type="dxa"/>
            <w:tcBorders>
              <w:top w:val="nil"/>
              <w:left w:val="nil"/>
              <w:bottom w:val="nil"/>
              <w:right w:val="nil"/>
            </w:tcBorders>
            <w:vAlign w:val="center"/>
            <w:hideMark/>
          </w:tcPr>
          <w:p w14:paraId="1D98CDD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r>
      <w:tr w:rsidR="00462317" w:rsidRPr="00CB6B8D" w14:paraId="2F1155A7" w14:textId="77777777" w:rsidTr="00462317">
        <w:trPr>
          <w:trHeight w:val="320"/>
        </w:trPr>
        <w:tc>
          <w:tcPr>
            <w:tcW w:w="1979" w:type="dxa"/>
            <w:tcBorders>
              <w:top w:val="nil"/>
              <w:left w:val="nil"/>
              <w:bottom w:val="nil"/>
              <w:right w:val="nil"/>
            </w:tcBorders>
            <w:vAlign w:val="center"/>
            <w:hideMark/>
          </w:tcPr>
          <w:p w14:paraId="413EF08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Food Selectivity</w:t>
            </w:r>
          </w:p>
        </w:tc>
        <w:tc>
          <w:tcPr>
            <w:tcW w:w="1101" w:type="dxa"/>
            <w:tcBorders>
              <w:top w:val="nil"/>
              <w:left w:val="nil"/>
              <w:bottom w:val="nil"/>
              <w:right w:val="nil"/>
            </w:tcBorders>
            <w:vAlign w:val="center"/>
            <w:hideMark/>
          </w:tcPr>
          <w:p w14:paraId="269EA47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75" w:type="dxa"/>
            <w:tcBorders>
              <w:top w:val="nil"/>
              <w:left w:val="nil"/>
              <w:bottom w:val="nil"/>
              <w:right w:val="nil"/>
            </w:tcBorders>
            <w:vAlign w:val="center"/>
            <w:hideMark/>
          </w:tcPr>
          <w:p w14:paraId="2F193EC1"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768948C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0BBAE6B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139" w:type="dxa"/>
            <w:tcBorders>
              <w:top w:val="nil"/>
              <w:left w:val="nil"/>
              <w:bottom w:val="nil"/>
              <w:right w:val="nil"/>
            </w:tcBorders>
            <w:vAlign w:val="center"/>
            <w:hideMark/>
          </w:tcPr>
          <w:p w14:paraId="1C32F40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887" w:type="dxa"/>
            <w:tcBorders>
              <w:top w:val="nil"/>
              <w:left w:val="nil"/>
              <w:bottom w:val="nil"/>
              <w:right w:val="nil"/>
            </w:tcBorders>
            <w:vAlign w:val="center"/>
            <w:hideMark/>
          </w:tcPr>
          <w:p w14:paraId="69C92ED9"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939" w:type="dxa"/>
            <w:tcBorders>
              <w:top w:val="nil"/>
              <w:left w:val="nil"/>
              <w:bottom w:val="nil"/>
              <w:right w:val="nil"/>
            </w:tcBorders>
            <w:vAlign w:val="center"/>
            <w:hideMark/>
          </w:tcPr>
          <w:p w14:paraId="6617276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483" w:type="dxa"/>
            <w:tcBorders>
              <w:top w:val="nil"/>
              <w:left w:val="nil"/>
              <w:bottom w:val="nil"/>
              <w:right w:val="nil"/>
            </w:tcBorders>
            <w:vAlign w:val="center"/>
            <w:hideMark/>
          </w:tcPr>
          <w:p w14:paraId="214F7BD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250" w:type="dxa"/>
            <w:tcBorders>
              <w:top w:val="nil"/>
              <w:left w:val="nil"/>
              <w:bottom w:val="nil"/>
              <w:right w:val="nil"/>
            </w:tcBorders>
            <w:vAlign w:val="center"/>
            <w:hideMark/>
          </w:tcPr>
          <w:p w14:paraId="014E2C9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62317" w:rsidRPr="00CB6B8D" w14:paraId="47F34A0A" w14:textId="77777777" w:rsidTr="00462317">
        <w:trPr>
          <w:trHeight w:val="320"/>
        </w:trPr>
        <w:tc>
          <w:tcPr>
            <w:tcW w:w="1979" w:type="dxa"/>
            <w:tcBorders>
              <w:top w:val="nil"/>
              <w:left w:val="nil"/>
              <w:bottom w:val="nil"/>
              <w:right w:val="nil"/>
            </w:tcBorders>
            <w:vAlign w:val="center"/>
            <w:hideMark/>
          </w:tcPr>
          <w:p w14:paraId="470FB55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Gambling</w:t>
            </w:r>
          </w:p>
        </w:tc>
        <w:tc>
          <w:tcPr>
            <w:tcW w:w="1101" w:type="dxa"/>
            <w:tcBorders>
              <w:top w:val="nil"/>
              <w:left w:val="nil"/>
              <w:bottom w:val="nil"/>
              <w:right w:val="nil"/>
            </w:tcBorders>
            <w:vAlign w:val="center"/>
            <w:hideMark/>
          </w:tcPr>
          <w:p w14:paraId="40ADCA5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75" w:type="dxa"/>
            <w:tcBorders>
              <w:top w:val="nil"/>
              <w:left w:val="nil"/>
              <w:bottom w:val="nil"/>
              <w:right w:val="nil"/>
            </w:tcBorders>
            <w:vAlign w:val="center"/>
            <w:hideMark/>
          </w:tcPr>
          <w:p w14:paraId="6638AFD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887" w:type="dxa"/>
            <w:tcBorders>
              <w:top w:val="nil"/>
              <w:left w:val="nil"/>
              <w:bottom w:val="nil"/>
              <w:right w:val="nil"/>
            </w:tcBorders>
            <w:vAlign w:val="center"/>
            <w:hideMark/>
          </w:tcPr>
          <w:p w14:paraId="27BEC07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16" w:type="dxa"/>
            <w:tcBorders>
              <w:top w:val="nil"/>
              <w:left w:val="nil"/>
              <w:bottom w:val="nil"/>
              <w:right w:val="nil"/>
            </w:tcBorders>
            <w:vAlign w:val="center"/>
            <w:hideMark/>
          </w:tcPr>
          <w:p w14:paraId="5BE99A1F"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139" w:type="dxa"/>
            <w:tcBorders>
              <w:top w:val="nil"/>
              <w:left w:val="nil"/>
              <w:bottom w:val="nil"/>
              <w:right w:val="nil"/>
            </w:tcBorders>
            <w:vAlign w:val="center"/>
            <w:hideMark/>
          </w:tcPr>
          <w:p w14:paraId="2BCA86C2"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887" w:type="dxa"/>
            <w:tcBorders>
              <w:top w:val="nil"/>
              <w:left w:val="nil"/>
              <w:bottom w:val="nil"/>
              <w:right w:val="nil"/>
            </w:tcBorders>
            <w:vAlign w:val="center"/>
            <w:hideMark/>
          </w:tcPr>
          <w:p w14:paraId="13A07EB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939" w:type="dxa"/>
            <w:tcBorders>
              <w:top w:val="nil"/>
              <w:left w:val="nil"/>
              <w:bottom w:val="nil"/>
              <w:right w:val="nil"/>
            </w:tcBorders>
            <w:vAlign w:val="center"/>
            <w:hideMark/>
          </w:tcPr>
          <w:p w14:paraId="0F2B16B1"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03124BB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6FEF3C9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r>
      <w:tr w:rsidR="00462317" w:rsidRPr="00CB6B8D" w14:paraId="227EC423" w14:textId="77777777" w:rsidTr="00462317">
        <w:trPr>
          <w:trHeight w:val="320"/>
        </w:trPr>
        <w:tc>
          <w:tcPr>
            <w:tcW w:w="1979" w:type="dxa"/>
            <w:tcBorders>
              <w:top w:val="nil"/>
              <w:left w:val="nil"/>
              <w:bottom w:val="nil"/>
              <w:right w:val="nil"/>
            </w:tcBorders>
            <w:vAlign w:val="center"/>
            <w:hideMark/>
          </w:tcPr>
          <w:p w14:paraId="5B6C376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Gaming</w:t>
            </w:r>
          </w:p>
        </w:tc>
        <w:tc>
          <w:tcPr>
            <w:tcW w:w="1101" w:type="dxa"/>
            <w:tcBorders>
              <w:top w:val="nil"/>
              <w:left w:val="nil"/>
              <w:bottom w:val="nil"/>
              <w:right w:val="nil"/>
            </w:tcBorders>
            <w:vAlign w:val="center"/>
            <w:hideMark/>
          </w:tcPr>
          <w:p w14:paraId="6197299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75" w:type="dxa"/>
            <w:tcBorders>
              <w:top w:val="nil"/>
              <w:left w:val="nil"/>
              <w:bottom w:val="nil"/>
              <w:right w:val="nil"/>
            </w:tcBorders>
            <w:vAlign w:val="center"/>
            <w:hideMark/>
          </w:tcPr>
          <w:p w14:paraId="7F243DC7"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887" w:type="dxa"/>
            <w:tcBorders>
              <w:top w:val="nil"/>
              <w:left w:val="nil"/>
              <w:bottom w:val="nil"/>
              <w:right w:val="nil"/>
            </w:tcBorders>
            <w:vAlign w:val="center"/>
            <w:hideMark/>
          </w:tcPr>
          <w:p w14:paraId="2C63020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16" w:type="dxa"/>
            <w:tcBorders>
              <w:top w:val="nil"/>
              <w:left w:val="nil"/>
              <w:bottom w:val="nil"/>
              <w:right w:val="nil"/>
            </w:tcBorders>
            <w:vAlign w:val="center"/>
            <w:hideMark/>
          </w:tcPr>
          <w:p w14:paraId="6D511D8E"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139" w:type="dxa"/>
            <w:tcBorders>
              <w:top w:val="nil"/>
              <w:left w:val="nil"/>
              <w:bottom w:val="nil"/>
              <w:right w:val="nil"/>
            </w:tcBorders>
            <w:vAlign w:val="center"/>
            <w:hideMark/>
          </w:tcPr>
          <w:p w14:paraId="5BE7C313"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887" w:type="dxa"/>
            <w:tcBorders>
              <w:top w:val="nil"/>
              <w:left w:val="nil"/>
              <w:bottom w:val="nil"/>
              <w:right w:val="nil"/>
            </w:tcBorders>
            <w:vAlign w:val="center"/>
            <w:hideMark/>
          </w:tcPr>
          <w:p w14:paraId="65339EB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39" w:type="dxa"/>
            <w:tcBorders>
              <w:top w:val="nil"/>
              <w:left w:val="nil"/>
              <w:bottom w:val="nil"/>
              <w:right w:val="nil"/>
            </w:tcBorders>
            <w:vAlign w:val="center"/>
            <w:hideMark/>
          </w:tcPr>
          <w:p w14:paraId="085CEB7D"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483" w:type="dxa"/>
            <w:tcBorders>
              <w:top w:val="nil"/>
              <w:left w:val="nil"/>
              <w:bottom w:val="nil"/>
              <w:right w:val="nil"/>
            </w:tcBorders>
            <w:vAlign w:val="center"/>
            <w:hideMark/>
          </w:tcPr>
          <w:p w14:paraId="6FC2CA7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hideMark/>
          </w:tcPr>
          <w:p w14:paraId="1EDD151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r>
      <w:tr w:rsidR="00462317" w:rsidRPr="00CB6B8D" w14:paraId="1F708584" w14:textId="77777777" w:rsidTr="00462317">
        <w:trPr>
          <w:trHeight w:val="320"/>
        </w:trPr>
        <w:tc>
          <w:tcPr>
            <w:tcW w:w="1979" w:type="dxa"/>
            <w:tcBorders>
              <w:top w:val="nil"/>
              <w:left w:val="nil"/>
              <w:bottom w:val="nil"/>
              <w:right w:val="nil"/>
            </w:tcBorders>
            <w:vAlign w:val="center"/>
            <w:hideMark/>
          </w:tcPr>
          <w:p w14:paraId="74372FB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Grandiosity</w:t>
            </w:r>
          </w:p>
        </w:tc>
        <w:tc>
          <w:tcPr>
            <w:tcW w:w="1101" w:type="dxa"/>
            <w:tcBorders>
              <w:top w:val="nil"/>
              <w:left w:val="nil"/>
              <w:bottom w:val="nil"/>
              <w:right w:val="nil"/>
            </w:tcBorders>
            <w:vAlign w:val="center"/>
            <w:hideMark/>
          </w:tcPr>
          <w:p w14:paraId="042E070D"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-.34***</w:t>
            </w:r>
          </w:p>
        </w:tc>
        <w:tc>
          <w:tcPr>
            <w:tcW w:w="975" w:type="dxa"/>
            <w:tcBorders>
              <w:top w:val="nil"/>
              <w:left w:val="nil"/>
              <w:bottom w:val="nil"/>
              <w:right w:val="nil"/>
            </w:tcBorders>
            <w:vAlign w:val="center"/>
            <w:hideMark/>
          </w:tcPr>
          <w:p w14:paraId="74D13E8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.43***</w:t>
            </w:r>
          </w:p>
        </w:tc>
        <w:tc>
          <w:tcPr>
            <w:tcW w:w="887" w:type="dxa"/>
            <w:tcBorders>
              <w:top w:val="nil"/>
              <w:left w:val="nil"/>
              <w:bottom w:val="nil"/>
              <w:right w:val="nil"/>
            </w:tcBorders>
            <w:vAlign w:val="center"/>
            <w:hideMark/>
          </w:tcPr>
          <w:p w14:paraId="1A58EC2F"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.35***</w:t>
            </w:r>
          </w:p>
        </w:tc>
        <w:tc>
          <w:tcPr>
            <w:tcW w:w="916" w:type="dxa"/>
            <w:tcBorders>
              <w:top w:val="nil"/>
              <w:left w:val="nil"/>
              <w:bottom w:val="nil"/>
              <w:right w:val="nil"/>
            </w:tcBorders>
            <w:vAlign w:val="center"/>
            <w:hideMark/>
          </w:tcPr>
          <w:p w14:paraId="6069757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1139" w:type="dxa"/>
            <w:tcBorders>
              <w:top w:val="nil"/>
              <w:left w:val="nil"/>
              <w:bottom w:val="nil"/>
              <w:right w:val="nil"/>
            </w:tcBorders>
            <w:vAlign w:val="center"/>
            <w:hideMark/>
          </w:tcPr>
          <w:p w14:paraId="48CBCDB0"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887" w:type="dxa"/>
            <w:tcBorders>
              <w:top w:val="nil"/>
              <w:left w:val="nil"/>
              <w:bottom w:val="nil"/>
              <w:right w:val="nil"/>
            </w:tcBorders>
            <w:vAlign w:val="center"/>
            <w:hideMark/>
          </w:tcPr>
          <w:p w14:paraId="4D9EBE04"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939" w:type="dxa"/>
            <w:tcBorders>
              <w:top w:val="nil"/>
              <w:left w:val="nil"/>
              <w:bottom w:val="nil"/>
              <w:right w:val="nil"/>
            </w:tcBorders>
            <w:vAlign w:val="center"/>
            <w:hideMark/>
          </w:tcPr>
          <w:p w14:paraId="5DEC7A90"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483" w:type="dxa"/>
            <w:tcBorders>
              <w:top w:val="nil"/>
              <w:left w:val="nil"/>
              <w:bottom w:val="nil"/>
              <w:right w:val="nil"/>
            </w:tcBorders>
            <w:vAlign w:val="center"/>
            <w:hideMark/>
          </w:tcPr>
          <w:p w14:paraId="5426E1B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1250" w:type="dxa"/>
            <w:tcBorders>
              <w:top w:val="nil"/>
              <w:left w:val="nil"/>
              <w:bottom w:val="nil"/>
              <w:right w:val="nil"/>
            </w:tcBorders>
            <w:vAlign w:val="center"/>
            <w:hideMark/>
          </w:tcPr>
          <w:p w14:paraId="72AE2FE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r>
      <w:tr w:rsidR="00462317" w:rsidRPr="00CB6B8D" w14:paraId="692D1463" w14:textId="77777777" w:rsidTr="00462317">
        <w:trPr>
          <w:trHeight w:val="320"/>
        </w:trPr>
        <w:tc>
          <w:tcPr>
            <w:tcW w:w="1979" w:type="dxa"/>
            <w:tcBorders>
              <w:top w:val="nil"/>
              <w:left w:val="nil"/>
              <w:bottom w:val="nil"/>
              <w:right w:val="nil"/>
            </w:tcBorders>
            <w:vAlign w:val="center"/>
            <w:hideMark/>
          </w:tcPr>
          <w:p w14:paraId="3ABECF47"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Hallucinations</w:t>
            </w:r>
          </w:p>
        </w:tc>
        <w:tc>
          <w:tcPr>
            <w:tcW w:w="1101" w:type="dxa"/>
            <w:tcBorders>
              <w:top w:val="nil"/>
              <w:left w:val="nil"/>
              <w:bottom w:val="nil"/>
              <w:right w:val="nil"/>
            </w:tcBorders>
            <w:vAlign w:val="center"/>
            <w:hideMark/>
          </w:tcPr>
          <w:p w14:paraId="4522A4B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75" w:type="dxa"/>
            <w:tcBorders>
              <w:top w:val="nil"/>
              <w:left w:val="nil"/>
              <w:bottom w:val="nil"/>
              <w:right w:val="nil"/>
            </w:tcBorders>
            <w:vAlign w:val="center"/>
            <w:hideMark/>
          </w:tcPr>
          <w:p w14:paraId="5D15FD1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887" w:type="dxa"/>
            <w:tcBorders>
              <w:top w:val="nil"/>
              <w:left w:val="nil"/>
              <w:bottom w:val="nil"/>
              <w:right w:val="nil"/>
            </w:tcBorders>
            <w:vAlign w:val="center"/>
            <w:hideMark/>
          </w:tcPr>
          <w:p w14:paraId="2F9B1174"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16" w:type="dxa"/>
            <w:tcBorders>
              <w:top w:val="nil"/>
              <w:left w:val="nil"/>
              <w:bottom w:val="nil"/>
              <w:right w:val="nil"/>
            </w:tcBorders>
            <w:vAlign w:val="center"/>
            <w:hideMark/>
          </w:tcPr>
          <w:p w14:paraId="6AF96E86"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1139" w:type="dxa"/>
            <w:tcBorders>
              <w:top w:val="nil"/>
              <w:left w:val="nil"/>
              <w:bottom w:val="nil"/>
              <w:right w:val="nil"/>
            </w:tcBorders>
            <w:vAlign w:val="center"/>
            <w:hideMark/>
          </w:tcPr>
          <w:p w14:paraId="7E11ED48"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887" w:type="dxa"/>
            <w:tcBorders>
              <w:top w:val="nil"/>
              <w:left w:val="nil"/>
              <w:bottom w:val="nil"/>
              <w:right w:val="nil"/>
            </w:tcBorders>
            <w:vAlign w:val="center"/>
            <w:hideMark/>
          </w:tcPr>
          <w:p w14:paraId="10C8E4DC" w14:textId="77777777" w:rsidR="00462317" w:rsidRPr="0016389C" w:rsidRDefault="00462317" w:rsidP="00462317">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39" w:type="dxa"/>
            <w:tcBorders>
              <w:top w:val="nil"/>
              <w:left w:val="nil"/>
              <w:bottom w:val="nil"/>
              <w:right w:val="nil"/>
            </w:tcBorders>
            <w:vAlign w:val="center"/>
            <w:hideMark/>
          </w:tcPr>
          <w:p w14:paraId="06008F96"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5E9121CA"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00CA3A59" w14:textId="77777777" w:rsidR="00462317" w:rsidRPr="0016389C" w:rsidRDefault="00462317" w:rsidP="00462317">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r>
      <w:tr w:rsidR="00484A46" w:rsidRPr="00CB6B8D" w14:paraId="14E20FA9" w14:textId="77777777" w:rsidTr="00462317">
        <w:trPr>
          <w:trHeight w:val="320"/>
        </w:trPr>
        <w:tc>
          <w:tcPr>
            <w:tcW w:w="1979" w:type="dxa"/>
            <w:tcBorders>
              <w:top w:val="nil"/>
              <w:left w:val="nil"/>
              <w:bottom w:val="nil"/>
              <w:right w:val="nil"/>
            </w:tcBorders>
            <w:vAlign w:val="center"/>
          </w:tcPr>
          <w:p w14:paraId="6DC4E3CB" w14:textId="5A7A9B67" w:rsidR="00484A46" w:rsidRPr="0016389C" w:rsidRDefault="00484A46" w:rsidP="00484A46">
            <w:pP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Harmful Alcohol Use</w:t>
            </w:r>
          </w:p>
        </w:tc>
        <w:tc>
          <w:tcPr>
            <w:tcW w:w="1101" w:type="dxa"/>
            <w:tcBorders>
              <w:top w:val="nil"/>
              <w:left w:val="nil"/>
              <w:bottom w:val="nil"/>
              <w:right w:val="nil"/>
            </w:tcBorders>
            <w:vAlign w:val="center"/>
          </w:tcPr>
          <w:p w14:paraId="3563D5C3" w14:textId="2CA8A525"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75" w:type="dxa"/>
            <w:tcBorders>
              <w:top w:val="nil"/>
              <w:left w:val="nil"/>
              <w:bottom w:val="nil"/>
              <w:right w:val="nil"/>
            </w:tcBorders>
            <w:vAlign w:val="center"/>
          </w:tcPr>
          <w:p w14:paraId="520C6CC9" w14:textId="5CD4576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tcPr>
          <w:p w14:paraId="41B637C8" w14:textId="5929F7E3"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916" w:type="dxa"/>
            <w:tcBorders>
              <w:top w:val="nil"/>
              <w:left w:val="nil"/>
              <w:bottom w:val="nil"/>
              <w:right w:val="nil"/>
            </w:tcBorders>
            <w:vAlign w:val="center"/>
          </w:tcPr>
          <w:p w14:paraId="0686C88E" w14:textId="3A17A7C4"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139" w:type="dxa"/>
            <w:tcBorders>
              <w:top w:val="nil"/>
              <w:left w:val="nil"/>
              <w:bottom w:val="nil"/>
              <w:right w:val="nil"/>
            </w:tcBorders>
            <w:vAlign w:val="center"/>
          </w:tcPr>
          <w:p w14:paraId="7BC89B57" w14:textId="388BDE0C"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887" w:type="dxa"/>
            <w:tcBorders>
              <w:top w:val="nil"/>
              <w:left w:val="nil"/>
              <w:bottom w:val="nil"/>
              <w:right w:val="nil"/>
            </w:tcBorders>
            <w:vAlign w:val="center"/>
          </w:tcPr>
          <w:p w14:paraId="59FC5BCE" w14:textId="68D25603"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39" w:type="dxa"/>
            <w:tcBorders>
              <w:top w:val="nil"/>
              <w:left w:val="nil"/>
              <w:bottom w:val="nil"/>
              <w:right w:val="nil"/>
            </w:tcBorders>
            <w:vAlign w:val="center"/>
          </w:tcPr>
          <w:p w14:paraId="415AC9C6" w14:textId="683AA141"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tcPr>
          <w:p w14:paraId="52FB85E6" w14:textId="2C493798"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tcPr>
          <w:p w14:paraId="164CA1A6" w14:textId="0FE69B29"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r>
      <w:tr w:rsidR="00484A46" w:rsidRPr="00CB6B8D" w14:paraId="6B5080B3" w14:textId="77777777" w:rsidTr="00462317">
        <w:trPr>
          <w:trHeight w:val="320"/>
        </w:trPr>
        <w:tc>
          <w:tcPr>
            <w:tcW w:w="1979" w:type="dxa"/>
            <w:tcBorders>
              <w:top w:val="nil"/>
              <w:left w:val="nil"/>
              <w:bottom w:val="nil"/>
              <w:right w:val="nil"/>
            </w:tcBorders>
            <w:vAlign w:val="center"/>
            <w:hideMark/>
          </w:tcPr>
          <w:p w14:paraId="017412A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Health Anxiety</w:t>
            </w:r>
          </w:p>
        </w:tc>
        <w:tc>
          <w:tcPr>
            <w:tcW w:w="1101" w:type="dxa"/>
            <w:tcBorders>
              <w:top w:val="nil"/>
              <w:left w:val="nil"/>
              <w:bottom w:val="nil"/>
              <w:right w:val="nil"/>
            </w:tcBorders>
            <w:vAlign w:val="center"/>
            <w:hideMark/>
          </w:tcPr>
          <w:p w14:paraId="5CFD4DB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975" w:type="dxa"/>
            <w:tcBorders>
              <w:top w:val="nil"/>
              <w:left w:val="nil"/>
              <w:bottom w:val="nil"/>
              <w:right w:val="nil"/>
            </w:tcBorders>
            <w:vAlign w:val="center"/>
            <w:hideMark/>
          </w:tcPr>
          <w:p w14:paraId="7C9A46C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887" w:type="dxa"/>
            <w:tcBorders>
              <w:top w:val="nil"/>
              <w:left w:val="nil"/>
              <w:bottom w:val="nil"/>
              <w:right w:val="nil"/>
            </w:tcBorders>
            <w:vAlign w:val="center"/>
            <w:hideMark/>
          </w:tcPr>
          <w:p w14:paraId="459A56E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916" w:type="dxa"/>
            <w:tcBorders>
              <w:top w:val="nil"/>
              <w:left w:val="nil"/>
              <w:bottom w:val="nil"/>
              <w:right w:val="nil"/>
            </w:tcBorders>
            <w:vAlign w:val="center"/>
            <w:hideMark/>
          </w:tcPr>
          <w:p w14:paraId="4D04932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1139" w:type="dxa"/>
            <w:tcBorders>
              <w:top w:val="nil"/>
              <w:left w:val="nil"/>
              <w:bottom w:val="nil"/>
              <w:right w:val="nil"/>
            </w:tcBorders>
            <w:vAlign w:val="center"/>
            <w:hideMark/>
          </w:tcPr>
          <w:p w14:paraId="438DA0E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887" w:type="dxa"/>
            <w:tcBorders>
              <w:top w:val="nil"/>
              <w:left w:val="nil"/>
              <w:bottom w:val="nil"/>
              <w:right w:val="nil"/>
            </w:tcBorders>
            <w:vAlign w:val="center"/>
            <w:hideMark/>
          </w:tcPr>
          <w:p w14:paraId="2B6262B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939" w:type="dxa"/>
            <w:tcBorders>
              <w:top w:val="nil"/>
              <w:left w:val="nil"/>
              <w:bottom w:val="nil"/>
              <w:right w:val="nil"/>
            </w:tcBorders>
            <w:vAlign w:val="center"/>
            <w:hideMark/>
          </w:tcPr>
          <w:p w14:paraId="78719AB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3949139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4381F2E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r>
      <w:tr w:rsidR="00484A46" w:rsidRPr="00CB6B8D" w14:paraId="2D718266" w14:textId="77777777" w:rsidTr="00462317">
        <w:trPr>
          <w:trHeight w:val="320"/>
        </w:trPr>
        <w:tc>
          <w:tcPr>
            <w:tcW w:w="1979" w:type="dxa"/>
            <w:tcBorders>
              <w:top w:val="nil"/>
              <w:left w:val="nil"/>
              <w:bottom w:val="nil"/>
              <w:right w:val="nil"/>
            </w:tcBorders>
            <w:vAlign w:val="center"/>
            <w:hideMark/>
          </w:tcPr>
          <w:p w14:paraId="0A664BB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Hoarding</w:t>
            </w:r>
          </w:p>
        </w:tc>
        <w:tc>
          <w:tcPr>
            <w:tcW w:w="1101" w:type="dxa"/>
            <w:tcBorders>
              <w:top w:val="nil"/>
              <w:left w:val="nil"/>
              <w:bottom w:val="nil"/>
              <w:right w:val="nil"/>
            </w:tcBorders>
            <w:vAlign w:val="center"/>
            <w:hideMark/>
          </w:tcPr>
          <w:p w14:paraId="11745D1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975" w:type="dxa"/>
            <w:tcBorders>
              <w:top w:val="nil"/>
              <w:left w:val="nil"/>
              <w:bottom w:val="nil"/>
              <w:right w:val="nil"/>
            </w:tcBorders>
            <w:vAlign w:val="center"/>
            <w:hideMark/>
          </w:tcPr>
          <w:p w14:paraId="3824F80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7D4B095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42B32E2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1139" w:type="dxa"/>
            <w:tcBorders>
              <w:top w:val="nil"/>
              <w:left w:val="nil"/>
              <w:bottom w:val="nil"/>
              <w:right w:val="nil"/>
            </w:tcBorders>
            <w:vAlign w:val="center"/>
            <w:hideMark/>
          </w:tcPr>
          <w:p w14:paraId="6EFF0B5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887" w:type="dxa"/>
            <w:tcBorders>
              <w:top w:val="nil"/>
              <w:left w:val="nil"/>
              <w:bottom w:val="nil"/>
              <w:right w:val="nil"/>
            </w:tcBorders>
            <w:vAlign w:val="center"/>
            <w:hideMark/>
          </w:tcPr>
          <w:p w14:paraId="49634C7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939" w:type="dxa"/>
            <w:tcBorders>
              <w:top w:val="nil"/>
              <w:left w:val="nil"/>
              <w:bottom w:val="nil"/>
              <w:right w:val="nil"/>
            </w:tcBorders>
            <w:vAlign w:val="center"/>
            <w:hideMark/>
          </w:tcPr>
          <w:p w14:paraId="01796A1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29E7CDA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250" w:type="dxa"/>
            <w:tcBorders>
              <w:top w:val="nil"/>
              <w:left w:val="nil"/>
              <w:bottom w:val="nil"/>
              <w:right w:val="nil"/>
            </w:tcBorders>
            <w:vAlign w:val="center"/>
            <w:hideMark/>
          </w:tcPr>
          <w:p w14:paraId="3CCA06B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84A46" w:rsidRPr="00CB6B8D" w14:paraId="0713869A" w14:textId="77777777" w:rsidTr="00462317">
        <w:trPr>
          <w:trHeight w:val="320"/>
        </w:trPr>
        <w:tc>
          <w:tcPr>
            <w:tcW w:w="1979" w:type="dxa"/>
            <w:tcBorders>
              <w:top w:val="nil"/>
              <w:left w:val="nil"/>
              <w:bottom w:val="nil"/>
              <w:right w:val="nil"/>
            </w:tcBorders>
            <w:vAlign w:val="center"/>
            <w:hideMark/>
          </w:tcPr>
          <w:p w14:paraId="76A45D5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proofErr w:type="spellStart"/>
            <w:r w:rsidRPr="0016389C">
              <w:rPr>
                <w:rFonts w:ascii="Times New Roman" w:eastAsia="Times New Roman" w:hAnsi="Times New Roman" w:cs="Times New Roman"/>
                <w:color w:val="000000"/>
                <w:kern w:val="0"/>
                <w:sz w:val="20"/>
                <w:szCs w:val="20"/>
                <w14:ligatures w14:val="none"/>
              </w:rPr>
              <w:t>Hyperdeliberation</w:t>
            </w:r>
            <w:proofErr w:type="spellEnd"/>
          </w:p>
        </w:tc>
        <w:tc>
          <w:tcPr>
            <w:tcW w:w="1101" w:type="dxa"/>
            <w:tcBorders>
              <w:top w:val="nil"/>
              <w:left w:val="nil"/>
              <w:bottom w:val="nil"/>
              <w:right w:val="nil"/>
            </w:tcBorders>
            <w:vAlign w:val="center"/>
            <w:hideMark/>
          </w:tcPr>
          <w:p w14:paraId="1A9DCE1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75" w:type="dxa"/>
            <w:tcBorders>
              <w:top w:val="nil"/>
              <w:left w:val="nil"/>
              <w:bottom w:val="nil"/>
              <w:right w:val="nil"/>
            </w:tcBorders>
            <w:vAlign w:val="center"/>
            <w:hideMark/>
          </w:tcPr>
          <w:p w14:paraId="32F8090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887" w:type="dxa"/>
            <w:tcBorders>
              <w:top w:val="nil"/>
              <w:left w:val="nil"/>
              <w:bottom w:val="nil"/>
              <w:right w:val="nil"/>
            </w:tcBorders>
            <w:vAlign w:val="center"/>
            <w:hideMark/>
          </w:tcPr>
          <w:p w14:paraId="707ED54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16" w:type="dxa"/>
            <w:tcBorders>
              <w:top w:val="nil"/>
              <w:left w:val="nil"/>
              <w:bottom w:val="nil"/>
              <w:right w:val="nil"/>
            </w:tcBorders>
            <w:vAlign w:val="center"/>
            <w:hideMark/>
          </w:tcPr>
          <w:p w14:paraId="4CC954D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139" w:type="dxa"/>
            <w:tcBorders>
              <w:top w:val="nil"/>
              <w:left w:val="nil"/>
              <w:bottom w:val="nil"/>
              <w:right w:val="nil"/>
            </w:tcBorders>
            <w:vAlign w:val="center"/>
            <w:hideMark/>
          </w:tcPr>
          <w:p w14:paraId="62C9B28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6ED28B6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39" w:type="dxa"/>
            <w:tcBorders>
              <w:top w:val="nil"/>
              <w:left w:val="nil"/>
              <w:bottom w:val="nil"/>
              <w:right w:val="nil"/>
            </w:tcBorders>
            <w:vAlign w:val="center"/>
            <w:hideMark/>
          </w:tcPr>
          <w:p w14:paraId="1E3AEE9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55E11B8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250" w:type="dxa"/>
            <w:tcBorders>
              <w:top w:val="nil"/>
              <w:left w:val="nil"/>
              <w:bottom w:val="nil"/>
              <w:right w:val="nil"/>
            </w:tcBorders>
            <w:vAlign w:val="center"/>
            <w:hideMark/>
          </w:tcPr>
          <w:p w14:paraId="37E92A9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r>
      <w:tr w:rsidR="00484A46" w:rsidRPr="00CB6B8D" w14:paraId="7282F809" w14:textId="77777777" w:rsidTr="00462317">
        <w:trPr>
          <w:trHeight w:val="320"/>
        </w:trPr>
        <w:tc>
          <w:tcPr>
            <w:tcW w:w="1979" w:type="dxa"/>
            <w:tcBorders>
              <w:top w:val="nil"/>
              <w:left w:val="nil"/>
              <w:bottom w:val="nil"/>
              <w:right w:val="nil"/>
            </w:tcBorders>
            <w:vAlign w:val="center"/>
            <w:hideMark/>
          </w:tcPr>
          <w:p w14:paraId="131F67B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Hypervigilance</w:t>
            </w:r>
          </w:p>
        </w:tc>
        <w:tc>
          <w:tcPr>
            <w:tcW w:w="1101" w:type="dxa"/>
            <w:tcBorders>
              <w:top w:val="nil"/>
              <w:left w:val="nil"/>
              <w:bottom w:val="nil"/>
              <w:right w:val="nil"/>
            </w:tcBorders>
            <w:vAlign w:val="center"/>
            <w:hideMark/>
          </w:tcPr>
          <w:p w14:paraId="36DA799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975" w:type="dxa"/>
            <w:tcBorders>
              <w:top w:val="nil"/>
              <w:left w:val="nil"/>
              <w:bottom w:val="nil"/>
              <w:right w:val="nil"/>
            </w:tcBorders>
            <w:vAlign w:val="center"/>
            <w:hideMark/>
          </w:tcPr>
          <w:p w14:paraId="7676C8A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887" w:type="dxa"/>
            <w:tcBorders>
              <w:top w:val="nil"/>
              <w:left w:val="nil"/>
              <w:bottom w:val="nil"/>
              <w:right w:val="nil"/>
            </w:tcBorders>
            <w:vAlign w:val="center"/>
            <w:hideMark/>
          </w:tcPr>
          <w:p w14:paraId="45FD919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916" w:type="dxa"/>
            <w:tcBorders>
              <w:top w:val="nil"/>
              <w:left w:val="nil"/>
              <w:bottom w:val="nil"/>
              <w:right w:val="nil"/>
            </w:tcBorders>
            <w:vAlign w:val="center"/>
            <w:hideMark/>
          </w:tcPr>
          <w:p w14:paraId="2BC7AB6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1139" w:type="dxa"/>
            <w:tcBorders>
              <w:top w:val="nil"/>
              <w:left w:val="nil"/>
              <w:bottom w:val="nil"/>
              <w:right w:val="nil"/>
            </w:tcBorders>
            <w:vAlign w:val="center"/>
            <w:hideMark/>
          </w:tcPr>
          <w:p w14:paraId="260805F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1CDA4D6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939" w:type="dxa"/>
            <w:tcBorders>
              <w:top w:val="nil"/>
              <w:left w:val="nil"/>
              <w:bottom w:val="nil"/>
              <w:right w:val="nil"/>
            </w:tcBorders>
            <w:vAlign w:val="center"/>
            <w:hideMark/>
          </w:tcPr>
          <w:p w14:paraId="7DD8D68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02AB4FB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250" w:type="dxa"/>
            <w:tcBorders>
              <w:top w:val="nil"/>
              <w:left w:val="nil"/>
              <w:bottom w:val="nil"/>
              <w:right w:val="nil"/>
            </w:tcBorders>
            <w:vAlign w:val="center"/>
            <w:hideMark/>
          </w:tcPr>
          <w:p w14:paraId="011DE26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r>
      <w:tr w:rsidR="00484A46" w:rsidRPr="00CB6B8D" w14:paraId="41CDCC05" w14:textId="77777777" w:rsidTr="00462317">
        <w:trPr>
          <w:trHeight w:val="320"/>
        </w:trPr>
        <w:tc>
          <w:tcPr>
            <w:tcW w:w="1979" w:type="dxa"/>
            <w:tcBorders>
              <w:top w:val="nil"/>
              <w:left w:val="nil"/>
              <w:bottom w:val="nil"/>
              <w:right w:val="nil"/>
            </w:tcBorders>
            <w:vAlign w:val="center"/>
            <w:hideMark/>
          </w:tcPr>
          <w:p w14:paraId="25725CB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Insomnia</w:t>
            </w:r>
          </w:p>
        </w:tc>
        <w:tc>
          <w:tcPr>
            <w:tcW w:w="1101" w:type="dxa"/>
            <w:tcBorders>
              <w:top w:val="nil"/>
              <w:left w:val="nil"/>
              <w:bottom w:val="nil"/>
              <w:right w:val="nil"/>
            </w:tcBorders>
            <w:vAlign w:val="center"/>
            <w:hideMark/>
          </w:tcPr>
          <w:p w14:paraId="2F5B8AE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975" w:type="dxa"/>
            <w:tcBorders>
              <w:top w:val="nil"/>
              <w:left w:val="nil"/>
              <w:bottom w:val="nil"/>
              <w:right w:val="nil"/>
            </w:tcBorders>
            <w:vAlign w:val="center"/>
            <w:hideMark/>
          </w:tcPr>
          <w:p w14:paraId="65ECC97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887" w:type="dxa"/>
            <w:tcBorders>
              <w:top w:val="nil"/>
              <w:left w:val="nil"/>
              <w:bottom w:val="nil"/>
              <w:right w:val="nil"/>
            </w:tcBorders>
            <w:vAlign w:val="center"/>
            <w:hideMark/>
          </w:tcPr>
          <w:p w14:paraId="47FA86C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916" w:type="dxa"/>
            <w:tcBorders>
              <w:top w:val="nil"/>
              <w:left w:val="nil"/>
              <w:bottom w:val="nil"/>
              <w:right w:val="nil"/>
            </w:tcBorders>
            <w:vAlign w:val="center"/>
            <w:hideMark/>
          </w:tcPr>
          <w:p w14:paraId="7110FC8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1139" w:type="dxa"/>
            <w:tcBorders>
              <w:top w:val="nil"/>
              <w:left w:val="nil"/>
              <w:bottom w:val="nil"/>
              <w:right w:val="nil"/>
            </w:tcBorders>
            <w:vAlign w:val="center"/>
            <w:hideMark/>
          </w:tcPr>
          <w:p w14:paraId="33B55D8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887" w:type="dxa"/>
            <w:tcBorders>
              <w:top w:val="nil"/>
              <w:left w:val="nil"/>
              <w:bottom w:val="nil"/>
              <w:right w:val="nil"/>
            </w:tcBorders>
            <w:vAlign w:val="center"/>
            <w:hideMark/>
          </w:tcPr>
          <w:p w14:paraId="4FD2CA3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-.47***</w:t>
            </w:r>
          </w:p>
        </w:tc>
        <w:tc>
          <w:tcPr>
            <w:tcW w:w="939" w:type="dxa"/>
            <w:tcBorders>
              <w:top w:val="nil"/>
              <w:left w:val="nil"/>
              <w:bottom w:val="nil"/>
              <w:right w:val="nil"/>
            </w:tcBorders>
            <w:vAlign w:val="center"/>
            <w:hideMark/>
          </w:tcPr>
          <w:p w14:paraId="64A420E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483" w:type="dxa"/>
            <w:tcBorders>
              <w:top w:val="nil"/>
              <w:left w:val="nil"/>
              <w:bottom w:val="nil"/>
              <w:right w:val="nil"/>
            </w:tcBorders>
            <w:vAlign w:val="center"/>
            <w:hideMark/>
          </w:tcPr>
          <w:p w14:paraId="078E387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7619408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r>
      <w:tr w:rsidR="00484A46" w:rsidRPr="00CB6B8D" w14:paraId="2B8B4BA6" w14:textId="77777777" w:rsidTr="00462317">
        <w:trPr>
          <w:trHeight w:val="320"/>
        </w:trPr>
        <w:tc>
          <w:tcPr>
            <w:tcW w:w="1979" w:type="dxa"/>
            <w:tcBorders>
              <w:top w:val="nil"/>
              <w:left w:val="nil"/>
              <w:bottom w:val="nil"/>
              <w:right w:val="nil"/>
            </w:tcBorders>
            <w:vAlign w:val="center"/>
            <w:hideMark/>
          </w:tcPr>
          <w:p w14:paraId="0F18A63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Irritability</w:t>
            </w:r>
          </w:p>
        </w:tc>
        <w:tc>
          <w:tcPr>
            <w:tcW w:w="1101" w:type="dxa"/>
            <w:tcBorders>
              <w:top w:val="nil"/>
              <w:left w:val="nil"/>
              <w:bottom w:val="nil"/>
              <w:right w:val="nil"/>
            </w:tcBorders>
            <w:vAlign w:val="center"/>
            <w:hideMark/>
          </w:tcPr>
          <w:p w14:paraId="3FAD9A5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.41***</w:t>
            </w:r>
          </w:p>
        </w:tc>
        <w:tc>
          <w:tcPr>
            <w:tcW w:w="975" w:type="dxa"/>
            <w:tcBorders>
              <w:top w:val="nil"/>
              <w:left w:val="nil"/>
              <w:bottom w:val="nil"/>
              <w:right w:val="nil"/>
            </w:tcBorders>
            <w:vAlign w:val="center"/>
            <w:hideMark/>
          </w:tcPr>
          <w:p w14:paraId="0207004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-.34***</w:t>
            </w:r>
          </w:p>
        </w:tc>
        <w:tc>
          <w:tcPr>
            <w:tcW w:w="887" w:type="dxa"/>
            <w:tcBorders>
              <w:top w:val="nil"/>
              <w:left w:val="nil"/>
              <w:bottom w:val="nil"/>
              <w:right w:val="nil"/>
            </w:tcBorders>
            <w:vAlign w:val="center"/>
            <w:hideMark/>
          </w:tcPr>
          <w:p w14:paraId="61A37E1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916" w:type="dxa"/>
            <w:tcBorders>
              <w:top w:val="nil"/>
              <w:left w:val="nil"/>
              <w:bottom w:val="nil"/>
              <w:right w:val="nil"/>
            </w:tcBorders>
            <w:vAlign w:val="center"/>
            <w:hideMark/>
          </w:tcPr>
          <w:p w14:paraId="5829E6D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.37***</w:t>
            </w:r>
          </w:p>
        </w:tc>
        <w:tc>
          <w:tcPr>
            <w:tcW w:w="1139" w:type="dxa"/>
            <w:tcBorders>
              <w:top w:val="nil"/>
              <w:left w:val="nil"/>
              <w:bottom w:val="nil"/>
              <w:right w:val="nil"/>
            </w:tcBorders>
            <w:vAlign w:val="center"/>
            <w:hideMark/>
          </w:tcPr>
          <w:p w14:paraId="5A89C1D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71DD1E2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-.32***</w:t>
            </w:r>
          </w:p>
        </w:tc>
        <w:tc>
          <w:tcPr>
            <w:tcW w:w="939" w:type="dxa"/>
            <w:tcBorders>
              <w:top w:val="nil"/>
              <w:left w:val="nil"/>
              <w:bottom w:val="nil"/>
              <w:right w:val="nil"/>
            </w:tcBorders>
            <w:vAlign w:val="center"/>
            <w:hideMark/>
          </w:tcPr>
          <w:p w14:paraId="4AD9C27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483" w:type="dxa"/>
            <w:tcBorders>
              <w:top w:val="nil"/>
              <w:left w:val="nil"/>
              <w:bottom w:val="nil"/>
              <w:right w:val="nil"/>
            </w:tcBorders>
            <w:vAlign w:val="center"/>
            <w:hideMark/>
          </w:tcPr>
          <w:p w14:paraId="1F06070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250" w:type="dxa"/>
            <w:tcBorders>
              <w:top w:val="nil"/>
              <w:left w:val="nil"/>
              <w:bottom w:val="nil"/>
              <w:right w:val="nil"/>
            </w:tcBorders>
            <w:vAlign w:val="center"/>
            <w:hideMark/>
          </w:tcPr>
          <w:p w14:paraId="454963E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w:t>
            </w:r>
            <w:r w:rsidRPr="00CB6B8D">
              <w:rPr>
                <w:rFonts w:ascii="Times New Roman" w:eastAsia="Times New Roman" w:hAnsi="Times New Roman" w:cs="Times New Roman"/>
                <w:color w:val="000000"/>
                <w:kern w:val="0"/>
                <w:sz w:val="20"/>
                <w:szCs w:val="20"/>
                <w14:ligatures w14:val="none"/>
              </w:rPr>
              <w:t>.00</w:t>
            </w:r>
          </w:p>
        </w:tc>
      </w:tr>
      <w:tr w:rsidR="00484A46" w:rsidRPr="00CB6B8D" w14:paraId="0E70F097" w14:textId="77777777" w:rsidTr="00462317">
        <w:trPr>
          <w:trHeight w:val="320"/>
        </w:trPr>
        <w:tc>
          <w:tcPr>
            <w:tcW w:w="1979" w:type="dxa"/>
            <w:tcBorders>
              <w:top w:val="nil"/>
              <w:left w:val="nil"/>
              <w:bottom w:val="nil"/>
              <w:right w:val="nil"/>
            </w:tcBorders>
            <w:vAlign w:val="center"/>
            <w:hideMark/>
          </w:tcPr>
          <w:p w14:paraId="19E1DCE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Lassitude</w:t>
            </w:r>
          </w:p>
        </w:tc>
        <w:tc>
          <w:tcPr>
            <w:tcW w:w="1101" w:type="dxa"/>
            <w:tcBorders>
              <w:top w:val="nil"/>
              <w:left w:val="nil"/>
              <w:bottom w:val="nil"/>
              <w:right w:val="nil"/>
            </w:tcBorders>
            <w:vAlign w:val="center"/>
            <w:hideMark/>
          </w:tcPr>
          <w:p w14:paraId="08E422D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.36***</w:t>
            </w:r>
          </w:p>
        </w:tc>
        <w:tc>
          <w:tcPr>
            <w:tcW w:w="975" w:type="dxa"/>
            <w:tcBorders>
              <w:top w:val="nil"/>
              <w:left w:val="nil"/>
              <w:bottom w:val="nil"/>
              <w:right w:val="nil"/>
            </w:tcBorders>
            <w:vAlign w:val="center"/>
            <w:hideMark/>
          </w:tcPr>
          <w:p w14:paraId="331A8B2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-.35***</w:t>
            </w:r>
          </w:p>
        </w:tc>
        <w:tc>
          <w:tcPr>
            <w:tcW w:w="887" w:type="dxa"/>
            <w:tcBorders>
              <w:top w:val="nil"/>
              <w:left w:val="nil"/>
              <w:bottom w:val="nil"/>
              <w:right w:val="nil"/>
            </w:tcBorders>
            <w:vAlign w:val="center"/>
            <w:hideMark/>
          </w:tcPr>
          <w:p w14:paraId="1C58E4E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-.37***</w:t>
            </w:r>
          </w:p>
        </w:tc>
        <w:tc>
          <w:tcPr>
            <w:tcW w:w="916" w:type="dxa"/>
            <w:tcBorders>
              <w:top w:val="nil"/>
              <w:left w:val="nil"/>
              <w:bottom w:val="nil"/>
              <w:right w:val="nil"/>
            </w:tcBorders>
            <w:vAlign w:val="center"/>
            <w:hideMark/>
          </w:tcPr>
          <w:p w14:paraId="19516EC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.35***</w:t>
            </w:r>
          </w:p>
        </w:tc>
        <w:tc>
          <w:tcPr>
            <w:tcW w:w="1139" w:type="dxa"/>
            <w:tcBorders>
              <w:top w:val="nil"/>
              <w:left w:val="nil"/>
              <w:bottom w:val="nil"/>
              <w:right w:val="nil"/>
            </w:tcBorders>
            <w:vAlign w:val="center"/>
            <w:hideMark/>
          </w:tcPr>
          <w:p w14:paraId="6414408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77FC72A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939" w:type="dxa"/>
            <w:tcBorders>
              <w:top w:val="nil"/>
              <w:left w:val="nil"/>
              <w:bottom w:val="nil"/>
              <w:right w:val="nil"/>
            </w:tcBorders>
            <w:vAlign w:val="center"/>
            <w:hideMark/>
          </w:tcPr>
          <w:p w14:paraId="2AC6606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176E42F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7C0CB46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r>
      <w:tr w:rsidR="00484A46" w:rsidRPr="00CB6B8D" w14:paraId="3936CD3C" w14:textId="77777777" w:rsidTr="00462317">
        <w:trPr>
          <w:trHeight w:val="320"/>
        </w:trPr>
        <w:tc>
          <w:tcPr>
            <w:tcW w:w="1979" w:type="dxa"/>
            <w:tcBorders>
              <w:top w:val="nil"/>
              <w:left w:val="nil"/>
              <w:bottom w:val="nil"/>
              <w:right w:val="nil"/>
            </w:tcBorders>
            <w:vAlign w:val="center"/>
            <w:hideMark/>
          </w:tcPr>
          <w:p w14:paraId="1DCA945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Low Sexual Arousal</w:t>
            </w:r>
          </w:p>
        </w:tc>
        <w:tc>
          <w:tcPr>
            <w:tcW w:w="1101" w:type="dxa"/>
            <w:tcBorders>
              <w:top w:val="nil"/>
              <w:left w:val="nil"/>
              <w:bottom w:val="nil"/>
              <w:right w:val="nil"/>
            </w:tcBorders>
            <w:vAlign w:val="center"/>
            <w:hideMark/>
          </w:tcPr>
          <w:p w14:paraId="7FAAA6D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75" w:type="dxa"/>
            <w:tcBorders>
              <w:top w:val="nil"/>
              <w:left w:val="nil"/>
              <w:bottom w:val="nil"/>
              <w:right w:val="nil"/>
            </w:tcBorders>
            <w:vAlign w:val="center"/>
            <w:hideMark/>
          </w:tcPr>
          <w:p w14:paraId="50D0B93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887" w:type="dxa"/>
            <w:tcBorders>
              <w:top w:val="nil"/>
              <w:left w:val="nil"/>
              <w:bottom w:val="nil"/>
              <w:right w:val="nil"/>
            </w:tcBorders>
            <w:vAlign w:val="center"/>
            <w:hideMark/>
          </w:tcPr>
          <w:p w14:paraId="725E44B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16" w:type="dxa"/>
            <w:tcBorders>
              <w:top w:val="nil"/>
              <w:left w:val="nil"/>
              <w:bottom w:val="nil"/>
              <w:right w:val="nil"/>
            </w:tcBorders>
            <w:vAlign w:val="center"/>
            <w:hideMark/>
          </w:tcPr>
          <w:p w14:paraId="257F73E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1139" w:type="dxa"/>
            <w:tcBorders>
              <w:top w:val="nil"/>
              <w:left w:val="nil"/>
              <w:bottom w:val="nil"/>
              <w:right w:val="nil"/>
            </w:tcBorders>
            <w:vAlign w:val="center"/>
            <w:hideMark/>
          </w:tcPr>
          <w:p w14:paraId="258F3B9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887" w:type="dxa"/>
            <w:tcBorders>
              <w:top w:val="nil"/>
              <w:left w:val="nil"/>
              <w:bottom w:val="nil"/>
              <w:right w:val="nil"/>
            </w:tcBorders>
            <w:vAlign w:val="center"/>
            <w:hideMark/>
          </w:tcPr>
          <w:p w14:paraId="02ECF5C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39" w:type="dxa"/>
            <w:tcBorders>
              <w:top w:val="nil"/>
              <w:left w:val="nil"/>
              <w:bottom w:val="nil"/>
              <w:right w:val="nil"/>
            </w:tcBorders>
            <w:vAlign w:val="center"/>
            <w:hideMark/>
          </w:tcPr>
          <w:p w14:paraId="579EA84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7CAB118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250" w:type="dxa"/>
            <w:tcBorders>
              <w:top w:val="nil"/>
              <w:left w:val="nil"/>
              <w:bottom w:val="nil"/>
              <w:right w:val="nil"/>
            </w:tcBorders>
            <w:vAlign w:val="center"/>
            <w:hideMark/>
          </w:tcPr>
          <w:p w14:paraId="49CC2F1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84A46" w:rsidRPr="00CB6B8D" w14:paraId="4E06DFC9" w14:textId="77777777" w:rsidTr="00462317">
        <w:trPr>
          <w:trHeight w:val="320"/>
        </w:trPr>
        <w:tc>
          <w:tcPr>
            <w:tcW w:w="1979" w:type="dxa"/>
            <w:tcBorders>
              <w:top w:val="nil"/>
              <w:left w:val="nil"/>
              <w:bottom w:val="nil"/>
              <w:right w:val="nil"/>
            </w:tcBorders>
            <w:vAlign w:val="center"/>
            <w:hideMark/>
          </w:tcPr>
          <w:p w14:paraId="066C4EC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Low Sexual Interest</w:t>
            </w:r>
          </w:p>
        </w:tc>
        <w:tc>
          <w:tcPr>
            <w:tcW w:w="1101" w:type="dxa"/>
            <w:tcBorders>
              <w:top w:val="nil"/>
              <w:left w:val="nil"/>
              <w:bottom w:val="nil"/>
              <w:right w:val="nil"/>
            </w:tcBorders>
            <w:vAlign w:val="center"/>
            <w:hideMark/>
          </w:tcPr>
          <w:p w14:paraId="0416722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75" w:type="dxa"/>
            <w:tcBorders>
              <w:top w:val="nil"/>
              <w:left w:val="nil"/>
              <w:bottom w:val="nil"/>
              <w:right w:val="nil"/>
            </w:tcBorders>
            <w:vAlign w:val="center"/>
            <w:hideMark/>
          </w:tcPr>
          <w:p w14:paraId="6C24DC9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5D2F51B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16" w:type="dxa"/>
            <w:tcBorders>
              <w:top w:val="nil"/>
              <w:left w:val="nil"/>
              <w:bottom w:val="nil"/>
              <w:right w:val="nil"/>
            </w:tcBorders>
            <w:vAlign w:val="center"/>
            <w:hideMark/>
          </w:tcPr>
          <w:p w14:paraId="7B5EB09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1139" w:type="dxa"/>
            <w:tcBorders>
              <w:top w:val="nil"/>
              <w:left w:val="nil"/>
              <w:bottom w:val="nil"/>
              <w:right w:val="nil"/>
            </w:tcBorders>
            <w:vAlign w:val="center"/>
            <w:hideMark/>
          </w:tcPr>
          <w:p w14:paraId="7AAAA71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7FD9FE3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939" w:type="dxa"/>
            <w:tcBorders>
              <w:top w:val="nil"/>
              <w:left w:val="nil"/>
              <w:bottom w:val="nil"/>
              <w:right w:val="nil"/>
            </w:tcBorders>
            <w:vAlign w:val="center"/>
            <w:hideMark/>
          </w:tcPr>
          <w:p w14:paraId="68F984F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483" w:type="dxa"/>
            <w:tcBorders>
              <w:top w:val="nil"/>
              <w:left w:val="nil"/>
              <w:bottom w:val="nil"/>
              <w:right w:val="nil"/>
            </w:tcBorders>
            <w:vAlign w:val="center"/>
            <w:hideMark/>
          </w:tcPr>
          <w:p w14:paraId="476F494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hideMark/>
          </w:tcPr>
          <w:p w14:paraId="135C110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r>
      <w:tr w:rsidR="00484A46" w:rsidRPr="00CB6B8D" w14:paraId="13778607" w14:textId="77777777" w:rsidTr="00462317">
        <w:trPr>
          <w:trHeight w:val="320"/>
        </w:trPr>
        <w:tc>
          <w:tcPr>
            <w:tcW w:w="1979" w:type="dxa"/>
            <w:tcBorders>
              <w:top w:val="nil"/>
              <w:left w:val="nil"/>
              <w:bottom w:val="nil"/>
              <w:right w:val="nil"/>
            </w:tcBorders>
            <w:vAlign w:val="center"/>
            <w:hideMark/>
          </w:tcPr>
          <w:p w14:paraId="78C4077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Manic Energy</w:t>
            </w:r>
          </w:p>
        </w:tc>
        <w:tc>
          <w:tcPr>
            <w:tcW w:w="1101" w:type="dxa"/>
            <w:tcBorders>
              <w:top w:val="nil"/>
              <w:left w:val="nil"/>
              <w:bottom w:val="nil"/>
              <w:right w:val="nil"/>
            </w:tcBorders>
            <w:vAlign w:val="center"/>
            <w:hideMark/>
          </w:tcPr>
          <w:p w14:paraId="135F848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975" w:type="dxa"/>
            <w:tcBorders>
              <w:top w:val="nil"/>
              <w:left w:val="nil"/>
              <w:bottom w:val="nil"/>
              <w:right w:val="nil"/>
            </w:tcBorders>
            <w:vAlign w:val="center"/>
            <w:hideMark/>
          </w:tcPr>
          <w:p w14:paraId="526CD5B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887" w:type="dxa"/>
            <w:tcBorders>
              <w:top w:val="nil"/>
              <w:left w:val="nil"/>
              <w:bottom w:val="nil"/>
              <w:right w:val="nil"/>
            </w:tcBorders>
            <w:vAlign w:val="center"/>
            <w:hideMark/>
          </w:tcPr>
          <w:p w14:paraId="3450763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16" w:type="dxa"/>
            <w:tcBorders>
              <w:top w:val="nil"/>
              <w:left w:val="nil"/>
              <w:bottom w:val="nil"/>
              <w:right w:val="nil"/>
            </w:tcBorders>
            <w:vAlign w:val="center"/>
            <w:hideMark/>
          </w:tcPr>
          <w:p w14:paraId="0DD3416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1139" w:type="dxa"/>
            <w:tcBorders>
              <w:top w:val="nil"/>
              <w:left w:val="nil"/>
              <w:bottom w:val="nil"/>
              <w:right w:val="nil"/>
            </w:tcBorders>
            <w:vAlign w:val="center"/>
            <w:hideMark/>
          </w:tcPr>
          <w:p w14:paraId="7C80826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887" w:type="dxa"/>
            <w:tcBorders>
              <w:top w:val="nil"/>
              <w:left w:val="nil"/>
              <w:bottom w:val="nil"/>
              <w:right w:val="nil"/>
            </w:tcBorders>
            <w:vAlign w:val="center"/>
            <w:hideMark/>
          </w:tcPr>
          <w:p w14:paraId="6916900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39" w:type="dxa"/>
            <w:tcBorders>
              <w:top w:val="nil"/>
              <w:left w:val="nil"/>
              <w:bottom w:val="nil"/>
              <w:right w:val="nil"/>
            </w:tcBorders>
            <w:vAlign w:val="center"/>
            <w:hideMark/>
          </w:tcPr>
          <w:p w14:paraId="21A0B08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483" w:type="dxa"/>
            <w:tcBorders>
              <w:top w:val="nil"/>
              <w:left w:val="nil"/>
              <w:bottom w:val="nil"/>
              <w:right w:val="nil"/>
            </w:tcBorders>
            <w:vAlign w:val="center"/>
            <w:hideMark/>
          </w:tcPr>
          <w:p w14:paraId="2CA08C7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2639D39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r>
      <w:tr w:rsidR="00484A46" w:rsidRPr="00CB6B8D" w14:paraId="14D288D3" w14:textId="77777777" w:rsidTr="00462317">
        <w:trPr>
          <w:trHeight w:val="320"/>
        </w:trPr>
        <w:tc>
          <w:tcPr>
            <w:tcW w:w="1979" w:type="dxa"/>
            <w:tcBorders>
              <w:top w:val="nil"/>
              <w:left w:val="nil"/>
              <w:bottom w:val="nil"/>
              <w:right w:val="nil"/>
            </w:tcBorders>
            <w:vAlign w:val="center"/>
            <w:hideMark/>
          </w:tcPr>
          <w:p w14:paraId="6B5D6E2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Manipulativeness</w:t>
            </w:r>
          </w:p>
        </w:tc>
        <w:tc>
          <w:tcPr>
            <w:tcW w:w="1101" w:type="dxa"/>
            <w:tcBorders>
              <w:top w:val="nil"/>
              <w:left w:val="nil"/>
              <w:bottom w:val="nil"/>
              <w:right w:val="nil"/>
            </w:tcBorders>
            <w:vAlign w:val="center"/>
            <w:hideMark/>
          </w:tcPr>
          <w:p w14:paraId="7A58473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75" w:type="dxa"/>
            <w:tcBorders>
              <w:top w:val="nil"/>
              <w:left w:val="nil"/>
              <w:bottom w:val="nil"/>
              <w:right w:val="nil"/>
            </w:tcBorders>
            <w:vAlign w:val="center"/>
            <w:hideMark/>
          </w:tcPr>
          <w:p w14:paraId="27B1739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5DABEA2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16" w:type="dxa"/>
            <w:tcBorders>
              <w:top w:val="nil"/>
              <w:left w:val="nil"/>
              <w:bottom w:val="nil"/>
              <w:right w:val="nil"/>
            </w:tcBorders>
            <w:vAlign w:val="center"/>
            <w:hideMark/>
          </w:tcPr>
          <w:p w14:paraId="2743B26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139" w:type="dxa"/>
            <w:tcBorders>
              <w:top w:val="nil"/>
              <w:left w:val="nil"/>
              <w:bottom w:val="nil"/>
              <w:right w:val="nil"/>
            </w:tcBorders>
            <w:vAlign w:val="center"/>
            <w:hideMark/>
          </w:tcPr>
          <w:p w14:paraId="6B1F6B5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887" w:type="dxa"/>
            <w:tcBorders>
              <w:top w:val="nil"/>
              <w:left w:val="nil"/>
              <w:bottom w:val="nil"/>
              <w:right w:val="nil"/>
            </w:tcBorders>
            <w:vAlign w:val="center"/>
            <w:hideMark/>
          </w:tcPr>
          <w:p w14:paraId="2F65A73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39" w:type="dxa"/>
            <w:tcBorders>
              <w:top w:val="nil"/>
              <w:left w:val="nil"/>
              <w:bottom w:val="nil"/>
              <w:right w:val="nil"/>
            </w:tcBorders>
            <w:vAlign w:val="center"/>
            <w:hideMark/>
          </w:tcPr>
          <w:p w14:paraId="69CDF00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483" w:type="dxa"/>
            <w:tcBorders>
              <w:top w:val="nil"/>
              <w:left w:val="nil"/>
              <w:bottom w:val="nil"/>
              <w:right w:val="nil"/>
            </w:tcBorders>
            <w:vAlign w:val="center"/>
            <w:hideMark/>
          </w:tcPr>
          <w:p w14:paraId="1C7E3C1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hideMark/>
          </w:tcPr>
          <w:p w14:paraId="31D35E3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r>
      <w:tr w:rsidR="00484A46" w:rsidRPr="00CB6B8D" w14:paraId="0DFF8991" w14:textId="77777777" w:rsidTr="00462317">
        <w:trPr>
          <w:trHeight w:val="320"/>
        </w:trPr>
        <w:tc>
          <w:tcPr>
            <w:tcW w:w="1979" w:type="dxa"/>
            <w:tcBorders>
              <w:top w:val="nil"/>
              <w:left w:val="nil"/>
              <w:bottom w:val="nil"/>
              <w:right w:val="nil"/>
            </w:tcBorders>
            <w:vAlign w:val="center"/>
            <w:hideMark/>
          </w:tcPr>
          <w:p w14:paraId="6BD7D18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Muscle Building</w:t>
            </w:r>
          </w:p>
        </w:tc>
        <w:tc>
          <w:tcPr>
            <w:tcW w:w="1101" w:type="dxa"/>
            <w:tcBorders>
              <w:top w:val="nil"/>
              <w:left w:val="nil"/>
              <w:bottom w:val="nil"/>
              <w:right w:val="nil"/>
            </w:tcBorders>
            <w:vAlign w:val="center"/>
            <w:hideMark/>
          </w:tcPr>
          <w:p w14:paraId="518D2D4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75" w:type="dxa"/>
            <w:tcBorders>
              <w:top w:val="nil"/>
              <w:left w:val="nil"/>
              <w:bottom w:val="nil"/>
              <w:right w:val="nil"/>
            </w:tcBorders>
            <w:vAlign w:val="center"/>
            <w:hideMark/>
          </w:tcPr>
          <w:p w14:paraId="30101BA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887" w:type="dxa"/>
            <w:tcBorders>
              <w:top w:val="nil"/>
              <w:left w:val="nil"/>
              <w:bottom w:val="nil"/>
              <w:right w:val="nil"/>
            </w:tcBorders>
            <w:vAlign w:val="center"/>
            <w:hideMark/>
          </w:tcPr>
          <w:p w14:paraId="7502658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916" w:type="dxa"/>
            <w:tcBorders>
              <w:top w:val="nil"/>
              <w:left w:val="nil"/>
              <w:bottom w:val="nil"/>
              <w:right w:val="nil"/>
            </w:tcBorders>
            <w:vAlign w:val="center"/>
            <w:hideMark/>
          </w:tcPr>
          <w:p w14:paraId="77FD05C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139" w:type="dxa"/>
            <w:tcBorders>
              <w:top w:val="nil"/>
              <w:left w:val="nil"/>
              <w:bottom w:val="nil"/>
              <w:right w:val="nil"/>
            </w:tcBorders>
            <w:vAlign w:val="center"/>
            <w:hideMark/>
          </w:tcPr>
          <w:p w14:paraId="40D30C7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887" w:type="dxa"/>
            <w:tcBorders>
              <w:top w:val="nil"/>
              <w:left w:val="nil"/>
              <w:bottom w:val="nil"/>
              <w:right w:val="nil"/>
            </w:tcBorders>
            <w:vAlign w:val="center"/>
            <w:hideMark/>
          </w:tcPr>
          <w:p w14:paraId="7B91159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39" w:type="dxa"/>
            <w:tcBorders>
              <w:top w:val="nil"/>
              <w:left w:val="nil"/>
              <w:bottom w:val="nil"/>
              <w:right w:val="nil"/>
            </w:tcBorders>
            <w:vAlign w:val="center"/>
            <w:hideMark/>
          </w:tcPr>
          <w:p w14:paraId="07F6AAE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1D06763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1BF12AB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84A46" w:rsidRPr="00CB6B8D" w14:paraId="0A23D8B0" w14:textId="77777777" w:rsidTr="00462317">
        <w:trPr>
          <w:trHeight w:val="320"/>
        </w:trPr>
        <w:tc>
          <w:tcPr>
            <w:tcW w:w="1979" w:type="dxa"/>
            <w:tcBorders>
              <w:top w:val="nil"/>
              <w:left w:val="nil"/>
              <w:bottom w:val="nil"/>
              <w:right w:val="nil"/>
            </w:tcBorders>
            <w:vAlign w:val="center"/>
            <w:hideMark/>
          </w:tcPr>
          <w:p w14:paraId="1F4D3B2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Nightmares</w:t>
            </w:r>
          </w:p>
        </w:tc>
        <w:tc>
          <w:tcPr>
            <w:tcW w:w="1101" w:type="dxa"/>
            <w:tcBorders>
              <w:top w:val="nil"/>
              <w:left w:val="nil"/>
              <w:bottom w:val="nil"/>
              <w:right w:val="nil"/>
            </w:tcBorders>
            <w:vAlign w:val="center"/>
            <w:hideMark/>
          </w:tcPr>
          <w:p w14:paraId="70E3C30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975" w:type="dxa"/>
            <w:tcBorders>
              <w:top w:val="nil"/>
              <w:left w:val="nil"/>
              <w:bottom w:val="nil"/>
              <w:right w:val="nil"/>
            </w:tcBorders>
            <w:vAlign w:val="center"/>
            <w:hideMark/>
          </w:tcPr>
          <w:p w14:paraId="6CBCC3C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20B0390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916" w:type="dxa"/>
            <w:tcBorders>
              <w:top w:val="nil"/>
              <w:left w:val="nil"/>
              <w:bottom w:val="nil"/>
              <w:right w:val="nil"/>
            </w:tcBorders>
            <w:vAlign w:val="center"/>
            <w:hideMark/>
          </w:tcPr>
          <w:p w14:paraId="2389C71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1139" w:type="dxa"/>
            <w:tcBorders>
              <w:top w:val="nil"/>
              <w:left w:val="nil"/>
              <w:bottom w:val="nil"/>
              <w:right w:val="nil"/>
            </w:tcBorders>
            <w:vAlign w:val="center"/>
            <w:hideMark/>
          </w:tcPr>
          <w:p w14:paraId="77A7CAF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7B22717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939" w:type="dxa"/>
            <w:tcBorders>
              <w:top w:val="nil"/>
              <w:left w:val="nil"/>
              <w:bottom w:val="nil"/>
              <w:right w:val="nil"/>
            </w:tcBorders>
            <w:vAlign w:val="center"/>
            <w:hideMark/>
          </w:tcPr>
          <w:p w14:paraId="7367FFA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77C79BA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250" w:type="dxa"/>
            <w:tcBorders>
              <w:top w:val="nil"/>
              <w:left w:val="nil"/>
              <w:bottom w:val="nil"/>
              <w:right w:val="nil"/>
            </w:tcBorders>
            <w:vAlign w:val="center"/>
            <w:hideMark/>
          </w:tcPr>
          <w:p w14:paraId="3FAA7A5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r>
      <w:tr w:rsidR="00484A46" w:rsidRPr="00CB6B8D" w14:paraId="574CBA88" w14:textId="77777777" w:rsidTr="00462317">
        <w:trPr>
          <w:trHeight w:val="320"/>
        </w:trPr>
        <w:tc>
          <w:tcPr>
            <w:tcW w:w="1979" w:type="dxa"/>
            <w:tcBorders>
              <w:top w:val="nil"/>
              <w:left w:val="nil"/>
              <w:bottom w:val="nil"/>
              <w:right w:val="nil"/>
            </w:tcBorders>
            <w:vAlign w:val="center"/>
            <w:hideMark/>
          </w:tcPr>
          <w:p w14:paraId="1C3C883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Non-</w:t>
            </w:r>
            <w:r w:rsidRPr="00CB6B8D">
              <w:rPr>
                <w:rFonts w:ascii="Times New Roman" w:eastAsia="Times New Roman" w:hAnsi="Times New Roman" w:cs="Times New Roman"/>
                <w:color w:val="000000"/>
                <w:kern w:val="0"/>
                <w:sz w:val="20"/>
                <w:szCs w:val="20"/>
                <w14:ligatures w14:val="none"/>
              </w:rPr>
              <w:t>P</w:t>
            </w:r>
            <w:r w:rsidRPr="0016389C">
              <w:rPr>
                <w:rFonts w:ascii="Times New Roman" w:eastAsia="Times New Roman" w:hAnsi="Times New Roman" w:cs="Times New Roman"/>
                <w:color w:val="000000"/>
                <w:kern w:val="0"/>
                <w:sz w:val="20"/>
                <w:szCs w:val="20"/>
                <w14:ligatures w14:val="none"/>
              </w:rPr>
              <w:t>ersistence</w:t>
            </w:r>
          </w:p>
        </w:tc>
        <w:tc>
          <w:tcPr>
            <w:tcW w:w="1101" w:type="dxa"/>
            <w:tcBorders>
              <w:top w:val="nil"/>
              <w:left w:val="nil"/>
              <w:bottom w:val="nil"/>
              <w:right w:val="nil"/>
            </w:tcBorders>
            <w:vAlign w:val="center"/>
            <w:hideMark/>
          </w:tcPr>
          <w:p w14:paraId="594198B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975" w:type="dxa"/>
            <w:tcBorders>
              <w:top w:val="nil"/>
              <w:left w:val="nil"/>
              <w:bottom w:val="nil"/>
              <w:right w:val="nil"/>
            </w:tcBorders>
            <w:vAlign w:val="center"/>
            <w:hideMark/>
          </w:tcPr>
          <w:p w14:paraId="448D7BC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887" w:type="dxa"/>
            <w:tcBorders>
              <w:top w:val="nil"/>
              <w:left w:val="nil"/>
              <w:bottom w:val="nil"/>
              <w:right w:val="nil"/>
            </w:tcBorders>
            <w:vAlign w:val="center"/>
            <w:hideMark/>
          </w:tcPr>
          <w:p w14:paraId="02D34BF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916" w:type="dxa"/>
            <w:tcBorders>
              <w:top w:val="nil"/>
              <w:left w:val="nil"/>
              <w:bottom w:val="nil"/>
              <w:right w:val="nil"/>
            </w:tcBorders>
            <w:vAlign w:val="center"/>
            <w:hideMark/>
          </w:tcPr>
          <w:p w14:paraId="7F15995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1139" w:type="dxa"/>
            <w:tcBorders>
              <w:top w:val="nil"/>
              <w:left w:val="nil"/>
              <w:bottom w:val="nil"/>
              <w:right w:val="nil"/>
            </w:tcBorders>
            <w:vAlign w:val="center"/>
            <w:hideMark/>
          </w:tcPr>
          <w:p w14:paraId="7AA9A12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887" w:type="dxa"/>
            <w:tcBorders>
              <w:top w:val="nil"/>
              <w:left w:val="nil"/>
              <w:bottom w:val="nil"/>
              <w:right w:val="nil"/>
            </w:tcBorders>
            <w:vAlign w:val="center"/>
            <w:hideMark/>
          </w:tcPr>
          <w:p w14:paraId="589895F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939" w:type="dxa"/>
            <w:tcBorders>
              <w:top w:val="nil"/>
              <w:left w:val="nil"/>
              <w:bottom w:val="nil"/>
              <w:right w:val="nil"/>
            </w:tcBorders>
            <w:vAlign w:val="center"/>
            <w:hideMark/>
          </w:tcPr>
          <w:p w14:paraId="70BDBFC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483" w:type="dxa"/>
            <w:tcBorders>
              <w:top w:val="nil"/>
              <w:left w:val="nil"/>
              <w:bottom w:val="nil"/>
              <w:right w:val="nil"/>
            </w:tcBorders>
            <w:vAlign w:val="center"/>
            <w:hideMark/>
          </w:tcPr>
          <w:p w14:paraId="3A73251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6E62972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r>
      <w:tr w:rsidR="00484A46" w:rsidRPr="00CB6B8D" w14:paraId="628BB66E" w14:textId="77777777" w:rsidTr="00462317">
        <w:trPr>
          <w:trHeight w:val="320"/>
        </w:trPr>
        <w:tc>
          <w:tcPr>
            <w:tcW w:w="1979" w:type="dxa"/>
            <w:tcBorders>
              <w:top w:val="nil"/>
              <w:left w:val="nil"/>
              <w:bottom w:val="nil"/>
              <w:right w:val="nil"/>
            </w:tcBorders>
            <w:vAlign w:val="center"/>
            <w:hideMark/>
          </w:tcPr>
          <w:p w14:paraId="359CE2A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lastRenderedPageBreak/>
              <w:t>Non-</w:t>
            </w:r>
            <w:proofErr w:type="spellStart"/>
            <w:r w:rsidRPr="00CB6B8D">
              <w:rPr>
                <w:rFonts w:ascii="Times New Roman" w:eastAsia="Times New Roman" w:hAnsi="Times New Roman" w:cs="Times New Roman"/>
                <w:color w:val="000000"/>
                <w:kern w:val="0"/>
                <w:sz w:val="20"/>
                <w:szCs w:val="20"/>
                <w14:ligatures w14:val="none"/>
              </w:rPr>
              <w:t>P</w:t>
            </w:r>
            <w:r w:rsidRPr="0016389C">
              <w:rPr>
                <w:rFonts w:ascii="Times New Roman" w:eastAsia="Times New Roman" w:hAnsi="Times New Roman" w:cs="Times New Roman"/>
                <w:color w:val="000000"/>
                <w:kern w:val="0"/>
                <w:sz w:val="20"/>
                <w:szCs w:val="20"/>
                <w14:ligatures w14:val="none"/>
              </w:rPr>
              <w:t>lanfulness</w:t>
            </w:r>
            <w:proofErr w:type="spellEnd"/>
          </w:p>
        </w:tc>
        <w:tc>
          <w:tcPr>
            <w:tcW w:w="1101" w:type="dxa"/>
            <w:tcBorders>
              <w:top w:val="nil"/>
              <w:left w:val="nil"/>
              <w:bottom w:val="nil"/>
              <w:right w:val="nil"/>
            </w:tcBorders>
            <w:vAlign w:val="center"/>
            <w:hideMark/>
          </w:tcPr>
          <w:p w14:paraId="5EB0D69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975" w:type="dxa"/>
            <w:tcBorders>
              <w:top w:val="nil"/>
              <w:left w:val="nil"/>
              <w:bottom w:val="nil"/>
              <w:right w:val="nil"/>
            </w:tcBorders>
            <w:vAlign w:val="center"/>
            <w:hideMark/>
          </w:tcPr>
          <w:p w14:paraId="4124831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887" w:type="dxa"/>
            <w:tcBorders>
              <w:top w:val="nil"/>
              <w:left w:val="nil"/>
              <w:bottom w:val="nil"/>
              <w:right w:val="nil"/>
            </w:tcBorders>
            <w:vAlign w:val="center"/>
            <w:hideMark/>
          </w:tcPr>
          <w:p w14:paraId="30C50FD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916" w:type="dxa"/>
            <w:tcBorders>
              <w:top w:val="nil"/>
              <w:left w:val="nil"/>
              <w:bottom w:val="nil"/>
              <w:right w:val="nil"/>
            </w:tcBorders>
            <w:vAlign w:val="center"/>
            <w:hideMark/>
          </w:tcPr>
          <w:p w14:paraId="12FCD3A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1139" w:type="dxa"/>
            <w:tcBorders>
              <w:top w:val="nil"/>
              <w:left w:val="nil"/>
              <w:bottom w:val="nil"/>
              <w:right w:val="nil"/>
            </w:tcBorders>
            <w:vAlign w:val="center"/>
            <w:hideMark/>
          </w:tcPr>
          <w:p w14:paraId="0850FB9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887" w:type="dxa"/>
            <w:tcBorders>
              <w:top w:val="nil"/>
              <w:left w:val="nil"/>
              <w:bottom w:val="nil"/>
              <w:right w:val="nil"/>
            </w:tcBorders>
            <w:vAlign w:val="center"/>
            <w:hideMark/>
          </w:tcPr>
          <w:p w14:paraId="25CFEF9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939" w:type="dxa"/>
            <w:tcBorders>
              <w:top w:val="nil"/>
              <w:left w:val="nil"/>
              <w:bottom w:val="nil"/>
              <w:right w:val="nil"/>
            </w:tcBorders>
            <w:vAlign w:val="center"/>
            <w:hideMark/>
          </w:tcPr>
          <w:p w14:paraId="3526A49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2684BB3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4D0F646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84A46" w:rsidRPr="00CB6B8D" w14:paraId="67330E7D" w14:textId="77777777" w:rsidTr="00462317">
        <w:trPr>
          <w:trHeight w:val="320"/>
        </w:trPr>
        <w:tc>
          <w:tcPr>
            <w:tcW w:w="1979" w:type="dxa"/>
            <w:tcBorders>
              <w:top w:val="nil"/>
              <w:left w:val="nil"/>
              <w:bottom w:val="nil"/>
              <w:right w:val="nil"/>
            </w:tcBorders>
            <w:vAlign w:val="center"/>
            <w:hideMark/>
          </w:tcPr>
          <w:p w14:paraId="24E2933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NSSI</w:t>
            </w:r>
          </w:p>
        </w:tc>
        <w:tc>
          <w:tcPr>
            <w:tcW w:w="1101" w:type="dxa"/>
            <w:tcBorders>
              <w:top w:val="nil"/>
              <w:left w:val="nil"/>
              <w:bottom w:val="nil"/>
              <w:right w:val="nil"/>
            </w:tcBorders>
            <w:vAlign w:val="center"/>
            <w:hideMark/>
          </w:tcPr>
          <w:p w14:paraId="2335BAF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975" w:type="dxa"/>
            <w:tcBorders>
              <w:top w:val="nil"/>
              <w:left w:val="nil"/>
              <w:bottom w:val="nil"/>
              <w:right w:val="nil"/>
            </w:tcBorders>
            <w:vAlign w:val="center"/>
            <w:hideMark/>
          </w:tcPr>
          <w:p w14:paraId="5F52220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887" w:type="dxa"/>
            <w:tcBorders>
              <w:top w:val="nil"/>
              <w:left w:val="nil"/>
              <w:bottom w:val="nil"/>
              <w:right w:val="nil"/>
            </w:tcBorders>
            <w:vAlign w:val="center"/>
            <w:hideMark/>
          </w:tcPr>
          <w:p w14:paraId="6CEFEB9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4B2CD3A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1139" w:type="dxa"/>
            <w:tcBorders>
              <w:top w:val="nil"/>
              <w:left w:val="nil"/>
              <w:bottom w:val="nil"/>
              <w:right w:val="nil"/>
            </w:tcBorders>
            <w:vAlign w:val="center"/>
            <w:hideMark/>
          </w:tcPr>
          <w:p w14:paraId="11C1379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887" w:type="dxa"/>
            <w:tcBorders>
              <w:top w:val="nil"/>
              <w:left w:val="nil"/>
              <w:bottom w:val="nil"/>
              <w:right w:val="nil"/>
            </w:tcBorders>
            <w:vAlign w:val="center"/>
            <w:hideMark/>
          </w:tcPr>
          <w:p w14:paraId="3C7E67F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939" w:type="dxa"/>
            <w:tcBorders>
              <w:top w:val="nil"/>
              <w:left w:val="nil"/>
              <w:bottom w:val="nil"/>
              <w:right w:val="nil"/>
            </w:tcBorders>
            <w:vAlign w:val="center"/>
            <w:hideMark/>
          </w:tcPr>
          <w:p w14:paraId="5867F70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277BADA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250" w:type="dxa"/>
            <w:tcBorders>
              <w:top w:val="nil"/>
              <w:left w:val="nil"/>
              <w:bottom w:val="nil"/>
              <w:right w:val="nil"/>
            </w:tcBorders>
            <w:vAlign w:val="center"/>
            <w:hideMark/>
          </w:tcPr>
          <w:p w14:paraId="4EC142F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r>
      <w:tr w:rsidR="00484A46" w:rsidRPr="00CB6B8D" w14:paraId="7847C702" w14:textId="77777777" w:rsidTr="00462317">
        <w:trPr>
          <w:trHeight w:val="320"/>
        </w:trPr>
        <w:tc>
          <w:tcPr>
            <w:tcW w:w="1979" w:type="dxa"/>
            <w:tcBorders>
              <w:top w:val="nil"/>
              <w:left w:val="nil"/>
              <w:bottom w:val="nil"/>
              <w:right w:val="nil"/>
            </w:tcBorders>
            <w:vAlign w:val="center"/>
            <w:hideMark/>
          </w:tcPr>
          <w:p w14:paraId="2CBFCEE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Oppositionality</w:t>
            </w:r>
          </w:p>
        </w:tc>
        <w:tc>
          <w:tcPr>
            <w:tcW w:w="1101" w:type="dxa"/>
            <w:tcBorders>
              <w:top w:val="nil"/>
              <w:left w:val="nil"/>
              <w:bottom w:val="nil"/>
              <w:right w:val="nil"/>
            </w:tcBorders>
            <w:vAlign w:val="center"/>
            <w:hideMark/>
          </w:tcPr>
          <w:p w14:paraId="5571CA5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975" w:type="dxa"/>
            <w:tcBorders>
              <w:top w:val="nil"/>
              <w:left w:val="nil"/>
              <w:bottom w:val="nil"/>
              <w:right w:val="nil"/>
            </w:tcBorders>
            <w:vAlign w:val="center"/>
            <w:hideMark/>
          </w:tcPr>
          <w:p w14:paraId="096D261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3B5AB45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916" w:type="dxa"/>
            <w:tcBorders>
              <w:top w:val="nil"/>
              <w:left w:val="nil"/>
              <w:bottom w:val="nil"/>
              <w:right w:val="nil"/>
            </w:tcBorders>
            <w:vAlign w:val="center"/>
            <w:hideMark/>
          </w:tcPr>
          <w:p w14:paraId="21C6519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1139" w:type="dxa"/>
            <w:tcBorders>
              <w:top w:val="nil"/>
              <w:left w:val="nil"/>
              <w:bottom w:val="nil"/>
              <w:right w:val="nil"/>
            </w:tcBorders>
            <w:vAlign w:val="center"/>
            <w:hideMark/>
          </w:tcPr>
          <w:p w14:paraId="5034E6B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887" w:type="dxa"/>
            <w:tcBorders>
              <w:top w:val="nil"/>
              <w:left w:val="nil"/>
              <w:bottom w:val="nil"/>
              <w:right w:val="nil"/>
            </w:tcBorders>
            <w:vAlign w:val="center"/>
            <w:hideMark/>
          </w:tcPr>
          <w:p w14:paraId="18840B0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39" w:type="dxa"/>
            <w:tcBorders>
              <w:top w:val="nil"/>
              <w:left w:val="nil"/>
              <w:bottom w:val="nil"/>
              <w:right w:val="nil"/>
            </w:tcBorders>
            <w:vAlign w:val="center"/>
            <w:hideMark/>
          </w:tcPr>
          <w:p w14:paraId="1CA7810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610EBF7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0DD3253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r>
      <w:tr w:rsidR="00484A46" w:rsidRPr="00CB6B8D" w14:paraId="352A1AD5" w14:textId="77777777" w:rsidTr="00462317">
        <w:trPr>
          <w:trHeight w:val="320"/>
        </w:trPr>
        <w:tc>
          <w:tcPr>
            <w:tcW w:w="1979" w:type="dxa"/>
            <w:tcBorders>
              <w:top w:val="nil"/>
              <w:left w:val="nil"/>
              <w:bottom w:val="nil"/>
              <w:right w:val="nil"/>
            </w:tcBorders>
            <w:vAlign w:val="center"/>
            <w:hideMark/>
          </w:tcPr>
          <w:p w14:paraId="74AA869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Panic</w:t>
            </w:r>
          </w:p>
        </w:tc>
        <w:tc>
          <w:tcPr>
            <w:tcW w:w="1101" w:type="dxa"/>
            <w:tcBorders>
              <w:top w:val="nil"/>
              <w:left w:val="nil"/>
              <w:bottom w:val="nil"/>
              <w:right w:val="nil"/>
            </w:tcBorders>
            <w:vAlign w:val="center"/>
            <w:hideMark/>
          </w:tcPr>
          <w:p w14:paraId="4CFB550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975" w:type="dxa"/>
            <w:tcBorders>
              <w:top w:val="nil"/>
              <w:left w:val="nil"/>
              <w:bottom w:val="nil"/>
              <w:right w:val="nil"/>
            </w:tcBorders>
            <w:vAlign w:val="center"/>
            <w:hideMark/>
          </w:tcPr>
          <w:p w14:paraId="60F9001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887" w:type="dxa"/>
            <w:tcBorders>
              <w:top w:val="nil"/>
              <w:left w:val="nil"/>
              <w:bottom w:val="nil"/>
              <w:right w:val="nil"/>
            </w:tcBorders>
            <w:vAlign w:val="center"/>
            <w:hideMark/>
          </w:tcPr>
          <w:p w14:paraId="4B84A44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916" w:type="dxa"/>
            <w:tcBorders>
              <w:top w:val="nil"/>
              <w:left w:val="nil"/>
              <w:bottom w:val="nil"/>
              <w:right w:val="nil"/>
            </w:tcBorders>
            <w:vAlign w:val="center"/>
            <w:hideMark/>
          </w:tcPr>
          <w:p w14:paraId="3A9F2DA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1139" w:type="dxa"/>
            <w:tcBorders>
              <w:top w:val="nil"/>
              <w:left w:val="nil"/>
              <w:bottom w:val="nil"/>
              <w:right w:val="nil"/>
            </w:tcBorders>
            <w:vAlign w:val="center"/>
            <w:hideMark/>
          </w:tcPr>
          <w:p w14:paraId="07A7552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397AB22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939" w:type="dxa"/>
            <w:tcBorders>
              <w:top w:val="nil"/>
              <w:left w:val="nil"/>
              <w:bottom w:val="nil"/>
              <w:right w:val="nil"/>
            </w:tcBorders>
            <w:vAlign w:val="center"/>
            <w:hideMark/>
          </w:tcPr>
          <w:p w14:paraId="33124F9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608485F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250" w:type="dxa"/>
            <w:tcBorders>
              <w:top w:val="nil"/>
              <w:left w:val="nil"/>
              <w:bottom w:val="nil"/>
              <w:right w:val="nil"/>
            </w:tcBorders>
            <w:vAlign w:val="center"/>
            <w:hideMark/>
          </w:tcPr>
          <w:p w14:paraId="5713FEF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r>
      <w:tr w:rsidR="00484A46" w:rsidRPr="00CB6B8D" w14:paraId="2980E871" w14:textId="77777777" w:rsidTr="00462317">
        <w:trPr>
          <w:trHeight w:val="320"/>
        </w:trPr>
        <w:tc>
          <w:tcPr>
            <w:tcW w:w="1979" w:type="dxa"/>
            <w:tcBorders>
              <w:top w:val="nil"/>
              <w:left w:val="nil"/>
              <w:bottom w:val="nil"/>
              <w:right w:val="nil"/>
            </w:tcBorders>
            <w:vAlign w:val="center"/>
            <w:hideMark/>
          </w:tcPr>
          <w:p w14:paraId="2B543EF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Paraphilias</w:t>
            </w:r>
          </w:p>
        </w:tc>
        <w:tc>
          <w:tcPr>
            <w:tcW w:w="1101" w:type="dxa"/>
            <w:tcBorders>
              <w:top w:val="nil"/>
              <w:left w:val="nil"/>
              <w:bottom w:val="nil"/>
              <w:right w:val="nil"/>
            </w:tcBorders>
            <w:vAlign w:val="center"/>
            <w:hideMark/>
          </w:tcPr>
          <w:p w14:paraId="59FF43B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975" w:type="dxa"/>
            <w:tcBorders>
              <w:top w:val="nil"/>
              <w:left w:val="nil"/>
              <w:bottom w:val="nil"/>
              <w:right w:val="nil"/>
            </w:tcBorders>
            <w:vAlign w:val="center"/>
            <w:hideMark/>
          </w:tcPr>
          <w:p w14:paraId="30D4DA9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887" w:type="dxa"/>
            <w:tcBorders>
              <w:top w:val="nil"/>
              <w:left w:val="nil"/>
              <w:bottom w:val="nil"/>
              <w:right w:val="nil"/>
            </w:tcBorders>
            <w:vAlign w:val="center"/>
            <w:hideMark/>
          </w:tcPr>
          <w:p w14:paraId="70D2549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916" w:type="dxa"/>
            <w:tcBorders>
              <w:top w:val="nil"/>
              <w:left w:val="nil"/>
              <w:bottom w:val="nil"/>
              <w:right w:val="nil"/>
            </w:tcBorders>
            <w:vAlign w:val="center"/>
            <w:hideMark/>
          </w:tcPr>
          <w:p w14:paraId="5003926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139" w:type="dxa"/>
            <w:tcBorders>
              <w:top w:val="nil"/>
              <w:left w:val="nil"/>
              <w:bottom w:val="nil"/>
              <w:right w:val="nil"/>
            </w:tcBorders>
            <w:vAlign w:val="center"/>
            <w:hideMark/>
          </w:tcPr>
          <w:p w14:paraId="34151F3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295B3CA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939" w:type="dxa"/>
            <w:tcBorders>
              <w:top w:val="nil"/>
              <w:left w:val="nil"/>
              <w:bottom w:val="nil"/>
              <w:right w:val="nil"/>
            </w:tcBorders>
            <w:vAlign w:val="center"/>
            <w:hideMark/>
          </w:tcPr>
          <w:p w14:paraId="2C31901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047133D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05DDCFF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r>
      <w:tr w:rsidR="00484A46" w:rsidRPr="00CB6B8D" w14:paraId="4A335181" w14:textId="77777777" w:rsidTr="00462317">
        <w:trPr>
          <w:trHeight w:val="320"/>
        </w:trPr>
        <w:tc>
          <w:tcPr>
            <w:tcW w:w="1979" w:type="dxa"/>
            <w:tcBorders>
              <w:top w:val="nil"/>
              <w:left w:val="nil"/>
              <w:bottom w:val="nil"/>
              <w:right w:val="nil"/>
            </w:tcBorders>
            <w:vAlign w:val="center"/>
            <w:hideMark/>
          </w:tcPr>
          <w:p w14:paraId="5161EE1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Perfectionism</w:t>
            </w:r>
          </w:p>
        </w:tc>
        <w:tc>
          <w:tcPr>
            <w:tcW w:w="1101" w:type="dxa"/>
            <w:tcBorders>
              <w:top w:val="nil"/>
              <w:left w:val="nil"/>
              <w:bottom w:val="nil"/>
              <w:right w:val="nil"/>
            </w:tcBorders>
            <w:vAlign w:val="center"/>
            <w:hideMark/>
          </w:tcPr>
          <w:p w14:paraId="34F9088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975" w:type="dxa"/>
            <w:tcBorders>
              <w:top w:val="nil"/>
              <w:left w:val="nil"/>
              <w:bottom w:val="nil"/>
              <w:right w:val="nil"/>
            </w:tcBorders>
            <w:vAlign w:val="center"/>
            <w:hideMark/>
          </w:tcPr>
          <w:p w14:paraId="50C8369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2BE451F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16" w:type="dxa"/>
            <w:tcBorders>
              <w:top w:val="nil"/>
              <w:left w:val="nil"/>
              <w:bottom w:val="nil"/>
              <w:right w:val="nil"/>
            </w:tcBorders>
            <w:vAlign w:val="center"/>
            <w:hideMark/>
          </w:tcPr>
          <w:p w14:paraId="7129799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1139" w:type="dxa"/>
            <w:tcBorders>
              <w:top w:val="nil"/>
              <w:left w:val="nil"/>
              <w:bottom w:val="nil"/>
              <w:right w:val="nil"/>
            </w:tcBorders>
            <w:vAlign w:val="center"/>
            <w:hideMark/>
          </w:tcPr>
          <w:p w14:paraId="5F2BC37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887" w:type="dxa"/>
            <w:tcBorders>
              <w:top w:val="nil"/>
              <w:left w:val="nil"/>
              <w:bottom w:val="nil"/>
              <w:right w:val="nil"/>
            </w:tcBorders>
            <w:vAlign w:val="center"/>
            <w:hideMark/>
          </w:tcPr>
          <w:p w14:paraId="2CF7A6D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39" w:type="dxa"/>
            <w:tcBorders>
              <w:top w:val="nil"/>
              <w:left w:val="nil"/>
              <w:bottom w:val="nil"/>
              <w:right w:val="nil"/>
            </w:tcBorders>
            <w:vAlign w:val="center"/>
            <w:hideMark/>
          </w:tcPr>
          <w:p w14:paraId="33C87FC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2DDB41A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4F71576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r>
      <w:tr w:rsidR="00484A46" w:rsidRPr="00CB6B8D" w14:paraId="394C3778" w14:textId="77777777" w:rsidTr="00462317">
        <w:trPr>
          <w:trHeight w:val="320"/>
        </w:trPr>
        <w:tc>
          <w:tcPr>
            <w:tcW w:w="1979" w:type="dxa"/>
            <w:tcBorders>
              <w:top w:val="nil"/>
              <w:left w:val="nil"/>
              <w:bottom w:val="nil"/>
              <w:right w:val="nil"/>
            </w:tcBorders>
            <w:vAlign w:val="center"/>
            <w:hideMark/>
          </w:tcPr>
          <w:p w14:paraId="2DCA8D1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Premature Orgasm</w:t>
            </w:r>
          </w:p>
        </w:tc>
        <w:tc>
          <w:tcPr>
            <w:tcW w:w="1101" w:type="dxa"/>
            <w:tcBorders>
              <w:top w:val="nil"/>
              <w:left w:val="nil"/>
              <w:bottom w:val="nil"/>
              <w:right w:val="nil"/>
            </w:tcBorders>
            <w:vAlign w:val="center"/>
            <w:hideMark/>
          </w:tcPr>
          <w:p w14:paraId="4E93934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975" w:type="dxa"/>
            <w:tcBorders>
              <w:top w:val="nil"/>
              <w:left w:val="nil"/>
              <w:bottom w:val="nil"/>
              <w:right w:val="nil"/>
            </w:tcBorders>
            <w:vAlign w:val="center"/>
            <w:hideMark/>
          </w:tcPr>
          <w:p w14:paraId="0E86088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4701CE9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916" w:type="dxa"/>
            <w:tcBorders>
              <w:top w:val="nil"/>
              <w:left w:val="nil"/>
              <w:bottom w:val="nil"/>
              <w:right w:val="nil"/>
            </w:tcBorders>
            <w:vAlign w:val="center"/>
            <w:hideMark/>
          </w:tcPr>
          <w:p w14:paraId="2B5ECBB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139" w:type="dxa"/>
            <w:tcBorders>
              <w:top w:val="nil"/>
              <w:left w:val="nil"/>
              <w:bottom w:val="nil"/>
              <w:right w:val="nil"/>
            </w:tcBorders>
            <w:vAlign w:val="center"/>
            <w:hideMark/>
          </w:tcPr>
          <w:p w14:paraId="6EB953E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56D41EB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939" w:type="dxa"/>
            <w:tcBorders>
              <w:top w:val="nil"/>
              <w:left w:val="nil"/>
              <w:bottom w:val="nil"/>
              <w:right w:val="nil"/>
            </w:tcBorders>
            <w:vAlign w:val="center"/>
            <w:hideMark/>
          </w:tcPr>
          <w:p w14:paraId="22AAC72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0CA7860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hideMark/>
          </w:tcPr>
          <w:p w14:paraId="11CE7AD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r>
      <w:tr w:rsidR="00484A46" w:rsidRPr="00CB6B8D" w14:paraId="6B83D4F4" w14:textId="77777777" w:rsidTr="00462317">
        <w:trPr>
          <w:trHeight w:val="320"/>
        </w:trPr>
        <w:tc>
          <w:tcPr>
            <w:tcW w:w="1979" w:type="dxa"/>
            <w:tcBorders>
              <w:top w:val="nil"/>
              <w:left w:val="nil"/>
              <w:bottom w:val="nil"/>
              <w:right w:val="nil"/>
            </w:tcBorders>
            <w:vAlign w:val="center"/>
            <w:hideMark/>
          </w:tcPr>
          <w:p w14:paraId="3BF8BF8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Problematic Shopping</w:t>
            </w:r>
          </w:p>
        </w:tc>
        <w:tc>
          <w:tcPr>
            <w:tcW w:w="1101" w:type="dxa"/>
            <w:tcBorders>
              <w:top w:val="nil"/>
              <w:left w:val="nil"/>
              <w:bottom w:val="nil"/>
              <w:right w:val="nil"/>
            </w:tcBorders>
            <w:vAlign w:val="center"/>
            <w:hideMark/>
          </w:tcPr>
          <w:p w14:paraId="50D7613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975" w:type="dxa"/>
            <w:tcBorders>
              <w:top w:val="nil"/>
              <w:left w:val="nil"/>
              <w:bottom w:val="nil"/>
              <w:right w:val="nil"/>
            </w:tcBorders>
            <w:vAlign w:val="center"/>
            <w:hideMark/>
          </w:tcPr>
          <w:p w14:paraId="71B9ABB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887" w:type="dxa"/>
            <w:tcBorders>
              <w:top w:val="nil"/>
              <w:left w:val="nil"/>
              <w:bottom w:val="nil"/>
              <w:right w:val="nil"/>
            </w:tcBorders>
            <w:vAlign w:val="center"/>
            <w:hideMark/>
          </w:tcPr>
          <w:p w14:paraId="7AFE37F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16" w:type="dxa"/>
            <w:tcBorders>
              <w:top w:val="nil"/>
              <w:left w:val="nil"/>
              <w:bottom w:val="nil"/>
              <w:right w:val="nil"/>
            </w:tcBorders>
            <w:vAlign w:val="center"/>
            <w:hideMark/>
          </w:tcPr>
          <w:p w14:paraId="05B500E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1139" w:type="dxa"/>
            <w:tcBorders>
              <w:top w:val="nil"/>
              <w:left w:val="nil"/>
              <w:bottom w:val="nil"/>
              <w:right w:val="nil"/>
            </w:tcBorders>
            <w:vAlign w:val="center"/>
            <w:hideMark/>
          </w:tcPr>
          <w:p w14:paraId="0BF15EF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887" w:type="dxa"/>
            <w:tcBorders>
              <w:top w:val="nil"/>
              <w:left w:val="nil"/>
              <w:bottom w:val="nil"/>
              <w:right w:val="nil"/>
            </w:tcBorders>
            <w:vAlign w:val="center"/>
            <w:hideMark/>
          </w:tcPr>
          <w:p w14:paraId="45D5D00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39" w:type="dxa"/>
            <w:tcBorders>
              <w:top w:val="nil"/>
              <w:left w:val="nil"/>
              <w:bottom w:val="nil"/>
              <w:right w:val="nil"/>
            </w:tcBorders>
            <w:vAlign w:val="center"/>
            <w:hideMark/>
          </w:tcPr>
          <w:p w14:paraId="369B48C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7E43F41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0FF956C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84A46" w:rsidRPr="00CB6B8D" w14:paraId="38887A7A" w14:textId="77777777" w:rsidTr="00462317">
        <w:trPr>
          <w:trHeight w:val="320"/>
        </w:trPr>
        <w:tc>
          <w:tcPr>
            <w:tcW w:w="1979" w:type="dxa"/>
            <w:tcBorders>
              <w:top w:val="nil"/>
              <w:left w:val="nil"/>
              <w:bottom w:val="nil"/>
              <w:right w:val="nil"/>
            </w:tcBorders>
            <w:vAlign w:val="center"/>
            <w:hideMark/>
          </w:tcPr>
          <w:p w14:paraId="3B8D96B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Purging</w:t>
            </w:r>
          </w:p>
        </w:tc>
        <w:tc>
          <w:tcPr>
            <w:tcW w:w="1101" w:type="dxa"/>
            <w:tcBorders>
              <w:top w:val="nil"/>
              <w:left w:val="nil"/>
              <w:bottom w:val="nil"/>
              <w:right w:val="nil"/>
            </w:tcBorders>
            <w:vAlign w:val="center"/>
            <w:hideMark/>
          </w:tcPr>
          <w:p w14:paraId="41DBD0E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75" w:type="dxa"/>
            <w:tcBorders>
              <w:top w:val="nil"/>
              <w:left w:val="nil"/>
              <w:bottom w:val="nil"/>
              <w:right w:val="nil"/>
            </w:tcBorders>
            <w:vAlign w:val="center"/>
            <w:hideMark/>
          </w:tcPr>
          <w:p w14:paraId="28EA39B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887" w:type="dxa"/>
            <w:tcBorders>
              <w:top w:val="nil"/>
              <w:left w:val="nil"/>
              <w:bottom w:val="nil"/>
              <w:right w:val="nil"/>
            </w:tcBorders>
            <w:vAlign w:val="center"/>
            <w:hideMark/>
          </w:tcPr>
          <w:p w14:paraId="3CB5B8E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16" w:type="dxa"/>
            <w:tcBorders>
              <w:top w:val="nil"/>
              <w:left w:val="nil"/>
              <w:bottom w:val="nil"/>
              <w:right w:val="nil"/>
            </w:tcBorders>
            <w:vAlign w:val="center"/>
            <w:hideMark/>
          </w:tcPr>
          <w:p w14:paraId="2282C34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139" w:type="dxa"/>
            <w:tcBorders>
              <w:top w:val="nil"/>
              <w:left w:val="nil"/>
              <w:bottom w:val="nil"/>
              <w:right w:val="nil"/>
            </w:tcBorders>
            <w:vAlign w:val="center"/>
            <w:hideMark/>
          </w:tcPr>
          <w:p w14:paraId="0D89E9A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887" w:type="dxa"/>
            <w:tcBorders>
              <w:top w:val="nil"/>
              <w:left w:val="nil"/>
              <w:bottom w:val="nil"/>
              <w:right w:val="nil"/>
            </w:tcBorders>
            <w:vAlign w:val="center"/>
            <w:hideMark/>
          </w:tcPr>
          <w:p w14:paraId="7ED4D53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39" w:type="dxa"/>
            <w:tcBorders>
              <w:top w:val="nil"/>
              <w:left w:val="nil"/>
              <w:bottom w:val="nil"/>
              <w:right w:val="nil"/>
            </w:tcBorders>
            <w:vAlign w:val="center"/>
            <w:hideMark/>
          </w:tcPr>
          <w:p w14:paraId="4603EE3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483" w:type="dxa"/>
            <w:tcBorders>
              <w:top w:val="nil"/>
              <w:left w:val="nil"/>
              <w:bottom w:val="nil"/>
              <w:right w:val="nil"/>
            </w:tcBorders>
            <w:vAlign w:val="center"/>
            <w:hideMark/>
          </w:tcPr>
          <w:p w14:paraId="1FD6114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726219E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r>
      <w:tr w:rsidR="00484A46" w:rsidRPr="00CB6B8D" w14:paraId="13C648FC" w14:textId="77777777" w:rsidTr="00462317">
        <w:trPr>
          <w:trHeight w:val="320"/>
        </w:trPr>
        <w:tc>
          <w:tcPr>
            <w:tcW w:w="1979" w:type="dxa"/>
            <w:tcBorders>
              <w:top w:val="nil"/>
              <w:left w:val="nil"/>
              <w:bottom w:val="nil"/>
              <w:right w:val="nil"/>
            </w:tcBorders>
            <w:vAlign w:val="center"/>
            <w:hideMark/>
          </w:tcPr>
          <w:p w14:paraId="66CF5FC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Restlessness</w:t>
            </w:r>
          </w:p>
        </w:tc>
        <w:tc>
          <w:tcPr>
            <w:tcW w:w="1101" w:type="dxa"/>
            <w:tcBorders>
              <w:top w:val="nil"/>
              <w:left w:val="nil"/>
              <w:bottom w:val="nil"/>
              <w:right w:val="nil"/>
            </w:tcBorders>
            <w:vAlign w:val="center"/>
            <w:hideMark/>
          </w:tcPr>
          <w:p w14:paraId="3C9A3DB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75" w:type="dxa"/>
            <w:tcBorders>
              <w:top w:val="nil"/>
              <w:left w:val="nil"/>
              <w:bottom w:val="nil"/>
              <w:right w:val="nil"/>
            </w:tcBorders>
            <w:vAlign w:val="center"/>
            <w:hideMark/>
          </w:tcPr>
          <w:p w14:paraId="043F83C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887" w:type="dxa"/>
            <w:tcBorders>
              <w:top w:val="nil"/>
              <w:left w:val="nil"/>
              <w:bottom w:val="nil"/>
              <w:right w:val="nil"/>
            </w:tcBorders>
            <w:vAlign w:val="center"/>
            <w:hideMark/>
          </w:tcPr>
          <w:p w14:paraId="13B0514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916" w:type="dxa"/>
            <w:tcBorders>
              <w:top w:val="nil"/>
              <w:left w:val="nil"/>
              <w:bottom w:val="nil"/>
              <w:right w:val="nil"/>
            </w:tcBorders>
            <w:vAlign w:val="center"/>
            <w:hideMark/>
          </w:tcPr>
          <w:p w14:paraId="6E29CEC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1139" w:type="dxa"/>
            <w:tcBorders>
              <w:top w:val="nil"/>
              <w:left w:val="nil"/>
              <w:bottom w:val="nil"/>
              <w:right w:val="nil"/>
            </w:tcBorders>
            <w:vAlign w:val="center"/>
            <w:hideMark/>
          </w:tcPr>
          <w:p w14:paraId="54EF846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887" w:type="dxa"/>
            <w:tcBorders>
              <w:top w:val="nil"/>
              <w:left w:val="nil"/>
              <w:bottom w:val="nil"/>
              <w:right w:val="nil"/>
            </w:tcBorders>
            <w:vAlign w:val="center"/>
            <w:hideMark/>
          </w:tcPr>
          <w:p w14:paraId="03B7863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39" w:type="dxa"/>
            <w:tcBorders>
              <w:top w:val="nil"/>
              <w:left w:val="nil"/>
              <w:bottom w:val="nil"/>
              <w:right w:val="nil"/>
            </w:tcBorders>
            <w:vAlign w:val="center"/>
            <w:hideMark/>
          </w:tcPr>
          <w:p w14:paraId="32A5A0B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w:t>
            </w:r>
            <w:r w:rsidRPr="00CB6B8D">
              <w:rPr>
                <w:rFonts w:ascii="Times New Roman" w:eastAsia="Times New Roman" w:hAnsi="Times New Roman" w:cs="Times New Roman"/>
                <w:color w:val="000000"/>
                <w:kern w:val="0"/>
                <w:sz w:val="20"/>
                <w:szCs w:val="20"/>
                <w14:ligatures w14:val="none"/>
              </w:rPr>
              <w:t>.00</w:t>
            </w:r>
          </w:p>
        </w:tc>
        <w:tc>
          <w:tcPr>
            <w:tcW w:w="1483" w:type="dxa"/>
            <w:tcBorders>
              <w:top w:val="nil"/>
              <w:left w:val="nil"/>
              <w:bottom w:val="nil"/>
              <w:right w:val="nil"/>
            </w:tcBorders>
            <w:vAlign w:val="center"/>
            <w:hideMark/>
          </w:tcPr>
          <w:p w14:paraId="1712413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325C236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r>
      <w:tr w:rsidR="00484A46" w:rsidRPr="00CB6B8D" w14:paraId="5834ED01" w14:textId="77777777" w:rsidTr="00462317">
        <w:trPr>
          <w:trHeight w:val="320"/>
        </w:trPr>
        <w:tc>
          <w:tcPr>
            <w:tcW w:w="1979" w:type="dxa"/>
            <w:tcBorders>
              <w:top w:val="nil"/>
              <w:left w:val="nil"/>
              <w:bottom w:val="nil"/>
              <w:right w:val="nil"/>
            </w:tcBorders>
            <w:vAlign w:val="center"/>
            <w:hideMark/>
          </w:tcPr>
          <w:p w14:paraId="38EAB1F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Restricted Affectivity</w:t>
            </w:r>
          </w:p>
        </w:tc>
        <w:tc>
          <w:tcPr>
            <w:tcW w:w="1101" w:type="dxa"/>
            <w:tcBorders>
              <w:top w:val="nil"/>
              <w:left w:val="nil"/>
              <w:bottom w:val="nil"/>
              <w:right w:val="nil"/>
            </w:tcBorders>
            <w:vAlign w:val="center"/>
            <w:hideMark/>
          </w:tcPr>
          <w:p w14:paraId="1EBABA2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75" w:type="dxa"/>
            <w:tcBorders>
              <w:top w:val="nil"/>
              <w:left w:val="nil"/>
              <w:bottom w:val="nil"/>
              <w:right w:val="nil"/>
            </w:tcBorders>
            <w:vAlign w:val="center"/>
            <w:hideMark/>
          </w:tcPr>
          <w:p w14:paraId="7C837CE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887" w:type="dxa"/>
            <w:tcBorders>
              <w:top w:val="nil"/>
              <w:left w:val="nil"/>
              <w:bottom w:val="nil"/>
              <w:right w:val="nil"/>
            </w:tcBorders>
            <w:vAlign w:val="center"/>
            <w:hideMark/>
          </w:tcPr>
          <w:p w14:paraId="5B5C4A0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916" w:type="dxa"/>
            <w:tcBorders>
              <w:top w:val="nil"/>
              <w:left w:val="nil"/>
              <w:bottom w:val="nil"/>
              <w:right w:val="nil"/>
            </w:tcBorders>
            <w:vAlign w:val="center"/>
            <w:hideMark/>
          </w:tcPr>
          <w:p w14:paraId="7E90650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1139" w:type="dxa"/>
            <w:tcBorders>
              <w:top w:val="nil"/>
              <w:left w:val="nil"/>
              <w:bottom w:val="nil"/>
              <w:right w:val="nil"/>
            </w:tcBorders>
            <w:vAlign w:val="center"/>
            <w:hideMark/>
          </w:tcPr>
          <w:p w14:paraId="048094C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887" w:type="dxa"/>
            <w:tcBorders>
              <w:top w:val="nil"/>
              <w:left w:val="nil"/>
              <w:bottom w:val="nil"/>
              <w:right w:val="nil"/>
            </w:tcBorders>
            <w:vAlign w:val="center"/>
            <w:hideMark/>
          </w:tcPr>
          <w:p w14:paraId="53D7C0C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939" w:type="dxa"/>
            <w:tcBorders>
              <w:top w:val="nil"/>
              <w:left w:val="nil"/>
              <w:bottom w:val="nil"/>
              <w:right w:val="nil"/>
            </w:tcBorders>
            <w:vAlign w:val="center"/>
            <w:hideMark/>
          </w:tcPr>
          <w:p w14:paraId="170C48A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483" w:type="dxa"/>
            <w:tcBorders>
              <w:top w:val="nil"/>
              <w:left w:val="nil"/>
              <w:bottom w:val="nil"/>
              <w:right w:val="nil"/>
            </w:tcBorders>
            <w:vAlign w:val="center"/>
            <w:hideMark/>
          </w:tcPr>
          <w:p w14:paraId="4D4BC96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-.00</w:t>
            </w:r>
          </w:p>
        </w:tc>
        <w:tc>
          <w:tcPr>
            <w:tcW w:w="1250" w:type="dxa"/>
            <w:tcBorders>
              <w:top w:val="nil"/>
              <w:left w:val="nil"/>
              <w:bottom w:val="nil"/>
              <w:right w:val="nil"/>
            </w:tcBorders>
            <w:vAlign w:val="center"/>
            <w:hideMark/>
          </w:tcPr>
          <w:p w14:paraId="6F7AE1C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r>
      <w:tr w:rsidR="00484A46" w:rsidRPr="00CB6B8D" w14:paraId="1BD86270" w14:textId="77777777" w:rsidTr="00462317">
        <w:trPr>
          <w:trHeight w:val="320"/>
        </w:trPr>
        <w:tc>
          <w:tcPr>
            <w:tcW w:w="1979" w:type="dxa"/>
            <w:tcBorders>
              <w:top w:val="nil"/>
              <w:left w:val="nil"/>
              <w:bottom w:val="nil"/>
              <w:right w:val="nil"/>
            </w:tcBorders>
            <w:vAlign w:val="center"/>
            <w:hideMark/>
          </w:tcPr>
          <w:p w14:paraId="01752B7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Restricted Eating</w:t>
            </w:r>
          </w:p>
        </w:tc>
        <w:tc>
          <w:tcPr>
            <w:tcW w:w="1101" w:type="dxa"/>
            <w:tcBorders>
              <w:top w:val="nil"/>
              <w:left w:val="nil"/>
              <w:bottom w:val="nil"/>
              <w:right w:val="nil"/>
            </w:tcBorders>
            <w:vAlign w:val="center"/>
            <w:hideMark/>
          </w:tcPr>
          <w:p w14:paraId="0712120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975" w:type="dxa"/>
            <w:tcBorders>
              <w:top w:val="nil"/>
              <w:left w:val="nil"/>
              <w:bottom w:val="nil"/>
              <w:right w:val="nil"/>
            </w:tcBorders>
            <w:vAlign w:val="center"/>
            <w:hideMark/>
          </w:tcPr>
          <w:p w14:paraId="5B49A80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887" w:type="dxa"/>
            <w:tcBorders>
              <w:top w:val="nil"/>
              <w:left w:val="nil"/>
              <w:bottom w:val="nil"/>
              <w:right w:val="nil"/>
            </w:tcBorders>
            <w:vAlign w:val="center"/>
            <w:hideMark/>
          </w:tcPr>
          <w:p w14:paraId="33BFD69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916" w:type="dxa"/>
            <w:tcBorders>
              <w:top w:val="nil"/>
              <w:left w:val="nil"/>
              <w:bottom w:val="nil"/>
              <w:right w:val="nil"/>
            </w:tcBorders>
            <w:vAlign w:val="center"/>
            <w:hideMark/>
          </w:tcPr>
          <w:p w14:paraId="6198505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1139" w:type="dxa"/>
            <w:tcBorders>
              <w:top w:val="nil"/>
              <w:left w:val="nil"/>
              <w:bottom w:val="nil"/>
              <w:right w:val="nil"/>
            </w:tcBorders>
            <w:vAlign w:val="center"/>
            <w:hideMark/>
          </w:tcPr>
          <w:p w14:paraId="2B502D7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887" w:type="dxa"/>
            <w:tcBorders>
              <w:top w:val="nil"/>
              <w:left w:val="nil"/>
              <w:bottom w:val="nil"/>
              <w:right w:val="nil"/>
            </w:tcBorders>
            <w:vAlign w:val="center"/>
            <w:hideMark/>
          </w:tcPr>
          <w:p w14:paraId="3DED301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939" w:type="dxa"/>
            <w:tcBorders>
              <w:top w:val="nil"/>
              <w:left w:val="nil"/>
              <w:bottom w:val="nil"/>
              <w:right w:val="nil"/>
            </w:tcBorders>
            <w:vAlign w:val="center"/>
            <w:hideMark/>
          </w:tcPr>
          <w:p w14:paraId="4F5A672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483" w:type="dxa"/>
            <w:tcBorders>
              <w:top w:val="nil"/>
              <w:left w:val="nil"/>
              <w:bottom w:val="nil"/>
              <w:right w:val="nil"/>
            </w:tcBorders>
            <w:vAlign w:val="center"/>
            <w:hideMark/>
          </w:tcPr>
          <w:p w14:paraId="5A340E9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1A21C03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84A46" w:rsidRPr="00CB6B8D" w14:paraId="62649FB9" w14:textId="77777777" w:rsidTr="00462317">
        <w:trPr>
          <w:trHeight w:val="320"/>
        </w:trPr>
        <w:tc>
          <w:tcPr>
            <w:tcW w:w="1979" w:type="dxa"/>
            <w:tcBorders>
              <w:top w:val="nil"/>
              <w:left w:val="nil"/>
              <w:bottom w:val="nil"/>
              <w:right w:val="nil"/>
            </w:tcBorders>
            <w:vAlign w:val="center"/>
            <w:hideMark/>
          </w:tcPr>
          <w:p w14:paraId="574535B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Rigidity</w:t>
            </w:r>
          </w:p>
        </w:tc>
        <w:tc>
          <w:tcPr>
            <w:tcW w:w="1101" w:type="dxa"/>
            <w:tcBorders>
              <w:top w:val="nil"/>
              <w:left w:val="nil"/>
              <w:bottom w:val="nil"/>
              <w:right w:val="nil"/>
            </w:tcBorders>
            <w:vAlign w:val="center"/>
            <w:hideMark/>
          </w:tcPr>
          <w:p w14:paraId="152A447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.33***</w:t>
            </w:r>
          </w:p>
        </w:tc>
        <w:tc>
          <w:tcPr>
            <w:tcW w:w="975" w:type="dxa"/>
            <w:tcBorders>
              <w:top w:val="nil"/>
              <w:left w:val="nil"/>
              <w:bottom w:val="nil"/>
              <w:right w:val="nil"/>
            </w:tcBorders>
            <w:vAlign w:val="center"/>
            <w:hideMark/>
          </w:tcPr>
          <w:p w14:paraId="119219D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887" w:type="dxa"/>
            <w:tcBorders>
              <w:top w:val="nil"/>
              <w:left w:val="nil"/>
              <w:bottom w:val="nil"/>
              <w:right w:val="nil"/>
            </w:tcBorders>
            <w:vAlign w:val="center"/>
            <w:hideMark/>
          </w:tcPr>
          <w:p w14:paraId="2CF55FC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916" w:type="dxa"/>
            <w:tcBorders>
              <w:top w:val="nil"/>
              <w:left w:val="nil"/>
              <w:bottom w:val="nil"/>
              <w:right w:val="nil"/>
            </w:tcBorders>
            <w:vAlign w:val="center"/>
            <w:hideMark/>
          </w:tcPr>
          <w:p w14:paraId="5C687B5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1139" w:type="dxa"/>
            <w:tcBorders>
              <w:top w:val="nil"/>
              <w:left w:val="nil"/>
              <w:bottom w:val="nil"/>
              <w:right w:val="nil"/>
            </w:tcBorders>
            <w:vAlign w:val="center"/>
            <w:hideMark/>
          </w:tcPr>
          <w:p w14:paraId="2F50598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887" w:type="dxa"/>
            <w:tcBorders>
              <w:top w:val="nil"/>
              <w:left w:val="nil"/>
              <w:bottom w:val="nil"/>
              <w:right w:val="nil"/>
            </w:tcBorders>
            <w:vAlign w:val="center"/>
            <w:hideMark/>
          </w:tcPr>
          <w:p w14:paraId="3886536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939" w:type="dxa"/>
            <w:tcBorders>
              <w:top w:val="nil"/>
              <w:left w:val="nil"/>
              <w:bottom w:val="nil"/>
              <w:right w:val="nil"/>
            </w:tcBorders>
            <w:vAlign w:val="center"/>
            <w:hideMark/>
          </w:tcPr>
          <w:p w14:paraId="1439557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483" w:type="dxa"/>
            <w:tcBorders>
              <w:top w:val="nil"/>
              <w:left w:val="nil"/>
              <w:bottom w:val="nil"/>
              <w:right w:val="nil"/>
            </w:tcBorders>
            <w:vAlign w:val="center"/>
            <w:hideMark/>
          </w:tcPr>
          <w:p w14:paraId="76910DB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.00</w:t>
            </w:r>
          </w:p>
        </w:tc>
        <w:tc>
          <w:tcPr>
            <w:tcW w:w="1250" w:type="dxa"/>
            <w:tcBorders>
              <w:top w:val="nil"/>
              <w:left w:val="nil"/>
              <w:bottom w:val="nil"/>
              <w:right w:val="nil"/>
            </w:tcBorders>
            <w:vAlign w:val="center"/>
            <w:hideMark/>
          </w:tcPr>
          <w:p w14:paraId="35C85B5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0.07</w:t>
            </w:r>
          </w:p>
        </w:tc>
      </w:tr>
      <w:tr w:rsidR="00484A46" w:rsidRPr="00CB6B8D" w14:paraId="6AAA9C90" w14:textId="77777777" w:rsidTr="00462317">
        <w:trPr>
          <w:trHeight w:val="320"/>
        </w:trPr>
        <w:tc>
          <w:tcPr>
            <w:tcW w:w="1979" w:type="dxa"/>
            <w:tcBorders>
              <w:top w:val="nil"/>
              <w:left w:val="nil"/>
              <w:bottom w:val="nil"/>
              <w:right w:val="nil"/>
            </w:tcBorders>
            <w:vAlign w:val="center"/>
            <w:hideMark/>
          </w:tcPr>
          <w:p w14:paraId="49505FD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Risk Aversion</w:t>
            </w:r>
          </w:p>
        </w:tc>
        <w:tc>
          <w:tcPr>
            <w:tcW w:w="1101" w:type="dxa"/>
            <w:tcBorders>
              <w:top w:val="nil"/>
              <w:left w:val="nil"/>
              <w:bottom w:val="nil"/>
              <w:right w:val="nil"/>
            </w:tcBorders>
            <w:vAlign w:val="center"/>
            <w:hideMark/>
          </w:tcPr>
          <w:p w14:paraId="2B7A6B1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75" w:type="dxa"/>
            <w:tcBorders>
              <w:top w:val="nil"/>
              <w:left w:val="nil"/>
              <w:bottom w:val="nil"/>
              <w:right w:val="nil"/>
            </w:tcBorders>
            <w:vAlign w:val="center"/>
            <w:hideMark/>
          </w:tcPr>
          <w:p w14:paraId="126B27F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887" w:type="dxa"/>
            <w:tcBorders>
              <w:top w:val="nil"/>
              <w:left w:val="nil"/>
              <w:bottom w:val="nil"/>
              <w:right w:val="nil"/>
            </w:tcBorders>
            <w:vAlign w:val="center"/>
            <w:hideMark/>
          </w:tcPr>
          <w:p w14:paraId="33E9546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16" w:type="dxa"/>
            <w:tcBorders>
              <w:top w:val="nil"/>
              <w:left w:val="nil"/>
              <w:bottom w:val="nil"/>
              <w:right w:val="nil"/>
            </w:tcBorders>
            <w:vAlign w:val="center"/>
            <w:hideMark/>
          </w:tcPr>
          <w:p w14:paraId="195797D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139" w:type="dxa"/>
            <w:tcBorders>
              <w:top w:val="nil"/>
              <w:left w:val="nil"/>
              <w:bottom w:val="nil"/>
              <w:right w:val="nil"/>
            </w:tcBorders>
            <w:vAlign w:val="center"/>
            <w:hideMark/>
          </w:tcPr>
          <w:p w14:paraId="5068AAD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5A6F83A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-.09</w:t>
            </w:r>
          </w:p>
        </w:tc>
        <w:tc>
          <w:tcPr>
            <w:tcW w:w="939" w:type="dxa"/>
            <w:tcBorders>
              <w:top w:val="nil"/>
              <w:left w:val="nil"/>
              <w:bottom w:val="nil"/>
              <w:right w:val="nil"/>
            </w:tcBorders>
            <w:vAlign w:val="center"/>
            <w:hideMark/>
          </w:tcPr>
          <w:p w14:paraId="031A6D5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.00</w:t>
            </w:r>
          </w:p>
        </w:tc>
        <w:tc>
          <w:tcPr>
            <w:tcW w:w="1483" w:type="dxa"/>
            <w:tcBorders>
              <w:top w:val="nil"/>
              <w:left w:val="nil"/>
              <w:bottom w:val="nil"/>
              <w:right w:val="nil"/>
            </w:tcBorders>
            <w:vAlign w:val="center"/>
            <w:hideMark/>
          </w:tcPr>
          <w:p w14:paraId="27E0997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6E6D1AD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0.03</w:t>
            </w:r>
          </w:p>
        </w:tc>
      </w:tr>
      <w:tr w:rsidR="00484A46" w:rsidRPr="00CB6B8D" w14:paraId="56057384" w14:textId="77777777" w:rsidTr="00462317">
        <w:trPr>
          <w:trHeight w:val="320"/>
        </w:trPr>
        <w:tc>
          <w:tcPr>
            <w:tcW w:w="1979" w:type="dxa"/>
            <w:tcBorders>
              <w:top w:val="nil"/>
              <w:left w:val="nil"/>
              <w:bottom w:val="nil"/>
              <w:right w:val="nil"/>
            </w:tcBorders>
            <w:vAlign w:val="center"/>
            <w:hideMark/>
          </w:tcPr>
          <w:p w14:paraId="2E453C0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Risk Taking</w:t>
            </w:r>
          </w:p>
        </w:tc>
        <w:tc>
          <w:tcPr>
            <w:tcW w:w="1101" w:type="dxa"/>
            <w:tcBorders>
              <w:top w:val="nil"/>
              <w:left w:val="nil"/>
              <w:bottom w:val="nil"/>
              <w:right w:val="nil"/>
            </w:tcBorders>
            <w:vAlign w:val="center"/>
            <w:hideMark/>
          </w:tcPr>
          <w:p w14:paraId="311C616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75" w:type="dxa"/>
            <w:tcBorders>
              <w:top w:val="nil"/>
              <w:left w:val="nil"/>
              <w:bottom w:val="nil"/>
              <w:right w:val="nil"/>
            </w:tcBorders>
            <w:vAlign w:val="center"/>
            <w:hideMark/>
          </w:tcPr>
          <w:p w14:paraId="28D0D71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887" w:type="dxa"/>
            <w:tcBorders>
              <w:top w:val="nil"/>
              <w:left w:val="nil"/>
              <w:bottom w:val="nil"/>
              <w:right w:val="nil"/>
            </w:tcBorders>
            <w:vAlign w:val="center"/>
            <w:hideMark/>
          </w:tcPr>
          <w:p w14:paraId="6ED7D20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916" w:type="dxa"/>
            <w:tcBorders>
              <w:top w:val="nil"/>
              <w:left w:val="nil"/>
              <w:bottom w:val="nil"/>
              <w:right w:val="nil"/>
            </w:tcBorders>
            <w:vAlign w:val="center"/>
            <w:hideMark/>
          </w:tcPr>
          <w:p w14:paraId="68A09C5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1139" w:type="dxa"/>
            <w:tcBorders>
              <w:top w:val="nil"/>
              <w:left w:val="nil"/>
              <w:bottom w:val="nil"/>
              <w:right w:val="nil"/>
            </w:tcBorders>
            <w:vAlign w:val="center"/>
            <w:hideMark/>
          </w:tcPr>
          <w:p w14:paraId="7499F0E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887" w:type="dxa"/>
            <w:tcBorders>
              <w:top w:val="nil"/>
              <w:left w:val="nil"/>
              <w:bottom w:val="nil"/>
              <w:right w:val="nil"/>
            </w:tcBorders>
            <w:vAlign w:val="center"/>
            <w:hideMark/>
          </w:tcPr>
          <w:p w14:paraId="50BB6BB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39" w:type="dxa"/>
            <w:tcBorders>
              <w:top w:val="nil"/>
              <w:left w:val="nil"/>
              <w:bottom w:val="nil"/>
              <w:right w:val="nil"/>
            </w:tcBorders>
            <w:vAlign w:val="center"/>
            <w:hideMark/>
          </w:tcPr>
          <w:p w14:paraId="412116B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2D722BC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10061FF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84A46" w:rsidRPr="00CB6B8D" w14:paraId="6139A0AB" w14:textId="77777777" w:rsidTr="00462317">
        <w:trPr>
          <w:trHeight w:val="320"/>
        </w:trPr>
        <w:tc>
          <w:tcPr>
            <w:tcW w:w="1979" w:type="dxa"/>
            <w:tcBorders>
              <w:top w:val="nil"/>
              <w:left w:val="nil"/>
              <w:bottom w:val="nil"/>
              <w:right w:val="nil"/>
            </w:tcBorders>
            <w:vAlign w:val="center"/>
            <w:hideMark/>
          </w:tcPr>
          <w:p w14:paraId="2A2D638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Risky Sex</w:t>
            </w:r>
          </w:p>
        </w:tc>
        <w:tc>
          <w:tcPr>
            <w:tcW w:w="1101" w:type="dxa"/>
            <w:tcBorders>
              <w:top w:val="nil"/>
              <w:left w:val="nil"/>
              <w:bottom w:val="nil"/>
              <w:right w:val="nil"/>
            </w:tcBorders>
            <w:vAlign w:val="center"/>
            <w:hideMark/>
          </w:tcPr>
          <w:p w14:paraId="2A50CE7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75" w:type="dxa"/>
            <w:tcBorders>
              <w:top w:val="nil"/>
              <w:left w:val="nil"/>
              <w:bottom w:val="nil"/>
              <w:right w:val="nil"/>
            </w:tcBorders>
            <w:vAlign w:val="center"/>
            <w:hideMark/>
          </w:tcPr>
          <w:p w14:paraId="790DBEE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nil"/>
              <w:right w:val="nil"/>
            </w:tcBorders>
            <w:vAlign w:val="center"/>
            <w:hideMark/>
          </w:tcPr>
          <w:p w14:paraId="1F61F16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916" w:type="dxa"/>
            <w:tcBorders>
              <w:top w:val="nil"/>
              <w:left w:val="nil"/>
              <w:bottom w:val="nil"/>
              <w:right w:val="nil"/>
            </w:tcBorders>
            <w:vAlign w:val="center"/>
            <w:hideMark/>
          </w:tcPr>
          <w:p w14:paraId="0B75A59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1139" w:type="dxa"/>
            <w:tcBorders>
              <w:top w:val="nil"/>
              <w:left w:val="nil"/>
              <w:bottom w:val="nil"/>
              <w:right w:val="nil"/>
            </w:tcBorders>
            <w:vAlign w:val="center"/>
            <w:hideMark/>
          </w:tcPr>
          <w:p w14:paraId="3B5EC17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.16***</w:t>
            </w:r>
          </w:p>
        </w:tc>
        <w:tc>
          <w:tcPr>
            <w:tcW w:w="887" w:type="dxa"/>
            <w:tcBorders>
              <w:top w:val="nil"/>
              <w:left w:val="nil"/>
              <w:bottom w:val="nil"/>
              <w:right w:val="nil"/>
            </w:tcBorders>
            <w:vAlign w:val="center"/>
            <w:hideMark/>
          </w:tcPr>
          <w:p w14:paraId="3D31A94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939" w:type="dxa"/>
            <w:tcBorders>
              <w:top w:val="nil"/>
              <w:left w:val="nil"/>
              <w:bottom w:val="nil"/>
              <w:right w:val="nil"/>
            </w:tcBorders>
            <w:vAlign w:val="center"/>
            <w:hideMark/>
          </w:tcPr>
          <w:p w14:paraId="3537227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1F311E3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1250" w:type="dxa"/>
            <w:tcBorders>
              <w:top w:val="nil"/>
              <w:left w:val="nil"/>
              <w:bottom w:val="nil"/>
              <w:right w:val="nil"/>
            </w:tcBorders>
            <w:vAlign w:val="center"/>
            <w:hideMark/>
          </w:tcPr>
          <w:p w14:paraId="3A621E8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r>
      <w:tr w:rsidR="00484A46" w:rsidRPr="00CB6B8D" w14:paraId="594DDCD1" w14:textId="77777777" w:rsidTr="00462317">
        <w:trPr>
          <w:trHeight w:val="320"/>
        </w:trPr>
        <w:tc>
          <w:tcPr>
            <w:tcW w:w="1979" w:type="dxa"/>
            <w:tcBorders>
              <w:top w:val="nil"/>
              <w:left w:val="nil"/>
              <w:bottom w:val="nil"/>
              <w:right w:val="nil"/>
            </w:tcBorders>
            <w:vAlign w:val="center"/>
            <w:hideMark/>
          </w:tcPr>
          <w:p w14:paraId="7AD59D7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Romantic Disinterest</w:t>
            </w:r>
          </w:p>
        </w:tc>
        <w:tc>
          <w:tcPr>
            <w:tcW w:w="1101" w:type="dxa"/>
            <w:tcBorders>
              <w:top w:val="nil"/>
              <w:left w:val="nil"/>
              <w:bottom w:val="nil"/>
              <w:right w:val="nil"/>
            </w:tcBorders>
            <w:vAlign w:val="center"/>
            <w:hideMark/>
          </w:tcPr>
          <w:p w14:paraId="70075DF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.22***</w:t>
            </w:r>
          </w:p>
        </w:tc>
        <w:tc>
          <w:tcPr>
            <w:tcW w:w="975" w:type="dxa"/>
            <w:tcBorders>
              <w:top w:val="nil"/>
              <w:left w:val="nil"/>
              <w:bottom w:val="nil"/>
              <w:right w:val="nil"/>
            </w:tcBorders>
            <w:vAlign w:val="center"/>
            <w:hideMark/>
          </w:tcPr>
          <w:p w14:paraId="65AC7DF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887" w:type="dxa"/>
            <w:tcBorders>
              <w:top w:val="nil"/>
              <w:left w:val="nil"/>
              <w:bottom w:val="nil"/>
              <w:right w:val="nil"/>
            </w:tcBorders>
            <w:vAlign w:val="center"/>
            <w:hideMark/>
          </w:tcPr>
          <w:p w14:paraId="256906E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16" w:type="dxa"/>
            <w:tcBorders>
              <w:top w:val="nil"/>
              <w:left w:val="nil"/>
              <w:bottom w:val="nil"/>
              <w:right w:val="nil"/>
            </w:tcBorders>
            <w:vAlign w:val="center"/>
            <w:hideMark/>
          </w:tcPr>
          <w:p w14:paraId="4939CEA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1139" w:type="dxa"/>
            <w:tcBorders>
              <w:top w:val="nil"/>
              <w:left w:val="nil"/>
              <w:bottom w:val="nil"/>
              <w:right w:val="nil"/>
            </w:tcBorders>
            <w:vAlign w:val="center"/>
            <w:hideMark/>
          </w:tcPr>
          <w:p w14:paraId="49B9287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887" w:type="dxa"/>
            <w:tcBorders>
              <w:top w:val="nil"/>
              <w:left w:val="nil"/>
              <w:bottom w:val="nil"/>
              <w:right w:val="nil"/>
            </w:tcBorders>
            <w:vAlign w:val="center"/>
            <w:hideMark/>
          </w:tcPr>
          <w:p w14:paraId="5F51601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939" w:type="dxa"/>
            <w:tcBorders>
              <w:top w:val="nil"/>
              <w:left w:val="nil"/>
              <w:bottom w:val="nil"/>
              <w:right w:val="nil"/>
            </w:tcBorders>
            <w:vAlign w:val="center"/>
            <w:hideMark/>
          </w:tcPr>
          <w:p w14:paraId="4FE0923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483" w:type="dxa"/>
            <w:tcBorders>
              <w:top w:val="nil"/>
              <w:left w:val="nil"/>
              <w:bottom w:val="nil"/>
              <w:right w:val="nil"/>
            </w:tcBorders>
            <w:vAlign w:val="center"/>
            <w:hideMark/>
          </w:tcPr>
          <w:p w14:paraId="75575BB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3365893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r>
      <w:tr w:rsidR="00484A46" w:rsidRPr="00CB6B8D" w14:paraId="075633B5" w14:textId="77777777" w:rsidTr="00462317">
        <w:trPr>
          <w:trHeight w:val="320"/>
        </w:trPr>
        <w:tc>
          <w:tcPr>
            <w:tcW w:w="1979" w:type="dxa"/>
            <w:tcBorders>
              <w:top w:val="nil"/>
              <w:left w:val="nil"/>
              <w:bottom w:val="nil"/>
              <w:right w:val="nil"/>
            </w:tcBorders>
            <w:vAlign w:val="center"/>
            <w:hideMark/>
          </w:tcPr>
          <w:p w14:paraId="1B1D35F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Sex-Related Substance Use</w:t>
            </w:r>
          </w:p>
        </w:tc>
        <w:tc>
          <w:tcPr>
            <w:tcW w:w="1101" w:type="dxa"/>
            <w:tcBorders>
              <w:top w:val="nil"/>
              <w:left w:val="nil"/>
              <w:bottom w:val="nil"/>
              <w:right w:val="nil"/>
            </w:tcBorders>
            <w:vAlign w:val="center"/>
            <w:hideMark/>
          </w:tcPr>
          <w:p w14:paraId="4AABF7C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975" w:type="dxa"/>
            <w:tcBorders>
              <w:top w:val="nil"/>
              <w:left w:val="nil"/>
              <w:bottom w:val="nil"/>
              <w:right w:val="nil"/>
            </w:tcBorders>
            <w:vAlign w:val="center"/>
            <w:hideMark/>
          </w:tcPr>
          <w:p w14:paraId="424C9BB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887" w:type="dxa"/>
            <w:tcBorders>
              <w:top w:val="nil"/>
              <w:left w:val="nil"/>
              <w:bottom w:val="nil"/>
              <w:right w:val="nil"/>
            </w:tcBorders>
            <w:vAlign w:val="center"/>
            <w:hideMark/>
          </w:tcPr>
          <w:p w14:paraId="0FFE142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16" w:type="dxa"/>
            <w:tcBorders>
              <w:top w:val="nil"/>
              <w:left w:val="nil"/>
              <w:bottom w:val="nil"/>
              <w:right w:val="nil"/>
            </w:tcBorders>
            <w:vAlign w:val="center"/>
            <w:hideMark/>
          </w:tcPr>
          <w:p w14:paraId="21579B6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1139" w:type="dxa"/>
            <w:tcBorders>
              <w:top w:val="nil"/>
              <w:left w:val="nil"/>
              <w:bottom w:val="nil"/>
              <w:right w:val="nil"/>
            </w:tcBorders>
            <w:vAlign w:val="center"/>
            <w:hideMark/>
          </w:tcPr>
          <w:p w14:paraId="38F238C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887" w:type="dxa"/>
            <w:tcBorders>
              <w:top w:val="nil"/>
              <w:left w:val="nil"/>
              <w:bottom w:val="nil"/>
              <w:right w:val="nil"/>
            </w:tcBorders>
            <w:vAlign w:val="center"/>
            <w:hideMark/>
          </w:tcPr>
          <w:p w14:paraId="3F7818A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39" w:type="dxa"/>
            <w:tcBorders>
              <w:top w:val="nil"/>
              <w:left w:val="nil"/>
              <w:bottom w:val="nil"/>
              <w:right w:val="nil"/>
            </w:tcBorders>
            <w:vAlign w:val="center"/>
            <w:hideMark/>
          </w:tcPr>
          <w:p w14:paraId="7D55D47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60C5D73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250" w:type="dxa"/>
            <w:tcBorders>
              <w:top w:val="nil"/>
              <w:left w:val="nil"/>
              <w:bottom w:val="nil"/>
              <w:right w:val="nil"/>
            </w:tcBorders>
            <w:vAlign w:val="center"/>
            <w:hideMark/>
          </w:tcPr>
          <w:p w14:paraId="20DE32F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84A46" w:rsidRPr="00CB6B8D" w14:paraId="2A4ED932" w14:textId="77777777" w:rsidTr="00462317">
        <w:trPr>
          <w:trHeight w:val="320"/>
        </w:trPr>
        <w:tc>
          <w:tcPr>
            <w:tcW w:w="1979" w:type="dxa"/>
            <w:tcBorders>
              <w:top w:val="nil"/>
              <w:left w:val="nil"/>
              <w:bottom w:val="nil"/>
              <w:right w:val="nil"/>
            </w:tcBorders>
            <w:vAlign w:val="center"/>
            <w:hideMark/>
          </w:tcPr>
          <w:p w14:paraId="110A518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Sexual Distress</w:t>
            </w:r>
          </w:p>
        </w:tc>
        <w:tc>
          <w:tcPr>
            <w:tcW w:w="1101" w:type="dxa"/>
            <w:tcBorders>
              <w:top w:val="nil"/>
              <w:left w:val="nil"/>
              <w:bottom w:val="nil"/>
              <w:right w:val="nil"/>
            </w:tcBorders>
            <w:vAlign w:val="center"/>
            <w:hideMark/>
          </w:tcPr>
          <w:p w14:paraId="53E6EA1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975" w:type="dxa"/>
            <w:tcBorders>
              <w:top w:val="nil"/>
              <w:left w:val="nil"/>
              <w:bottom w:val="nil"/>
              <w:right w:val="nil"/>
            </w:tcBorders>
            <w:vAlign w:val="center"/>
            <w:hideMark/>
          </w:tcPr>
          <w:p w14:paraId="5CAFF8E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887" w:type="dxa"/>
            <w:tcBorders>
              <w:top w:val="nil"/>
              <w:left w:val="nil"/>
              <w:bottom w:val="nil"/>
              <w:right w:val="nil"/>
            </w:tcBorders>
            <w:vAlign w:val="center"/>
            <w:hideMark/>
          </w:tcPr>
          <w:p w14:paraId="65EBBF3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20141F1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1139" w:type="dxa"/>
            <w:tcBorders>
              <w:top w:val="nil"/>
              <w:left w:val="nil"/>
              <w:bottom w:val="nil"/>
              <w:right w:val="nil"/>
            </w:tcBorders>
            <w:vAlign w:val="center"/>
            <w:hideMark/>
          </w:tcPr>
          <w:p w14:paraId="3EF8807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887" w:type="dxa"/>
            <w:tcBorders>
              <w:top w:val="nil"/>
              <w:left w:val="nil"/>
              <w:bottom w:val="nil"/>
              <w:right w:val="nil"/>
            </w:tcBorders>
            <w:vAlign w:val="center"/>
            <w:hideMark/>
          </w:tcPr>
          <w:p w14:paraId="5E65B61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39" w:type="dxa"/>
            <w:tcBorders>
              <w:top w:val="nil"/>
              <w:left w:val="nil"/>
              <w:bottom w:val="nil"/>
              <w:right w:val="nil"/>
            </w:tcBorders>
            <w:vAlign w:val="center"/>
            <w:hideMark/>
          </w:tcPr>
          <w:p w14:paraId="7F076E2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5B1A2AFB"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1250" w:type="dxa"/>
            <w:tcBorders>
              <w:top w:val="nil"/>
              <w:left w:val="nil"/>
              <w:bottom w:val="nil"/>
              <w:right w:val="nil"/>
            </w:tcBorders>
            <w:vAlign w:val="center"/>
            <w:hideMark/>
          </w:tcPr>
          <w:p w14:paraId="15EFC46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r>
      <w:tr w:rsidR="00484A46" w:rsidRPr="00CB6B8D" w14:paraId="51FEB5E9" w14:textId="77777777" w:rsidTr="00462317">
        <w:trPr>
          <w:trHeight w:val="320"/>
        </w:trPr>
        <w:tc>
          <w:tcPr>
            <w:tcW w:w="1979" w:type="dxa"/>
            <w:tcBorders>
              <w:top w:val="nil"/>
              <w:left w:val="nil"/>
              <w:bottom w:val="nil"/>
              <w:right w:val="nil"/>
            </w:tcBorders>
            <w:vAlign w:val="center"/>
            <w:hideMark/>
          </w:tcPr>
          <w:p w14:paraId="2DEF1FF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Sexual Pain</w:t>
            </w:r>
          </w:p>
        </w:tc>
        <w:tc>
          <w:tcPr>
            <w:tcW w:w="1101" w:type="dxa"/>
            <w:tcBorders>
              <w:top w:val="nil"/>
              <w:left w:val="nil"/>
              <w:bottom w:val="nil"/>
              <w:right w:val="nil"/>
            </w:tcBorders>
            <w:vAlign w:val="center"/>
            <w:hideMark/>
          </w:tcPr>
          <w:p w14:paraId="49AA278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75" w:type="dxa"/>
            <w:tcBorders>
              <w:top w:val="nil"/>
              <w:left w:val="nil"/>
              <w:bottom w:val="nil"/>
              <w:right w:val="nil"/>
            </w:tcBorders>
            <w:vAlign w:val="center"/>
            <w:hideMark/>
          </w:tcPr>
          <w:p w14:paraId="1FBBA6B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887" w:type="dxa"/>
            <w:tcBorders>
              <w:top w:val="nil"/>
              <w:left w:val="nil"/>
              <w:bottom w:val="nil"/>
              <w:right w:val="nil"/>
            </w:tcBorders>
            <w:vAlign w:val="center"/>
            <w:hideMark/>
          </w:tcPr>
          <w:p w14:paraId="7CF6615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916" w:type="dxa"/>
            <w:tcBorders>
              <w:top w:val="nil"/>
              <w:left w:val="nil"/>
              <w:bottom w:val="nil"/>
              <w:right w:val="nil"/>
            </w:tcBorders>
            <w:vAlign w:val="center"/>
            <w:hideMark/>
          </w:tcPr>
          <w:p w14:paraId="1301115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1139" w:type="dxa"/>
            <w:tcBorders>
              <w:top w:val="nil"/>
              <w:left w:val="nil"/>
              <w:bottom w:val="nil"/>
              <w:right w:val="nil"/>
            </w:tcBorders>
            <w:vAlign w:val="center"/>
            <w:hideMark/>
          </w:tcPr>
          <w:p w14:paraId="2B01E14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022C825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939" w:type="dxa"/>
            <w:tcBorders>
              <w:top w:val="nil"/>
              <w:left w:val="nil"/>
              <w:bottom w:val="nil"/>
              <w:right w:val="nil"/>
            </w:tcBorders>
            <w:vAlign w:val="center"/>
            <w:hideMark/>
          </w:tcPr>
          <w:p w14:paraId="00910EC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57F0096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1250" w:type="dxa"/>
            <w:tcBorders>
              <w:top w:val="nil"/>
              <w:left w:val="nil"/>
              <w:bottom w:val="nil"/>
              <w:right w:val="nil"/>
            </w:tcBorders>
            <w:vAlign w:val="center"/>
            <w:hideMark/>
          </w:tcPr>
          <w:p w14:paraId="2EA6D9C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84A46" w:rsidRPr="00CB6B8D" w14:paraId="11FE27BB" w14:textId="77777777" w:rsidTr="00462317">
        <w:trPr>
          <w:trHeight w:val="320"/>
        </w:trPr>
        <w:tc>
          <w:tcPr>
            <w:tcW w:w="1979" w:type="dxa"/>
            <w:tcBorders>
              <w:top w:val="nil"/>
              <w:left w:val="nil"/>
              <w:bottom w:val="nil"/>
              <w:right w:val="nil"/>
            </w:tcBorders>
            <w:vAlign w:val="center"/>
            <w:hideMark/>
          </w:tcPr>
          <w:p w14:paraId="3395921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Shame/Guilt</w:t>
            </w:r>
          </w:p>
        </w:tc>
        <w:tc>
          <w:tcPr>
            <w:tcW w:w="1101" w:type="dxa"/>
            <w:tcBorders>
              <w:top w:val="nil"/>
              <w:left w:val="nil"/>
              <w:bottom w:val="nil"/>
              <w:right w:val="nil"/>
            </w:tcBorders>
            <w:vAlign w:val="center"/>
            <w:hideMark/>
          </w:tcPr>
          <w:p w14:paraId="0C11A1F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.40***</w:t>
            </w:r>
          </w:p>
        </w:tc>
        <w:tc>
          <w:tcPr>
            <w:tcW w:w="975" w:type="dxa"/>
            <w:tcBorders>
              <w:top w:val="nil"/>
              <w:left w:val="nil"/>
              <w:bottom w:val="nil"/>
              <w:right w:val="nil"/>
            </w:tcBorders>
            <w:vAlign w:val="center"/>
            <w:hideMark/>
          </w:tcPr>
          <w:p w14:paraId="1B8064D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-.33***</w:t>
            </w:r>
          </w:p>
        </w:tc>
        <w:tc>
          <w:tcPr>
            <w:tcW w:w="887" w:type="dxa"/>
            <w:tcBorders>
              <w:top w:val="nil"/>
              <w:left w:val="nil"/>
              <w:bottom w:val="nil"/>
              <w:right w:val="nil"/>
            </w:tcBorders>
            <w:vAlign w:val="center"/>
            <w:hideMark/>
          </w:tcPr>
          <w:p w14:paraId="27AA591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916" w:type="dxa"/>
            <w:tcBorders>
              <w:top w:val="nil"/>
              <w:left w:val="nil"/>
              <w:bottom w:val="nil"/>
              <w:right w:val="nil"/>
            </w:tcBorders>
            <w:vAlign w:val="center"/>
            <w:hideMark/>
          </w:tcPr>
          <w:p w14:paraId="4D2882E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.36***</w:t>
            </w:r>
          </w:p>
        </w:tc>
        <w:tc>
          <w:tcPr>
            <w:tcW w:w="1139" w:type="dxa"/>
            <w:tcBorders>
              <w:top w:val="nil"/>
              <w:left w:val="nil"/>
              <w:bottom w:val="nil"/>
              <w:right w:val="nil"/>
            </w:tcBorders>
            <w:vAlign w:val="center"/>
            <w:hideMark/>
          </w:tcPr>
          <w:p w14:paraId="2633811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887" w:type="dxa"/>
            <w:tcBorders>
              <w:top w:val="nil"/>
              <w:left w:val="nil"/>
              <w:bottom w:val="nil"/>
              <w:right w:val="nil"/>
            </w:tcBorders>
            <w:vAlign w:val="center"/>
            <w:hideMark/>
          </w:tcPr>
          <w:p w14:paraId="20EBEB4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-.33***</w:t>
            </w:r>
          </w:p>
        </w:tc>
        <w:tc>
          <w:tcPr>
            <w:tcW w:w="939" w:type="dxa"/>
            <w:tcBorders>
              <w:top w:val="nil"/>
              <w:left w:val="nil"/>
              <w:bottom w:val="nil"/>
              <w:right w:val="nil"/>
            </w:tcBorders>
            <w:vAlign w:val="center"/>
            <w:hideMark/>
          </w:tcPr>
          <w:p w14:paraId="15AEDFA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483" w:type="dxa"/>
            <w:tcBorders>
              <w:top w:val="nil"/>
              <w:left w:val="nil"/>
              <w:bottom w:val="nil"/>
              <w:right w:val="nil"/>
            </w:tcBorders>
            <w:vAlign w:val="center"/>
            <w:hideMark/>
          </w:tcPr>
          <w:p w14:paraId="70C7257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hideMark/>
          </w:tcPr>
          <w:p w14:paraId="22F4521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r>
      <w:tr w:rsidR="00484A46" w:rsidRPr="00CB6B8D" w14:paraId="3F07DCB6" w14:textId="77777777" w:rsidTr="00462317">
        <w:trPr>
          <w:trHeight w:val="320"/>
        </w:trPr>
        <w:tc>
          <w:tcPr>
            <w:tcW w:w="1979" w:type="dxa"/>
            <w:tcBorders>
              <w:top w:val="nil"/>
              <w:left w:val="nil"/>
              <w:bottom w:val="nil"/>
              <w:right w:val="nil"/>
            </w:tcBorders>
            <w:vAlign w:val="center"/>
            <w:hideMark/>
          </w:tcPr>
          <w:p w14:paraId="5E46EF9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Situational Phobias</w:t>
            </w:r>
          </w:p>
        </w:tc>
        <w:tc>
          <w:tcPr>
            <w:tcW w:w="1101" w:type="dxa"/>
            <w:tcBorders>
              <w:top w:val="nil"/>
              <w:left w:val="nil"/>
              <w:bottom w:val="nil"/>
              <w:right w:val="nil"/>
            </w:tcBorders>
            <w:vAlign w:val="center"/>
            <w:hideMark/>
          </w:tcPr>
          <w:p w14:paraId="6261AE8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975" w:type="dxa"/>
            <w:tcBorders>
              <w:top w:val="nil"/>
              <w:left w:val="nil"/>
              <w:bottom w:val="nil"/>
              <w:right w:val="nil"/>
            </w:tcBorders>
            <w:vAlign w:val="center"/>
            <w:hideMark/>
          </w:tcPr>
          <w:p w14:paraId="58720A0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887" w:type="dxa"/>
            <w:tcBorders>
              <w:top w:val="nil"/>
              <w:left w:val="nil"/>
              <w:bottom w:val="nil"/>
              <w:right w:val="nil"/>
            </w:tcBorders>
            <w:vAlign w:val="center"/>
            <w:hideMark/>
          </w:tcPr>
          <w:p w14:paraId="29F767D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16" w:type="dxa"/>
            <w:tcBorders>
              <w:top w:val="nil"/>
              <w:left w:val="nil"/>
              <w:bottom w:val="nil"/>
              <w:right w:val="nil"/>
            </w:tcBorders>
            <w:vAlign w:val="center"/>
            <w:hideMark/>
          </w:tcPr>
          <w:p w14:paraId="1358616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1139" w:type="dxa"/>
            <w:tcBorders>
              <w:top w:val="nil"/>
              <w:left w:val="nil"/>
              <w:bottom w:val="nil"/>
              <w:right w:val="nil"/>
            </w:tcBorders>
            <w:vAlign w:val="center"/>
            <w:hideMark/>
          </w:tcPr>
          <w:p w14:paraId="409D774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887" w:type="dxa"/>
            <w:tcBorders>
              <w:top w:val="nil"/>
              <w:left w:val="nil"/>
              <w:bottom w:val="nil"/>
              <w:right w:val="nil"/>
            </w:tcBorders>
            <w:vAlign w:val="center"/>
            <w:hideMark/>
          </w:tcPr>
          <w:p w14:paraId="73F57D8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939" w:type="dxa"/>
            <w:tcBorders>
              <w:top w:val="nil"/>
              <w:left w:val="nil"/>
              <w:bottom w:val="nil"/>
              <w:right w:val="nil"/>
            </w:tcBorders>
            <w:vAlign w:val="center"/>
            <w:hideMark/>
          </w:tcPr>
          <w:p w14:paraId="2BDCF69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nil"/>
              <w:right w:val="nil"/>
            </w:tcBorders>
            <w:vAlign w:val="center"/>
            <w:hideMark/>
          </w:tcPr>
          <w:p w14:paraId="56EBC26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1250" w:type="dxa"/>
            <w:tcBorders>
              <w:top w:val="nil"/>
              <w:left w:val="nil"/>
              <w:bottom w:val="nil"/>
              <w:right w:val="nil"/>
            </w:tcBorders>
            <w:vAlign w:val="center"/>
            <w:hideMark/>
          </w:tcPr>
          <w:p w14:paraId="2D8E16A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r>
      <w:tr w:rsidR="00484A46" w:rsidRPr="00CB6B8D" w14:paraId="0778B9E6" w14:textId="77777777" w:rsidTr="00462317">
        <w:trPr>
          <w:trHeight w:val="320"/>
        </w:trPr>
        <w:tc>
          <w:tcPr>
            <w:tcW w:w="1979" w:type="dxa"/>
            <w:tcBorders>
              <w:top w:val="nil"/>
              <w:left w:val="nil"/>
              <w:bottom w:val="nil"/>
              <w:right w:val="nil"/>
            </w:tcBorders>
            <w:vAlign w:val="center"/>
            <w:hideMark/>
          </w:tcPr>
          <w:p w14:paraId="2BAAF60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Social Aggression</w:t>
            </w:r>
          </w:p>
        </w:tc>
        <w:tc>
          <w:tcPr>
            <w:tcW w:w="1101" w:type="dxa"/>
            <w:tcBorders>
              <w:top w:val="nil"/>
              <w:left w:val="nil"/>
              <w:bottom w:val="nil"/>
              <w:right w:val="nil"/>
            </w:tcBorders>
            <w:vAlign w:val="center"/>
            <w:hideMark/>
          </w:tcPr>
          <w:p w14:paraId="58AC4D9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75" w:type="dxa"/>
            <w:tcBorders>
              <w:top w:val="nil"/>
              <w:left w:val="nil"/>
              <w:bottom w:val="nil"/>
              <w:right w:val="nil"/>
            </w:tcBorders>
            <w:vAlign w:val="center"/>
            <w:hideMark/>
          </w:tcPr>
          <w:p w14:paraId="65289F4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887" w:type="dxa"/>
            <w:tcBorders>
              <w:top w:val="nil"/>
              <w:left w:val="nil"/>
              <w:bottom w:val="nil"/>
              <w:right w:val="nil"/>
            </w:tcBorders>
            <w:vAlign w:val="center"/>
            <w:hideMark/>
          </w:tcPr>
          <w:p w14:paraId="627313F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916" w:type="dxa"/>
            <w:tcBorders>
              <w:top w:val="nil"/>
              <w:left w:val="nil"/>
              <w:bottom w:val="nil"/>
              <w:right w:val="nil"/>
            </w:tcBorders>
            <w:vAlign w:val="center"/>
            <w:hideMark/>
          </w:tcPr>
          <w:p w14:paraId="73D2259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139" w:type="dxa"/>
            <w:tcBorders>
              <w:top w:val="nil"/>
              <w:left w:val="nil"/>
              <w:bottom w:val="nil"/>
              <w:right w:val="nil"/>
            </w:tcBorders>
            <w:vAlign w:val="center"/>
            <w:hideMark/>
          </w:tcPr>
          <w:p w14:paraId="5FF95F3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887" w:type="dxa"/>
            <w:tcBorders>
              <w:top w:val="nil"/>
              <w:left w:val="nil"/>
              <w:bottom w:val="nil"/>
              <w:right w:val="nil"/>
            </w:tcBorders>
            <w:vAlign w:val="center"/>
            <w:hideMark/>
          </w:tcPr>
          <w:p w14:paraId="7CC755F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939" w:type="dxa"/>
            <w:tcBorders>
              <w:top w:val="nil"/>
              <w:left w:val="nil"/>
              <w:bottom w:val="nil"/>
              <w:right w:val="nil"/>
            </w:tcBorders>
            <w:vAlign w:val="center"/>
            <w:hideMark/>
          </w:tcPr>
          <w:p w14:paraId="063AB8E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1483" w:type="dxa"/>
            <w:tcBorders>
              <w:top w:val="nil"/>
              <w:left w:val="nil"/>
              <w:bottom w:val="nil"/>
              <w:right w:val="nil"/>
            </w:tcBorders>
            <w:vAlign w:val="center"/>
            <w:hideMark/>
          </w:tcPr>
          <w:p w14:paraId="15D468A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nil"/>
              <w:right w:val="nil"/>
            </w:tcBorders>
            <w:vAlign w:val="center"/>
            <w:hideMark/>
          </w:tcPr>
          <w:p w14:paraId="10BEEC37"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r>
      <w:tr w:rsidR="00484A46" w:rsidRPr="00CB6B8D" w14:paraId="4D6870D6" w14:textId="77777777" w:rsidTr="00462317">
        <w:trPr>
          <w:trHeight w:val="320"/>
        </w:trPr>
        <w:tc>
          <w:tcPr>
            <w:tcW w:w="1979" w:type="dxa"/>
            <w:tcBorders>
              <w:top w:val="nil"/>
              <w:left w:val="nil"/>
              <w:bottom w:val="nil"/>
              <w:right w:val="nil"/>
            </w:tcBorders>
            <w:vAlign w:val="center"/>
            <w:hideMark/>
          </w:tcPr>
          <w:p w14:paraId="3D805DB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Social Aloofness</w:t>
            </w:r>
          </w:p>
        </w:tc>
        <w:tc>
          <w:tcPr>
            <w:tcW w:w="1101" w:type="dxa"/>
            <w:tcBorders>
              <w:top w:val="nil"/>
              <w:left w:val="nil"/>
              <w:bottom w:val="nil"/>
              <w:right w:val="nil"/>
            </w:tcBorders>
            <w:vAlign w:val="center"/>
            <w:hideMark/>
          </w:tcPr>
          <w:p w14:paraId="0097C89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975" w:type="dxa"/>
            <w:tcBorders>
              <w:top w:val="nil"/>
              <w:left w:val="nil"/>
              <w:bottom w:val="nil"/>
              <w:right w:val="nil"/>
            </w:tcBorders>
            <w:vAlign w:val="center"/>
            <w:hideMark/>
          </w:tcPr>
          <w:p w14:paraId="59F7088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887" w:type="dxa"/>
            <w:tcBorders>
              <w:top w:val="nil"/>
              <w:left w:val="nil"/>
              <w:bottom w:val="nil"/>
              <w:right w:val="nil"/>
            </w:tcBorders>
            <w:vAlign w:val="center"/>
            <w:hideMark/>
          </w:tcPr>
          <w:p w14:paraId="750FA57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916" w:type="dxa"/>
            <w:tcBorders>
              <w:top w:val="nil"/>
              <w:left w:val="nil"/>
              <w:bottom w:val="nil"/>
              <w:right w:val="nil"/>
            </w:tcBorders>
            <w:vAlign w:val="center"/>
            <w:hideMark/>
          </w:tcPr>
          <w:p w14:paraId="744BE44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1139" w:type="dxa"/>
            <w:tcBorders>
              <w:top w:val="nil"/>
              <w:left w:val="nil"/>
              <w:bottom w:val="nil"/>
              <w:right w:val="nil"/>
            </w:tcBorders>
            <w:vAlign w:val="center"/>
            <w:hideMark/>
          </w:tcPr>
          <w:p w14:paraId="1E806E9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887" w:type="dxa"/>
            <w:tcBorders>
              <w:top w:val="nil"/>
              <w:left w:val="nil"/>
              <w:bottom w:val="nil"/>
              <w:right w:val="nil"/>
            </w:tcBorders>
            <w:vAlign w:val="center"/>
            <w:hideMark/>
          </w:tcPr>
          <w:p w14:paraId="401FCD7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939" w:type="dxa"/>
            <w:tcBorders>
              <w:top w:val="nil"/>
              <w:left w:val="nil"/>
              <w:bottom w:val="nil"/>
              <w:right w:val="nil"/>
            </w:tcBorders>
            <w:vAlign w:val="center"/>
            <w:hideMark/>
          </w:tcPr>
          <w:p w14:paraId="1F19CE3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1483" w:type="dxa"/>
            <w:tcBorders>
              <w:top w:val="nil"/>
              <w:left w:val="nil"/>
              <w:bottom w:val="nil"/>
              <w:right w:val="nil"/>
            </w:tcBorders>
            <w:vAlign w:val="center"/>
            <w:hideMark/>
          </w:tcPr>
          <w:p w14:paraId="3C09874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54975A1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84A46" w:rsidRPr="00CB6B8D" w14:paraId="182F7237" w14:textId="77777777" w:rsidTr="00462317">
        <w:trPr>
          <w:trHeight w:val="320"/>
        </w:trPr>
        <w:tc>
          <w:tcPr>
            <w:tcW w:w="1979" w:type="dxa"/>
            <w:tcBorders>
              <w:top w:val="nil"/>
              <w:left w:val="nil"/>
              <w:bottom w:val="nil"/>
              <w:right w:val="nil"/>
            </w:tcBorders>
            <w:vAlign w:val="center"/>
            <w:hideMark/>
          </w:tcPr>
          <w:p w14:paraId="3ABD8FF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Social Anxiety</w:t>
            </w:r>
          </w:p>
        </w:tc>
        <w:tc>
          <w:tcPr>
            <w:tcW w:w="1101" w:type="dxa"/>
            <w:tcBorders>
              <w:top w:val="nil"/>
              <w:left w:val="nil"/>
              <w:bottom w:val="nil"/>
              <w:right w:val="nil"/>
            </w:tcBorders>
            <w:vAlign w:val="center"/>
            <w:hideMark/>
          </w:tcPr>
          <w:p w14:paraId="1548E8D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975" w:type="dxa"/>
            <w:tcBorders>
              <w:top w:val="nil"/>
              <w:left w:val="nil"/>
              <w:bottom w:val="nil"/>
              <w:right w:val="nil"/>
            </w:tcBorders>
            <w:vAlign w:val="center"/>
            <w:hideMark/>
          </w:tcPr>
          <w:p w14:paraId="291998D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887" w:type="dxa"/>
            <w:tcBorders>
              <w:top w:val="nil"/>
              <w:left w:val="nil"/>
              <w:bottom w:val="nil"/>
              <w:right w:val="nil"/>
            </w:tcBorders>
            <w:vAlign w:val="center"/>
            <w:hideMark/>
          </w:tcPr>
          <w:p w14:paraId="56081E1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916" w:type="dxa"/>
            <w:tcBorders>
              <w:top w:val="nil"/>
              <w:left w:val="nil"/>
              <w:bottom w:val="nil"/>
              <w:right w:val="nil"/>
            </w:tcBorders>
            <w:vAlign w:val="center"/>
            <w:hideMark/>
          </w:tcPr>
          <w:p w14:paraId="1076E02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.26***</w:t>
            </w:r>
          </w:p>
        </w:tc>
        <w:tc>
          <w:tcPr>
            <w:tcW w:w="1139" w:type="dxa"/>
            <w:tcBorders>
              <w:top w:val="nil"/>
              <w:left w:val="nil"/>
              <w:bottom w:val="nil"/>
              <w:right w:val="nil"/>
            </w:tcBorders>
            <w:vAlign w:val="center"/>
            <w:hideMark/>
          </w:tcPr>
          <w:p w14:paraId="3B81E77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887" w:type="dxa"/>
            <w:tcBorders>
              <w:top w:val="nil"/>
              <w:left w:val="nil"/>
              <w:bottom w:val="nil"/>
              <w:right w:val="nil"/>
            </w:tcBorders>
            <w:vAlign w:val="center"/>
            <w:hideMark/>
          </w:tcPr>
          <w:p w14:paraId="0198F1D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939" w:type="dxa"/>
            <w:tcBorders>
              <w:top w:val="nil"/>
              <w:left w:val="nil"/>
              <w:bottom w:val="nil"/>
              <w:right w:val="nil"/>
            </w:tcBorders>
            <w:vAlign w:val="center"/>
            <w:hideMark/>
          </w:tcPr>
          <w:p w14:paraId="6383388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c>
          <w:tcPr>
            <w:tcW w:w="1483" w:type="dxa"/>
            <w:tcBorders>
              <w:top w:val="nil"/>
              <w:left w:val="nil"/>
              <w:bottom w:val="nil"/>
              <w:right w:val="nil"/>
            </w:tcBorders>
            <w:vAlign w:val="center"/>
            <w:hideMark/>
          </w:tcPr>
          <w:p w14:paraId="3C1D327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250" w:type="dxa"/>
            <w:tcBorders>
              <w:top w:val="nil"/>
              <w:left w:val="nil"/>
              <w:bottom w:val="nil"/>
              <w:right w:val="nil"/>
            </w:tcBorders>
            <w:vAlign w:val="center"/>
            <w:hideMark/>
          </w:tcPr>
          <w:p w14:paraId="4726023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r>
      <w:tr w:rsidR="00484A46" w:rsidRPr="00CB6B8D" w14:paraId="287C6DF2" w14:textId="77777777" w:rsidTr="00462317">
        <w:trPr>
          <w:trHeight w:val="320"/>
        </w:trPr>
        <w:tc>
          <w:tcPr>
            <w:tcW w:w="1979" w:type="dxa"/>
            <w:tcBorders>
              <w:top w:val="nil"/>
              <w:left w:val="nil"/>
              <w:bottom w:val="nil"/>
              <w:right w:val="nil"/>
            </w:tcBorders>
            <w:vAlign w:val="center"/>
            <w:hideMark/>
          </w:tcPr>
          <w:p w14:paraId="6F3D5BF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Somatic Preoccupation</w:t>
            </w:r>
          </w:p>
        </w:tc>
        <w:tc>
          <w:tcPr>
            <w:tcW w:w="1101" w:type="dxa"/>
            <w:tcBorders>
              <w:top w:val="nil"/>
              <w:left w:val="nil"/>
              <w:bottom w:val="nil"/>
              <w:right w:val="nil"/>
            </w:tcBorders>
            <w:vAlign w:val="center"/>
            <w:hideMark/>
          </w:tcPr>
          <w:p w14:paraId="1FFE8846"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.18***</w:t>
            </w:r>
          </w:p>
        </w:tc>
        <w:tc>
          <w:tcPr>
            <w:tcW w:w="975" w:type="dxa"/>
            <w:tcBorders>
              <w:top w:val="nil"/>
              <w:left w:val="nil"/>
              <w:bottom w:val="nil"/>
              <w:right w:val="nil"/>
            </w:tcBorders>
            <w:vAlign w:val="center"/>
            <w:hideMark/>
          </w:tcPr>
          <w:p w14:paraId="02BEA20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887" w:type="dxa"/>
            <w:tcBorders>
              <w:top w:val="nil"/>
              <w:left w:val="nil"/>
              <w:bottom w:val="nil"/>
              <w:right w:val="nil"/>
            </w:tcBorders>
            <w:vAlign w:val="center"/>
            <w:hideMark/>
          </w:tcPr>
          <w:p w14:paraId="665B7E2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16" w:type="dxa"/>
            <w:tcBorders>
              <w:top w:val="nil"/>
              <w:left w:val="nil"/>
              <w:bottom w:val="nil"/>
              <w:right w:val="nil"/>
            </w:tcBorders>
            <w:vAlign w:val="center"/>
            <w:hideMark/>
          </w:tcPr>
          <w:p w14:paraId="5F0459B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1139" w:type="dxa"/>
            <w:tcBorders>
              <w:top w:val="nil"/>
              <w:left w:val="nil"/>
              <w:bottom w:val="nil"/>
              <w:right w:val="nil"/>
            </w:tcBorders>
            <w:vAlign w:val="center"/>
            <w:hideMark/>
          </w:tcPr>
          <w:p w14:paraId="44F1C7D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0A8D976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939" w:type="dxa"/>
            <w:tcBorders>
              <w:top w:val="nil"/>
              <w:left w:val="nil"/>
              <w:bottom w:val="nil"/>
              <w:right w:val="nil"/>
            </w:tcBorders>
            <w:vAlign w:val="center"/>
            <w:hideMark/>
          </w:tcPr>
          <w:p w14:paraId="74F6C2C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483" w:type="dxa"/>
            <w:tcBorders>
              <w:top w:val="nil"/>
              <w:left w:val="nil"/>
              <w:bottom w:val="nil"/>
              <w:right w:val="nil"/>
            </w:tcBorders>
            <w:vAlign w:val="center"/>
            <w:hideMark/>
          </w:tcPr>
          <w:p w14:paraId="399C37F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.09*</w:t>
            </w:r>
          </w:p>
        </w:tc>
        <w:tc>
          <w:tcPr>
            <w:tcW w:w="1250" w:type="dxa"/>
            <w:tcBorders>
              <w:top w:val="nil"/>
              <w:left w:val="nil"/>
              <w:bottom w:val="nil"/>
              <w:right w:val="nil"/>
            </w:tcBorders>
            <w:vAlign w:val="center"/>
            <w:hideMark/>
          </w:tcPr>
          <w:p w14:paraId="391CFF5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r>
      <w:tr w:rsidR="00484A46" w:rsidRPr="00CB6B8D" w14:paraId="174CF915" w14:textId="77777777" w:rsidTr="00462317">
        <w:trPr>
          <w:trHeight w:val="320"/>
        </w:trPr>
        <w:tc>
          <w:tcPr>
            <w:tcW w:w="1979" w:type="dxa"/>
            <w:tcBorders>
              <w:top w:val="nil"/>
              <w:left w:val="nil"/>
              <w:bottom w:val="nil"/>
              <w:right w:val="nil"/>
            </w:tcBorders>
            <w:vAlign w:val="center"/>
            <w:hideMark/>
          </w:tcPr>
          <w:p w14:paraId="48929F6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Submissiveness</w:t>
            </w:r>
          </w:p>
        </w:tc>
        <w:tc>
          <w:tcPr>
            <w:tcW w:w="1101" w:type="dxa"/>
            <w:tcBorders>
              <w:top w:val="nil"/>
              <w:left w:val="nil"/>
              <w:bottom w:val="nil"/>
              <w:right w:val="nil"/>
            </w:tcBorders>
            <w:vAlign w:val="center"/>
            <w:hideMark/>
          </w:tcPr>
          <w:p w14:paraId="3BF9042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975" w:type="dxa"/>
            <w:tcBorders>
              <w:top w:val="nil"/>
              <w:left w:val="nil"/>
              <w:bottom w:val="nil"/>
              <w:right w:val="nil"/>
            </w:tcBorders>
            <w:vAlign w:val="center"/>
            <w:hideMark/>
          </w:tcPr>
          <w:p w14:paraId="5B20798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887" w:type="dxa"/>
            <w:tcBorders>
              <w:top w:val="nil"/>
              <w:left w:val="nil"/>
              <w:bottom w:val="nil"/>
              <w:right w:val="nil"/>
            </w:tcBorders>
            <w:vAlign w:val="center"/>
            <w:hideMark/>
          </w:tcPr>
          <w:p w14:paraId="07E2D61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243CAE2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1139" w:type="dxa"/>
            <w:tcBorders>
              <w:top w:val="nil"/>
              <w:left w:val="nil"/>
              <w:bottom w:val="nil"/>
              <w:right w:val="nil"/>
            </w:tcBorders>
            <w:vAlign w:val="center"/>
            <w:hideMark/>
          </w:tcPr>
          <w:p w14:paraId="46F156D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.13**</w:t>
            </w:r>
          </w:p>
        </w:tc>
        <w:tc>
          <w:tcPr>
            <w:tcW w:w="887" w:type="dxa"/>
            <w:tcBorders>
              <w:top w:val="nil"/>
              <w:left w:val="nil"/>
              <w:bottom w:val="nil"/>
              <w:right w:val="nil"/>
            </w:tcBorders>
            <w:vAlign w:val="center"/>
            <w:hideMark/>
          </w:tcPr>
          <w:p w14:paraId="339E80E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-.21***</w:t>
            </w:r>
          </w:p>
        </w:tc>
        <w:tc>
          <w:tcPr>
            <w:tcW w:w="939" w:type="dxa"/>
            <w:tcBorders>
              <w:top w:val="nil"/>
              <w:left w:val="nil"/>
              <w:bottom w:val="nil"/>
              <w:right w:val="nil"/>
            </w:tcBorders>
            <w:vAlign w:val="center"/>
            <w:hideMark/>
          </w:tcPr>
          <w:p w14:paraId="62C3FA3A"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13637AE2"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250" w:type="dxa"/>
            <w:tcBorders>
              <w:top w:val="nil"/>
              <w:left w:val="nil"/>
              <w:bottom w:val="nil"/>
              <w:right w:val="nil"/>
            </w:tcBorders>
            <w:vAlign w:val="center"/>
            <w:hideMark/>
          </w:tcPr>
          <w:p w14:paraId="6A6DF49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84A46" w:rsidRPr="00CB6B8D" w14:paraId="06A2499C" w14:textId="77777777" w:rsidTr="00462317">
        <w:trPr>
          <w:trHeight w:val="320"/>
        </w:trPr>
        <w:tc>
          <w:tcPr>
            <w:tcW w:w="1979" w:type="dxa"/>
            <w:tcBorders>
              <w:top w:val="nil"/>
              <w:left w:val="nil"/>
              <w:bottom w:val="nil"/>
              <w:right w:val="nil"/>
            </w:tcBorders>
            <w:vAlign w:val="center"/>
            <w:hideMark/>
          </w:tcPr>
          <w:p w14:paraId="7EFC654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lastRenderedPageBreak/>
              <w:t>Suicidality</w:t>
            </w:r>
          </w:p>
        </w:tc>
        <w:tc>
          <w:tcPr>
            <w:tcW w:w="1101" w:type="dxa"/>
            <w:tcBorders>
              <w:top w:val="nil"/>
              <w:left w:val="nil"/>
              <w:bottom w:val="nil"/>
              <w:right w:val="nil"/>
            </w:tcBorders>
            <w:vAlign w:val="center"/>
            <w:hideMark/>
          </w:tcPr>
          <w:p w14:paraId="33C56B85"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975" w:type="dxa"/>
            <w:tcBorders>
              <w:top w:val="nil"/>
              <w:left w:val="nil"/>
              <w:bottom w:val="nil"/>
              <w:right w:val="nil"/>
            </w:tcBorders>
            <w:vAlign w:val="center"/>
            <w:hideMark/>
          </w:tcPr>
          <w:p w14:paraId="37BA9F5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887" w:type="dxa"/>
            <w:tcBorders>
              <w:top w:val="nil"/>
              <w:left w:val="nil"/>
              <w:bottom w:val="nil"/>
              <w:right w:val="nil"/>
            </w:tcBorders>
            <w:vAlign w:val="center"/>
            <w:hideMark/>
          </w:tcPr>
          <w:p w14:paraId="0D8088A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-.20***</w:t>
            </w:r>
          </w:p>
        </w:tc>
        <w:tc>
          <w:tcPr>
            <w:tcW w:w="916" w:type="dxa"/>
            <w:tcBorders>
              <w:top w:val="nil"/>
              <w:left w:val="nil"/>
              <w:bottom w:val="nil"/>
              <w:right w:val="nil"/>
            </w:tcBorders>
            <w:vAlign w:val="center"/>
            <w:hideMark/>
          </w:tcPr>
          <w:p w14:paraId="17074EA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1139" w:type="dxa"/>
            <w:tcBorders>
              <w:top w:val="nil"/>
              <w:left w:val="nil"/>
              <w:bottom w:val="nil"/>
              <w:right w:val="nil"/>
            </w:tcBorders>
            <w:vAlign w:val="center"/>
            <w:hideMark/>
          </w:tcPr>
          <w:p w14:paraId="0E612A4C"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887" w:type="dxa"/>
            <w:tcBorders>
              <w:top w:val="nil"/>
              <w:left w:val="nil"/>
              <w:bottom w:val="nil"/>
              <w:right w:val="nil"/>
            </w:tcBorders>
            <w:vAlign w:val="center"/>
            <w:hideMark/>
          </w:tcPr>
          <w:p w14:paraId="40A05FFB"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-.25***</w:t>
            </w:r>
          </w:p>
        </w:tc>
        <w:tc>
          <w:tcPr>
            <w:tcW w:w="939" w:type="dxa"/>
            <w:tcBorders>
              <w:top w:val="nil"/>
              <w:left w:val="nil"/>
              <w:bottom w:val="nil"/>
              <w:right w:val="nil"/>
            </w:tcBorders>
            <w:vAlign w:val="center"/>
            <w:hideMark/>
          </w:tcPr>
          <w:p w14:paraId="638EE6C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483" w:type="dxa"/>
            <w:tcBorders>
              <w:top w:val="nil"/>
              <w:left w:val="nil"/>
              <w:bottom w:val="nil"/>
              <w:right w:val="nil"/>
            </w:tcBorders>
            <w:vAlign w:val="center"/>
            <w:hideMark/>
          </w:tcPr>
          <w:p w14:paraId="7C37CB1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eastAsia="Times New Roman" w:hAnsi="Times New Roman" w:cs="Times New Roman"/>
                <w:color w:val="000000"/>
                <w:kern w:val="0"/>
                <w:sz w:val="20"/>
                <w:szCs w:val="20"/>
                <w14:ligatures w14:val="none"/>
              </w:rPr>
              <w:t>.0</w:t>
            </w:r>
            <w:r w:rsidRPr="0016389C">
              <w:rPr>
                <w:rFonts w:ascii="Times New Roman" w:eastAsia="Times New Roman" w:hAnsi="Times New Roman" w:cs="Times New Roman"/>
                <w:color w:val="000000"/>
                <w:kern w:val="0"/>
                <w:sz w:val="20"/>
                <w:szCs w:val="20"/>
                <w14:ligatures w14:val="none"/>
              </w:rPr>
              <w:t>0</w:t>
            </w:r>
          </w:p>
        </w:tc>
        <w:tc>
          <w:tcPr>
            <w:tcW w:w="1250" w:type="dxa"/>
            <w:tcBorders>
              <w:top w:val="nil"/>
              <w:left w:val="nil"/>
              <w:bottom w:val="nil"/>
              <w:right w:val="nil"/>
            </w:tcBorders>
            <w:vAlign w:val="center"/>
            <w:hideMark/>
          </w:tcPr>
          <w:p w14:paraId="0376FBB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84A46" w:rsidRPr="00CB6B8D" w14:paraId="18802935" w14:textId="77777777" w:rsidTr="00462317">
        <w:trPr>
          <w:trHeight w:val="320"/>
        </w:trPr>
        <w:tc>
          <w:tcPr>
            <w:tcW w:w="1979" w:type="dxa"/>
            <w:tcBorders>
              <w:top w:val="nil"/>
              <w:left w:val="nil"/>
              <w:bottom w:val="nil"/>
              <w:right w:val="nil"/>
            </w:tcBorders>
            <w:vAlign w:val="center"/>
            <w:hideMark/>
          </w:tcPr>
          <w:p w14:paraId="1AEEA1C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Suspiciousness</w:t>
            </w:r>
          </w:p>
        </w:tc>
        <w:tc>
          <w:tcPr>
            <w:tcW w:w="1101" w:type="dxa"/>
            <w:tcBorders>
              <w:top w:val="nil"/>
              <w:left w:val="nil"/>
              <w:bottom w:val="nil"/>
              <w:right w:val="nil"/>
            </w:tcBorders>
            <w:vAlign w:val="center"/>
            <w:hideMark/>
          </w:tcPr>
          <w:p w14:paraId="4FC0A99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.31***</w:t>
            </w:r>
          </w:p>
        </w:tc>
        <w:tc>
          <w:tcPr>
            <w:tcW w:w="975" w:type="dxa"/>
            <w:tcBorders>
              <w:top w:val="nil"/>
              <w:left w:val="nil"/>
              <w:bottom w:val="nil"/>
              <w:right w:val="nil"/>
            </w:tcBorders>
            <w:vAlign w:val="center"/>
            <w:hideMark/>
          </w:tcPr>
          <w:p w14:paraId="2D376B23"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887" w:type="dxa"/>
            <w:tcBorders>
              <w:top w:val="nil"/>
              <w:left w:val="nil"/>
              <w:bottom w:val="nil"/>
              <w:right w:val="nil"/>
            </w:tcBorders>
            <w:vAlign w:val="center"/>
            <w:hideMark/>
          </w:tcPr>
          <w:p w14:paraId="4215F0A9"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-.12**</w:t>
            </w:r>
          </w:p>
        </w:tc>
        <w:tc>
          <w:tcPr>
            <w:tcW w:w="916" w:type="dxa"/>
            <w:tcBorders>
              <w:top w:val="nil"/>
              <w:left w:val="nil"/>
              <w:bottom w:val="nil"/>
              <w:right w:val="nil"/>
            </w:tcBorders>
            <w:vAlign w:val="center"/>
            <w:hideMark/>
          </w:tcPr>
          <w:p w14:paraId="5EBE602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1139" w:type="dxa"/>
            <w:tcBorders>
              <w:top w:val="nil"/>
              <w:left w:val="nil"/>
              <w:bottom w:val="nil"/>
              <w:right w:val="nil"/>
            </w:tcBorders>
            <w:vAlign w:val="center"/>
            <w:hideMark/>
          </w:tcPr>
          <w:p w14:paraId="487BB36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.24***</w:t>
            </w:r>
          </w:p>
        </w:tc>
        <w:tc>
          <w:tcPr>
            <w:tcW w:w="887" w:type="dxa"/>
            <w:tcBorders>
              <w:top w:val="nil"/>
              <w:left w:val="nil"/>
              <w:bottom w:val="nil"/>
              <w:right w:val="nil"/>
            </w:tcBorders>
            <w:vAlign w:val="center"/>
            <w:hideMark/>
          </w:tcPr>
          <w:p w14:paraId="4C9F2EB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-.28***</w:t>
            </w:r>
          </w:p>
        </w:tc>
        <w:tc>
          <w:tcPr>
            <w:tcW w:w="939" w:type="dxa"/>
            <w:tcBorders>
              <w:top w:val="nil"/>
              <w:left w:val="nil"/>
              <w:bottom w:val="nil"/>
              <w:right w:val="nil"/>
            </w:tcBorders>
            <w:vAlign w:val="center"/>
            <w:hideMark/>
          </w:tcPr>
          <w:p w14:paraId="11D025A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1483" w:type="dxa"/>
            <w:tcBorders>
              <w:top w:val="nil"/>
              <w:left w:val="nil"/>
              <w:bottom w:val="nil"/>
              <w:right w:val="nil"/>
            </w:tcBorders>
            <w:vAlign w:val="center"/>
            <w:hideMark/>
          </w:tcPr>
          <w:p w14:paraId="7942601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250" w:type="dxa"/>
            <w:tcBorders>
              <w:top w:val="nil"/>
              <w:left w:val="nil"/>
              <w:bottom w:val="nil"/>
              <w:right w:val="nil"/>
            </w:tcBorders>
            <w:vAlign w:val="center"/>
            <w:hideMark/>
          </w:tcPr>
          <w:p w14:paraId="026C86E8"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r>
      <w:tr w:rsidR="00484A46" w:rsidRPr="00CB6B8D" w14:paraId="12CB8DDC" w14:textId="77777777" w:rsidTr="00462317">
        <w:trPr>
          <w:trHeight w:val="320"/>
        </w:trPr>
        <w:tc>
          <w:tcPr>
            <w:tcW w:w="1979" w:type="dxa"/>
            <w:tcBorders>
              <w:top w:val="nil"/>
              <w:left w:val="nil"/>
              <w:bottom w:val="nil"/>
              <w:right w:val="nil"/>
            </w:tcBorders>
            <w:vAlign w:val="center"/>
            <w:hideMark/>
          </w:tcPr>
          <w:p w14:paraId="07B98F3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Trauma Reactions</w:t>
            </w:r>
          </w:p>
        </w:tc>
        <w:tc>
          <w:tcPr>
            <w:tcW w:w="1101" w:type="dxa"/>
            <w:tcBorders>
              <w:top w:val="nil"/>
              <w:left w:val="nil"/>
              <w:bottom w:val="nil"/>
              <w:right w:val="nil"/>
            </w:tcBorders>
            <w:vAlign w:val="center"/>
            <w:hideMark/>
          </w:tcPr>
          <w:p w14:paraId="74B78A2A"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.29***</w:t>
            </w:r>
          </w:p>
        </w:tc>
        <w:tc>
          <w:tcPr>
            <w:tcW w:w="975" w:type="dxa"/>
            <w:tcBorders>
              <w:top w:val="nil"/>
              <w:left w:val="nil"/>
              <w:bottom w:val="nil"/>
              <w:right w:val="nil"/>
            </w:tcBorders>
            <w:vAlign w:val="center"/>
            <w:hideMark/>
          </w:tcPr>
          <w:p w14:paraId="403C6A0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887" w:type="dxa"/>
            <w:tcBorders>
              <w:top w:val="nil"/>
              <w:left w:val="nil"/>
              <w:bottom w:val="nil"/>
              <w:right w:val="nil"/>
            </w:tcBorders>
            <w:vAlign w:val="center"/>
            <w:hideMark/>
          </w:tcPr>
          <w:p w14:paraId="68BBDF9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-.15***</w:t>
            </w:r>
          </w:p>
        </w:tc>
        <w:tc>
          <w:tcPr>
            <w:tcW w:w="916" w:type="dxa"/>
            <w:tcBorders>
              <w:top w:val="nil"/>
              <w:left w:val="nil"/>
              <w:bottom w:val="nil"/>
              <w:right w:val="nil"/>
            </w:tcBorders>
            <w:vAlign w:val="center"/>
            <w:hideMark/>
          </w:tcPr>
          <w:p w14:paraId="0A7C756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.30***</w:t>
            </w:r>
          </w:p>
        </w:tc>
        <w:tc>
          <w:tcPr>
            <w:tcW w:w="1139" w:type="dxa"/>
            <w:tcBorders>
              <w:top w:val="nil"/>
              <w:left w:val="nil"/>
              <w:bottom w:val="nil"/>
              <w:right w:val="nil"/>
            </w:tcBorders>
            <w:vAlign w:val="center"/>
            <w:hideMark/>
          </w:tcPr>
          <w:p w14:paraId="63B18F77"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.23***</w:t>
            </w:r>
          </w:p>
        </w:tc>
        <w:tc>
          <w:tcPr>
            <w:tcW w:w="887" w:type="dxa"/>
            <w:tcBorders>
              <w:top w:val="nil"/>
              <w:left w:val="nil"/>
              <w:bottom w:val="nil"/>
              <w:right w:val="nil"/>
            </w:tcBorders>
            <w:vAlign w:val="center"/>
            <w:hideMark/>
          </w:tcPr>
          <w:p w14:paraId="2DD9C34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-.27***</w:t>
            </w:r>
          </w:p>
        </w:tc>
        <w:tc>
          <w:tcPr>
            <w:tcW w:w="939" w:type="dxa"/>
            <w:tcBorders>
              <w:top w:val="nil"/>
              <w:left w:val="nil"/>
              <w:bottom w:val="nil"/>
              <w:right w:val="nil"/>
            </w:tcBorders>
            <w:vAlign w:val="center"/>
            <w:hideMark/>
          </w:tcPr>
          <w:p w14:paraId="1624C4E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1BA3549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1250" w:type="dxa"/>
            <w:tcBorders>
              <w:top w:val="nil"/>
              <w:left w:val="nil"/>
              <w:bottom w:val="nil"/>
              <w:right w:val="nil"/>
            </w:tcBorders>
            <w:vAlign w:val="center"/>
            <w:hideMark/>
          </w:tcPr>
          <w:p w14:paraId="63F03FC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84A46" w:rsidRPr="00CB6B8D" w14:paraId="08AA1C2F" w14:textId="77777777" w:rsidTr="00462317">
        <w:trPr>
          <w:trHeight w:val="320"/>
        </w:trPr>
        <w:tc>
          <w:tcPr>
            <w:tcW w:w="1979" w:type="dxa"/>
            <w:tcBorders>
              <w:top w:val="nil"/>
              <w:left w:val="nil"/>
              <w:bottom w:val="nil"/>
              <w:right w:val="nil"/>
            </w:tcBorders>
            <w:vAlign w:val="center"/>
            <w:hideMark/>
          </w:tcPr>
          <w:p w14:paraId="260DFF3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Trichotillomania</w:t>
            </w:r>
          </w:p>
        </w:tc>
        <w:tc>
          <w:tcPr>
            <w:tcW w:w="1101" w:type="dxa"/>
            <w:tcBorders>
              <w:top w:val="nil"/>
              <w:left w:val="nil"/>
              <w:bottom w:val="nil"/>
              <w:right w:val="nil"/>
            </w:tcBorders>
            <w:vAlign w:val="center"/>
            <w:hideMark/>
          </w:tcPr>
          <w:p w14:paraId="0205006F"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75" w:type="dxa"/>
            <w:tcBorders>
              <w:top w:val="nil"/>
              <w:left w:val="nil"/>
              <w:bottom w:val="nil"/>
              <w:right w:val="nil"/>
            </w:tcBorders>
            <w:vAlign w:val="center"/>
            <w:hideMark/>
          </w:tcPr>
          <w:p w14:paraId="14EE43D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bottom w:val="nil"/>
              <w:right w:val="nil"/>
            </w:tcBorders>
            <w:vAlign w:val="center"/>
            <w:hideMark/>
          </w:tcPr>
          <w:p w14:paraId="13AC8A30"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916" w:type="dxa"/>
            <w:tcBorders>
              <w:top w:val="nil"/>
              <w:left w:val="nil"/>
              <w:bottom w:val="nil"/>
              <w:right w:val="nil"/>
            </w:tcBorders>
            <w:vAlign w:val="center"/>
            <w:hideMark/>
          </w:tcPr>
          <w:p w14:paraId="5D3E151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1139" w:type="dxa"/>
            <w:tcBorders>
              <w:top w:val="nil"/>
              <w:left w:val="nil"/>
              <w:bottom w:val="nil"/>
              <w:right w:val="nil"/>
            </w:tcBorders>
            <w:vAlign w:val="center"/>
            <w:hideMark/>
          </w:tcPr>
          <w:p w14:paraId="31BB583D"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.19***</w:t>
            </w:r>
          </w:p>
        </w:tc>
        <w:tc>
          <w:tcPr>
            <w:tcW w:w="887" w:type="dxa"/>
            <w:tcBorders>
              <w:top w:val="nil"/>
              <w:left w:val="nil"/>
              <w:bottom w:val="nil"/>
              <w:right w:val="nil"/>
            </w:tcBorders>
            <w:vAlign w:val="center"/>
            <w:hideMark/>
          </w:tcPr>
          <w:p w14:paraId="7B34E9E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-.10*</w:t>
            </w:r>
          </w:p>
        </w:tc>
        <w:tc>
          <w:tcPr>
            <w:tcW w:w="939" w:type="dxa"/>
            <w:tcBorders>
              <w:top w:val="nil"/>
              <w:left w:val="nil"/>
              <w:bottom w:val="nil"/>
              <w:right w:val="nil"/>
            </w:tcBorders>
            <w:vAlign w:val="center"/>
            <w:hideMark/>
          </w:tcPr>
          <w:p w14:paraId="37FF647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.02</w:t>
            </w:r>
          </w:p>
        </w:tc>
        <w:tc>
          <w:tcPr>
            <w:tcW w:w="1483" w:type="dxa"/>
            <w:tcBorders>
              <w:top w:val="nil"/>
              <w:left w:val="nil"/>
              <w:bottom w:val="nil"/>
              <w:right w:val="nil"/>
            </w:tcBorders>
            <w:vAlign w:val="center"/>
            <w:hideMark/>
          </w:tcPr>
          <w:p w14:paraId="5BBF1A8D"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-.01</w:t>
            </w:r>
          </w:p>
        </w:tc>
        <w:tc>
          <w:tcPr>
            <w:tcW w:w="1250" w:type="dxa"/>
            <w:tcBorders>
              <w:top w:val="nil"/>
              <w:left w:val="nil"/>
              <w:bottom w:val="nil"/>
              <w:right w:val="nil"/>
            </w:tcBorders>
            <w:vAlign w:val="center"/>
            <w:hideMark/>
          </w:tcPr>
          <w:p w14:paraId="4D6A78D3"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r>
      <w:tr w:rsidR="00484A46" w:rsidRPr="00CB6B8D" w14:paraId="0051CCD5" w14:textId="77777777" w:rsidTr="00462317">
        <w:trPr>
          <w:trHeight w:val="320"/>
        </w:trPr>
        <w:tc>
          <w:tcPr>
            <w:tcW w:w="1979" w:type="dxa"/>
            <w:tcBorders>
              <w:top w:val="nil"/>
              <w:left w:val="nil"/>
              <w:right w:val="nil"/>
            </w:tcBorders>
            <w:vAlign w:val="center"/>
            <w:hideMark/>
          </w:tcPr>
          <w:p w14:paraId="0107EF4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Well-being</w:t>
            </w:r>
          </w:p>
        </w:tc>
        <w:tc>
          <w:tcPr>
            <w:tcW w:w="1101" w:type="dxa"/>
            <w:tcBorders>
              <w:top w:val="nil"/>
              <w:left w:val="nil"/>
              <w:right w:val="nil"/>
            </w:tcBorders>
            <w:vAlign w:val="center"/>
            <w:hideMark/>
          </w:tcPr>
          <w:p w14:paraId="28730CC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-.45***</w:t>
            </w:r>
          </w:p>
        </w:tc>
        <w:tc>
          <w:tcPr>
            <w:tcW w:w="975" w:type="dxa"/>
            <w:tcBorders>
              <w:top w:val="nil"/>
              <w:left w:val="nil"/>
              <w:right w:val="nil"/>
            </w:tcBorders>
            <w:vAlign w:val="center"/>
            <w:hideMark/>
          </w:tcPr>
          <w:p w14:paraId="60BCDDB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.52***</w:t>
            </w:r>
          </w:p>
        </w:tc>
        <w:tc>
          <w:tcPr>
            <w:tcW w:w="887" w:type="dxa"/>
            <w:tcBorders>
              <w:top w:val="nil"/>
              <w:left w:val="nil"/>
              <w:right w:val="nil"/>
            </w:tcBorders>
            <w:vAlign w:val="center"/>
            <w:hideMark/>
          </w:tcPr>
          <w:p w14:paraId="4891C0A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.41***</w:t>
            </w:r>
          </w:p>
        </w:tc>
        <w:tc>
          <w:tcPr>
            <w:tcW w:w="916" w:type="dxa"/>
            <w:tcBorders>
              <w:top w:val="nil"/>
              <w:left w:val="nil"/>
              <w:right w:val="nil"/>
            </w:tcBorders>
            <w:vAlign w:val="center"/>
            <w:hideMark/>
          </w:tcPr>
          <w:p w14:paraId="1A97C33F"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-.36***</w:t>
            </w:r>
          </w:p>
        </w:tc>
        <w:tc>
          <w:tcPr>
            <w:tcW w:w="1139" w:type="dxa"/>
            <w:tcBorders>
              <w:top w:val="nil"/>
              <w:left w:val="nil"/>
              <w:right w:val="nil"/>
            </w:tcBorders>
            <w:vAlign w:val="center"/>
            <w:hideMark/>
          </w:tcPr>
          <w:p w14:paraId="4B2A0ACC"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-.06</w:t>
            </w:r>
          </w:p>
        </w:tc>
        <w:tc>
          <w:tcPr>
            <w:tcW w:w="887" w:type="dxa"/>
            <w:tcBorders>
              <w:top w:val="nil"/>
              <w:left w:val="nil"/>
              <w:right w:val="nil"/>
            </w:tcBorders>
            <w:vAlign w:val="center"/>
            <w:hideMark/>
          </w:tcPr>
          <w:p w14:paraId="26ED15D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.37***</w:t>
            </w:r>
          </w:p>
        </w:tc>
        <w:tc>
          <w:tcPr>
            <w:tcW w:w="939" w:type="dxa"/>
            <w:tcBorders>
              <w:top w:val="nil"/>
              <w:left w:val="nil"/>
              <w:right w:val="nil"/>
            </w:tcBorders>
            <w:vAlign w:val="center"/>
            <w:hideMark/>
          </w:tcPr>
          <w:p w14:paraId="706AC75E"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1483" w:type="dxa"/>
            <w:tcBorders>
              <w:top w:val="nil"/>
              <w:left w:val="nil"/>
              <w:right w:val="nil"/>
            </w:tcBorders>
            <w:vAlign w:val="center"/>
            <w:hideMark/>
          </w:tcPr>
          <w:p w14:paraId="4B6F5630"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.14**</w:t>
            </w:r>
          </w:p>
        </w:tc>
        <w:tc>
          <w:tcPr>
            <w:tcW w:w="1250" w:type="dxa"/>
            <w:tcBorders>
              <w:top w:val="nil"/>
              <w:left w:val="nil"/>
              <w:right w:val="nil"/>
            </w:tcBorders>
            <w:vAlign w:val="center"/>
            <w:hideMark/>
          </w:tcPr>
          <w:p w14:paraId="094A3EA4"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r>
      <w:tr w:rsidR="00484A46" w:rsidRPr="00CB6B8D" w14:paraId="10DA5C6C" w14:textId="77777777" w:rsidTr="00462317">
        <w:trPr>
          <w:trHeight w:val="340"/>
        </w:trPr>
        <w:tc>
          <w:tcPr>
            <w:tcW w:w="1979" w:type="dxa"/>
            <w:tcBorders>
              <w:top w:val="nil"/>
              <w:left w:val="nil"/>
              <w:bottom w:val="single" w:sz="4" w:space="0" w:color="auto"/>
              <w:right w:val="nil"/>
            </w:tcBorders>
            <w:vAlign w:val="center"/>
            <w:hideMark/>
          </w:tcPr>
          <w:p w14:paraId="5D2BC42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Workaholism</w:t>
            </w:r>
          </w:p>
        </w:tc>
        <w:tc>
          <w:tcPr>
            <w:tcW w:w="1101" w:type="dxa"/>
            <w:tcBorders>
              <w:top w:val="nil"/>
              <w:left w:val="nil"/>
              <w:bottom w:val="single" w:sz="4" w:space="0" w:color="auto"/>
              <w:right w:val="nil"/>
            </w:tcBorders>
            <w:vAlign w:val="center"/>
            <w:hideMark/>
          </w:tcPr>
          <w:p w14:paraId="7310A531"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75" w:type="dxa"/>
            <w:tcBorders>
              <w:top w:val="nil"/>
              <w:left w:val="nil"/>
              <w:bottom w:val="single" w:sz="4" w:space="0" w:color="auto"/>
              <w:right w:val="nil"/>
            </w:tcBorders>
            <w:vAlign w:val="center"/>
            <w:hideMark/>
          </w:tcPr>
          <w:p w14:paraId="609E4AA6"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.05</w:t>
            </w:r>
          </w:p>
        </w:tc>
        <w:tc>
          <w:tcPr>
            <w:tcW w:w="887" w:type="dxa"/>
            <w:tcBorders>
              <w:top w:val="nil"/>
              <w:left w:val="nil"/>
              <w:bottom w:val="single" w:sz="4" w:space="0" w:color="auto"/>
              <w:right w:val="nil"/>
            </w:tcBorders>
            <w:vAlign w:val="center"/>
            <w:hideMark/>
          </w:tcPr>
          <w:p w14:paraId="33A2BA44"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.08</w:t>
            </w:r>
          </w:p>
        </w:tc>
        <w:tc>
          <w:tcPr>
            <w:tcW w:w="916" w:type="dxa"/>
            <w:tcBorders>
              <w:top w:val="nil"/>
              <w:left w:val="nil"/>
              <w:bottom w:val="single" w:sz="4" w:space="0" w:color="auto"/>
              <w:right w:val="nil"/>
            </w:tcBorders>
            <w:vAlign w:val="center"/>
            <w:hideMark/>
          </w:tcPr>
          <w:p w14:paraId="04D09521"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.17***</w:t>
            </w:r>
          </w:p>
        </w:tc>
        <w:tc>
          <w:tcPr>
            <w:tcW w:w="1139" w:type="dxa"/>
            <w:tcBorders>
              <w:top w:val="nil"/>
              <w:left w:val="nil"/>
              <w:bottom w:val="single" w:sz="4" w:space="0" w:color="auto"/>
              <w:right w:val="nil"/>
            </w:tcBorders>
            <w:vAlign w:val="center"/>
            <w:hideMark/>
          </w:tcPr>
          <w:p w14:paraId="50F5BEF8" w14:textId="77777777" w:rsidR="00484A46" w:rsidRPr="0016389C" w:rsidRDefault="00484A46" w:rsidP="00484A46">
            <w:pPr>
              <w:rPr>
                <w:rFonts w:ascii="Times New Roman" w:eastAsia="Times New Roman" w:hAnsi="Times New Roman" w:cs="Times New Roman"/>
                <w:b/>
                <w:bCs/>
                <w:color w:val="000000"/>
                <w:kern w:val="0"/>
                <w:sz w:val="20"/>
                <w:szCs w:val="20"/>
                <w14:ligatures w14:val="none"/>
              </w:rPr>
            </w:pPr>
            <w:r w:rsidRPr="0016389C">
              <w:rPr>
                <w:rFonts w:ascii="Times New Roman" w:eastAsia="Times New Roman" w:hAnsi="Times New Roman" w:cs="Times New Roman"/>
                <w:b/>
                <w:bCs/>
                <w:color w:val="000000"/>
                <w:kern w:val="0"/>
                <w:sz w:val="20"/>
                <w:szCs w:val="20"/>
                <w14:ligatures w14:val="none"/>
              </w:rPr>
              <w:t>.11**</w:t>
            </w:r>
          </w:p>
        </w:tc>
        <w:tc>
          <w:tcPr>
            <w:tcW w:w="887" w:type="dxa"/>
            <w:tcBorders>
              <w:top w:val="nil"/>
              <w:left w:val="nil"/>
              <w:bottom w:val="single" w:sz="4" w:space="0" w:color="auto"/>
              <w:right w:val="nil"/>
            </w:tcBorders>
            <w:vAlign w:val="center"/>
            <w:hideMark/>
          </w:tcPr>
          <w:p w14:paraId="7EAC21D5"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939" w:type="dxa"/>
            <w:tcBorders>
              <w:top w:val="nil"/>
              <w:left w:val="nil"/>
              <w:bottom w:val="single" w:sz="4" w:space="0" w:color="auto"/>
              <w:right w:val="nil"/>
            </w:tcBorders>
            <w:vAlign w:val="center"/>
            <w:hideMark/>
          </w:tcPr>
          <w:p w14:paraId="2C9ADE3E"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-.03</w:t>
            </w:r>
          </w:p>
        </w:tc>
        <w:tc>
          <w:tcPr>
            <w:tcW w:w="1483" w:type="dxa"/>
            <w:tcBorders>
              <w:top w:val="nil"/>
              <w:left w:val="nil"/>
              <w:bottom w:val="single" w:sz="4" w:space="0" w:color="auto"/>
              <w:right w:val="nil"/>
            </w:tcBorders>
            <w:vAlign w:val="center"/>
            <w:hideMark/>
          </w:tcPr>
          <w:p w14:paraId="4C4CBFB9"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-.04</w:t>
            </w:r>
          </w:p>
        </w:tc>
        <w:tc>
          <w:tcPr>
            <w:tcW w:w="1250" w:type="dxa"/>
            <w:tcBorders>
              <w:top w:val="nil"/>
              <w:left w:val="nil"/>
              <w:bottom w:val="single" w:sz="4" w:space="0" w:color="auto"/>
              <w:right w:val="nil"/>
            </w:tcBorders>
            <w:vAlign w:val="center"/>
            <w:hideMark/>
          </w:tcPr>
          <w:p w14:paraId="3763F5D2" w14:textId="77777777" w:rsidR="00484A46" w:rsidRPr="0016389C" w:rsidRDefault="00484A46" w:rsidP="00484A46">
            <w:pPr>
              <w:rPr>
                <w:rFonts w:ascii="Times New Roman" w:eastAsia="Times New Roman" w:hAnsi="Times New Roman" w:cs="Times New Roman"/>
                <w:color w:val="000000"/>
                <w:kern w:val="0"/>
                <w:sz w:val="20"/>
                <w:szCs w:val="20"/>
                <w14:ligatures w14:val="none"/>
              </w:rPr>
            </w:pPr>
            <w:r w:rsidRPr="0016389C">
              <w:rPr>
                <w:rFonts w:ascii="Times New Roman" w:eastAsia="Times New Roman" w:hAnsi="Times New Roman" w:cs="Times New Roman"/>
                <w:color w:val="000000"/>
                <w:kern w:val="0"/>
                <w:sz w:val="20"/>
                <w:szCs w:val="20"/>
                <w14:ligatures w14:val="none"/>
              </w:rPr>
              <w:t>.07</w:t>
            </w:r>
          </w:p>
        </w:tc>
      </w:tr>
      <w:tr w:rsidR="00484A46" w:rsidRPr="0016389C" w14:paraId="5559793A" w14:textId="77777777" w:rsidTr="00462317">
        <w:trPr>
          <w:trHeight w:val="1025"/>
        </w:trPr>
        <w:tc>
          <w:tcPr>
            <w:tcW w:w="11556" w:type="dxa"/>
            <w:gridSpan w:val="10"/>
            <w:tcBorders>
              <w:top w:val="single" w:sz="4" w:space="0" w:color="auto"/>
              <w:left w:val="nil"/>
              <w:right w:val="nil"/>
            </w:tcBorders>
            <w:vAlign w:val="center"/>
          </w:tcPr>
          <w:p w14:paraId="24185AA0" w14:textId="77777777" w:rsidR="00484A46" w:rsidRPr="00CB6B8D" w:rsidRDefault="00484A46" w:rsidP="00484A46">
            <w:pPr>
              <w:rPr>
                <w:rFonts w:ascii="Times New Roman" w:eastAsia="Times New Roman" w:hAnsi="Times New Roman" w:cs="Times New Roman"/>
                <w:color w:val="000000"/>
                <w:kern w:val="0"/>
                <w:sz w:val="20"/>
                <w:szCs w:val="20"/>
                <w14:ligatures w14:val="none"/>
              </w:rPr>
            </w:pPr>
            <w:r w:rsidRPr="00CB6B8D">
              <w:rPr>
                <w:rFonts w:ascii="Times New Roman" w:hAnsi="Times New Roman" w:cs="Times New Roman"/>
                <w:i/>
                <w:iCs/>
                <w:sz w:val="20"/>
                <w:szCs w:val="20"/>
              </w:rPr>
              <w:t>Note</w:t>
            </w:r>
            <w:r w:rsidRPr="00CB6B8D">
              <w:rPr>
                <w:rFonts w:ascii="Times New Roman" w:hAnsi="Times New Roman" w:cs="Times New Roman"/>
                <w:sz w:val="20"/>
                <w:szCs w:val="20"/>
              </w:rPr>
              <w:t>. Holm-corrected p-values (Holm, 1979) control the family-wise error rate across the 792 correlation tests conducted in this sample (</w:t>
            </w:r>
            <w:r w:rsidRPr="00CB6B8D">
              <w:rPr>
                <w:rFonts w:ascii="Times New Roman" w:hAnsi="Times New Roman" w:cs="Times New Roman"/>
                <w:i/>
                <w:iCs/>
                <w:sz w:val="20"/>
                <w:szCs w:val="20"/>
              </w:rPr>
              <w:t>n</w:t>
            </w:r>
            <w:r w:rsidRPr="00CB6B8D">
              <w:rPr>
                <w:rFonts w:ascii="Times New Roman" w:hAnsi="Times New Roman" w:cs="Times New Roman"/>
                <w:sz w:val="20"/>
                <w:szCs w:val="20"/>
              </w:rPr>
              <w:t>= 531). Under a significance threshold of α = .05, the smallest unadjusted p-value would need to be below 6.31 × 10⁻⁵ (i.e., 0.05 ÷ 792) to remain significant after Holm correction. For reference, we have provided standard significance indicators, *</w:t>
            </w:r>
            <w:r w:rsidRPr="00CB6B8D">
              <w:rPr>
                <w:rFonts w:ascii="Times New Roman" w:hAnsi="Times New Roman" w:cs="Times New Roman"/>
                <w:i/>
                <w:iCs/>
                <w:sz w:val="20"/>
                <w:szCs w:val="20"/>
              </w:rPr>
              <w:t>p</w:t>
            </w:r>
            <w:r w:rsidRPr="00CB6B8D">
              <w:rPr>
                <w:rFonts w:ascii="Times New Roman" w:hAnsi="Times New Roman" w:cs="Times New Roman"/>
                <w:sz w:val="20"/>
                <w:szCs w:val="20"/>
              </w:rPr>
              <w:t>&lt;.05, **</w:t>
            </w:r>
            <w:r w:rsidRPr="00CB6B8D">
              <w:rPr>
                <w:rFonts w:ascii="Times New Roman" w:hAnsi="Times New Roman" w:cs="Times New Roman"/>
                <w:i/>
                <w:iCs/>
                <w:sz w:val="20"/>
                <w:szCs w:val="20"/>
              </w:rPr>
              <w:t>p</w:t>
            </w:r>
            <w:r w:rsidRPr="00CB6B8D">
              <w:rPr>
                <w:rFonts w:ascii="Times New Roman" w:hAnsi="Times New Roman" w:cs="Times New Roman"/>
                <w:sz w:val="20"/>
                <w:szCs w:val="20"/>
              </w:rPr>
              <w:t>&lt;.01, ***</w:t>
            </w:r>
            <w:r w:rsidRPr="00CB6B8D">
              <w:rPr>
                <w:rFonts w:ascii="Times New Roman" w:hAnsi="Times New Roman" w:cs="Times New Roman"/>
                <w:i/>
                <w:iCs/>
                <w:sz w:val="20"/>
                <w:szCs w:val="20"/>
              </w:rPr>
              <w:t>p</w:t>
            </w:r>
            <w:r w:rsidRPr="00CB6B8D">
              <w:rPr>
                <w:rFonts w:ascii="Times New Roman" w:hAnsi="Times New Roman" w:cs="Times New Roman"/>
                <w:sz w:val="20"/>
                <w:szCs w:val="20"/>
              </w:rPr>
              <w:t>&lt;.001.</w:t>
            </w:r>
          </w:p>
        </w:tc>
      </w:tr>
    </w:tbl>
    <w:p w14:paraId="712198F5" w14:textId="77777777" w:rsidR="0016389C" w:rsidRDefault="0016389C"/>
    <w:p w14:paraId="66183B91" w14:textId="77777777" w:rsidR="0016389C" w:rsidRDefault="0016389C"/>
    <w:p w14:paraId="2F1D3880" w14:textId="77777777" w:rsidR="0016389C" w:rsidRDefault="0016389C"/>
    <w:p w14:paraId="0B92652F" w14:textId="77777777" w:rsidR="0016389C" w:rsidRDefault="0016389C"/>
    <w:p w14:paraId="63D3939A" w14:textId="77777777" w:rsidR="0016389C" w:rsidRDefault="0016389C"/>
    <w:p w14:paraId="7280FCA2" w14:textId="77777777" w:rsidR="00332B45" w:rsidRDefault="00332B45"/>
    <w:p w14:paraId="0EAD1A03" w14:textId="77777777" w:rsidR="00AB1A81" w:rsidRDefault="00AB1A81"/>
    <w:p w14:paraId="1D776405" w14:textId="77777777" w:rsidR="00AB1A81" w:rsidRDefault="00AB1A81"/>
    <w:p w14:paraId="5261D11F" w14:textId="77777777" w:rsidR="00AB1A81" w:rsidRDefault="00AB1A81"/>
    <w:p w14:paraId="624E05DA" w14:textId="77777777" w:rsidR="00AB1A81" w:rsidRDefault="00AB1A81"/>
    <w:p w14:paraId="42874F14" w14:textId="77777777" w:rsidR="00AB1A81" w:rsidRDefault="00AB1A81"/>
    <w:p w14:paraId="59BE9A54" w14:textId="77777777" w:rsidR="00AB1A81" w:rsidRDefault="00AB1A81"/>
    <w:p w14:paraId="4FE37CA0" w14:textId="77777777" w:rsidR="00AB1A81" w:rsidRDefault="00AB1A81"/>
    <w:p w14:paraId="1EC22A27" w14:textId="77777777" w:rsidR="00AB1A81" w:rsidRDefault="00AB1A81"/>
    <w:tbl>
      <w:tblPr>
        <w:tblpPr w:leftFromText="180" w:rightFromText="180" w:vertAnchor="page" w:horzAnchor="margin" w:tblpY="1593"/>
        <w:tblW w:w="11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170"/>
        <w:gridCol w:w="1170"/>
        <w:gridCol w:w="990"/>
        <w:gridCol w:w="990"/>
        <w:gridCol w:w="990"/>
        <w:gridCol w:w="1080"/>
        <w:gridCol w:w="1111"/>
        <w:gridCol w:w="963"/>
        <w:gridCol w:w="963"/>
      </w:tblGrid>
      <w:tr w:rsidR="00702792" w14:paraId="08CC9CB3" w14:textId="77777777" w:rsidTr="00702792">
        <w:trPr>
          <w:trHeight w:val="631"/>
        </w:trPr>
        <w:tc>
          <w:tcPr>
            <w:tcW w:w="8910" w:type="dxa"/>
            <w:gridSpan w:val="7"/>
            <w:tcBorders>
              <w:top w:val="nil"/>
              <w:left w:val="nil"/>
              <w:bottom w:val="single" w:sz="4" w:space="0" w:color="auto"/>
              <w:right w:val="nil"/>
            </w:tcBorders>
          </w:tcPr>
          <w:p w14:paraId="4A780D28" w14:textId="77777777" w:rsidR="00702792" w:rsidRPr="001C61B8" w:rsidRDefault="00702792" w:rsidP="00702792">
            <w:pPr>
              <w:rPr>
                <w:rFonts w:ascii="Times New Roman" w:hAnsi="Times New Roman" w:cs="Times New Roman"/>
                <w:b/>
                <w:bCs/>
                <w:color w:val="000000" w:themeColor="text1"/>
                <w:sz w:val="22"/>
                <w:szCs w:val="22"/>
              </w:rPr>
            </w:pPr>
            <w:r w:rsidRPr="001C61B8">
              <w:rPr>
                <w:rFonts w:ascii="Times New Roman" w:hAnsi="Times New Roman" w:cs="Times New Roman"/>
                <w:b/>
                <w:bCs/>
                <w:color w:val="000000" w:themeColor="text1"/>
                <w:sz w:val="22"/>
                <w:szCs w:val="22"/>
              </w:rPr>
              <w:lastRenderedPageBreak/>
              <w:t xml:space="preserve">Table </w:t>
            </w:r>
            <w:r>
              <w:rPr>
                <w:rFonts w:ascii="Times New Roman" w:hAnsi="Times New Roman" w:cs="Times New Roman"/>
                <w:b/>
                <w:bCs/>
                <w:color w:val="000000" w:themeColor="text1"/>
                <w:sz w:val="22"/>
                <w:szCs w:val="22"/>
              </w:rPr>
              <w:t>S14</w:t>
            </w:r>
          </w:p>
          <w:p w14:paraId="7A9DA1B4" w14:textId="77777777" w:rsidR="00702792" w:rsidRDefault="00702792" w:rsidP="00702792">
            <w:pPr>
              <w:rPr>
                <w:rFonts w:ascii="Times New Roman" w:hAnsi="Times New Roman" w:cs="Times New Roman"/>
                <w:sz w:val="20"/>
                <w:szCs w:val="20"/>
              </w:rPr>
            </w:pPr>
            <w:r>
              <w:rPr>
                <w:rFonts w:ascii="Times New Roman" w:hAnsi="Times New Roman" w:cs="Times New Roman"/>
                <w:i/>
                <w:iCs/>
                <w:color w:val="000000" w:themeColor="text1"/>
                <w:sz w:val="22"/>
                <w:szCs w:val="22"/>
              </w:rPr>
              <w:t>Zero-Order Correlations between Daily Outcomes</w:t>
            </w:r>
          </w:p>
        </w:tc>
        <w:tc>
          <w:tcPr>
            <w:tcW w:w="1111" w:type="dxa"/>
            <w:tcBorders>
              <w:top w:val="nil"/>
              <w:left w:val="nil"/>
              <w:bottom w:val="single" w:sz="4" w:space="0" w:color="auto"/>
              <w:right w:val="nil"/>
            </w:tcBorders>
          </w:tcPr>
          <w:p w14:paraId="0C515EFE" w14:textId="77777777" w:rsidR="00702792" w:rsidRDefault="00702792" w:rsidP="00702792">
            <w:pPr>
              <w:jc w:val="center"/>
              <w:rPr>
                <w:rFonts w:ascii="Times New Roman" w:hAnsi="Times New Roman" w:cs="Times New Roman"/>
                <w:sz w:val="20"/>
                <w:szCs w:val="20"/>
              </w:rPr>
            </w:pPr>
          </w:p>
        </w:tc>
        <w:tc>
          <w:tcPr>
            <w:tcW w:w="963" w:type="dxa"/>
            <w:tcBorders>
              <w:top w:val="nil"/>
              <w:left w:val="nil"/>
              <w:bottom w:val="single" w:sz="4" w:space="0" w:color="auto"/>
              <w:right w:val="nil"/>
            </w:tcBorders>
          </w:tcPr>
          <w:p w14:paraId="28B5FFA1" w14:textId="77777777" w:rsidR="00702792" w:rsidRDefault="00702792" w:rsidP="00702792">
            <w:pPr>
              <w:jc w:val="center"/>
              <w:rPr>
                <w:rFonts w:ascii="Times New Roman" w:hAnsi="Times New Roman" w:cs="Times New Roman"/>
                <w:sz w:val="20"/>
                <w:szCs w:val="20"/>
              </w:rPr>
            </w:pPr>
          </w:p>
        </w:tc>
        <w:tc>
          <w:tcPr>
            <w:tcW w:w="963" w:type="dxa"/>
            <w:tcBorders>
              <w:top w:val="nil"/>
              <w:left w:val="nil"/>
              <w:bottom w:val="single" w:sz="4" w:space="0" w:color="auto"/>
              <w:right w:val="nil"/>
            </w:tcBorders>
          </w:tcPr>
          <w:p w14:paraId="691C96A8" w14:textId="77777777" w:rsidR="00702792" w:rsidRDefault="00702792" w:rsidP="00702792">
            <w:pPr>
              <w:jc w:val="center"/>
              <w:rPr>
                <w:rFonts w:ascii="Times New Roman" w:hAnsi="Times New Roman" w:cs="Times New Roman"/>
                <w:sz w:val="20"/>
                <w:szCs w:val="20"/>
              </w:rPr>
            </w:pPr>
          </w:p>
        </w:tc>
      </w:tr>
      <w:tr w:rsidR="00702792" w:rsidRPr="00E85BC9" w14:paraId="42E1278C" w14:textId="77777777" w:rsidTr="00702792">
        <w:tc>
          <w:tcPr>
            <w:tcW w:w="2520" w:type="dxa"/>
            <w:tcBorders>
              <w:top w:val="single" w:sz="4" w:space="0" w:color="auto"/>
              <w:left w:val="nil"/>
              <w:bottom w:val="single" w:sz="4" w:space="0" w:color="auto"/>
              <w:right w:val="nil"/>
            </w:tcBorders>
          </w:tcPr>
          <w:p w14:paraId="2CA4478F" w14:textId="77777777" w:rsidR="00702792" w:rsidRPr="00E85BC9" w:rsidRDefault="00702792" w:rsidP="00702792">
            <w:pPr>
              <w:rPr>
                <w:rFonts w:ascii="Times New Roman" w:hAnsi="Times New Roman" w:cs="Times New Roman"/>
                <w:sz w:val="20"/>
                <w:szCs w:val="20"/>
              </w:rPr>
            </w:pPr>
          </w:p>
        </w:tc>
        <w:tc>
          <w:tcPr>
            <w:tcW w:w="1170" w:type="dxa"/>
            <w:tcBorders>
              <w:top w:val="single" w:sz="4" w:space="0" w:color="auto"/>
              <w:left w:val="nil"/>
              <w:bottom w:val="single" w:sz="4" w:space="0" w:color="auto"/>
              <w:right w:val="nil"/>
            </w:tcBorders>
          </w:tcPr>
          <w:p w14:paraId="355A0C32" w14:textId="77777777" w:rsidR="00702792" w:rsidRPr="00F17B77" w:rsidRDefault="00702792" w:rsidP="00702792">
            <w:pPr>
              <w:jc w:val="center"/>
              <w:rPr>
                <w:rFonts w:ascii="Times New Roman" w:hAnsi="Times New Roman" w:cs="Times New Roman"/>
                <w:sz w:val="20"/>
                <w:szCs w:val="20"/>
              </w:rPr>
            </w:pPr>
            <w:r>
              <w:rPr>
                <w:rFonts w:ascii="Times New Roman" w:hAnsi="Times New Roman" w:cs="Times New Roman"/>
                <w:sz w:val="20"/>
                <w:szCs w:val="20"/>
              </w:rPr>
              <w:t>I</w:t>
            </w:r>
          </w:p>
        </w:tc>
        <w:tc>
          <w:tcPr>
            <w:tcW w:w="1170" w:type="dxa"/>
            <w:tcBorders>
              <w:top w:val="single" w:sz="4" w:space="0" w:color="auto"/>
              <w:left w:val="nil"/>
              <w:bottom w:val="single" w:sz="4" w:space="0" w:color="auto"/>
              <w:right w:val="nil"/>
            </w:tcBorders>
          </w:tcPr>
          <w:p w14:paraId="5A92AC6F" w14:textId="77777777" w:rsidR="00702792" w:rsidRPr="00E85BC9" w:rsidRDefault="00702792" w:rsidP="00702792">
            <w:pPr>
              <w:jc w:val="center"/>
              <w:rPr>
                <w:rFonts w:ascii="Times New Roman" w:hAnsi="Times New Roman" w:cs="Times New Roman"/>
                <w:sz w:val="20"/>
                <w:szCs w:val="20"/>
              </w:rPr>
            </w:pPr>
            <w:r>
              <w:rPr>
                <w:rFonts w:ascii="Times New Roman" w:hAnsi="Times New Roman" w:cs="Times New Roman"/>
                <w:sz w:val="20"/>
                <w:szCs w:val="20"/>
              </w:rPr>
              <w:t>II</w:t>
            </w:r>
          </w:p>
        </w:tc>
        <w:tc>
          <w:tcPr>
            <w:tcW w:w="990" w:type="dxa"/>
            <w:tcBorders>
              <w:top w:val="single" w:sz="4" w:space="0" w:color="auto"/>
              <w:left w:val="nil"/>
              <w:bottom w:val="single" w:sz="4" w:space="0" w:color="auto"/>
              <w:right w:val="nil"/>
            </w:tcBorders>
          </w:tcPr>
          <w:p w14:paraId="47EE0919" w14:textId="77777777" w:rsidR="00702792" w:rsidRPr="00E85BC9" w:rsidRDefault="00702792" w:rsidP="00702792">
            <w:pPr>
              <w:jc w:val="center"/>
              <w:rPr>
                <w:rFonts w:ascii="Times New Roman" w:hAnsi="Times New Roman" w:cs="Times New Roman"/>
                <w:sz w:val="20"/>
                <w:szCs w:val="20"/>
              </w:rPr>
            </w:pPr>
            <w:r>
              <w:rPr>
                <w:rFonts w:ascii="Times New Roman" w:hAnsi="Times New Roman" w:cs="Times New Roman"/>
                <w:sz w:val="20"/>
                <w:szCs w:val="20"/>
              </w:rPr>
              <w:t>III</w:t>
            </w:r>
          </w:p>
        </w:tc>
        <w:tc>
          <w:tcPr>
            <w:tcW w:w="990" w:type="dxa"/>
            <w:tcBorders>
              <w:top w:val="single" w:sz="4" w:space="0" w:color="auto"/>
              <w:left w:val="nil"/>
              <w:bottom w:val="single" w:sz="4" w:space="0" w:color="auto"/>
              <w:right w:val="nil"/>
            </w:tcBorders>
          </w:tcPr>
          <w:p w14:paraId="11DFD7B5" w14:textId="77777777" w:rsidR="00702792" w:rsidRPr="00E85BC9" w:rsidRDefault="00702792" w:rsidP="00702792">
            <w:pPr>
              <w:jc w:val="center"/>
              <w:rPr>
                <w:rFonts w:ascii="Times New Roman" w:hAnsi="Times New Roman" w:cs="Times New Roman"/>
                <w:sz w:val="20"/>
                <w:szCs w:val="20"/>
              </w:rPr>
            </w:pPr>
            <w:r>
              <w:rPr>
                <w:rFonts w:ascii="Times New Roman" w:hAnsi="Times New Roman" w:cs="Times New Roman"/>
                <w:sz w:val="20"/>
                <w:szCs w:val="20"/>
              </w:rPr>
              <w:t>IV</w:t>
            </w:r>
          </w:p>
        </w:tc>
        <w:tc>
          <w:tcPr>
            <w:tcW w:w="990" w:type="dxa"/>
            <w:tcBorders>
              <w:top w:val="single" w:sz="4" w:space="0" w:color="auto"/>
              <w:left w:val="nil"/>
              <w:bottom w:val="single" w:sz="4" w:space="0" w:color="auto"/>
              <w:right w:val="nil"/>
            </w:tcBorders>
          </w:tcPr>
          <w:p w14:paraId="5362E324" w14:textId="77777777" w:rsidR="00702792" w:rsidRPr="00E85BC9" w:rsidRDefault="00702792" w:rsidP="00702792">
            <w:pPr>
              <w:jc w:val="center"/>
              <w:rPr>
                <w:rFonts w:ascii="Times New Roman" w:hAnsi="Times New Roman" w:cs="Times New Roman"/>
                <w:sz w:val="20"/>
                <w:szCs w:val="20"/>
              </w:rPr>
            </w:pPr>
            <w:r>
              <w:rPr>
                <w:rFonts w:ascii="Times New Roman" w:hAnsi="Times New Roman" w:cs="Times New Roman"/>
                <w:sz w:val="20"/>
                <w:szCs w:val="20"/>
              </w:rPr>
              <w:t>V</w:t>
            </w:r>
          </w:p>
        </w:tc>
        <w:tc>
          <w:tcPr>
            <w:tcW w:w="1080" w:type="dxa"/>
            <w:tcBorders>
              <w:top w:val="single" w:sz="4" w:space="0" w:color="auto"/>
              <w:left w:val="nil"/>
              <w:bottom w:val="single" w:sz="4" w:space="0" w:color="auto"/>
              <w:right w:val="nil"/>
            </w:tcBorders>
          </w:tcPr>
          <w:p w14:paraId="13B0B240" w14:textId="77777777" w:rsidR="00702792" w:rsidRPr="00E85BC9" w:rsidRDefault="00702792" w:rsidP="00702792">
            <w:pPr>
              <w:jc w:val="center"/>
              <w:rPr>
                <w:rFonts w:ascii="Times New Roman" w:hAnsi="Times New Roman" w:cs="Times New Roman"/>
                <w:sz w:val="20"/>
                <w:szCs w:val="20"/>
              </w:rPr>
            </w:pPr>
            <w:r>
              <w:rPr>
                <w:rFonts w:ascii="Times New Roman" w:hAnsi="Times New Roman" w:cs="Times New Roman"/>
                <w:sz w:val="20"/>
                <w:szCs w:val="20"/>
              </w:rPr>
              <w:t>VI</w:t>
            </w:r>
          </w:p>
        </w:tc>
        <w:tc>
          <w:tcPr>
            <w:tcW w:w="1111" w:type="dxa"/>
            <w:tcBorders>
              <w:top w:val="single" w:sz="4" w:space="0" w:color="auto"/>
              <w:left w:val="nil"/>
              <w:bottom w:val="single" w:sz="4" w:space="0" w:color="auto"/>
              <w:right w:val="nil"/>
            </w:tcBorders>
          </w:tcPr>
          <w:p w14:paraId="7CB2F060" w14:textId="77777777" w:rsidR="00702792" w:rsidRPr="00E85BC9" w:rsidRDefault="00702792" w:rsidP="00702792">
            <w:pPr>
              <w:jc w:val="center"/>
              <w:rPr>
                <w:rFonts w:ascii="Times New Roman" w:hAnsi="Times New Roman" w:cs="Times New Roman"/>
                <w:sz w:val="20"/>
                <w:szCs w:val="20"/>
              </w:rPr>
            </w:pPr>
            <w:r>
              <w:rPr>
                <w:rFonts w:ascii="Times New Roman" w:hAnsi="Times New Roman" w:cs="Times New Roman"/>
                <w:sz w:val="20"/>
                <w:szCs w:val="20"/>
              </w:rPr>
              <w:t>VII</w:t>
            </w:r>
          </w:p>
        </w:tc>
        <w:tc>
          <w:tcPr>
            <w:tcW w:w="963" w:type="dxa"/>
            <w:tcBorders>
              <w:top w:val="single" w:sz="4" w:space="0" w:color="auto"/>
              <w:left w:val="nil"/>
              <w:bottom w:val="single" w:sz="4" w:space="0" w:color="auto"/>
              <w:right w:val="nil"/>
            </w:tcBorders>
          </w:tcPr>
          <w:p w14:paraId="77BC9CBD" w14:textId="77777777" w:rsidR="00702792" w:rsidRDefault="00702792" w:rsidP="00702792">
            <w:pPr>
              <w:jc w:val="center"/>
              <w:rPr>
                <w:rFonts w:ascii="Times New Roman" w:hAnsi="Times New Roman" w:cs="Times New Roman"/>
                <w:sz w:val="20"/>
                <w:szCs w:val="20"/>
              </w:rPr>
            </w:pPr>
            <w:r>
              <w:rPr>
                <w:rFonts w:ascii="Times New Roman" w:hAnsi="Times New Roman" w:cs="Times New Roman"/>
                <w:sz w:val="20"/>
                <w:szCs w:val="20"/>
              </w:rPr>
              <w:t>VIII</w:t>
            </w:r>
          </w:p>
        </w:tc>
        <w:tc>
          <w:tcPr>
            <w:tcW w:w="963" w:type="dxa"/>
            <w:tcBorders>
              <w:top w:val="single" w:sz="4" w:space="0" w:color="auto"/>
              <w:left w:val="nil"/>
              <w:bottom w:val="single" w:sz="4" w:space="0" w:color="auto"/>
              <w:right w:val="nil"/>
            </w:tcBorders>
          </w:tcPr>
          <w:p w14:paraId="19D60742" w14:textId="77777777" w:rsidR="00702792" w:rsidRDefault="00702792" w:rsidP="00702792">
            <w:pPr>
              <w:jc w:val="center"/>
              <w:rPr>
                <w:rFonts w:ascii="Times New Roman" w:hAnsi="Times New Roman" w:cs="Times New Roman"/>
                <w:sz w:val="20"/>
                <w:szCs w:val="20"/>
              </w:rPr>
            </w:pPr>
            <w:r>
              <w:rPr>
                <w:rFonts w:ascii="Times New Roman" w:hAnsi="Times New Roman" w:cs="Times New Roman"/>
                <w:sz w:val="20"/>
                <w:szCs w:val="20"/>
              </w:rPr>
              <w:t>IX</w:t>
            </w:r>
          </w:p>
        </w:tc>
      </w:tr>
      <w:tr w:rsidR="00702792" w:rsidRPr="007102C9" w14:paraId="24EEC3B1" w14:textId="77777777" w:rsidTr="00702792">
        <w:trPr>
          <w:trHeight w:val="506"/>
        </w:trPr>
        <w:tc>
          <w:tcPr>
            <w:tcW w:w="2520" w:type="dxa"/>
            <w:tcBorders>
              <w:top w:val="single" w:sz="4" w:space="0" w:color="auto"/>
              <w:left w:val="nil"/>
              <w:bottom w:val="nil"/>
              <w:right w:val="nil"/>
            </w:tcBorders>
          </w:tcPr>
          <w:p w14:paraId="52B70504" w14:textId="77777777" w:rsidR="00702792" w:rsidRPr="002C5D7B" w:rsidRDefault="00702792" w:rsidP="00702792">
            <w:pPr>
              <w:rPr>
                <w:rFonts w:ascii="Times New Roman" w:hAnsi="Times New Roman" w:cs="Times New Roman"/>
                <w:i/>
                <w:iCs/>
                <w:sz w:val="20"/>
                <w:szCs w:val="20"/>
              </w:rPr>
            </w:pPr>
            <w:r w:rsidRPr="002C5D7B">
              <w:rPr>
                <w:rFonts w:ascii="Times New Roman" w:hAnsi="Times New Roman" w:cs="Times New Roman"/>
                <w:i/>
                <w:iCs/>
                <w:sz w:val="20"/>
                <w:szCs w:val="20"/>
              </w:rPr>
              <w:t>Daily Experience/Behavior Outcomes</w:t>
            </w:r>
          </w:p>
        </w:tc>
        <w:tc>
          <w:tcPr>
            <w:tcW w:w="1170" w:type="dxa"/>
            <w:tcBorders>
              <w:top w:val="single" w:sz="4" w:space="0" w:color="auto"/>
              <w:left w:val="nil"/>
              <w:bottom w:val="nil"/>
              <w:right w:val="nil"/>
            </w:tcBorders>
          </w:tcPr>
          <w:p w14:paraId="52485E84" w14:textId="77777777" w:rsidR="00702792" w:rsidRPr="004B68AC" w:rsidRDefault="00702792" w:rsidP="00702792">
            <w:pPr>
              <w:jc w:val="center"/>
              <w:rPr>
                <w:rFonts w:ascii="Times New Roman" w:hAnsi="Times New Roman" w:cs="Times New Roman"/>
                <w:sz w:val="20"/>
                <w:szCs w:val="20"/>
                <w:highlight w:val="yellow"/>
              </w:rPr>
            </w:pPr>
          </w:p>
        </w:tc>
        <w:tc>
          <w:tcPr>
            <w:tcW w:w="1170" w:type="dxa"/>
            <w:tcBorders>
              <w:top w:val="single" w:sz="4" w:space="0" w:color="auto"/>
              <w:left w:val="nil"/>
              <w:bottom w:val="nil"/>
              <w:right w:val="nil"/>
            </w:tcBorders>
          </w:tcPr>
          <w:p w14:paraId="3D5ED5A8" w14:textId="77777777" w:rsidR="00702792" w:rsidRPr="004B68AC" w:rsidRDefault="00702792" w:rsidP="00702792">
            <w:pPr>
              <w:rPr>
                <w:rFonts w:ascii="Times New Roman" w:hAnsi="Times New Roman" w:cs="Times New Roman"/>
                <w:sz w:val="20"/>
                <w:szCs w:val="20"/>
                <w:highlight w:val="yellow"/>
              </w:rPr>
            </w:pPr>
          </w:p>
        </w:tc>
        <w:tc>
          <w:tcPr>
            <w:tcW w:w="990" w:type="dxa"/>
            <w:tcBorders>
              <w:top w:val="single" w:sz="4" w:space="0" w:color="auto"/>
              <w:left w:val="nil"/>
              <w:bottom w:val="nil"/>
              <w:right w:val="nil"/>
            </w:tcBorders>
          </w:tcPr>
          <w:p w14:paraId="7A37507D" w14:textId="77777777" w:rsidR="00702792" w:rsidRPr="004B68AC" w:rsidRDefault="00702792" w:rsidP="00702792">
            <w:pPr>
              <w:rPr>
                <w:rFonts w:ascii="Times New Roman" w:hAnsi="Times New Roman" w:cs="Times New Roman"/>
                <w:sz w:val="20"/>
                <w:szCs w:val="20"/>
                <w:highlight w:val="yellow"/>
              </w:rPr>
            </w:pPr>
          </w:p>
        </w:tc>
        <w:tc>
          <w:tcPr>
            <w:tcW w:w="990" w:type="dxa"/>
            <w:tcBorders>
              <w:top w:val="single" w:sz="4" w:space="0" w:color="auto"/>
              <w:left w:val="nil"/>
              <w:bottom w:val="nil"/>
              <w:right w:val="nil"/>
            </w:tcBorders>
          </w:tcPr>
          <w:p w14:paraId="3717D009" w14:textId="77777777" w:rsidR="00702792" w:rsidRPr="004B68AC" w:rsidRDefault="00702792" w:rsidP="00702792">
            <w:pPr>
              <w:rPr>
                <w:rFonts w:ascii="Times New Roman" w:hAnsi="Times New Roman" w:cs="Times New Roman"/>
                <w:sz w:val="20"/>
                <w:szCs w:val="20"/>
                <w:highlight w:val="yellow"/>
              </w:rPr>
            </w:pPr>
          </w:p>
        </w:tc>
        <w:tc>
          <w:tcPr>
            <w:tcW w:w="990" w:type="dxa"/>
            <w:tcBorders>
              <w:top w:val="single" w:sz="4" w:space="0" w:color="auto"/>
              <w:left w:val="nil"/>
              <w:bottom w:val="nil"/>
              <w:right w:val="nil"/>
            </w:tcBorders>
          </w:tcPr>
          <w:p w14:paraId="2794B014" w14:textId="77777777" w:rsidR="00702792" w:rsidRPr="004B68AC" w:rsidRDefault="00702792" w:rsidP="00702792">
            <w:pPr>
              <w:rPr>
                <w:rFonts w:ascii="Times New Roman" w:hAnsi="Times New Roman" w:cs="Times New Roman"/>
                <w:sz w:val="20"/>
                <w:szCs w:val="20"/>
                <w:highlight w:val="yellow"/>
              </w:rPr>
            </w:pPr>
          </w:p>
        </w:tc>
        <w:tc>
          <w:tcPr>
            <w:tcW w:w="1080" w:type="dxa"/>
            <w:tcBorders>
              <w:top w:val="single" w:sz="4" w:space="0" w:color="auto"/>
              <w:left w:val="nil"/>
              <w:bottom w:val="nil"/>
              <w:right w:val="nil"/>
            </w:tcBorders>
          </w:tcPr>
          <w:p w14:paraId="0E33BBB2" w14:textId="77777777" w:rsidR="00702792" w:rsidRPr="004B68AC" w:rsidRDefault="00702792" w:rsidP="00702792">
            <w:pPr>
              <w:rPr>
                <w:rFonts w:ascii="Times New Roman" w:hAnsi="Times New Roman" w:cs="Times New Roman"/>
                <w:sz w:val="20"/>
                <w:szCs w:val="20"/>
                <w:highlight w:val="yellow"/>
              </w:rPr>
            </w:pPr>
          </w:p>
        </w:tc>
        <w:tc>
          <w:tcPr>
            <w:tcW w:w="1111" w:type="dxa"/>
            <w:tcBorders>
              <w:top w:val="single" w:sz="4" w:space="0" w:color="auto"/>
              <w:left w:val="nil"/>
              <w:bottom w:val="nil"/>
              <w:right w:val="nil"/>
            </w:tcBorders>
          </w:tcPr>
          <w:p w14:paraId="71B459A1" w14:textId="77777777" w:rsidR="00702792" w:rsidRPr="00737279" w:rsidRDefault="00702792" w:rsidP="00702792">
            <w:pPr>
              <w:rPr>
                <w:rFonts w:ascii="Times New Roman" w:hAnsi="Times New Roman" w:cs="Times New Roman"/>
                <w:sz w:val="20"/>
                <w:szCs w:val="20"/>
                <w:highlight w:val="yellow"/>
              </w:rPr>
            </w:pPr>
          </w:p>
        </w:tc>
        <w:tc>
          <w:tcPr>
            <w:tcW w:w="963" w:type="dxa"/>
            <w:tcBorders>
              <w:top w:val="single" w:sz="4" w:space="0" w:color="auto"/>
              <w:left w:val="nil"/>
              <w:bottom w:val="nil"/>
              <w:right w:val="nil"/>
            </w:tcBorders>
          </w:tcPr>
          <w:p w14:paraId="2EDF57A5" w14:textId="77777777" w:rsidR="00702792" w:rsidRPr="00737279" w:rsidRDefault="00702792" w:rsidP="00702792">
            <w:pPr>
              <w:rPr>
                <w:rFonts w:ascii="Times New Roman" w:hAnsi="Times New Roman" w:cs="Times New Roman"/>
                <w:sz w:val="20"/>
                <w:szCs w:val="20"/>
                <w:highlight w:val="yellow"/>
              </w:rPr>
            </w:pPr>
          </w:p>
        </w:tc>
        <w:tc>
          <w:tcPr>
            <w:tcW w:w="963" w:type="dxa"/>
            <w:tcBorders>
              <w:top w:val="single" w:sz="4" w:space="0" w:color="auto"/>
              <w:left w:val="nil"/>
              <w:bottom w:val="nil"/>
              <w:right w:val="nil"/>
            </w:tcBorders>
          </w:tcPr>
          <w:p w14:paraId="49322CD5" w14:textId="77777777" w:rsidR="00702792" w:rsidRPr="00737279" w:rsidRDefault="00702792" w:rsidP="00702792">
            <w:pPr>
              <w:rPr>
                <w:rFonts w:ascii="Times New Roman" w:hAnsi="Times New Roman" w:cs="Times New Roman"/>
                <w:sz w:val="20"/>
                <w:szCs w:val="20"/>
                <w:highlight w:val="yellow"/>
              </w:rPr>
            </w:pPr>
          </w:p>
        </w:tc>
      </w:tr>
      <w:tr w:rsidR="00702792" w:rsidRPr="007102C9" w14:paraId="43C023EA" w14:textId="77777777" w:rsidTr="00702792">
        <w:trPr>
          <w:trHeight w:val="324"/>
        </w:trPr>
        <w:tc>
          <w:tcPr>
            <w:tcW w:w="2520" w:type="dxa"/>
            <w:tcBorders>
              <w:top w:val="nil"/>
              <w:left w:val="nil"/>
              <w:bottom w:val="nil"/>
              <w:right w:val="nil"/>
            </w:tcBorders>
          </w:tcPr>
          <w:p w14:paraId="76D62EBF" w14:textId="77777777" w:rsidR="00702792" w:rsidRPr="007102C9" w:rsidRDefault="00702792" w:rsidP="00702792">
            <w:pPr>
              <w:rPr>
                <w:rFonts w:ascii="Times New Roman" w:hAnsi="Times New Roman" w:cs="Times New Roman"/>
                <w:sz w:val="20"/>
                <w:szCs w:val="20"/>
              </w:rPr>
            </w:pPr>
            <w:r>
              <w:rPr>
                <w:rFonts w:ascii="Times New Roman" w:hAnsi="Times New Roman" w:cs="Times New Roman"/>
                <w:sz w:val="20"/>
                <w:szCs w:val="20"/>
              </w:rPr>
              <w:t>I. Negative affect</w:t>
            </w:r>
          </w:p>
        </w:tc>
        <w:tc>
          <w:tcPr>
            <w:tcW w:w="1170" w:type="dxa"/>
            <w:tcBorders>
              <w:top w:val="nil"/>
              <w:left w:val="nil"/>
              <w:bottom w:val="nil"/>
              <w:right w:val="nil"/>
            </w:tcBorders>
          </w:tcPr>
          <w:p w14:paraId="11CC403D" w14:textId="77777777" w:rsidR="00702792" w:rsidRPr="00486611" w:rsidRDefault="00702792" w:rsidP="00702792">
            <w:pPr>
              <w:jc w:val="center"/>
              <w:rPr>
                <w:rFonts w:ascii="Times New Roman" w:hAnsi="Times New Roman" w:cs="Times New Roman"/>
                <w:b/>
                <w:bCs/>
                <w:sz w:val="20"/>
                <w:szCs w:val="20"/>
                <w:highlight w:val="yellow"/>
              </w:rPr>
            </w:pPr>
            <w:r>
              <w:rPr>
                <w:rFonts w:ascii="Times New Roman" w:hAnsi="Times New Roman" w:cs="Times New Roman"/>
                <w:sz w:val="20"/>
                <w:szCs w:val="20"/>
              </w:rPr>
              <w:t>–</w:t>
            </w:r>
          </w:p>
        </w:tc>
        <w:tc>
          <w:tcPr>
            <w:tcW w:w="1170" w:type="dxa"/>
            <w:tcBorders>
              <w:top w:val="nil"/>
              <w:left w:val="nil"/>
              <w:bottom w:val="nil"/>
              <w:right w:val="nil"/>
            </w:tcBorders>
          </w:tcPr>
          <w:p w14:paraId="63C91862" w14:textId="77777777" w:rsidR="00702792" w:rsidRPr="00BD490C" w:rsidRDefault="00702792" w:rsidP="00702792">
            <w:pPr>
              <w:jc w:val="center"/>
              <w:rPr>
                <w:rFonts w:ascii="Times New Roman" w:hAnsi="Times New Roman" w:cs="Times New Roman"/>
                <w:sz w:val="20"/>
                <w:szCs w:val="20"/>
              </w:rPr>
            </w:pPr>
          </w:p>
        </w:tc>
        <w:tc>
          <w:tcPr>
            <w:tcW w:w="990" w:type="dxa"/>
            <w:tcBorders>
              <w:top w:val="nil"/>
              <w:left w:val="nil"/>
              <w:bottom w:val="nil"/>
              <w:right w:val="nil"/>
            </w:tcBorders>
          </w:tcPr>
          <w:p w14:paraId="34B95898" w14:textId="77777777" w:rsidR="00702792" w:rsidRPr="00B261CB" w:rsidRDefault="00702792" w:rsidP="00702792">
            <w:pPr>
              <w:rPr>
                <w:rFonts w:ascii="Times New Roman" w:hAnsi="Times New Roman" w:cs="Times New Roman"/>
                <w:sz w:val="20"/>
                <w:szCs w:val="20"/>
                <w:highlight w:val="yellow"/>
              </w:rPr>
            </w:pPr>
          </w:p>
        </w:tc>
        <w:tc>
          <w:tcPr>
            <w:tcW w:w="990" w:type="dxa"/>
            <w:tcBorders>
              <w:top w:val="nil"/>
              <w:left w:val="nil"/>
              <w:bottom w:val="nil"/>
              <w:right w:val="nil"/>
            </w:tcBorders>
          </w:tcPr>
          <w:p w14:paraId="458895C3" w14:textId="77777777" w:rsidR="00702792" w:rsidRPr="004B68AC" w:rsidRDefault="00702792" w:rsidP="00702792">
            <w:pPr>
              <w:rPr>
                <w:rFonts w:ascii="Times New Roman" w:hAnsi="Times New Roman" w:cs="Times New Roman"/>
                <w:sz w:val="20"/>
                <w:szCs w:val="20"/>
                <w:highlight w:val="yellow"/>
              </w:rPr>
            </w:pPr>
          </w:p>
        </w:tc>
        <w:tc>
          <w:tcPr>
            <w:tcW w:w="990" w:type="dxa"/>
            <w:tcBorders>
              <w:top w:val="nil"/>
              <w:left w:val="nil"/>
              <w:bottom w:val="nil"/>
              <w:right w:val="nil"/>
            </w:tcBorders>
          </w:tcPr>
          <w:p w14:paraId="23E62BD0" w14:textId="77777777" w:rsidR="00702792" w:rsidRPr="004B68AC" w:rsidRDefault="00702792" w:rsidP="00702792">
            <w:pPr>
              <w:rPr>
                <w:rFonts w:ascii="Times New Roman" w:hAnsi="Times New Roman" w:cs="Times New Roman"/>
                <w:sz w:val="20"/>
                <w:szCs w:val="20"/>
                <w:highlight w:val="yellow"/>
              </w:rPr>
            </w:pPr>
          </w:p>
        </w:tc>
        <w:tc>
          <w:tcPr>
            <w:tcW w:w="1080" w:type="dxa"/>
            <w:tcBorders>
              <w:top w:val="nil"/>
              <w:left w:val="nil"/>
              <w:bottom w:val="nil"/>
              <w:right w:val="nil"/>
            </w:tcBorders>
          </w:tcPr>
          <w:p w14:paraId="502B9976" w14:textId="77777777" w:rsidR="00702792" w:rsidRPr="004B68AC" w:rsidRDefault="00702792" w:rsidP="00702792">
            <w:pPr>
              <w:rPr>
                <w:rFonts w:ascii="Times New Roman" w:hAnsi="Times New Roman" w:cs="Times New Roman"/>
                <w:sz w:val="20"/>
                <w:szCs w:val="20"/>
                <w:highlight w:val="yellow"/>
              </w:rPr>
            </w:pPr>
          </w:p>
        </w:tc>
        <w:tc>
          <w:tcPr>
            <w:tcW w:w="1111" w:type="dxa"/>
            <w:tcBorders>
              <w:top w:val="nil"/>
              <w:left w:val="nil"/>
              <w:bottom w:val="nil"/>
              <w:right w:val="nil"/>
            </w:tcBorders>
          </w:tcPr>
          <w:p w14:paraId="33AB27F9" w14:textId="77777777" w:rsidR="00702792" w:rsidRPr="00737279" w:rsidRDefault="00702792" w:rsidP="00702792">
            <w:pPr>
              <w:rPr>
                <w:rFonts w:ascii="Times New Roman" w:hAnsi="Times New Roman" w:cs="Times New Roman"/>
                <w:b/>
                <w:bCs/>
                <w:sz w:val="20"/>
                <w:szCs w:val="20"/>
                <w:highlight w:val="yellow"/>
              </w:rPr>
            </w:pPr>
          </w:p>
        </w:tc>
        <w:tc>
          <w:tcPr>
            <w:tcW w:w="963" w:type="dxa"/>
            <w:tcBorders>
              <w:top w:val="nil"/>
              <w:left w:val="nil"/>
              <w:bottom w:val="nil"/>
              <w:right w:val="nil"/>
            </w:tcBorders>
          </w:tcPr>
          <w:p w14:paraId="482948B5" w14:textId="77777777" w:rsidR="00702792" w:rsidRPr="00737279" w:rsidRDefault="00702792" w:rsidP="00702792">
            <w:pPr>
              <w:rPr>
                <w:rFonts w:ascii="Times New Roman" w:hAnsi="Times New Roman" w:cs="Times New Roman"/>
                <w:b/>
                <w:bCs/>
                <w:sz w:val="20"/>
                <w:szCs w:val="20"/>
                <w:highlight w:val="yellow"/>
              </w:rPr>
            </w:pPr>
          </w:p>
        </w:tc>
        <w:tc>
          <w:tcPr>
            <w:tcW w:w="963" w:type="dxa"/>
            <w:tcBorders>
              <w:top w:val="nil"/>
              <w:left w:val="nil"/>
              <w:bottom w:val="nil"/>
              <w:right w:val="nil"/>
            </w:tcBorders>
          </w:tcPr>
          <w:p w14:paraId="72D72C01" w14:textId="77777777" w:rsidR="00702792" w:rsidRPr="00737279" w:rsidRDefault="00702792" w:rsidP="00702792">
            <w:pPr>
              <w:rPr>
                <w:rFonts w:ascii="Times New Roman" w:hAnsi="Times New Roman" w:cs="Times New Roman"/>
                <w:b/>
                <w:bCs/>
                <w:sz w:val="20"/>
                <w:szCs w:val="20"/>
                <w:highlight w:val="yellow"/>
              </w:rPr>
            </w:pPr>
          </w:p>
        </w:tc>
      </w:tr>
      <w:tr w:rsidR="00702792" w:rsidRPr="007102C9" w14:paraId="3EEDC2D2" w14:textId="77777777" w:rsidTr="00702792">
        <w:trPr>
          <w:trHeight w:val="341"/>
        </w:trPr>
        <w:tc>
          <w:tcPr>
            <w:tcW w:w="2520" w:type="dxa"/>
            <w:tcBorders>
              <w:top w:val="nil"/>
              <w:left w:val="nil"/>
              <w:bottom w:val="nil"/>
              <w:right w:val="nil"/>
            </w:tcBorders>
          </w:tcPr>
          <w:p w14:paraId="3D2EA418" w14:textId="77777777" w:rsidR="00702792" w:rsidRPr="0085193C" w:rsidRDefault="00702792" w:rsidP="00702792">
            <w:pPr>
              <w:rPr>
                <w:rFonts w:ascii="Times New Roman" w:hAnsi="Times New Roman" w:cs="Times New Roman"/>
                <w:sz w:val="20"/>
                <w:szCs w:val="20"/>
              </w:rPr>
            </w:pPr>
            <w:r w:rsidRPr="0085193C">
              <w:rPr>
                <w:rFonts w:ascii="Times New Roman" w:hAnsi="Times New Roman" w:cs="Times New Roman"/>
                <w:sz w:val="20"/>
                <w:szCs w:val="20"/>
              </w:rPr>
              <w:t xml:space="preserve">II. </w:t>
            </w:r>
            <w:r>
              <w:rPr>
                <w:rFonts w:ascii="Times New Roman" w:hAnsi="Times New Roman" w:cs="Times New Roman"/>
                <w:sz w:val="20"/>
                <w:szCs w:val="20"/>
              </w:rPr>
              <w:t>Positive affect</w:t>
            </w:r>
          </w:p>
        </w:tc>
        <w:tc>
          <w:tcPr>
            <w:tcW w:w="1170" w:type="dxa"/>
            <w:tcBorders>
              <w:top w:val="nil"/>
              <w:left w:val="nil"/>
              <w:bottom w:val="nil"/>
              <w:right w:val="nil"/>
            </w:tcBorders>
          </w:tcPr>
          <w:p w14:paraId="415A0FA0"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-.67***</w:t>
            </w:r>
          </w:p>
        </w:tc>
        <w:tc>
          <w:tcPr>
            <w:tcW w:w="1170" w:type="dxa"/>
            <w:tcBorders>
              <w:top w:val="nil"/>
              <w:left w:val="nil"/>
              <w:bottom w:val="nil"/>
              <w:right w:val="nil"/>
            </w:tcBorders>
          </w:tcPr>
          <w:p w14:paraId="37163DF9" w14:textId="77777777" w:rsidR="00702792" w:rsidRPr="00486611" w:rsidRDefault="00702792" w:rsidP="00702792">
            <w:pPr>
              <w:jc w:val="center"/>
              <w:rPr>
                <w:rFonts w:ascii="Times New Roman" w:hAnsi="Times New Roman" w:cs="Times New Roman"/>
                <w:b/>
                <w:bCs/>
                <w:sz w:val="20"/>
                <w:szCs w:val="20"/>
              </w:rPr>
            </w:pPr>
            <w:r>
              <w:rPr>
                <w:rFonts w:ascii="Times New Roman" w:hAnsi="Times New Roman" w:cs="Times New Roman"/>
                <w:sz w:val="20"/>
                <w:szCs w:val="20"/>
              </w:rPr>
              <w:t>–</w:t>
            </w:r>
          </w:p>
        </w:tc>
        <w:tc>
          <w:tcPr>
            <w:tcW w:w="990" w:type="dxa"/>
            <w:tcBorders>
              <w:top w:val="nil"/>
              <w:left w:val="nil"/>
              <w:bottom w:val="nil"/>
              <w:right w:val="nil"/>
            </w:tcBorders>
          </w:tcPr>
          <w:p w14:paraId="6B5452EB" w14:textId="77777777" w:rsidR="00702792" w:rsidRPr="00BD490C" w:rsidRDefault="00702792" w:rsidP="00702792">
            <w:pPr>
              <w:jc w:val="center"/>
              <w:rPr>
                <w:rFonts w:ascii="Times New Roman" w:hAnsi="Times New Roman" w:cs="Times New Roman"/>
                <w:sz w:val="20"/>
                <w:szCs w:val="20"/>
              </w:rPr>
            </w:pPr>
          </w:p>
        </w:tc>
        <w:tc>
          <w:tcPr>
            <w:tcW w:w="990" w:type="dxa"/>
            <w:tcBorders>
              <w:top w:val="nil"/>
              <w:left w:val="nil"/>
              <w:bottom w:val="nil"/>
              <w:right w:val="nil"/>
            </w:tcBorders>
          </w:tcPr>
          <w:p w14:paraId="1CFDFCEE" w14:textId="77777777" w:rsidR="00702792" w:rsidRPr="004B68AC" w:rsidRDefault="00702792" w:rsidP="00702792">
            <w:pPr>
              <w:rPr>
                <w:rFonts w:ascii="Times New Roman" w:hAnsi="Times New Roman" w:cs="Times New Roman"/>
                <w:sz w:val="20"/>
                <w:szCs w:val="20"/>
                <w:highlight w:val="yellow"/>
              </w:rPr>
            </w:pPr>
          </w:p>
        </w:tc>
        <w:tc>
          <w:tcPr>
            <w:tcW w:w="990" w:type="dxa"/>
            <w:tcBorders>
              <w:top w:val="nil"/>
              <w:left w:val="nil"/>
              <w:bottom w:val="nil"/>
              <w:right w:val="nil"/>
            </w:tcBorders>
          </w:tcPr>
          <w:p w14:paraId="56DCFE2B" w14:textId="77777777" w:rsidR="00702792" w:rsidRPr="004B68AC" w:rsidRDefault="00702792" w:rsidP="00702792">
            <w:pPr>
              <w:rPr>
                <w:rFonts w:ascii="Times New Roman" w:hAnsi="Times New Roman" w:cs="Times New Roman"/>
                <w:sz w:val="20"/>
                <w:szCs w:val="20"/>
                <w:highlight w:val="yellow"/>
              </w:rPr>
            </w:pPr>
          </w:p>
        </w:tc>
        <w:tc>
          <w:tcPr>
            <w:tcW w:w="1080" w:type="dxa"/>
            <w:tcBorders>
              <w:top w:val="nil"/>
              <w:left w:val="nil"/>
              <w:bottom w:val="nil"/>
              <w:right w:val="nil"/>
            </w:tcBorders>
          </w:tcPr>
          <w:p w14:paraId="770F8AF0" w14:textId="77777777" w:rsidR="00702792" w:rsidRPr="004B68AC" w:rsidRDefault="00702792" w:rsidP="00702792">
            <w:pPr>
              <w:rPr>
                <w:rFonts w:ascii="Times New Roman" w:hAnsi="Times New Roman" w:cs="Times New Roman"/>
                <w:sz w:val="20"/>
                <w:szCs w:val="20"/>
                <w:highlight w:val="yellow"/>
              </w:rPr>
            </w:pPr>
          </w:p>
        </w:tc>
        <w:tc>
          <w:tcPr>
            <w:tcW w:w="1111" w:type="dxa"/>
            <w:tcBorders>
              <w:top w:val="nil"/>
              <w:left w:val="nil"/>
              <w:bottom w:val="nil"/>
              <w:right w:val="nil"/>
            </w:tcBorders>
          </w:tcPr>
          <w:p w14:paraId="2A5218CB" w14:textId="77777777" w:rsidR="00702792" w:rsidRPr="007102C9" w:rsidRDefault="00702792" w:rsidP="00702792">
            <w:pPr>
              <w:rPr>
                <w:rFonts w:ascii="Times New Roman" w:hAnsi="Times New Roman" w:cs="Times New Roman"/>
                <w:sz w:val="20"/>
                <w:szCs w:val="20"/>
                <w:highlight w:val="yellow"/>
              </w:rPr>
            </w:pPr>
          </w:p>
        </w:tc>
        <w:tc>
          <w:tcPr>
            <w:tcW w:w="963" w:type="dxa"/>
            <w:tcBorders>
              <w:top w:val="nil"/>
              <w:left w:val="nil"/>
              <w:bottom w:val="nil"/>
              <w:right w:val="nil"/>
            </w:tcBorders>
          </w:tcPr>
          <w:p w14:paraId="2A8DE41C" w14:textId="77777777" w:rsidR="00702792" w:rsidRPr="007102C9" w:rsidRDefault="00702792" w:rsidP="00702792">
            <w:pPr>
              <w:rPr>
                <w:rFonts w:ascii="Times New Roman" w:hAnsi="Times New Roman" w:cs="Times New Roman"/>
                <w:sz w:val="20"/>
                <w:szCs w:val="20"/>
                <w:highlight w:val="yellow"/>
              </w:rPr>
            </w:pPr>
          </w:p>
        </w:tc>
        <w:tc>
          <w:tcPr>
            <w:tcW w:w="963" w:type="dxa"/>
            <w:tcBorders>
              <w:top w:val="nil"/>
              <w:left w:val="nil"/>
              <w:bottom w:val="nil"/>
              <w:right w:val="nil"/>
            </w:tcBorders>
          </w:tcPr>
          <w:p w14:paraId="2074E123" w14:textId="77777777" w:rsidR="00702792" w:rsidRPr="007102C9" w:rsidRDefault="00702792" w:rsidP="00702792">
            <w:pPr>
              <w:rPr>
                <w:rFonts w:ascii="Times New Roman" w:hAnsi="Times New Roman" w:cs="Times New Roman"/>
                <w:sz w:val="20"/>
                <w:szCs w:val="20"/>
                <w:highlight w:val="yellow"/>
              </w:rPr>
            </w:pPr>
          </w:p>
        </w:tc>
      </w:tr>
      <w:tr w:rsidR="00702792" w:rsidRPr="007102C9" w14:paraId="3B24794B" w14:textId="77777777" w:rsidTr="00702792">
        <w:trPr>
          <w:trHeight w:val="318"/>
        </w:trPr>
        <w:tc>
          <w:tcPr>
            <w:tcW w:w="2520" w:type="dxa"/>
            <w:tcBorders>
              <w:top w:val="nil"/>
              <w:left w:val="nil"/>
              <w:bottom w:val="nil"/>
              <w:right w:val="nil"/>
            </w:tcBorders>
          </w:tcPr>
          <w:p w14:paraId="4257DA97" w14:textId="77777777" w:rsidR="00702792" w:rsidRPr="0085193C" w:rsidRDefault="00702792" w:rsidP="00702792">
            <w:pPr>
              <w:rPr>
                <w:rFonts w:ascii="Times New Roman" w:hAnsi="Times New Roman" w:cs="Times New Roman"/>
                <w:sz w:val="20"/>
                <w:szCs w:val="20"/>
              </w:rPr>
            </w:pPr>
            <w:r w:rsidRPr="0085193C">
              <w:rPr>
                <w:rFonts w:ascii="Times New Roman" w:hAnsi="Times New Roman" w:cs="Times New Roman"/>
                <w:sz w:val="20"/>
                <w:szCs w:val="20"/>
              </w:rPr>
              <w:t>I</w:t>
            </w:r>
            <w:r>
              <w:rPr>
                <w:rFonts w:ascii="Times New Roman" w:hAnsi="Times New Roman" w:cs="Times New Roman"/>
                <w:sz w:val="20"/>
                <w:szCs w:val="20"/>
              </w:rPr>
              <w:t>II</w:t>
            </w:r>
            <w:r w:rsidRPr="0085193C">
              <w:rPr>
                <w:rFonts w:ascii="Times New Roman" w:hAnsi="Times New Roman" w:cs="Times New Roman"/>
                <w:sz w:val="20"/>
                <w:szCs w:val="20"/>
              </w:rPr>
              <w:t xml:space="preserve">. </w:t>
            </w:r>
            <w:r>
              <w:rPr>
                <w:rFonts w:ascii="Times New Roman" w:hAnsi="Times New Roman" w:cs="Times New Roman"/>
                <w:sz w:val="20"/>
                <w:szCs w:val="20"/>
              </w:rPr>
              <w:t>Energy</w:t>
            </w:r>
          </w:p>
        </w:tc>
        <w:tc>
          <w:tcPr>
            <w:tcW w:w="1170" w:type="dxa"/>
            <w:tcBorders>
              <w:top w:val="nil"/>
              <w:left w:val="nil"/>
              <w:bottom w:val="nil"/>
              <w:right w:val="nil"/>
            </w:tcBorders>
          </w:tcPr>
          <w:p w14:paraId="3F69A6B3"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-.49***</w:t>
            </w:r>
          </w:p>
        </w:tc>
        <w:tc>
          <w:tcPr>
            <w:tcW w:w="1170" w:type="dxa"/>
            <w:tcBorders>
              <w:top w:val="nil"/>
              <w:left w:val="nil"/>
              <w:bottom w:val="nil"/>
              <w:right w:val="nil"/>
            </w:tcBorders>
          </w:tcPr>
          <w:p w14:paraId="532D04AE"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.77***</w:t>
            </w:r>
          </w:p>
        </w:tc>
        <w:tc>
          <w:tcPr>
            <w:tcW w:w="990" w:type="dxa"/>
            <w:tcBorders>
              <w:top w:val="nil"/>
              <w:left w:val="nil"/>
              <w:bottom w:val="nil"/>
              <w:right w:val="nil"/>
            </w:tcBorders>
          </w:tcPr>
          <w:p w14:paraId="01197762" w14:textId="77777777" w:rsidR="00702792" w:rsidRPr="00BD490C" w:rsidRDefault="00702792" w:rsidP="00702792">
            <w:pPr>
              <w:tabs>
                <w:tab w:val="left" w:pos="455"/>
              </w:tabs>
              <w:jc w:val="center"/>
              <w:rPr>
                <w:rFonts w:ascii="Times New Roman" w:hAnsi="Times New Roman" w:cs="Times New Roman"/>
                <w:sz w:val="20"/>
                <w:szCs w:val="20"/>
              </w:rPr>
            </w:pPr>
            <w:r>
              <w:rPr>
                <w:rFonts w:ascii="Times New Roman" w:hAnsi="Times New Roman" w:cs="Times New Roman"/>
                <w:sz w:val="20"/>
                <w:szCs w:val="20"/>
              </w:rPr>
              <w:t>–</w:t>
            </w:r>
          </w:p>
        </w:tc>
        <w:tc>
          <w:tcPr>
            <w:tcW w:w="990" w:type="dxa"/>
            <w:tcBorders>
              <w:top w:val="nil"/>
              <w:left w:val="nil"/>
              <w:bottom w:val="nil"/>
              <w:right w:val="nil"/>
            </w:tcBorders>
          </w:tcPr>
          <w:p w14:paraId="49059ADB" w14:textId="77777777" w:rsidR="00702792" w:rsidRPr="00CE56FD" w:rsidRDefault="00702792" w:rsidP="00702792">
            <w:pPr>
              <w:jc w:val="center"/>
              <w:rPr>
                <w:rFonts w:ascii="Times New Roman" w:hAnsi="Times New Roman" w:cs="Times New Roman"/>
                <w:sz w:val="20"/>
                <w:szCs w:val="20"/>
              </w:rPr>
            </w:pPr>
          </w:p>
        </w:tc>
        <w:tc>
          <w:tcPr>
            <w:tcW w:w="990" w:type="dxa"/>
            <w:tcBorders>
              <w:top w:val="nil"/>
              <w:left w:val="nil"/>
              <w:bottom w:val="nil"/>
              <w:right w:val="nil"/>
            </w:tcBorders>
          </w:tcPr>
          <w:p w14:paraId="77129C7F" w14:textId="77777777" w:rsidR="00702792" w:rsidRPr="00B261CB" w:rsidRDefault="00702792" w:rsidP="00702792">
            <w:pPr>
              <w:jc w:val="center"/>
              <w:rPr>
                <w:rFonts w:ascii="Times New Roman" w:hAnsi="Times New Roman" w:cs="Times New Roman"/>
                <w:sz w:val="20"/>
                <w:szCs w:val="20"/>
                <w:highlight w:val="yellow"/>
              </w:rPr>
            </w:pPr>
          </w:p>
        </w:tc>
        <w:tc>
          <w:tcPr>
            <w:tcW w:w="1080" w:type="dxa"/>
            <w:tcBorders>
              <w:top w:val="nil"/>
              <w:left w:val="nil"/>
              <w:bottom w:val="nil"/>
              <w:right w:val="nil"/>
            </w:tcBorders>
          </w:tcPr>
          <w:p w14:paraId="200AB0BF" w14:textId="77777777" w:rsidR="00702792" w:rsidRPr="004B68AC" w:rsidRDefault="00702792" w:rsidP="00702792">
            <w:pPr>
              <w:jc w:val="center"/>
              <w:rPr>
                <w:rFonts w:ascii="Times New Roman" w:hAnsi="Times New Roman" w:cs="Times New Roman"/>
                <w:sz w:val="20"/>
                <w:szCs w:val="20"/>
                <w:highlight w:val="yellow"/>
              </w:rPr>
            </w:pPr>
          </w:p>
        </w:tc>
        <w:tc>
          <w:tcPr>
            <w:tcW w:w="1111" w:type="dxa"/>
            <w:tcBorders>
              <w:top w:val="nil"/>
              <w:left w:val="nil"/>
              <w:bottom w:val="nil"/>
              <w:right w:val="nil"/>
            </w:tcBorders>
          </w:tcPr>
          <w:p w14:paraId="552B458F" w14:textId="77777777" w:rsidR="00702792" w:rsidRPr="00737279" w:rsidRDefault="00702792" w:rsidP="00702792">
            <w:pPr>
              <w:jc w:val="center"/>
              <w:rPr>
                <w:rFonts w:ascii="Times New Roman" w:hAnsi="Times New Roman" w:cs="Times New Roman"/>
                <w:b/>
                <w:bCs/>
                <w:sz w:val="20"/>
                <w:szCs w:val="20"/>
                <w:highlight w:val="yellow"/>
              </w:rPr>
            </w:pPr>
          </w:p>
        </w:tc>
        <w:tc>
          <w:tcPr>
            <w:tcW w:w="963" w:type="dxa"/>
            <w:tcBorders>
              <w:top w:val="nil"/>
              <w:left w:val="nil"/>
              <w:bottom w:val="nil"/>
              <w:right w:val="nil"/>
            </w:tcBorders>
          </w:tcPr>
          <w:p w14:paraId="7818654C" w14:textId="77777777" w:rsidR="00702792" w:rsidRPr="00737279" w:rsidRDefault="00702792" w:rsidP="00702792">
            <w:pPr>
              <w:jc w:val="center"/>
              <w:rPr>
                <w:rFonts w:ascii="Times New Roman" w:hAnsi="Times New Roman" w:cs="Times New Roman"/>
                <w:b/>
                <w:bCs/>
                <w:sz w:val="20"/>
                <w:szCs w:val="20"/>
                <w:highlight w:val="yellow"/>
              </w:rPr>
            </w:pPr>
          </w:p>
        </w:tc>
        <w:tc>
          <w:tcPr>
            <w:tcW w:w="963" w:type="dxa"/>
            <w:tcBorders>
              <w:top w:val="nil"/>
              <w:left w:val="nil"/>
              <w:bottom w:val="nil"/>
              <w:right w:val="nil"/>
            </w:tcBorders>
          </w:tcPr>
          <w:p w14:paraId="5AF31975" w14:textId="77777777" w:rsidR="00702792" w:rsidRPr="00737279" w:rsidRDefault="00702792" w:rsidP="00702792">
            <w:pPr>
              <w:jc w:val="center"/>
              <w:rPr>
                <w:rFonts w:ascii="Times New Roman" w:hAnsi="Times New Roman" w:cs="Times New Roman"/>
                <w:b/>
                <w:bCs/>
                <w:sz w:val="20"/>
                <w:szCs w:val="20"/>
                <w:highlight w:val="yellow"/>
              </w:rPr>
            </w:pPr>
          </w:p>
        </w:tc>
      </w:tr>
      <w:tr w:rsidR="00702792" w:rsidRPr="007102C9" w14:paraId="72476D17" w14:textId="77777777" w:rsidTr="00702792">
        <w:trPr>
          <w:trHeight w:val="350"/>
        </w:trPr>
        <w:tc>
          <w:tcPr>
            <w:tcW w:w="2520" w:type="dxa"/>
            <w:tcBorders>
              <w:top w:val="nil"/>
              <w:left w:val="nil"/>
              <w:bottom w:val="nil"/>
              <w:right w:val="nil"/>
            </w:tcBorders>
          </w:tcPr>
          <w:p w14:paraId="014DF948" w14:textId="77777777" w:rsidR="00702792" w:rsidRPr="0085193C" w:rsidRDefault="00702792" w:rsidP="00702792">
            <w:pPr>
              <w:rPr>
                <w:rFonts w:ascii="Times New Roman" w:hAnsi="Times New Roman" w:cs="Times New Roman"/>
                <w:sz w:val="20"/>
                <w:szCs w:val="20"/>
              </w:rPr>
            </w:pPr>
            <w:r>
              <w:rPr>
                <w:rFonts w:ascii="Times New Roman" w:hAnsi="Times New Roman" w:cs="Times New Roman"/>
                <w:sz w:val="20"/>
                <w:szCs w:val="20"/>
              </w:rPr>
              <w:t>IV. Stress</w:t>
            </w:r>
          </w:p>
        </w:tc>
        <w:tc>
          <w:tcPr>
            <w:tcW w:w="1170" w:type="dxa"/>
            <w:tcBorders>
              <w:top w:val="nil"/>
              <w:left w:val="nil"/>
              <w:bottom w:val="nil"/>
              <w:right w:val="nil"/>
            </w:tcBorders>
          </w:tcPr>
          <w:p w14:paraId="2760FA20"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.83***</w:t>
            </w:r>
          </w:p>
        </w:tc>
        <w:tc>
          <w:tcPr>
            <w:tcW w:w="1170" w:type="dxa"/>
            <w:tcBorders>
              <w:top w:val="nil"/>
              <w:left w:val="nil"/>
              <w:bottom w:val="nil"/>
              <w:right w:val="nil"/>
            </w:tcBorders>
          </w:tcPr>
          <w:p w14:paraId="4E687597"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-.53***</w:t>
            </w:r>
          </w:p>
        </w:tc>
        <w:tc>
          <w:tcPr>
            <w:tcW w:w="990" w:type="dxa"/>
            <w:tcBorders>
              <w:top w:val="nil"/>
              <w:left w:val="nil"/>
              <w:bottom w:val="nil"/>
              <w:right w:val="nil"/>
            </w:tcBorders>
          </w:tcPr>
          <w:p w14:paraId="187410A4" w14:textId="77777777" w:rsidR="00702792" w:rsidRPr="00252449" w:rsidRDefault="00702792" w:rsidP="00702792">
            <w:pPr>
              <w:rPr>
                <w:rFonts w:ascii="Times New Roman" w:hAnsi="Times New Roman" w:cs="Times New Roman"/>
                <w:b/>
                <w:bCs/>
                <w:sz w:val="20"/>
                <w:szCs w:val="20"/>
              </w:rPr>
            </w:pPr>
            <w:r w:rsidRPr="00252449">
              <w:rPr>
                <w:rFonts w:ascii="Times New Roman" w:hAnsi="Times New Roman" w:cs="Times New Roman"/>
                <w:b/>
                <w:bCs/>
                <w:sz w:val="20"/>
                <w:szCs w:val="20"/>
              </w:rPr>
              <w:t>-.40***</w:t>
            </w:r>
          </w:p>
        </w:tc>
        <w:tc>
          <w:tcPr>
            <w:tcW w:w="990" w:type="dxa"/>
            <w:tcBorders>
              <w:top w:val="nil"/>
              <w:left w:val="nil"/>
              <w:bottom w:val="nil"/>
              <w:right w:val="nil"/>
            </w:tcBorders>
          </w:tcPr>
          <w:p w14:paraId="37AF193A" w14:textId="77777777" w:rsidR="00702792" w:rsidRPr="00756619" w:rsidRDefault="00702792" w:rsidP="00702792">
            <w:pPr>
              <w:jc w:val="center"/>
              <w:rPr>
                <w:rFonts w:ascii="Times New Roman" w:hAnsi="Times New Roman" w:cs="Times New Roman"/>
                <w:sz w:val="20"/>
                <w:szCs w:val="20"/>
              </w:rPr>
            </w:pPr>
            <w:r>
              <w:rPr>
                <w:rFonts w:ascii="Times New Roman" w:hAnsi="Times New Roman" w:cs="Times New Roman"/>
                <w:sz w:val="20"/>
                <w:szCs w:val="20"/>
              </w:rPr>
              <w:t>–</w:t>
            </w:r>
          </w:p>
        </w:tc>
        <w:tc>
          <w:tcPr>
            <w:tcW w:w="990" w:type="dxa"/>
            <w:tcBorders>
              <w:top w:val="nil"/>
              <w:left w:val="nil"/>
              <w:bottom w:val="nil"/>
              <w:right w:val="nil"/>
            </w:tcBorders>
          </w:tcPr>
          <w:p w14:paraId="5367A202" w14:textId="77777777" w:rsidR="00702792" w:rsidRDefault="00702792" w:rsidP="00702792">
            <w:pPr>
              <w:jc w:val="center"/>
              <w:rPr>
                <w:rFonts w:ascii="Times New Roman" w:hAnsi="Times New Roman" w:cs="Times New Roman"/>
                <w:sz w:val="20"/>
                <w:szCs w:val="20"/>
              </w:rPr>
            </w:pPr>
          </w:p>
        </w:tc>
        <w:tc>
          <w:tcPr>
            <w:tcW w:w="1080" w:type="dxa"/>
            <w:tcBorders>
              <w:top w:val="nil"/>
              <w:left w:val="nil"/>
              <w:bottom w:val="nil"/>
              <w:right w:val="nil"/>
            </w:tcBorders>
          </w:tcPr>
          <w:p w14:paraId="49BEFBB2" w14:textId="77777777" w:rsidR="00702792" w:rsidRPr="004B68AC" w:rsidRDefault="00702792" w:rsidP="00702792">
            <w:pPr>
              <w:jc w:val="center"/>
              <w:rPr>
                <w:rFonts w:ascii="Times New Roman" w:hAnsi="Times New Roman" w:cs="Times New Roman"/>
                <w:sz w:val="20"/>
                <w:szCs w:val="20"/>
                <w:highlight w:val="yellow"/>
              </w:rPr>
            </w:pPr>
          </w:p>
        </w:tc>
        <w:tc>
          <w:tcPr>
            <w:tcW w:w="1111" w:type="dxa"/>
            <w:tcBorders>
              <w:top w:val="nil"/>
              <w:left w:val="nil"/>
              <w:bottom w:val="nil"/>
              <w:right w:val="nil"/>
            </w:tcBorders>
          </w:tcPr>
          <w:p w14:paraId="3ECAB4C1" w14:textId="77777777" w:rsidR="00702792" w:rsidRPr="00737279" w:rsidRDefault="00702792" w:rsidP="00702792">
            <w:pPr>
              <w:jc w:val="center"/>
              <w:rPr>
                <w:rFonts w:ascii="Times New Roman" w:hAnsi="Times New Roman" w:cs="Times New Roman"/>
                <w:sz w:val="20"/>
                <w:szCs w:val="20"/>
                <w:highlight w:val="yellow"/>
              </w:rPr>
            </w:pPr>
          </w:p>
        </w:tc>
        <w:tc>
          <w:tcPr>
            <w:tcW w:w="963" w:type="dxa"/>
            <w:tcBorders>
              <w:top w:val="nil"/>
              <w:left w:val="nil"/>
              <w:bottom w:val="nil"/>
              <w:right w:val="nil"/>
            </w:tcBorders>
          </w:tcPr>
          <w:p w14:paraId="018528D5" w14:textId="77777777" w:rsidR="00702792" w:rsidRPr="00737279" w:rsidRDefault="00702792" w:rsidP="00702792">
            <w:pPr>
              <w:jc w:val="center"/>
              <w:rPr>
                <w:rFonts w:ascii="Times New Roman" w:hAnsi="Times New Roman" w:cs="Times New Roman"/>
                <w:sz w:val="20"/>
                <w:szCs w:val="20"/>
                <w:highlight w:val="yellow"/>
              </w:rPr>
            </w:pPr>
          </w:p>
        </w:tc>
        <w:tc>
          <w:tcPr>
            <w:tcW w:w="963" w:type="dxa"/>
            <w:tcBorders>
              <w:top w:val="nil"/>
              <w:left w:val="nil"/>
              <w:bottom w:val="nil"/>
              <w:right w:val="nil"/>
            </w:tcBorders>
          </w:tcPr>
          <w:p w14:paraId="6C7C2940" w14:textId="77777777" w:rsidR="00702792" w:rsidRPr="00737279" w:rsidRDefault="00702792" w:rsidP="00702792">
            <w:pPr>
              <w:jc w:val="center"/>
              <w:rPr>
                <w:rFonts w:ascii="Times New Roman" w:hAnsi="Times New Roman" w:cs="Times New Roman"/>
                <w:sz w:val="20"/>
                <w:szCs w:val="20"/>
                <w:highlight w:val="yellow"/>
              </w:rPr>
            </w:pPr>
          </w:p>
        </w:tc>
      </w:tr>
      <w:tr w:rsidR="00702792" w:rsidRPr="007102C9" w14:paraId="763F257F" w14:textId="77777777" w:rsidTr="00702792">
        <w:trPr>
          <w:trHeight w:val="350"/>
        </w:trPr>
        <w:tc>
          <w:tcPr>
            <w:tcW w:w="2520" w:type="dxa"/>
            <w:tcBorders>
              <w:top w:val="nil"/>
              <w:left w:val="nil"/>
              <w:bottom w:val="nil"/>
              <w:right w:val="nil"/>
            </w:tcBorders>
          </w:tcPr>
          <w:p w14:paraId="393105DD" w14:textId="77777777" w:rsidR="00702792" w:rsidRPr="0085193C" w:rsidRDefault="00702792" w:rsidP="00702792">
            <w:pPr>
              <w:rPr>
                <w:rFonts w:ascii="Times New Roman" w:hAnsi="Times New Roman" w:cs="Times New Roman"/>
                <w:sz w:val="20"/>
                <w:szCs w:val="20"/>
              </w:rPr>
            </w:pPr>
            <w:r w:rsidRPr="0085193C">
              <w:rPr>
                <w:rFonts w:ascii="Times New Roman" w:hAnsi="Times New Roman" w:cs="Times New Roman"/>
                <w:sz w:val="20"/>
                <w:szCs w:val="20"/>
              </w:rPr>
              <w:t xml:space="preserve">V. </w:t>
            </w:r>
            <w:r>
              <w:rPr>
                <w:rFonts w:ascii="Times New Roman" w:hAnsi="Times New Roman" w:cs="Times New Roman"/>
                <w:sz w:val="20"/>
                <w:szCs w:val="20"/>
              </w:rPr>
              <w:t>Impulsivity</w:t>
            </w:r>
          </w:p>
        </w:tc>
        <w:tc>
          <w:tcPr>
            <w:tcW w:w="1170" w:type="dxa"/>
            <w:tcBorders>
              <w:top w:val="nil"/>
              <w:left w:val="nil"/>
              <w:bottom w:val="nil"/>
              <w:right w:val="nil"/>
            </w:tcBorders>
          </w:tcPr>
          <w:p w14:paraId="28BAC887"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.36***</w:t>
            </w:r>
          </w:p>
        </w:tc>
        <w:tc>
          <w:tcPr>
            <w:tcW w:w="1170" w:type="dxa"/>
            <w:tcBorders>
              <w:top w:val="nil"/>
              <w:left w:val="nil"/>
              <w:bottom w:val="nil"/>
              <w:right w:val="nil"/>
            </w:tcBorders>
          </w:tcPr>
          <w:p w14:paraId="20ABA355" w14:textId="77777777" w:rsidR="00702792" w:rsidRPr="00486611" w:rsidRDefault="00702792" w:rsidP="00702792">
            <w:pPr>
              <w:rPr>
                <w:rFonts w:ascii="Times New Roman" w:hAnsi="Times New Roman" w:cs="Times New Roman"/>
                <w:sz w:val="20"/>
                <w:szCs w:val="20"/>
              </w:rPr>
            </w:pPr>
            <w:r w:rsidRPr="004E4129">
              <w:rPr>
                <w:rFonts w:ascii="Times New Roman" w:hAnsi="Times New Roman" w:cs="Times New Roman"/>
                <w:sz w:val="20"/>
                <w:szCs w:val="20"/>
              </w:rPr>
              <w:t>-.08</w:t>
            </w:r>
          </w:p>
        </w:tc>
        <w:tc>
          <w:tcPr>
            <w:tcW w:w="990" w:type="dxa"/>
            <w:tcBorders>
              <w:top w:val="nil"/>
              <w:left w:val="nil"/>
              <w:bottom w:val="nil"/>
              <w:right w:val="nil"/>
            </w:tcBorders>
          </w:tcPr>
          <w:p w14:paraId="73A5C7DF" w14:textId="77777777" w:rsidR="00702792" w:rsidRPr="00486611" w:rsidRDefault="00702792" w:rsidP="00702792">
            <w:pPr>
              <w:rPr>
                <w:rFonts w:ascii="Times New Roman" w:hAnsi="Times New Roman" w:cs="Times New Roman"/>
                <w:sz w:val="20"/>
                <w:szCs w:val="20"/>
              </w:rPr>
            </w:pPr>
            <w:r w:rsidRPr="00252449">
              <w:rPr>
                <w:rFonts w:ascii="Times New Roman" w:hAnsi="Times New Roman" w:cs="Times New Roman"/>
                <w:sz w:val="20"/>
                <w:szCs w:val="20"/>
              </w:rPr>
              <w:t>-.02</w:t>
            </w:r>
          </w:p>
        </w:tc>
        <w:tc>
          <w:tcPr>
            <w:tcW w:w="990" w:type="dxa"/>
            <w:tcBorders>
              <w:top w:val="nil"/>
              <w:left w:val="nil"/>
              <w:bottom w:val="nil"/>
              <w:right w:val="nil"/>
            </w:tcBorders>
          </w:tcPr>
          <w:p w14:paraId="39F1A79B" w14:textId="77777777" w:rsidR="00702792" w:rsidRPr="00A854B7" w:rsidRDefault="00702792" w:rsidP="00702792">
            <w:pPr>
              <w:rPr>
                <w:rFonts w:ascii="Times New Roman" w:hAnsi="Times New Roman" w:cs="Times New Roman"/>
                <w:b/>
                <w:bCs/>
                <w:sz w:val="20"/>
                <w:szCs w:val="20"/>
              </w:rPr>
            </w:pPr>
            <w:r w:rsidRPr="00A854B7">
              <w:rPr>
                <w:rFonts w:ascii="Times New Roman" w:hAnsi="Times New Roman" w:cs="Times New Roman"/>
                <w:b/>
                <w:bCs/>
                <w:sz w:val="20"/>
                <w:szCs w:val="20"/>
              </w:rPr>
              <w:t>.41***</w:t>
            </w:r>
          </w:p>
        </w:tc>
        <w:tc>
          <w:tcPr>
            <w:tcW w:w="990" w:type="dxa"/>
            <w:tcBorders>
              <w:top w:val="nil"/>
              <w:left w:val="nil"/>
              <w:bottom w:val="nil"/>
              <w:right w:val="nil"/>
            </w:tcBorders>
          </w:tcPr>
          <w:p w14:paraId="06B7A6E0" w14:textId="77777777" w:rsidR="00702792" w:rsidRPr="00825ED2" w:rsidRDefault="00702792" w:rsidP="00702792">
            <w:pPr>
              <w:jc w:val="center"/>
              <w:rPr>
                <w:rFonts w:ascii="Times New Roman" w:hAnsi="Times New Roman" w:cs="Times New Roman"/>
                <w:sz w:val="20"/>
                <w:szCs w:val="20"/>
              </w:rPr>
            </w:pPr>
            <w:r>
              <w:rPr>
                <w:rFonts w:ascii="Times New Roman" w:hAnsi="Times New Roman" w:cs="Times New Roman"/>
                <w:sz w:val="20"/>
                <w:szCs w:val="20"/>
              </w:rPr>
              <w:t>–</w:t>
            </w:r>
          </w:p>
        </w:tc>
        <w:tc>
          <w:tcPr>
            <w:tcW w:w="1080" w:type="dxa"/>
            <w:tcBorders>
              <w:top w:val="nil"/>
              <w:left w:val="nil"/>
              <w:bottom w:val="nil"/>
              <w:right w:val="nil"/>
            </w:tcBorders>
          </w:tcPr>
          <w:p w14:paraId="4E899061" w14:textId="77777777" w:rsidR="00702792" w:rsidRPr="004B68AC" w:rsidRDefault="00702792" w:rsidP="00702792">
            <w:pPr>
              <w:jc w:val="center"/>
              <w:rPr>
                <w:rFonts w:ascii="Times New Roman" w:hAnsi="Times New Roman" w:cs="Times New Roman"/>
                <w:sz w:val="20"/>
                <w:szCs w:val="20"/>
                <w:highlight w:val="yellow"/>
              </w:rPr>
            </w:pPr>
          </w:p>
        </w:tc>
        <w:tc>
          <w:tcPr>
            <w:tcW w:w="1111" w:type="dxa"/>
            <w:tcBorders>
              <w:top w:val="nil"/>
              <w:left w:val="nil"/>
              <w:bottom w:val="nil"/>
              <w:right w:val="nil"/>
            </w:tcBorders>
          </w:tcPr>
          <w:p w14:paraId="0E74AB23" w14:textId="77777777" w:rsidR="00702792" w:rsidRPr="00737279" w:rsidRDefault="00702792" w:rsidP="00702792">
            <w:pPr>
              <w:jc w:val="center"/>
              <w:rPr>
                <w:rFonts w:ascii="Times New Roman" w:hAnsi="Times New Roman" w:cs="Times New Roman"/>
                <w:sz w:val="20"/>
                <w:szCs w:val="20"/>
                <w:highlight w:val="yellow"/>
              </w:rPr>
            </w:pPr>
          </w:p>
        </w:tc>
        <w:tc>
          <w:tcPr>
            <w:tcW w:w="963" w:type="dxa"/>
            <w:tcBorders>
              <w:top w:val="nil"/>
              <w:left w:val="nil"/>
              <w:bottom w:val="nil"/>
              <w:right w:val="nil"/>
            </w:tcBorders>
          </w:tcPr>
          <w:p w14:paraId="2CD625A6" w14:textId="77777777" w:rsidR="00702792" w:rsidRPr="00737279" w:rsidRDefault="00702792" w:rsidP="00702792">
            <w:pPr>
              <w:jc w:val="center"/>
              <w:rPr>
                <w:rFonts w:ascii="Times New Roman" w:hAnsi="Times New Roman" w:cs="Times New Roman"/>
                <w:sz w:val="20"/>
                <w:szCs w:val="20"/>
                <w:highlight w:val="yellow"/>
              </w:rPr>
            </w:pPr>
          </w:p>
        </w:tc>
        <w:tc>
          <w:tcPr>
            <w:tcW w:w="963" w:type="dxa"/>
            <w:tcBorders>
              <w:top w:val="nil"/>
              <w:left w:val="nil"/>
              <w:bottom w:val="nil"/>
              <w:right w:val="nil"/>
            </w:tcBorders>
          </w:tcPr>
          <w:p w14:paraId="2E6F132B" w14:textId="77777777" w:rsidR="00702792" w:rsidRPr="00737279" w:rsidRDefault="00702792" w:rsidP="00702792">
            <w:pPr>
              <w:jc w:val="center"/>
              <w:rPr>
                <w:rFonts w:ascii="Times New Roman" w:hAnsi="Times New Roman" w:cs="Times New Roman"/>
                <w:sz w:val="20"/>
                <w:szCs w:val="20"/>
                <w:highlight w:val="yellow"/>
              </w:rPr>
            </w:pPr>
          </w:p>
        </w:tc>
      </w:tr>
      <w:tr w:rsidR="00702792" w:rsidRPr="007102C9" w14:paraId="68BDFECA" w14:textId="77777777" w:rsidTr="00702792">
        <w:trPr>
          <w:trHeight w:val="381"/>
        </w:trPr>
        <w:tc>
          <w:tcPr>
            <w:tcW w:w="2520" w:type="dxa"/>
            <w:tcBorders>
              <w:top w:val="nil"/>
              <w:left w:val="nil"/>
              <w:bottom w:val="single" w:sz="4" w:space="0" w:color="auto"/>
              <w:right w:val="nil"/>
            </w:tcBorders>
          </w:tcPr>
          <w:p w14:paraId="6F8E60E9" w14:textId="77777777" w:rsidR="00702792" w:rsidRPr="0085193C" w:rsidRDefault="00702792" w:rsidP="00702792">
            <w:pPr>
              <w:rPr>
                <w:rFonts w:ascii="Times New Roman" w:hAnsi="Times New Roman" w:cs="Times New Roman"/>
                <w:sz w:val="20"/>
                <w:szCs w:val="20"/>
              </w:rPr>
            </w:pPr>
            <w:r w:rsidRPr="0085193C">
              <w:rPr>
                <w:rFonts w:ascii="Times New Roman" w:hAnsi="Times New Roman" w:cs="Times New Roman"/>
                <w:sz w:val="20"/>
                <w:szCs w:val="20"/>
              </w:rPr>
              <w:t xml:space="preserve">VI. </w:t>
            </w:r>
            <w:r>
              <w:rPr>
                <w:rFonts w:ascii="Times New Roman" w:hAnsi="Times New Roman" w:cs="Times New Roman"/>
                <w:sz w:val="20"/>
                <w:szCs w:val="20"/>
              </w:rPr>
              <w:t>Sleep quality</w:t>
            </w:r>
          </w:p>
        </w:tc>
        <w:tc>
          <w:tcPr>
            <w:tcW w:w="1170" w:type="dxa"/>
            <w:tcBorders>
              <w:top w:val="nil"/>
              <w:left w:val="nil"/>
              <w:bottom w:val="nil"/>
              <w:right w:val="nil"/>
            </w:tcBorders>
          </w:tcPr>
          <w:p w14:paraId="4428BA83"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-.44***</w:t>
            </w:r>
          </w:p>
        </w:tc>
        <w:tc>
          <w:tcPr>
            <w:tcW w:w="1170" w:type="dxa"/>
            <w:tcBorders>
              <w:top w:val="nil"/>
              <w:left w:val="nil"/>
              <w:bottom w:val="nil"/>
              <w:right w:val="nil"/>
            </w:tcBorders>
          </w:tcPr>
          <w:p w14:paraId="698814C5"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.54***</w:t>
            </w:r>
          </w:p>
        </w:tc>
        <w:tc>
          <w:tcPr>
            <w:tcW w:w="990" w:type="dxa"/>
            <w:tcBorders>
              <w:top w:val="nil"/>
              <w:left w:val="nil"/>
              <w:bottom w:val="nil"/>
              <w:right w:val="nil"/>
            </w:tcBorders>
          </w:tcPr>
          <w:p w14:paraId="2491B9F6" w14:textId="77777777" w:rsidR="00702792" w:rsidRPr="00252449" w:rsidRDefault="00702792" w:rsidP="00702792">
            <w:pPr>
              <w:rPr>
                <w:rFonts w:ascii="Times New Roman" w:hAnsi="Times New Roman" w:cs="Times New Roman"/>
                <w:b/>
                <w:bCs/>
                <w:sz w:val="20"/>
                <w:szCs w:val="20"/>
              </w:rPr>
            </w:pPr>
            <w:r w:rsidRPr="00252449">
              <w:rPr>
                <w:rFonts w:ascii="Times New Roman" w:hAnsi="Times New Roman" w:cs="Times New Roman"/>
                <w:b/>
                <w:bCs/>
                <w:sz w:val="20"/>
                <w:szCs w:val="20"/>
              </w:rPr>
              <w:t>.50***</w:t>
            </w:r>
          </w:p>
        </w:tc>
        <w:tc>
          <w:tcPr>
            <w:tcW w:w="990" w:type="dxa"/>
            <w:tcBorders>
              <w:top w:val="nil"/>
              <w:left w:val="nil"/>
              <w:bottom w:val="nil"/>
              <w:right w:val="nil"/>
            </w:tcBorders>
          </w:tcPr>
          <w:p w14:paraId="0597D788" w14:textId="77777777" w:rsidR="00702792" w:rsidRPr="00A854B7" w:rsidRDefault="00702792" w:rsidP="00702792">
            <w:pPr>
              <w:rPr>
                <w:rFonts w:ascii="Times New Roman" w:hAnsi="Times New Roman" w:cs="Times New Roman"/>
                <w:b/>
                <w:bCs/>
                <w:sz w:val="20"/>
                <w:szCs w:val="20"/>
              </w:rPr>
            </w:pPr>
            <w:r w:rsidRPr="00A854B7">
              <w:rPr>
                <w:rFonts w:ascii="Times New Roman" w:hAnsi="Times New Roman" w:cs="Times New Roman"/>
                <w:b/>
                <w:bCs/>
                <w:sz w:val="20"/>
                <w:szCs w:val="20"/>
              </w:rPr>
              <w:t>-.37***</w:t>
            </w:r>
          </w:p>
        </w:tc>
        <w:tc>
          <w:tcPr>
            <w:tcW w:w="990" w:type="dxa"/>
            <w:tcBorders>
              <w:top w:val="nil"/>
              <w:left w:val="nil"/>
              <w:bottom w:val="nil"/>
              <w:right w:val="nil"/>
            </w:tcBorders>
          </w:tcPr>
          <w:p w14:paraId="2D34229F" w14:textId="77777777" w:rsidR="00702792" w:rsidRPr="008916F6" w:rsidRDefault="00702792" w:rsidP="00702792">
            <w:pPr>
              <w:rPr>
                <w:rFonts w:ascii="Times New Roman" w:hAnsi="Times New Roman" w:cs="Times New Roman"/>
                <w:b/>
                <w:bCs/>
                <w:sz w:val="20"/>
                <w:szCs w:val="20"/>
              </w:rPr>
            </w:pPr>
            <w:r w:rsidRPr="008916F6">
              <w:rPr>
                <w:rFonts w:ascii="Times New Roman" w:hAnsi="Times New Roman" w:cs="Times New Roman"/>
                <w:b/>
                <w:bCs/>
                <w:sz w:val="20"/>
                <w:szCs w:val="20"/>
              </w:rPr>
              <w:t>-.15***</w:t>
            </w:r>
          </w:p>
        </w:tc>
        <w:tc>
          <w:tcPr>
            <w:tcW w:w="1080" w:type="dxa"/>
            <w:tcBorders>
              <w:top w:val="nil"/>
              <w:left w:val="nil"/>
              <w:bottom w:val="nil"/>
              <w:right w:val="nil"/>
            </w:tcBorders>
          </w:tcPr>
          <w:p w14:paraId="4420F9AA" w14:textId="77777777" w:rsidR="00702792" w:rsidRPr="004B68AC" w:rsidRDefault="00702792" w:rsidP="00702792">
            <w:pPr>
              <w:jc w:val="center"/>
              <w:rPr>
                <w:rFonts w:ascii="Times New Roman" w:hAnsi="Times New Roman" w:cs="Times New Roman"/>
                <w:sz w:val="20"/>
                <w:szCs w:val="20"/>
                <w:highlight w:val="yellow"/>
              </w:rPr>
            </w:pPr>
            <w:r>
              <w:rPr>
                <w:rFonts w:ascii="Times New Roman" w:hAnsi="Times New Roman" w:cs="Times New Roman"/>
                <w:sz w:val="20"/>
                <w:szCs w:val="20"/>
              </w:rPr>
              <w:t>–</w:t>
            </w:r>
          </w:p>
        </w:tc>
        <w:tc>
          <w:tcPr>
            <w:tcW w:w="1111" w:type="dxa"/>
            <w:tcBorders>
              <w:top w:val="nil"/>
              <w:left w:val="nil"/>
              <w:bottom w:val="nil"/>
              <w:right w:val="nil"/>
            </w:tcBorders>
          </w:tcPr>
          <w:p w14:paraId="4016C8AC" w14:textId="77777777" w:rsidR="00702792" w:rsidRPr="00737279" w:rsidRDefault="00702792" w:rsidP="00702792">
            <w:pPr>
              <w:jc w:val="center"/>
              <w:rPr>
                <w:rFonts w:ascii="Times New Roman" w:hAnsi="Times New Roman" w:cs="Times New Roman"/>
                <w:sz w:val="20"/>
                <w:szCs w:val="20"/>
                <w:highlight w:val="yellow"/>
              </w:rPr>
            </w:pPr>
          </w:p>
        </w:tc>
        <w:tc>
          <w:tcPr>
            <w:tcW w:w="963" w:type="dxa"/>
            <w:tcBorders>
              <w:top w:val="nil"/>
              <w:left w:val="nil"/>
              <w:bottom w:val="nil"/>
              <w:right w:val="nil"/>
            </w:tcBorders>
          </w:tcPr>
          <w:p w14:paraId="451D4720" w14:textId="77777777" w:rsidR="00702792" w:rsidRPr="00737279" w:rsidRDefault="00702792" w:rsidP="00702792">
            <w:pPr>
              <w:jc w:val="center"/>
              <w:rPr>
                <w:rFonts w:ascii="Times New Roman" w:hAnsi="Times New Roman" w:cs="Times New Roman"/>
                <w:sz w:val="20"/>
                <w:szCs w:val="20"/>
                <w:highlight w:val="yellow"/>
              </w:rPr>
            </w:pPr>
          </w:p>
        </w:tc>
        <w:tc>
          <w:tcPr>
            <w:tcW w:w="963" w:type="dxa"/>
            <w:tcBorders>
              <w:top w:val="nil"/>
              <w:left w:val="nil"/>
              <w:bottom w:val="nil"/>
              <w:right w:val="nil"/>
            </w:tcBorders>
          </w:tcPr>
          <w:p w14:paraId="0F3E6BE6" w14:textId="77777777" w:rsidR="00702792" w:rsidRPr="00737279" w:rsidRDefault="00702792" w:rsidP="00702792">
            <w:pPr>
              <w:jc w:val="center"/>
              <w:rPr>
                <w:rFonts w:ascii="Times New Roman" w:hAnsi="Times New Roman" w:cs="Times New Roman"/>
                <w:sz w:val="20"/>
                <w:szCs w:val="20"/>
                <w:highlight w:val="yellow"/>
              </w:rPr>
            </w:pPr>
          </w:p>
        </w:tc>
      </w:tr>
      <w:tr w:rsidR="00702792" w:rsidRPr="007102C9" w14:paraId="1CCD38EB" w14:textId="77777777" w:rsidTr="00702792">
        <w:trPr>
          <w:trHeight w:val="341"/>
        </w:trPr>
        <w:tc>
          <w:tcPr>
            <w:tcW w:w="2520" w:type="dxa"/>
            <w:tcBorders>
              <w:top w:val="single" w:sz="4" w:space="0" w:color="auto"/>
              <w:left w:val="nil"/>
              <w:bottom w:val="nil"/>
              <w:right w:val="nil"/>
            </w:tcBorders>
          </w:tcPr>
          <w:p w14:paraId="5BE479FA" w14:textId="77777777" w:rsidR="00702792" w:rsidRPr="004E4129" w:rsidRDefault="00702792" w:rsidP="00702792">
            <w:pPr>
              <w:rPr>
                <w:rFonts w:ascii="Times New Roman" w:hAnsi="Times New Roman" w:cs="Times New Roman"/>
                <w:i/>
                <w:iCs/>
                <w:sz w:val="20"/>
                <w:szCs w:val="20"/>
              </w:rPr>
            </w:pPr>
            <w:r w:rsidRPr="004E4129">
              <w:rPr>
                <w:rFonts w:ascii="Times New Roman" w:hAnsi="Times New Roman" w:cs="Times New Roman"/>
                <w:i/>
                <w:iCs/>
                <w:sz w:val="20"/>
                <w:szCs w:val="20"/>
              </w:rPr>
              <w:t>Social Interaction Outcomes</w:t>
            </w:r>
          </w:p>
        </w:tc>
        <w:tc>
          <w:tcPr>
            <w:tcW w:w="1170" w:type="dxa"/>
            <w:tcBorders>
              <w:top w:val="nil"/>
              <w:left w:val="nil"/>
              <w:bottom w:val="nil"/>
              <w:right w:val="nil"/>
            </w:tcBorders>
          </w:tcPr>
          <w:p w14:paraId="6728498E" w14:textId="77777777" w:rsidR="00702792" w:rsidRDefault="00702792" w:rsidP="00702792">
            <w:pPr>
              <w:rPr>
                <w:rFonts w:ascii="Times New Roman" w:hAnsi="Times New Roman" w:cs="Times New Roman"/>
                <w:sz w:val="20"/>
                <w:szCs w:val="20"/>
              </w:rPr>
            </w:pPr>
          </w:p>
        </w:tc>
        <w:tc>
          <w:tcPr>
            <w:tcW w:w="1170" w:type="dxa"/>
            <w:tcBorders>
              <w:top w:val="nil"/>
              <w:left w:val="nil"/>
              <w:bottom w:val="nil"/>
              <w:right w:val="nil"/>
            </w:tcBorders>
          </w:tcPr>
          <w:p w14:paraId="0F9AAF58" w14:textId="77777777" w:rsidR="00702792" w:rsidRDefault="00702792" w:rsidP="00702792">
            <w:pPr>
              <w:jc w:val="center"/>
              <w:rPr>
                <w:rFonts w:ascii="Times New Roman" w:hAnsi="Times New Roman" w:cs="Times New Roman"/>
                <w:sz w:val="20"/>
                <w:szCs w:val="20"/>
              </w:rPr>
            </w:pPr>
          </w:p>
        </w:tc>
        <w:tc>
          <w:tcPr>
            <w:tcW w:w="990" w:type="dxa"/>
            <w:tcBorders>
              <w:top w:val="nil"/>
              <w:left w:val="nil"/>
              <w:bottom w:val="nil"/>
              <w:right w:val="nil"/>
            </w:tcBorders>
          </w:tcPr>
          <w:p w14:paraId="3C4585E1" w14:textId="77777777" w:rsidR="00702792" w:rsidRPr="00252449" w:rsidRDefault="00702792" w:rsidP="00702792">
            <w:pPr>
              <w:jc w:val="center"/>
              <w:rPr>
                <w:rFonts w:ascii="Times New Roman" w:hAnsi="Times New Roman" w:cs="Times New Roman"/>
                <w:b/>
                <w:bCs/>
                <w:sz w:val="20"/>
                <w:szCs w:val="20"/>
              </w:rPr>
            </w:pPr>
          </w:p>
        </w:tc>
        <w:tc>
          <w:tcPr>
            <w:tcW w:w="990" w:type="dxa"/>
            <w:tcBorders>
              <w:top w:val="nil"/>
              <w:left w:val="nil"/>
              <w:bottom w:val="nil"/>
              <w:right w:val="nil"/>
            </w:tcBorders>
          </w:tcPr>
          <w:p w14:paraId="522DEA72" w14:textId="77777777" w:rsidR="00702792" w:rsidRPr="00756619" w:rsidRDefault="00702792" w:rsidP="00702792">
            <w:pPr>
              <w:jc w:val="center"/>
              <w:rPr>
                <w:rFonts w:ascii="Times New Roman" w:hAnsi="Times New Roman" w:cs="Times New Roman"/>
                <w:sz w:val="20"/>
                <w:szCs w:val="20"/>
              </w:rPr>
            </w:pPr>
          </w:p>
        </w:tc>
        <w:tc>
          <w:tcPr>
            <w:tcW w:w="990" w:type="dxa"/>
            <w:tcBorders>
              <w:top w:val="nil"/>
              <w:left w:val="nil"/>
              <w:bottom w:val="nil"/>
              <w:right w:val="nil"/>
            </w:tcBorders>
          </w:tcPr>
          <w:p w14:paraId="4687EBDC" w14:textId="77777777" w:rsidR="00702792" w:rsidRPr="00756619" w:rsidRDefault="00702792" w:rsidP="00702792">
            <w:pPr>
              <w:jc w:val="center"/>
              <w:rPr>
                <w:rFonts w:ascii="Times New Roman" w:hAnsi="Times New Roman" w:cs="Times New Roman"/>
                <w:sz w:val="20"/>
                <w:szCs w:val="20"/>
              </w:rPr>
            </w:pPr>
          </w:p>
        </w:tc>
        <w:tc>
          <w:tcPr>
            <w:tcW w:w="1080" w:type="dxa"/>
            <w:tcBorders>
              <w:top w:val="nil"/>
              <w:left w:val="nil"/>
              <w:bottom w:val="nil"/>
              <w:right w:val="nil"/>
            </w:tcBorders>
          </w:tcPr>
          <w:p w14:paraId="67702598" w14:textId="77777777" w:rsidR="00702792" w:rsidRPr="00756619" w:rsidRDefault="00702792" w:rsidP="00702792">
            <w:pPr>
              <w:jc w:val="center"/>
              <w:rPr>
                <w:rFonts w:ascii="Times New Roman" w:hAnsi="Times New Roman" w:cs="Times New Roman"/>
                <w:sz w:val="20"/>
                <w:szCs w:val="20"/>
              </w:rPr>
            </w:pPr>
          </w:p>
        </w:tc>
        <w:tc>
          <w:tcPr>
            <w:tcW w:w="1111" w:type="dxa"/>
            <w:tcBorders>
              <w:top w:val="nil"/>
              <w:left w:val="nil"/>
              <w:bottom w:val="nil"/>
              <w:right w:val="nil"/>
            </w:tcBorders>
          </w:tcPr>
          <w:p w14:paraId="545F2DC8" w14:textId="77777777" w:rsidR="00702792" w:rsidRDefault="00702792" w:rsidP="00702792">
            <w:pPr>
              <w:jc w:val="center"/>
              <w:rPr>
                <w:rFonts w:ascii="Times New Roman" w:hAnsi="Times New Roman" w:cs="Times New Roman"/>
                <w:sz w:val="20"/>
                <w:szCs w:val="20"/>
              </w:rPr>
            </w:pPr>
          </w:p>
        </w:tc>
        <w:tc>
          <w:tcPr>
            <w:tcW w:w="963" w:type="dxa"/>
            <w:tcBorders>
              <w:top w:val="nil"/>
              <w:left w:val="nil"/>
              <w:bottom w:val="nil"/>
              <w:right w:val="nil"/>
            </w:tcBorders>
          </w:tcPr>
          <w:p w14:paraId="626C2B45" w14:textId="77777777" w:rsidR="00702792" w:rsidRDefault="00702792" w:rsidP="00702792">
            <w:pPr>
              <w:jc w:val="center"/>
              <w:rPr>
                <w:rFonts w:ascii="Times New Roman" w:hAnsi="Times New Roman" w:cs="Times New Roman"/>
                <w:sz w:val="20"/>
                <w:szCs w:val="20"/>
              </w:rPr>
            </w:pPr>
          </w:p>
        </w:tc>
        <w:tc>
          <w:tcPr>
            <w:tcW w:w="963" w:type="dxa"/>
            <w:tcBorders>
              <w:top w:val="nil"/>
              <w:left w:val="nil"/>
              <w:bottom w:val="nil"/>
              <w:right w:val="nil"/>
            </w:tcBorders>
          </w:tcPr>
          <w:p w14:paraId="6AC4D932" w14:textId="77777777" w:rsidR="00702792" w:rsidRDefault="00702792" w:rsidP="00702792">
            <w:pPr>
              <w:jc w:val="center"/>
              <w:rPr>
                <w:rFonts w:ascii="Times New Roman" w:hAnsi="Times New Roman" w:cs="Times New Roman"/>
                <w:sz w:val="20"/>
                <w:szCs w:val="20"/>
              </w:rPr>
            </w:pPr>
          </w:p>
        </w:tc>
      </w:tr>
      <w:tr w:rsidR="00702792" w:rsidRPr="007102C9" w14:paraId="6EF898F0" w14:textId="77777777" w:rsidTr="00702792">
        <w:trPr>
          <w:trHeight w:val="341"/>
        </w:trPr>
        <w:tc>
          <w:tcPr>
            <w:tcW w:w="2520" w:type="dxa"/>
            <w:tcBorders>
              <w:top w:val="nil"/>
              <w:left w:val="nil"/>
              <w:bottom w:val="nil"/>
              <w:right w:val="nil"/>
            </w:tcBorders>
          </w:tcPr>
          <w:p w14:paraId="080D5C7A" w14:textId="77777777" w:rsidR="00702792" w:rsidRPr="0085193C" w:rsidRDefault="00702792" w:rsidP="00702792">
            <w:pPr>
              <w:rPr>
                <w:rFonts w:ascii="Times New Roman" w:hAnsi="Times New Roman" w:cs="Times New Roman"/>
                <w:sz w:val="20"/>
                <w:szCs w:val="20"/>
              </w:rPr>
            </w:pPr>
            <w:r w:rsidRPr="0085193C">
              <w:rPr>
                <w:rFonts w:ascii="Times New Roman" w:hAnsi="Times New Roman" w:cs="Times New Roman"/>
                <w:sz w:val="20"/>
                <w:szCs w:val="20"/>
              </w:rPr>
              <w:t xml:space="preserve">VII. </w:t>
            </w:r>
            <w:r w:rsidRPr="00E85BC9">
              <w:rPr>
                <w:rFonts w:ascii="Times New Roman" w:hAnsi="Times New Roman" w:cs="Times New Roman"/>
                <w:sz w:val="20"/>
                <w:szCs w:val="20"/>
              </w:rPr>
              <w:t xml:space="preserve"> Empathy</w:t>
            </w:r>
          </w:p>
        </w:tc>
        <w:tc>
          <w:tcPr>
            <w:tcW w:w="1170" w:type="dxa"/>
            <w:tcBorders>
              <w:top w:val="nil"/>
              <w:left w:val="nil"/>
              <w:bottom w:val="nil"/>
              <w:right w:val="nil"/>
            </w:tcBorders>
          </w:tcPr>
          <w:p w14:paraId="03A16447"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-.12**</w:t>
            </w:r>
          </w:p>
        </w:tc>
        <w:tc>
          <w:tcPr>
            <w:tcW w:w="1170" w:type="dxa"/>
            <w:tcBorders>
              <w:top w:val="nil"/>
              <w:left w:val="nil"/>
              <w:bottom w:val="nil"/>
              <w:right w:val="nil"/>
            </w:tcBorders>
          </w:tcPr>
          <w:p w14:paraId="6190B4DC"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.32***</w:t>
            </w:r>
          </w:p>
        </w:tc>
        <w:tc>
          <w:tcPr>
            <w:tcW w:w="990" w:type="dxa"/>
            <w:tcBorders>
              <w:top w:val="nil"/>
              <w:left w:val="nil"/>
              <w:bottom w:val="nil"/>
              <w:right w:val="nil"/>
            </w:tcBorders>
          </w:tcPr>
          <w:p w14:paraId="07773730" w14:textId="77777777" w:rsidR="00702792" w:rsidRPr="00252449" w:rsidRDefault="00702792" w:rsidP="00702792">
            <w:pPr>
              <w:rPr>
                <w:rFonts w:ascii="Times New Roman" w:hAnsi="Times New Roman" w:cs="Times New Roman"/>
                <w:b/>
                <w:bCs/>
                <w:sz w:val="20"/>
                <w:szCs w:val="20"/>
              </w:rPr>
            </w:pPr>
            <w:r w:rsidRPr="00252449">
              <w:rPr>
                <w:rFonts w:ascii="Times New Roman" w:hAnsi="Times New Roman" w:cs="Times New Roman"/>
                <w:b/>
                <w:bCs/>
                <w:sz w:val="20"/>
                <w:szCs w:val="20"/>
              </w:rPr>
              <w:t>.21***</w:t>
            </w:r>
          </w:p>
        </w:tc>
        <w:tc>
          <w:tcPr>
            <w:tcW w:w="990" w:type="dxa"/>
            <w:tcBorders>
              <w:top w:val="nil"/>
              <w:left w:val="nil"/>
              <w:bottom w:val="nil"/>
              <w:right w:val="nil"/>
            </w:tcBorders>
          </w:tcPr>
          <w:p w14:paraId="038CE90F" w14:textId="77777777" w:rsidR="00702792" w:rsidRPr="00756619" w:rsidRDefault="00702792" w:rsidP="00702792">
            <w:pPr>
              <w:rPr>
                <w:rFonts w:ascii="Times New Roman" w:hAnsi="Times New Roman" w:cs="Times New Roman"/>
                <w:sz w:val="20"/>
                <w:szCs w:val="20"/>
              </w:rPr>
            </w:pPr>
            <w:r w:rsidRPr="00A854B7">
              <w:rPr>
                <w:rFonts w:ascii="Times New Roman" w:hAnsi="Times New Roman" w:cs="Times New Roman"/>
                <w:sz w:val="20"/>
                <w:szCs w:val="20"/>
              </w:rPr>
              <w:t>-.08</w:t>
            </w:r>
          </w:p>
        </w:tc>
        <w:tc>
          <w:tcPr>
            <w:tcW w:w="990" w:type="dxa"/>
            <w:tcBorders>
              <w:top w:val="nil"/>
              <w:left w:val="nil"/>
              <w:bottom w:val="nil"/>
              <w:right w:val="nil"/>
            </w:tcBorders>
          </w:tcPr>
          <w:p w14:paraId="4FD595E7" w14:textId="77777777" w:rsidR="00702792" w:rsidRPr="00756619" w:rsidRDefault="00702792" w:rsidP="00702792">
            <w:pPr>
              <w:rPr>
                <w:rFonts w:ascii="Times New Roman" w:hAnsi="Times New Roman" w:cs="Times New Roman"/>
                <w:sz w:val="20"/>
                <w:szCs w:val="20"/>
              </w:rPr>
            </w:pPr>
            <w:r w:rsidRPr="008916F6">
              <w:rPr>
                <w:rFonts w:ascii="Times New Roman" w:hAnsi="Times New Roman" w:cs="Times New Roman"/>
                <w:sz w:val="20"/>
                <w:szCs w:val="20"/>
              </w:rPr>
              <w:t>-.03</w:t>
            </w:r>
          </w:p>
        </w:tc>
        <w:tc>
          <w:tcPr>
            <w:tcW w:w="1080" w:type="dxa"/>
            <w:tcBorders>
              <w:top w:val="nil"/>
              <w:left w:val="nil"/>
              <w:bottom w:val="nil"/>
              <w:right w:val="nil"/>
            </w:tcBorders>
          </w:tcPr>
          <w:p w14:paraId="4FE49443" w14:textId="77777777" w:rsidR="00702792" w:rsidRPr="008916F6" w:rsidRDefault="00702792" w:rsidP="00702792">
            <w:pPr>
              <w:rPr>
                <w:rFonts w:ascii="Times New Roman" w:hAnsi="Times New Roman" w:cs="Times New Roman"/>
                <w:b/>
                <w:bCs/>
                <w:sz w:val="20"/>
                <w:szCs w:val="20"/>
              </w:rPr>
            </w:pPr>
            <w:r w:rsidRPr="008916F6">
              <w:rPr>
                <w:rFonts w:ascii="Times New Roman" w:hAnsi="Times New Roman" w:cs="Times New Roman"/>
                <w:b/>
                <w:bCs/>
                <w:sz w:val="20"/>
                <w:szCs w:val="20"/>
              </w:rPr>
              <w:t>.17***</w:t>
            </w:r>
          </w:p>
        </w:tc>
        <w:tc>
          <w:tcPr>
            <w:tcW w:w="1111" w:type="dxa"/>
            <w:tcBorders>
              <w:top w:val="nil"/>
              <w:left w:val="nil"/>
              <w:bottom w:val="nil"/>
              <w:right w:val="nil"/>
            </w:tcBorders>
          </w:tcPr>
          <w:p w14:paraId="0F18A3E9" w14:textId="77777777" w:rsidR="00702792" w:rsidRPr="007102C9" w:rsidRDefault="00702792" w:rsidP="00702792">
            <w:pPr>
              <w:jc w:val="center"/>
              <w:rPr>
                <w:rFonts w:ascii="Times New Roman" w:hAnsi="Times New Roman" w:cs="Times New Roman"/>
                <w:sz w:val="20"/>
                <w:szCs w:val="20"/>
                <w:highlight w:val="yellow"/>
              </w:rPr>
            </w:pPr>
            <w:r>
              <w:rPr>
                <w:rFonts w:ascii="Times New Roman" w:hAnsi="Times New Roman" w:cs="Times New Roman"/>
                <w:sz w:val="20"/>
                <w:szCs w:val="20"/>
              </w:rPr>
              <w:t>–</w:t>
            </w:r>
          </w:p>
        </w:tc>
        <w:tc>
          <w:tcPr>
            <w:tcW w:w="963" w:type="dxa"/>
            <w:tcBorders>
              <w:top w:val="nil"/>
              <w:left w:val="nil"/>
              <w:bottom w:val="nil"/>
              <w:right w:val="nil"/>
            </w:tcBorders>
          </w:tcPr>
          <w:p w14:paraId="3F54E5C1" w14:textId="77777777" w:rsidR="00702792" w:rsidRDefault="00702792" w:rsidP="00702792">
            <w:pPr>
              <w:jc w:val="center"/>
              <w:rPr>
                <w:rFonts w:ascii="Times New Roman" w:hAnsi="Times New Roman" w:cs="Times New Roman"/>
                <w:sz w:val="20"/>
                <w:szCs w:val="20"/>
              </w:rPr>
            </w:pPr>
          </w:p>
        </w:tc>
        <w:tc>
          <w:tcPr>
            <w:tcW w:w="963" w:type="dxa"/>
            <w:tcBorders>
              <w:top w:val="nil"/>
              <w:left w:val="nil"/>
              <w:bottom w:val="nil"/>
              <w:right w:val="nil"/>
            </w:tcBorders>
          </w:tcPr>
          <w:p w14:paraId="36FEFB39" w14:textId="77777777" w:rsidR="00702792" w:rsidRDefault="00702792" w:rsidP="00702792">
            <w:pPr>
              <w:jc w:val="center"/>
              <w:rPr>
                <w:rFonts w:ascii="Times New Roman" w:hAnsi="Times New Roman" w:cs="Times New Roman"/>
                <w:sz w:val="20"/>
                <w:szCs w:val="20"/>
              </w:rPr>
            </w:pPr>
          </w:p>
        </w:tc>
      </w:tr>
      <w:tr w:rsidR="00702792" w:rsidRPr="007102C9" w14:paraId="5F121351" w14:textId="77777777" w:rsidTr="00702792">
        <w:trPr>
          <w:trHeight w:val="588"/>
        </w:trPr>
        <w:tc>
          <w:tcPr>
            <w:tcW w:w="2520" w:type="dxa"/>
            <w:tcBorders>
              <w:top w:val="nil"/>
              <w:left w:val="nil"/>
              <w:bottom w:val="nil"/>
              <w:right w:val="nil"/>
            </w:tcBorders>
          </w:tcPr>
          <w:p w14:paraId="52102A38" w14:textId="77777777" w:rsidR="00702792" w:rsidRDefault="00702792" w:rsidP="00702792">
            <w:pPr>
              <w:rPr>
                <w:rFonts w:ascii="Times New Roman" w:hAnsi="Times New Roman" w:cs="Times New Roman"/>
                <w:sz w:val="20"/>
                <w:szCs w:val="20"/>
              </w:rPr>
            </w:pPr>
            <w:r>
              <w:rPr>
                <w:rFonts w:ascii="Times New Roman" w:hAnsi="Times New Roman" w:cs="Times New Roman"/>
                <w:sz w:val="20"/>
                <w:szCs w:val="20"/>
              </w:rPr>
              <w:t xml:space="preserve">VIII. </w:t>
            </w:r>
            <w:r w:rsidRPr="00E85BC9">
              <w:rPr>
                <w:rFonts w:ascii="Times New Roman" w:hAnsi="Times New Roman" w:cs="Times New Roman"/>
                <w:sz w:val="20"/>
                <w:szCs w:val="20"/>
              </w:rPr>
              <w:t>Dominance - Submissiveness</w:t>
            </w:r>
          </w:p>
        </w:tc>
        <w:tc>
          <w:tcPr>
            <w:tcW w:w="1170" w:type="dxa"/>
            <w:tcBorders>
              <w:top w:val="nil"/>
              <w:left w:val="nil"/>
              <w:bottom w:val="nil"/>
              <w:right w:val="nil"/>
            </w:tcBorders>
          </w:tcPr>
          <w:p w14:paraId="513089EC" w14:textId="77777777" w:rsidR="00702792" w:rsidRPr="004E4129" w:rsidRDefault="00702792" w:rsidP="00702792">
            <w:pPr>
              <w:tabs>
                <w:tab w:val="left" w:pos="568"/>
              </w:tabs>
              <w:rPr>
                <w:rFonts w:ascii="Times New Roman" w:hAnsi="Times New Roman" w:cs="Times New Roman"/>
                <w:b/>
                <w:bCs/>
                <w:sz w:val="20"/>
                <w:szCs w:val="20"/>
              </w:rPr>
            </w:pPr>
            <w:r w:rsidRPr="004E4129">
              <w:rPr>
                <w:rFonts w:ascii="Times New Roman" w:hAnsi="Times New Roman" w:cs="Times New Roman"/>
                <w:b/>
                <w:bCs/>
                <w:sz w:val="20"/>
                <w:szCs w:val="20"/>
              </w:rPr>
              <w:t>-.14**</w:t>
            </w:r>
          </w:p>
        </w:tc>
        <w:tc>
          <w:tcPr>
            <w:tcW w:w="1170" w:type="dxa"/>
            <w:tcBorders>
              <w:top w:val="nil"/>
              <w:left w:val="nil"/>
              <w:bottom w:val="nil"/>
              <w:right w:val="nil"/>
            </w:tcBorders>
          </w:tcPr>
          <w:p w14:paraId="4E280BEF" w14:textId="77777777" w:rsidR="00702792" w:rsidRPr="004E4129" w:rsidRDefault="00702792" w:rsidP="00702792">
            <w:pPr>
              <w:rPr>
                <w:rFonts w:ascii="Times New Roman" w:hAnsi="Times New Roman" w:cs="Times New Roman"/>
                <w:b/>
                <w:bCs/>
                <w:sz w:val="20"/>
                <w:szCs w:val="20"/>
              </w:rPr>
            </w:pPr>
            <w:r w:rsidRPr="004E4129">
              <w:rPr>
                <w:rFonts w:ascii="Times New Roman" w:hAnsi="Times New Roman" w:cs="Times New Roman"/>
                <w:b/>
                <w:bCs/>
                <w:sz w:val="20"/>
                <w:szCs w:val="20"/>
              </w:rPr>
              <w:t>.14***</w:t>
            </w:r>
          </w:p>
        </w:tc>
        <w:tc>
          <w:tcPr>
            <w:tcW w:w="990" w:type="dxa"/>
            <w:tcBorders>
              <w:top w:val="nil"/>
              <w:left w:val="nil"/>
              <w:bottom w:val="nil"/>
              <w:right w:val="nil"/>
            </w:tcBorders>
          </w:tcPr>
          <w:p w14:paraId="715EAA8F" w14:textId="77777777" w:rsidR="00702792" w:rsidRPr="00252449" w:rsidRDefault="00702792" w:rsidP="00702792">
            <w:pPr>
              <w:rPr>
                <w:rFonts w:ascii="Times New Roman" w:hAnsi="Times New Roman" w:cs="Times New Roman"/>
                <w:b/>
                <w:bCs/>
                <w:sz w:val="20"/>
                <w:szCs w:val="20"/>
              </w:rPr>
            </w:pPr>
            <w:r w:rsidRPr="00252449">
              <w:rPr>
                <w:rFonts w:ascii="Times New Roman" w:hAnsi="Times New Roman" w:cs="Times New Roman"/>
                <w:b/>
                <w:bCs/>
                <w:sz w:val="20"/>
                <w:szCs w:val="20"/>
              </w:rPr>
              <w:t>.14**</w:t>
            </w:r>
          </w:p>
        </w:tc>
        <w:tc>
          <w:tcPr>
            <w:tcW w:w="990" w:type="dxa"/>
            <w:tcBorders>
              <w:top w:val="nil"/>
              <w:left w:val="nil"/>
              <w:bottom w:val="nil"/>
              <w:right w:val="nil"/>
            </w:tcBorders>
          </w:tcPr>
          <w:p w14:paraId="57C22EE0" w14:textId="77777777" w:rsidR="00702792" w:rsidRPr="00A854B7" w:rsidRDefault="00702792" w:rsidP="00702792">
            <w:pPr>
              <w:rPr>
                <w:rFonts w:ascii="Times New Roman" w:hAnsi="Times New Roman" w:cs="Times New Roman"/>
                <w:b/>
                <w:bCs/>
                <w:sz w:val="20"/>
                <w:szCs w:val="20"/>
              </w:rPr>
            </w:pPr>
            <w:r w:rsidRPr="00A854B7">
              <w:rPr>
                <w:rFonts w:ascii="Times New Roman" w:hAnsi="Times New Roman" w:cs="Times New Roman"/>
                <w:b/>
                <w:bCs/>
                <w:sz w:val="20"/>
                <w:szCs w:val="20"/>
              </w:rPr>
              <w:t>-.16***</w:t>
            </w:r>
          </w:p>
        </w:tc>
        <w:tc>
          <w:tcPr>
            <w:tcW w:w="990" w:type="dxa"/>
            <w:tcBorders>
              <w:top w:val="nil"/>
              <w:left w:val="nil"/>
              <w:bottom w:val="nil"/>
              <w:right w:val="nil"/>
            </w:tcBorders>
          </w:tcPr>
          <w:p w14:paraId="4F8D3C0A" w14:textId="77777777" w:rsidR="00702792" w:rsidRPr="00825ED2" w:rsidRDefault="00702792" w:rsidP="00702792">
            <w:pPr>
              <w:rPr>
                <w:rFonts w:ascii="Times New Roman" w:hAnsi="Times New Roman" w:cs="Times New Roman"/>
                <w:sz w:val="20"/>
                <w:szCs w:val="20"/>
              </w:rPr>
            </w:pPr>
            <w:r w:rsidRPr="008916F6">
              <w:rPr>
                <w:rFonts w:ascii="Times New Roman" w:hAnsi="Times New Roman" w:cs="Times New Roman"/>
                <w:sz w:val="20"/>
                <w:szCs w:val="20"/>
              </w:rPr>
              <w:t>-.06</w:t>
            </w:r>
          </w:p>
        </w:tc>
        <w:tc>
          <w:tcPr>
            <w:tcW w:w="1080" w:type="dxa"/>
            <w:tcBorders>
              <w:top w:val="nil"/>
              <w:left w:val="nil"/>
              <w:bottom w:val="nil"/>
              <w:right w:val="nil"/>
            </w:tcBorders>
          </w:tcPr>
          <w:p w14:paraId="78451E5A" w14:textId="77777777" w:rsidR="00702792" w:rsidRPr="008916F6" w:rsidRDefault="00702792" w:rsidP="00702792">
            <w:pPr>
              <w:rPr>
                <w:rFonts w:ascii="Times New Roman" w:hAnsi="Times New Roman" w:cs="Times New Roman"/>
                <w:b/>
                <w:bCs/>
                <w:sz w:val="20"/>
                <w:szCs w:val="20"/>
              </w:rPr>
            </w:pPr>
            <w:r w:rsidRPr="008916F6">
              <w:rPr>
                <w:rFonts w:ascii="Times New Roman" w:hAnsi="Times New Roman" w:cs="Times New Roman"/>
                <w:b/>
                <w:bCs/>
                <w:sz w:val="20"/>
                <w:szCs w:val="20"/>
              </w:rPr>
              <w:t>.11*</w:t>
            </w:r>
          </w:p>
        </w:tc>
        <w:tc>
          <w:tcPr>
            <w:tcW w:w="1111" w:type="dxa"/>
            <w:tcBorders>
              <w:top w:val="nil"/>
              <w:left w:val="nil"/>
              <w:bottom w:val="nil"/>
              <w:right w:val="nil"/>
            </w:tcBorders>
          </w:tcPr>
          <w:p w14:paraId="0EAA50EB" w14:textId="77777777" w:rsidR="00702792" w:rsidRPr="008916F6" w:rsidRDefault="00702792" w:rsidP="00702792">
            <w:pPr>
              <w:rPr>
                <w:rFonts w:ascii="Times New Roman" w:hAnsi="Times New Roman" w:cs="Times New Roman"/>
                <w:b/>
                <w:bCs/>
                <w:sz w:val="20"/>
                <w:szCs w:val="20"/>
              </w:rPr>
            </w:pPr>
            <w:r w:rsidRPr="008916F6">
              <w:rPr>
                <w:rFonts w:ascii="Times New Roman" w:hAnsi="Times New Roman" w:cs="Times New Roman"/>
                <w:b/>
                <w:bCs/>
                <w:sz w:val="20"/>
                <w:szCs w:val="20"/>
              </w:rPr>
              <w:t>.14**</w:t>
            </w:r>
          </w:p>
        </w:tc>
        <w:tc>
          <w:tcPr>
            <w:tcW w:w="963" w:type="dxa"/>
            <w:tcBorders>
              <w:top w:val="nil"/>
              <w:left w:val="nil"/>
              <w:bottom w:val="nil"/>
              <w:right w:val="nil"/>
            </w:tcBorders>
          </w:tcPr>
          <w:p w14:paraId="36EF0257" w14:textId="77777777" w:rsidR="00702792" w:rsidRDefault="00702792" w:rsidP="00702792">
            <w:pPr>
              <w:jc w:val="center"/>
              <w:rPr>
                <w:rFonts w:ascii="Times New Roman" w:hAnsi="Times New Roman" w:cs="Times New Roman"/>
                <w:sz w:val="20"/>
                <w:szCs w:val="20"/>
              </w:rPr>
            </w:pPr>
            <w:r>
              <w:rPr>
                <w:rFonts w:ascii="Times New Roman" w:hAnsi="Times New Roman" w:cs="Times New Roman"/>
                <w:sz w:val="20"/>
                <w:szCs w:val="20"/>
              </w:rPr>
              <w:t>–</w:t>
            </w:r>
          </w:p>
        </w:tc>
        <w:tc>
          <w:tcPr>
            <w:tcW w:w="963" w:type="dxa"/>
            <w:tcBorders>
              <w:top w:val="nil"/>
              <w:left w:val="nil"/>
              <w:bottom w:val="nil"/>
              <w:right w:val="nil"/>
            </w:tcBorders>
          </w:tcPr>
          <w:p w14:paraId="0A399B93" w14:textId="77777777" w:rsidR="00702792" w:rsidRDefault="00702792" w:rsidP="00702792">
            <w:pPr>
              <w:jc w:val="center"/>
              <w:rPr>
                <w:rFonts w:ascii="Times New Roman" w:hAnsi="Times New Roman" w:cs="Times New Roman"/>
                <w:sz w:val="20"/>
                <w:szCs w:val="20"/>
              </w:rPr>
            </w:pPr>
          </w:p>
        </w:tc>
      </w:tr>
      <w:tr w:rsidR="00702792" w:rsidRPr="007102C9" w14:paraId="2CB369D9" w14:textId="77777777" w:rsidTr="00702792">
        <w:trPr>
          <w:trHeight w:val="606"/>
        </w:trPr>
        <w:tc>
          <w:tcPr>
            <w:tcW w:w="2520" w:type="dxa"/>
            <w:tcBorders>
              <w:top w:val="nil"/>
              <w:left w:val="nil"/>
              <w:bottom w:val="single" w:sz="4" w:space="0" w:color="auto"/>
              <w:right w:val="nil"/>
            </w:tcBorders>
          </w:tcPr>
          <w:p w14:paraId="537BFE1D" w14:textId="77777777" w:rsidR="00702792" w:rsidRDefault="00702792" w:rsidP="00702792">
            <w:pPr>
              <w:rPr>
                <w:rFonts w:ascii="Times New Roman" w:hAnsi="Times New Roman" w:cs="Times New Roman"/>
                <w:sz w:val="20"/>
                <w:szCs w:val="20"/>
              </w:rPr>
            </w:pPr>
            <w:r>
              <w:rPr>
                <w:rFonts w:ascii="Times New Roman" w:hAnsi="Times New Roman" w:cs="Times New Roman"/>
                <w:sz w:val="20"/>
                <w:szCs w:val="20"/>
              </w:rPr>
              <w:t>IX.</w:t>
            </w:r>
            <w:r w:rsidRPr="007102C9">
              <w:rPr>
                <w:rFonts w:ascii="Times New Roman" w:hAnsi="Times New Roman" w:cs="Times New Roman"/>
                <w:sz w:val="20"/>
                <w:szCs w:val="20"/>
              </w:rPr>
              <w:t xml:space="preserve"> </w:t>
            </w:r>
            <w:r w:rsidRPr="00E85BC9">
              <w:rPr>
                <w:rFonts w:ascii="Times New Roman" w:hAnsi="Times New Roman" w:cs="Times New Roman"/>
                <w:sz w:val="20"/>
                <w:szCs w:val="20"/>
              </w:rPr>
              <w:t xml:space="preserve"> Agreeable - Quarrelsome</w:t>
            </w:r>
          </w:p>
        </w:tc>
        <w:tc>
          <w:tcPr>
            <w:tcW w:w="1170" w:type="dxa"/>
            <w:tcBorders>
              <w:top w:val="nil"/>
              <w:left w:val="nil"/>
              <w:bottom w:val="single" w:sz="4" w:space="0" w:color="auto"/>
              <w:right w:val="nil"/>
            </w:tcBorders>
          </w:tcPr>
          <w:p w14:paraId="56D089C2" w14:textId="77777777" w:rsidR="00702792" w:rsidRPr="004E4129" w:rsidRDefault="00702792" w:rsidP="00702792">
            <w:pPr>
              <w:rPr>
                <w:rFonts w:ascii="Times New Roman" w:hAnsi="Times New Roman" w:cs="Times New Roman"/>
                <w:sz w:val="20"/>
                <w:szCs w:val="20"/>
              </w:rPr>
            </w:pPr>
            <w:r w:rsidRPr="004E4129">
              <w:rPr>
                <w:rFonts w:ascii="Times New Roman" w:hAnsi="Times New Roman" w:cs="Times New Roman"/>
                <w:sz w:val="20"/>
                <w:szCs w:val="20"/>
              </w:rPr>
              <w:t>-.08</w:t>
            </w:r>
          </w:p>
        </w:tc>
        <w:tc>
          <w:tcPr>
            <w:tcW w:w="1170" w:type="dxa"/>
            <w:tcBorders>
              <w:top w:val="nil"/>
              <w:left w:val="nil"/>
              <w:bottom w:val="single" w:sz="4" w:space="0" w:color="auto"/>
              <w:right w:val="nil"/>
            </w:tcBorders>
          </w:tcPr>
          <w:p w14:paraId="1941AE8C" w14:textId="77777777" w:rsidR="00702792" w:rsidRPr="004E4129" w:rsidRDefault="00702792" w:rsidP="00702792">
            <w:pPr>
              <w:tabs>
                <w:tab w:val="left" w:pos="687"/>
              </w:tabs>
              <w:rPr>
                <w:rFonts w:ascii="Times New Roman" w:hAnsi="Times New Roman" w:cs="Times New Roman"/>
                <w:b/>
                <w:bCs/>
                <w:sz w:val="20"/>
                <w:szCs w:val="20"/>
              </w:rPr>
            </w:pPr>
            <w:r w:rsidRPr="004E4129">
              <w:rPr>
                <w:rFonts w:ascii="Times New Roman" w:hAnsi="Times New Roman" w:cs="Times New Roman"/>
                <w:b/>
                <w:bCs/>
                <w:sz w:val="20"/>
                <w:szCs w:val="20"/>
              </w:rPr>
              <w:t>.14**</w:t>
            </w:r>
          </w:p>
        </w:tc>
        <w:tc>
          <w:tcPr>
            <w:tcW w:w="990" w:type="dxa"/>
            <w:tcBorders>
              <w:top w:val="nil"/>
              <w:left w:val="nil"/>
              <w:bottom w:val="single" w:sz="4" w:space="0" w:color="auto"/>
              <w:right w:val="nil"/>
            </w:tcBorders>
          </w:tcPr>
          <w:p w14:paraId="07D1E6E3" w14:textId="77777777" w:rsidR="00702792" w:rsidRPr="00252449" w:rsidRDefault="00702792" w:rsidP="00702792">
            <w:pPr>
              <w:rPr>
                <w:rFonts w:ascii="Times New Roman" w:hAnsi="Times New Roman" w:cs="Times New Roman"/>
                <w:b/>
                <w:bCs/>
                <w:sz w:val="20"/>
                <w:szCs w:val="20"/>
              </w:rPr>
            </w:pPr>
            <w:r w:rsidRPr="00252449">
              <w:rPr>
                <w:rFonts w:ascii="Times New Roman" w:hAnsi="Times New Roman" w:cs="Times New Roman"/>
                <w:b/>
                <w:bCs/>
                <w:sz w:val="20"/>
                <w:szCs w:val="20"/>
              </w:rPr>
              <w:t>.11*</w:t>
            </w:r>
          </w:p>
        </w:tc>
        <w:tc>
          <w:tcPr>
            <w:tcW w:w="990" w:type="dxa"/>
            <w:tcBorders>
              <w:top w:val="nil"/>
              <w:left w:val="nil"/>
              <w:bottom w:val="single" w:sz="4" w:space="0" w:color="auto"/>
              <w:right w:val="nil"/>
            </w:tcBorders>
          </w:tcPr>
          <w:p w14:paraId="1A934485" w14:textId="77777777" w:rsidR="00702792" w:rsidRPr="00756619" w:rsidRDefault="00702792" w:rsidP="00702792">
            <w:pPr>
              <w:rPr>
                <w:rFonts w:ascii="Times New Roman" w:hAnsi="Times New Roman" w:cs="Times New Roman"/>
                <w:sz w:val="20"/>
                <w:szCs w:val="20"/>
              </w:rPr>
            </w:pPr>
            <w:r w:rsidRPr="00A854B7">
              <w:rPr>
                <w:rFonts w:ascii="Times New Roman" w:hAnsi="Times New Roman" w:cs="Times New Roman"/>
                <w:sz w:val="20"/>
                <w:szCs w:val="20"/>
              </w:rPr>
              <w:t>-.04</w:t>
            </w:r>
          </w:p>
        </w:tc>
        <w:tc>
          <w:tcPr>
            <w:tcW w:w="990" w:type="dxa"/>
            <w:tcBorders>
              <w:top w:val="nil"/>
              <w:left w:val="nil"/>
              <w:bottom w:val="single" w:sz="4" w:space="0" w:color="auto"/>
              <w:right w:val="nil"/>
            </w:tcBorders>
          </w:tcPr>
          <w:p w14:paraId="1EB862AF" w14:textId="77777777" w:rsidR="00702792" w:rsidRPr="004B68AC" w:rsidRDefault="00702792" w:rsidP="00702792">
            <w:pPr>
              <w:rPr>
                <w:rFonts w:ascii="Times New Roman" w:hAnsi="Times New Roman" w:cs="Times New Roman"/>
                <w:sz w:val="20"/>
                <w:szCs w:val="20"/>
              </w:rPr>
            </w:pPr>
            <w:r w:rsidRPr="008916F6">
              <w:rPr>
                <w:rFonts w:ascii="Times New Roman" w:hAnsi="Times New Roman" w:cs="Times New Roman"/>
                <w:sz w:val="20"/>
                <w:szCs w:val="20"/>
              </w:rPr>
              <w:t>.01</w:t>
            </w:r>
          </w:p>
        </w:tc>
        <w:tc>
          <w:tcPr>
            <w:tcW w:w="1080" w:type="dxa"/>
            <w:tcBorders>
              <w:top w:val="nil"/>
              <w:left w:val="nil"/>
              <w:bottom w:val="single" w:sz="4" w:space="0" w:color="auto"/>
              <w:right w:val="nil"/>
            </w:tcBorders>
          </w:tcPr>
          <w:p w14:paraId="22AE882D" w14:textId="77777777" w:rsidR="00702792" w:rsidRPr="008916F6" w:rsidRDefault="00702792" w:rsidP="00702792">
            <w:pPr>
              <w:rPr>
                <w:rFonts w:ascii="Times New Roman" w:hAnsi="Times New Roman" w:cs="Times New Roman"/>
                <w:sz w:val="20"/>
                <w:szCs w:val="20"/>
              </w:rPr>
            </w:pPr>
            <w:r w:rsidRPr="008916F6">
              <w:rPr>
                <w:rFonts w:ascii="Times New Roman" w:hAnsi="Times New Roman" w:cs="Times New Roman"/>
                <w:sz w:val="20"/>
                <w:szCs w:val="20"/>
              </w:rPr>
              <w:t>.08</w:t>
            </w:r>
          </w:p>
        </w:tc>
        <w:tc>
          <w:tcPr>
            <w:tcW w:w="1111" w:type="dxa"/>
            <w:tcBorders>
              <w:top w:val="nil"/>
              <w:left w:val="nil"/>
              <w:bottom w:val="single" w:sz="4" w:space="0" w:color="auto"/>
              <w:right w:val="nil"/>
            </w:tcBorders>
          </w:tcPr>
          <w:p w14:paraId="1CAAED75" w14:textId="77777777" w:rsidR="00702792" w:rsidRPr="008916F6" w:rsidRDefault="00702792" w:rsidP="00702792">
            <w:pPr>
              <w:rPr>
                <w:rFonts w:ascii="Times New Roman" w:hAnsi="Times New Roman" w:cs="Times New Roman"/>
                <w:b/>
                <w:bCs/>
                <w:sz w:val="20"/>
                <w:szCs w:val="20"/>
              </w:rPr>
            </w:pPr>
            <w:r w:rsidRPr="008916F6">
              <w:rPr>
                <w:rFonts w:ascii="Times New Roman" w:hAnsi="Times New Roman" w:cs="Times New Roman"/>
                <w:b/>
                <w:bCs/>
                <w:sz w:val="20"/>
                <w:szCs w:val="20"/>
              </w:rPr>
              <w:t>.30***</w:t>
            </w:r>
          </w:p>
        </w:tc>
        <w:tc>
          <w:tcPr>
            <w:tcW w:w="963" w:type="dxa"/>
            <w:tcBorders>
              <w:top w:val="nil"/>
              <w:left w:val="nil"/>
              <w:bottom w:val="single" w:sz="4" w:space="0" w:color="auto"/>
              <w:right w:val="nil"/>
            </w:tcBorders>
          </w:tcPr>
          <w:p w14:paraId="64646370" w14:textId="77777777" w:rsidR="00702792" w:rsidRPr="008916F6" w:rsidRDefault="00702792" w:rsidP="00702792">
            <w:pPr>
              <w:rPr>
                <w:rFonts w:ascii="Times New Roman" w:hAnsi="Times New Roman" w:cs="Times New Roman"/>
                <w:b/>
                <w:bCs/>
                <w:sz w:val="20"/>
                <w:szCs w:val="20"/>
              </w:rPr>
            </w:pPr>
            <w:r w:rsidRPr="008916F6">
              <w:rPr>
                <w:rFonts w:ascii="Times New Roman" w:hAnsi="Times New Roman" w:cs="Times New Roman"/>
                <w:b/>
                <w:bCs/>
                <w:sz w:val="20"/>
                <w:szCs w:val="20"/>
              </w:rPr>
              <w:t>.37***</w:t>
            </w:r>
          </w:p>
        </w:tc>
        <w:tc>
          <w:tcPr>
            <w:tcW w:w="963" w:type="dxa"/>
            <w:tcBorders>
              <w:top w:val="nil"/>
              <w:left w:val="nil"/>
              <w:bottom w:val="single" w:sz="4" w:space="0" w:color="auto"/>
              <w:right w:val="nil"/>
            </w:tcBorders>
          </w:tcPr>
          <w:p w14:paraId="7A47B9E4" w14:textId="77777777" w:rsidR="00702792" w:rsidRDefault="00702792" w:rsidP="00702792">
            <w:pPr>
              <w:jc w:val="center"/>
              <w:rPr>
                <w:rFonts w:ascii="Times New Roman" w:hAnsi="Times New Roman" w:cs="Times New Roman"/>
                <w:sz w:val="20"/>
                <w:szCs w:val="20"/>
              </w:rPr>
            </w:pPr>
            <w:r>
              <w:rPr>
                <w:rFonts w:ascii="Times New Roman" w:hAnsi="Times New Roman" w:cs="Times New Roman"/>
                <w:sz w:val="20"/>
                <w:szCs w:val="20"/>
              </w:rPr>
              <w:t>–</w:t>
            </w:r>
          </w:p>
        </w:tc>
      </w:tr>
      <w:tr w:rsidR="00702792" w:rsidRPr="007102C9" w14:paraId="18910AD6" w14:textId="77777777" w:rsidTr="007027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9"/>
        </w:trPr>
        <w:tc>
          <w:tcPr>
            <w:tcW w:w="11947" w:type="dxa"/>
            <w:gridSpan w:val="10"/>
            <w:tcBorders>
              <w:top w:val="single" w:sz="4" w:space="0" w:color="auto"/>
            </w:tcBorders>
          </w:tcPr>
          <w:p w14:paraId="79F073A2" w14:textId="77777777" w:rsidR="00702792" w:rsidRDefault="00702792" w:rsidP="00702792">
            <w:pPr>
              <w:rPr>
                <w:rFonts w:ascii="Times New Roman" w:hAnsi="Times New Roman" w:cs="Times New Roman"/>
                <w:sz w:val="20"/>
                <w:szCs w:val="20"/>
              </w:rPr>
            </w:pPr>
            <w:r w:rsidRPr="008916F6">
              <w:rPr>
                <w:rFonts w:ascii="Times New Roman" w:hAnsi="Times New Roman" w:cs="Times New Roman"/>
                <w:i/>
                <w:iCs/>
                <w:sz w:val="20"/>
                <w:szCs w:val="20"/>
              </w:rPr>
              <w:t>Note.</w:t>
            </w:r>
            <w:r>
              <w:rPr>
                <w:rFonts w:ascii="Times New Roman" w:hAnsi="Times New Roman" w:cs="Times New Roman"/>
                <w:sz w:val="20"/>
                <w:szCs w:val="20"/>
              </w:rPr>
              <w:t xml:space="preserve"> </w:t>
            </w:r>
            <w:r w:rsidRPr="00CB6B8D">
              <w:rPr>
                <w:rFonts w:ascii="Times New Roman" w:hAnsi="Times New Roman" w:cs="Times New Roman"/>
                <w:sz w:val="20"/>
                <w:szCs w:val="20"/>
              </w:rPr>
              <w:t>*</w:t>
            </w:r>
            <w:r w:rsidRPr="00CB6B8D">
              <w:rPr>
                <w:rFonts w:ascii="Times New Roman" w:hAnsi="Times New Roman" w:cs="Times New Roman"/>
                <w:i/>
                <w:iCs/>
                <w:sz w:val="20"/>
                <w:szCs w:val="20"/>
              </w:rPr>
              <w:t>p</w:t>
            </w:r>
            <w:r w:rsidRPr="00CB6B8D">
              <w:rPr>
                <w:rFonts w:ascii="Times New Roman" w:hAnsi="Times New Roman" w:cs="Times New Roman"/>
                <w:sz w:val="20"/>
                <w:szCs w:val="20"/>
              </w:rPr>
              <w:t>&lt;.05, **</w:t>
            </w:r>
            <w:r w:rsidRPr="00CB6B8D">
              <w:rPr>
                <w:rFonts w:ascii="Times New Roman" w:hAnsi="Times New Roman" w:cs="Times New Roman"/>
                <w:i/>
                <w:iCs/>
                <w:sz w:val="20"/>
                <w:szCs w:val="20"/>
              </w:rPr>
              <w:t>p</w:t>
            </w:r>
            <w:r w:rsidRPr="00CB6B8D">
              <w:rPr>
                <w:rFonts w:ascii="Times New Roman" w:hAnsi="Times New Roman" w:cs="Times New Roman"/>
                <w:sz w:val="20"/>
                <w:szCs w:val="20"/>
              </w:rPr>
              <w:t>&lt;.01, ***</w:t>
            </w:r>
            <w:r w:rsidRPr="00CB6B8D">
              <w:rPr>
                <w:rFonts w:ascii="Times New Roman" w:hAnsi="Times New Roman" w:cs="Times New Roman"/>
                <w:i/>
                <w:iCs/>
                <w:sz w:val="20"/>
                <w:szCs w:val="20"/>
              </w:rPr>
              <w:t>p</w:t>
            </w:r>
            <w:r w:rsidRPr="00CB6B8D">
              <w:rPr>
                <w:rFonts w:ascii="Times New Roman" w:hAnsi="Times New Roman" w:cs="Times New Roman"/>
                <w:sz w:val="20"/>
                <w:szCs w:val="20"/>
              </w:rPr>
              <w:t>&lt;.001.</w:t>
            </w:r>
          </w:p>
        </w:tc>
      </w:tr>
    </w:tbl>
    <w:p w14:paraId="3667AB92" w14:textId="77777777" w:rsidR="00AB1A81" w:rsidRDefault="00AB1A81">
      <w:pPr>
        <w:sectPr w:rsidR="00AB1A81" w:rsidSect="00F27227">
          <w:pgSz w:w="15840" w:h="12240" w:orient="landscape"/>
          <w:pgMar w:top="1440" w:right="1440" w:bottom="1440" w:left="1440" w:header="720" w:footer="720" w:gutter="0"/>
          <w:cols w:space="720"/>
          <w:docGrid w:linePitch="360"/>
        </w:sectPr>
      </w:pPr>
    </w:p>
    <w:p w14:paraId="6EB50C2A" w14:textId="3A41B908" w:rsidR="00FC4C62" w:rsidRDefault="00FC4C62" w:rsidP="00462317">
      <w:pPr>
        <w:jc w:val="center"/>
        <w:rPr>
          <w:rFonts w:ascii="Times New Roman" w:hAnsi="Times New Roman" w:cs="Times New Roman"/>
          <w:b/>
          <w:bCs/>
        </w:rPr>
      </w:pPr>
      <w:r w:rsidRPr="00FC4C62">
        <w:rPr>
          <w:rFonts w:ascii="Times New Roman" w:hAnsi="Times New Roman" w:cs="Times New Roman"/>
          <w:b/>
          <w:bCs/>
        </w:rPr>
        <w:lastRenderedPageBreak/>
        <w:t>References</w:t>
      </w:r>
    </w:p>
    <w:p w14:paraId="60225076" w14:textId="77777777" w:rsidR="00FC4C62" w:rsidRDefault="00FC4C62" w:rsidP="00FC4C62">
      <w:pPr>
        <w:jc w:val="center"/>
        <w:rPr>
          <w:rFonts w:ascii="Times New Roman" w:hAnsi="Times New Roman" w:cs="Times New Roman"/>
          <w:b/>
          <w:bCs/>
        </w:rPr>
      </w:pPr>
    </w:p>
    <w:p w14:paraId="11FC8BC7" w14:textId="1F010FAF" w:rsidR="00FC4C62" w:rsidRDefault="00FC4C62" w:rsidP="00FC4C62">
      <w:pPr>
        <w:spacing w:line="480" w:lineRule="auto"/>
        <w:ind w:left="720" w:hanging="720"/>
        <w:rPr>
          <w:rFonts w:ascii="Times New Roman" w:hAnsi="Times New Roman" w:cs="Times New Roman"/>
        </w:rPr>
      </w:pPr>
      <w:r w:rsidRPr="00FC4C62">
        <w:rPr>
          <w:rFonts w:ascii="Times New Roman" w:hAnsi="Times New Roman" w:cs="Times New Roman"/>
        </w:rPr>
        <w:t xml:space="preserve">Browne, M. W. (2001). An overview of analytic rotation in exploratory factor analysis.  </w:t>
      </w:r>
      <w:r w:rsidRPr="00FC4C62">
        <w:rPr>
          <w:rFonts w:ascii="Times New Roman" w:hAnsi="Times New Roman" w:cs="Times New Roman"/>
          <w:i/>
          <w:iCs/>
        </w:rPr>
        <w:t>Multivariate Behavioral Research, 36</w:t>
      </w:r>
      <w:r w:rsidRPr="00FC4C62">
        <w:rPr>
          <w:rFonts w:ascii="Times New Roman" w:hAnsi="Times New Roman" w:cs="Times New Roman"/>
        </w:rPr>
        <w:t xml:space="preserve">(1), 111–150.  </w:t>
      </w:r>
      <w:hyperlink r:id="rId10" w:history="1">
        <w:r w:rsidRPr="007811A2">
          <w:rPr>
            <w:rStyle w:val="Hyperlink"/>
            <w:rFonts w:ascii="Times New Roman" w:hAnsi="Times New Roman" w:cs="Times New Roman"/>
          </w:rPr>
          <w:t>https://doi.org/10.1207/S15327906MBR3601_05</w:t>
        </w:r>
      </w:hyperlink>
      <w:r>
        <w:rPr>
          <w:rFonts w:ascii="Times New Roman" w:hAnsi="Times New Roman" w:cs="Times New Roman"/>
        </w:rPr>
        <w:t xml:space="preserve"> </w:t>
      </w:r>
    </w:p>
    <w:p w14:paraId="2F2E2950" w14:textId="7C6571CE" w:rsidR="00DA1A80" w:rsidRDefault="00DA1A80" w:rsidP="00DA1A80">
      <w:pPr>
        <w:spacing w:line="480" w:lineRule="auto"/>
        <w:ind w:left="720" w:hanging="720"/>
        <w:rPr>
          <w:rFonts w:ascii="Times New Roman" w:hAnsi="Times New Roman" w:cs="Times New Roman"/>
        </w:rPr>
      </w:pPr>
      <w:r w:rsidRPr="00DA1A80">
        <w:rPr>
          <w:rFonts w:ascii="Times New Roman" w:hAnsi="Times New Roman" w:cs="Times New Roman"/>
        </w:rPr>
        <w:t>Holm</w:t>
      </w:r>
      <w:r>
        <w:rPr>
          <w:rFonts w:ascii="Times New Roman" w:hAnsi="Times New Roman" w:cs="Times New Roman"/>
        </w:rPr>
        <w:t>,</w:t>
      </w:r>
      <w:r w:rsidRPr="00DA1A80">
        <w:rPr>
          <w:rFonts w:ascii="Times New Roman" w:hAnsi="Times New Roman" w:cs="Times New Roman"/>
        </w:rPr>
        <w:t xml:space="preserve"> S. </w:t>
      </w:r>
      <w:r>
        <w:rPr>
          <w:rFonts w:ascii="Times New Roman" w:hAnsi="Times New Roman" w:cs="Times New Roman"/>
        </w:rPr>
        <w:t xml:space="preserve">(1979). </w:t>
      </w:r>
      <w:r w:rsidRPr="00DA1A80">
        <w:rPr>
          <w:rFonts w:ascii="Times New Roman" w:hAnsi="Times New Roman" w:cs="Times New Roman"/>
        </w:rPr>
        <w:t xml:space="preserve">A simple sequentially rejective multiple test procedure. </w:t>
      </w:r>
      <w:r w:rsidRPr="00DD6E77">
        <w:rPr>
          <w:rFonts w:ascii="Times New Roman" w:hAnsi="Times New Roman" w:cs="Times New Roman"/>
          <w:i/>
          <w:iCs/>
        </w:rPr>
        <w:t>Scand. J. Statist</w:t>
      </w:r>
      <w:r>
        <w:rPr>
          <w:rFonts w:ascii="Times New Roman" w:hAnsi="Times New Roman" w:cs="Times New Roman"/>
        </w:rPr>
        <w:t xml:space="preserve">, </w:t>
      </w:r>
      <w:r w:rsidRPr="00DD6E77">
        <w:rPr>
          <w:rFonts w:ascii="Times New Roman" w:hAnsi="Times New Roman" w:cs="Times New Roman"/>
          <w:i/>
          <w:iCs/>
        </w:rPr>
        <w:t>6</w:t>
      </w:r>
      <w:r>
        <w:rPr>
          <w:rFonts w:ascii="Times New Roman" w:hAnsi="Times New Roman" w:cs="Times New Roman"/>
        </w:rPr>
        <w:t xml:space="preserve">, </w:t>
      </w:r>
      <w:r w:rsidRPr="00DA1A80">
        <w:rPr>
          <w:rFonts w:ascii="Times New Roman" w:hAnsi="Times New Roman" w:cs="Times New Roman"/>
        </w:rPr>
        <w:t>65–70.</w:t>
      </w:r>
      <w:r>
        <w:rPr>
          <w:rFonts w:ascii="Times New Roman" w:hAnsi="Times New Roman" w:cs="Times New Roman"/>
        </w:rPr>
        <w:t xml:space="preserve"> </w:t>
      </w:r>
      <w:hyperlink r:id="rId11" w:history="1">
        <w:r w:rsidRPr="007811A2">
          <w:rPr>
            <w:rStyle w:val="Hyperlink"/>
            <w:rFonts w:ascii="Times New Roman" w:hAnsi="Times New Roman" w:cs="Times New Roman"/>
          </w:rPr>
          <w:t>https://www.jstor.org/stable/4615733</w:t>
        </w:r>
      </w:hyperlink>
      <w:r>
        <w:rPr>
          <w:rFonts w:ascii="Times New Roman" w:hAnsi="Times New Roman" w:cs="Times New Roman"/>
        </w:rPr>
        <w:t xml:space="preserve"> </w:t>
      </w:r>
    </w:p>
    <w:p w14:paraId="53CA3A0D" w14:textId="4CBC1A66" w:rsidR="00C251B2" w:rsidRDefault="00C251B2" w:rsidP="00FC4C62">
      <w:pPr>
        <w:spacing w:line="480" w:lineRule="auto"/>
        <w:ind w:left="720" w:hanging="720"/>
        <w:rPr>
          <w:rFonts w:ascii="Times New Roman" w:hAnsi="Times New Roman" w:cs="Times New Roman"/>
        </w:rPr>
      </w:pPr>
      <w:r w:rsidRPr="00C251B2">
        <w:rPr>
          <w:rFonts w:ascii="Times New Roman" w:hAnsi="Times New Roman" w:cs="Times New Roman"/>
        </w:rPr>
        <w:t xml:space="preserve">Revelle, W., &amp; Condon, D. M. (2019). Reliability from α to ω: A tutorial. </w:t>
      </w:r>
      <w:r w:rsidRPr="00C251B2">
        <w:rPr>
          <w:rFonts w:ascii="Times New Roman" w:hAnsi="Times New Roman" w:cs="Times New Roman"/>
          <w:i/>
          <w:iCs/>
        </w:rPr>
        <w:t>Psychological assessment, 31</w:t>
      </w:r>
      <w:r w:rsidRPr="00C251B2">
        <w:rPr>
          <w:rFonts w:ascii="Times New Roman" w:hAnsi="Times New Roman" w:cs="Times New Roman"/>
        </w:rPr>
        <w:t xml:space="preserve">(12), 1395–1411. </w:t>
      </w:r>
      <w:hyperlink r:id="rId12" w:history="1">
        <w:r w:rsidRPr="00093AF6">
          <w:rPr>
            <w:rStyle w:val="Hyperlink"/>
            <w:rFonts w:ascii="Times New Roman" w:hAnsi="Times New Roman" w:cs="Times New Roman"/>
          </w:rPr>
          <w:t>https://doi.org/10.1037/pas0000754</w:t>
        </w:r>
      </w:hyperlink>
      <w:r>
        <w:rPr>
          <w:rFonts w:ascii="Times New Roman" w:hAnsi="Times New Roman" w:cs="Times New Roman"/>
        </w:rPr>
        <w:t xml:space="preserve"> </w:t>
      </w:r>
    </w:p>
    <w:p w14:paraId="56263CD6" w14:textId="1427BEAA" w:rsidR="00FC4C62" w:rsidRDefault="00FC4C62" w:rsidP="00FC4C62">
      <w:pPr>
        <w:spacing w:line="480" w:lineRule="auto"/>
        <w:ind w:left="720" w:hanging="720"/>
        <w:rPr>
          <w:rFonts w:ascii="Times New Roman" w:hAnsi="Times New Roman" w:cs="Times New Roman"/>
        </w:rPr>
      </w:pPr>
      <w:r w:rsidRPr="00FC4C62">
        <w:rPr>
          <w:rFonts w:ascii="Times New Roman" w:hAnsi="Times New Roman" w:cs="Times New Roman"/>
        </w:rPr>
        <w:t xml:space="preserve">Sass, D. A., &amp; Schmitt, T. A. (2010). A comparative investigation of rotation criteria within exploratory factor analysis. </w:t>
      </w:r>
      <w:r w:rsidRPr="00FC4C62">
        <w:rPr>
          <w:rFonts w:ascii="Times New Roman" w:hAnsi="Times New Roman" w:cs="Times New Roman"/>
          <w:i/>
          <w:iCs/>
        </w:rPr>
        <w:t>Multivariate Behavioral Research, 45</w:t>
      </w:r>
      <w:r w:rsidRPr="00FC4C62">
        <w:rPr>
          <w:rFonts w:ascii="Times New Roman" w:hAnsi="Times New Roman" w:cs="Times New Roman"/>
        </w:rPr>
        <w:t xml:space="preserve">(1), 73–103.  </w:t>
      </w:r>
      <w:hyperlink r:id="rId13" w:history="1">
        <w:r w:rsidRPr="007811A2">
          <w:rPr>
            <w:rStyle w:val="Hyperlink"/>
            <w:rFonts w:ascii="Times New Roman" w:hAnsi="Times New Roman" w:cs="Times New Roman"/>
          </w:rPr>
          <w:t>https://doi.org/10.1080/00273170903504810</w:t>
        </w:r>
      </w:hyperlink>
      <w:r>
        <w:rPr>
          <w:rFonts w:ascii="Times New Roman" w:hAnsi="Times New Roman" w:cs="Times New Roman"/>
        </w:rPr>
        <w:t xml:space="preserve"> </w:t>
      </w:r>
    </w:p>
    <w:p w14:paraId="58279175" w14:textId="6C2A3CE5" w:rsidR="00FC4C62" w:rsidRDefault="00FC4C62" w:rsidP="00FC4C62">
      <w:pPr>
        <w:spacing w:line="480" w:lineRule="auto"/>
        <w:ind w:left="720" w:hanging="720"/>
        <w:rPr>
          <w:rFonts w:ascii="Times New Roman" w:hAnsi="Times New Roman" w:cs="Times New Roman"/>
        </w:rPr>
      </w:pPr>
      <w:r w:rsidRPr="001C61B8">
        <w:rPr>
          <w:rFonts w:ascii="Times New Roman" w:hAnsi="Times New Roman" w:cs="Times New Roman"/>
        </w:rPr>
        <w:t xml:space="preserve">Simms, L. J. (2023, December 1). </w:t>
      </w:r>
      <w:r w:rsidRPr="001C61B8">
        <w:rPr>
          <w:rFonts w:ascii="Times New Roman" w:hAnsi="Times New Roman" w:cs="Times New Roman"/>
          <w:i/>
          <w:iCs/>
        </w:rPr>
        <w:t xml:space="preserve">Updates from the Measures Development Workgroup: Introducing the </w:t>
      </w:r>
      <w:proofErr w:type="spellStart"/>
      <w:r w:rsidR="00B14F60">
        <w:rPr>
          <w:rFonts w:ascii="Times New Roman" w:hAnsi="Times New Roman" w:cs="Times New Roman"/>
          <w:i/>
          <w:iCs/>
        </w:rPr>
        <w:t>HiTOP</w:t>
      </w:r>
      <w:proofErr w:type="spellEnd"/>
      <w:r w:rsidR="00B14F60">
        <w:rPr>
          <w:rFonts w:ascii="Times New Roman" w:hAnsi="Times New Roman" w:cs="Times New Roman"/>
          <w:i/>
          <w:iCs/>
        </w:rPr>
        <w:t>-SR</w:t>
      </w:r>
      <w:r w:rsidRPr="001C61B8">
        <w:rPr>
          <w:rFonts w:ascii="Times New Roman" w:hAnsi="Times New Roman" w:cs="Times New Roman"/>
          <w:i/>
          <w:iCs/>
        </w:rPr>
        <w:t xml:space="preserve"> and </w:t>
      </w:r>
      <w:r>
        <w:rPr>
          <w:rFonts w:ascii="Times New Roman" w:hAnsi="Times New Roman" w:cs="Times New Roman"/>
          <w:i/>
          <w:iCs/>
        </w:rPr>
        <w:t>d</w:t>
      </w:r>
      <w:r w:rsidRPr="001C61B8">
        <w:rPr>
          <w:rFonts w:ascii="Times New Roman" w:hAnsi="Times New Roman" w:cs="Times New Roman"/>
          <w:i/>
          <w:iCs/>
        </w:rPr>
        <w:t>iscussion of</w:t>
      </w:r>
      <w:r>
        <w:rPr>
          <w:rFonts w:ascii="Times New Roman" w:hAnsi="Times New Roman" w:cs="Times New Roman"/>
          <w:i/>
          <w:iCs/>
        </w:rPr>
        <w:t xml:space="preserve"> n</w:t>
      </w:r>
      <w:r w:rsidRPr="001C61B8">
        <w:rPr>
          <w:rFonts w:ascii="Times New Roman" w:hAnsi="Times New Roman" w:cs="Times New Roman"/>
          <w:i/>
          <w:iCs/>
        </w:rPr>
        <w:t xml:space="preserve">ext </w:t>
      </w:r>
      <w:r>
        <w:rPr>
          <w:rFonts w:ascii="Times New Roman" w:hAnsi="Times New Roman" w:cs="Times New Roman"/>
          <w:i/>
          <w:iCs/>
        </w:rPr>
        <w:t>s</w:t>
      </w:r>
      <w:r w:rsidRPr="001C61B8">
        <w:rPr>
          <w:rFonts w:ascii="Times New Roman" w:hAnsi="Times New Roman" w:cs="Times New Roman"/>
          <w:i/>
          <w:iCs/>
        </w:rPr>
        <w:t>teps.</w:t>
      </w:r>
      <w:r w:rsidRPr="005F68E3">
        <w:t xml:space="preserve"> </w:t>
      </w:r>
      <w:hyperlink r:id="rId14" w:history="1">
        <w:r w:rsidRPr="001C61B8">
          <w:rPr>
            <w:rStyle w:val="Hyperlink"/>
            <w:rFonts w:ascii="Times New Roman" w:hAnsi="Times New Roman" w:cs="Times New Roman"/>
          </w:rPr>
          <w:t>https://www.hitop-system.org/hitop-self-report-measures</w:t>
        </w:r>
      </w:hyperlink>
      <w:r w:rsidRPr="001C61B8">
        <w:rPr>
          <w:rFonts w:ascii="Times New Roman" w:hAnsi="Times New Roman" w:cs="Times New Roman"/>
        </w:rPr>
        <w:t xml:space="preserve"> </w:t>
      </w:r>
    </w:p>
    <w:p w14:paraId="67B39FB6" w14:textId="61B495C4" w:rsidR="00FC4C62" w:rsidRDefault="00FC4C62" w:rsidP="00FC4C62">
      <w:pPr>
        <w:spacing w:line="480" w:lineRule="auto"/>
        <w:ind w:left="720" w:hanging="720"/>
        <w:rPr>
          <w:rFonts w:ascii="Times New Roman" w:hAnsi="Times New Roman" w:cs="Times New Roman"/>
        </w:rPr>
      </w:pPr>
      <w:r w:rsidRPr="001C61B8">
        <w:rPr>
          <w:rFonts w:ascii="Times New Roman" w:hAnsi="Times New Roman" w:cs="Times New Roman"/>
        </w:rPr>
        <w:t xml:space="preserve">Zimmermann, J., Wendt, L. P., Edelhoff, H., Wierzba, E., Fleck, L., Cicero, D. C., &amp; </w:t>
      </w:r>
      <w:proofErr w:type="spellStart"/>
      <w:r w:rsidRPr="001C61B8">
        <w:rPr>
          <w:rFonts w:ascii="Times New Roman" w:hAnsi="Times New Roman" w:cs="Times New Roman"/>
        </w:rPr>
        <w:t>Reininghaus</w:t>
      </w:r>
      <w:proofErr w:type="spellEnd"/>
      <w:r w:rsidRPr="001C61B8">
        <w:rPr>
          <w:rFonts w:ascii="Times New Roman" w:hAnsi="Times New Roman" w:cs="Times New Roman"/>
        </w:rPr>
        <w:t xml:space="preserve">, U. (2024). </w:t>
      </w:r>
      <w:r w:rsidRPr="001C61B8">
        <w:rPr>
          <w:rFonts w:ascii="Times New Roman" w:hAnsi="Times New Roman" w:cs="Times New Roman"/>
          <w:i/>
          <w:iCs/>
        </w:rPr>
        <w:t xml:space="preserve">Development and </w:t>
      </w:r>
      <w:r>
        <w:rPr>
          <w:rFonts w:ascii="Times New Roman" w:hAnsi="Times New Roman" w:cs="Times New Roman"/>
          <w:i/>
          <w:iCs/>
        </w:rPr>
        <w:t>i</w:t>
      </w:r>
      <w:r w:rsidRPr="001C61B8">
        <w:rPr>
          <w:rFonts w:ascii="Times New Roman" w:hAnsi="Times New Roman" w:cs="Times New Roman"/>
          <w:i/>
          <w:iCs/>
        </w:rPr>
        <w:t xml:space="preserve">nitial </w:t>
      </w:r>
      <w:r>
        <w:rPr>
          <w:rFonts w:ascii="Times New Roman" w:hAnsi="Times New Roman" w:cs="Times New Roman"/>
          <w:i/>
          <w:iCs/>
        </w:rPr>
        <w:t>e</w:t>
      </w:r>
      <w:r w:rsidRPr="001C61B8">
        <w:rPr>
          <w:rFonts w:ascii="Times New Roman" w:hAnsi="Times New Roman" w:cs="Times New Roman"/>
          <w:i/>
          <w:iCs/>
        </w:rPr>
        <w:t xml:space="preserve">valuation of the German </w:t>
      </w:r>
      <w:r>
        <w:rPr>
          <w:rFonts w:ascii="Times New Roman" w:hAnsi="Times New Roman" w:cs="Times New Roman"/>
          <w:i/>
          <w:iCs/>
        </w:rPr>
        <w:t>v</w:t>
      </w:r>
      <w:r w:rsidRPr="001C61B8">
        <w:rPr>
          <w:rFonts w:ascii="Times New Roman" w:hAnsi="Times New Roman" w:cs="Times New Roman"/>
          <w:i/>
          <w:iCs/>
        </w:rPr>
        <w:t>ersion of the Hierarchical Taxonomy of Psychopathology Self-Report (</w:t>
      </w:r>
      <w:proofErr w:type="spellStart"/>
      <w:r w:rsidRPr="001C61B8">
        <w:rPr>
          <w:rFonts w:ascii="Times New Roman" w:hAnsi="Times New Roman" w:cs="Times New Roman"/>
          <w:i/>
          <w:iCs/>
        </w:rPr>
        <w:t>HiTOP</w:t>
      </w:r>
      <w:proofErr w:type="spellEnd"/>
      <w:r w:rsidRPr="001C61B8">
        <w:rPr>
          <w:rFonts w:ascii="Times New Roman" w:hAnsi="Times New Roman" w:cs="Times New Roman"/>
          <w:i/>
          <w:iCs/>
        </w:rPr>
        <w:t>-SR)</w:t>
      </w:r>
      <w:r w:rsidRPr="001C61B8">
        <w:rPr>
          <w:rFonts w:ascii="Times New Roman" w:hAnsi="Times New Roman" w:cs="Times New Roman"/>
        </w:rPr>
        <w:t xml:space="preserve">. OSF. </w:t>
      </w:r>
      <w:hyperlink r:id="rId15" w:history="1">
        <w:r w:rsidRPr="001C61B8">
          <w:rPr>
            <w:rStyle w:val="Hyperlink"/>
            <w:rFonts w:ascii="Times New Roman" w:hAnsi="Times New Roman" w:cs="Times New Roman"/>
          </w:rPr>
          <w:t>https://doi.org/10.31234/osf.io/dc8u6</w:t>
        </w:r>
      </w:hyperlink>
    </w:p>
    <w:p w14:paraId="2961CB21" w14:textId="77777777" w:rsidR="00FC4C62" w:rsidRPr="001C61B8" w:rsidRDefault="00FC4C62" w:rsidP="00FC4C62">
      <w:pPr>
        <w:spacing w:line="480" w:lineRule="auto"/>
        <w:ind w:left="720" w:hanging="720"/>
        <w:rPr>
          <w:rFonts w:ascii="Times New Roman" w:hAnsi="Times New Roman" w:cs="Times New Roman"/>
        </w:rPr>
      </w:pPr>
    </w:p>
    <w:p w14:paraId="066529D8" w14:textId="77777777" w:rsidR="00FC4C62" w:rsidRPr="00FC4C62" w:rsidRDefault="00FC4C62" w:rsidP="00FC4C62">
      <w:pPr>
        <w:jc w:val="center"/>
        <w:rPr>
          <w:rFonts w:ascii="Times New Roman" w:hAnsi="Times New Roman" w:cs="Times New Roman"/>
          <w:b/>
          <w:bCs/>
        </w:rPr>
      </w:pPr>
    </w:p>
    <w:sectPr w:rsidR="00FC4C62" w:rsidRPr="00FC4C62" w:rsidSect="00332B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EC211" w14:textId="77777777" w:rsidR="004F50A2" w:rsidRDefault="004F50A2">
      <w:r>
        <w:separator/>
      </w:r>
    </w:p>
  </w:endnote>
  <w:endnote w:type="continuationSeparator" w:id="0">
    <w:p w14:paraId="647D2139" w14:textId="77777777" w:rsidR="004F50A2" w:rsidRDefault="004F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C9F35" w14:textId="77777777" w:rsidR="004F50A2" w:rsidRDefault="004F50A2">
      <w:r>
        <w:separator/>
      </w:r>
    </w:p>
  </w:footnote>
  <w:footnote w:type="continuationSeparator" w:id="0">
    <w:p w14:paraId="340C0064" w14:textId="77777777" w:rsidR="004F50A2" w:rsidRDefault="004F5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87441040"/>
      <w:docPartObj>
        <w:docPartGallery w:val="Page Numbers (Top of Page)"/>
        <w:docPartUnique/>
      </w:docPartObj>
    </w:sdtPr>
    <w:sdtContent>
      <w:p w14:paraId="760C8E6F" w14:textId="39A6421E" w:rsidR="00677CCC" w:rsidRDefault="00000000" w:rsidP="000D387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23210">
          <w:rPr>
            <w:rStyle w:val="PageNumber"/>
            <w:noProof/>
          </w:rPr>
          <w:t>2</w:t>
        </w:r>
        <w:r>
          <w:rPr>
            <w:rStyle w:val="PageNumber"/>
          </w:rPr>
          <w:fldChar w:fldCharType="end"/>
        </w:r>
      </w:p>
    </w:sdtContent>
  </w:sdt>
  <w:p w14:paraId="5AC13FF1" w14:textId="77777777" w:rsidR="00677CCC" w:rsidRDefault="00677CCC" w:rsidP="00DD6E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273740214"/>
      <w:docPartObj>
        <w:docPartGallery w:val="Page Numbers (Top of Page)"/>
        <w:docPartUnique/>
      </w:docPartObj>
    </w:sdtPr>
    <w:sdtContent>
      <w:p w14:paraId="33398D0C" w14:textId="77777777" w:rsidR="00677CCC" w:rsidRPr="00DD6E77" w:rsidRDefault="00000000" w:rsidP="000D3878">
        <w:pPr>
          <w:pStyle w:val="Header"/>
          <w:framePr w:wrap="none" w:vAnchor="text" w:hAnchor="margin" w:xAlign="right" w:y="1"/>
          <w:rPr>
            <w:rStyle w:val="PageNumber"/>
            <w:rFonts w:ascii="Times New Roman" w:hAnsi="Times New Roman" w:cs="Times New Roman"/>
          </w:rPr>
        </w:pPr>
        <w:r w:rsidRPr="00DD6E77">
          <w:rPr>
            <w:rStyle w:val="PageNumber"/>
            <w:rFonts w:ascii="Times New Roman" w:hAnsi="Times New Roman" w:cs="Times New Roman"/>
          </w:rPr>
          <w:fldChar w:fldCharType="begin"/>
        </w:r>
        <w:r w:rsidRPr="00DD6E77">
          <w:rPr>
            <w:rStyle w:val="PageNumber"/>
            <w:rFonts w:ascii="Times New Roman" w:hAnsi="Times New Roman" w:cs="Times New Roman"/>
          </w:rPr>
          <w:instrText xml:space="preserve"> PAGE </w:instrText>
        </w:r>
        <w:r w:rsidRPr="00DD6E77">
          <w:rPr>
            <w:rStyle w:val="PageNumber"/>
            <w:rFonts w:ascii="Times New Roman" w:hAnsi="Times New Roman" w:cs="Times New Roman"/>
          </w:rPr>
          <w:fldChar w:fldCharType="separate"/>
        </w:r>
        <w:r w:rsidRPr="00DD6E77">
          <w:rPr>
            <w:rStyle w:val="PageNumber"/>
            <w:rFonts w:ascii="Times New Roman" w:hAnsi="Times New Roman" w:cs="Times New Roman"/>
            <w:noProof/>
          </w:rPr>
          <w:t>32</w:t>
        </w:r>
        <w:r w:rsidRPr="00DD6E77">
          <w:rPr>
            <w:rStyle w:val="PageNumber"/>
            <w:rFonts w:ascii="Times New Roman" w:hAnsi="Times New Roman" w:cs="Times New Roman"/>
          </w:rPr>
          <w:fldChar w:fldCharType="end"/>
        </w:r>
      </w:p>
    </w:sdtContent>
  </w:sdt>
  <w:p w14:paraId="41E4D250" w14:textId="77777777" w:rsidR="00677CCC" w:rsidRDefault="00677CCC" w:rsidP="00DD6E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00000005">
      <w:start w:val="1"/>
      <w:numFmt w:val="bullet"/>
      <w:lvlText w:val="◦"/>
      <w:lvlJc w:val="left"/>
      <w:pPr>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F6F2B5B"/>
    <w:multiLevelType w:val="multilevel"/>
    <w:tmpl w:val="02BA1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023D15"/>
    <w:multiLevelType w:val="multilevel"/>
    <w:tmpl w:val="1AF45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AF3475"/>
    <w:multiLevelType w:val="hybridMultilevel"/>
    <w:tmpl w:val="3ABEF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7F5F0E"/>
    <w:multiLevelType w:val="hybridMultilevel"/>
    <w:tmpl w:val="AAC017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5962EEF"/>
    <w:multiLevelType w:val="hybridMultilevel"/>
    <w:tmpl w:val="96884F40"/>
    <w:lvl w:ilvl="0" w:tplc="E8DA9EEE">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94049320">
    <w:abstractNumId w:val="10"/>
  </w:num>
  <w:num w:numId="2" w16cid:durableId="1813018763">
    <w:abstractNumId w:val="11"/>
  </w:num>
  <w:num w:numId="3" w16cid:durableId="933324717">
    <w:abstractNumId w:val="9"/>
  </w:num>
  <w:num w:numId="4" w16cid:durableId="1307392344">
    <w:abstractNumId w:val="13"/>
  </w:num>
  <w:num w:numId="5" w16cid:durableId="507015352">
    <w:abstractNumId w:val="8"/>
  </w:num>
  <w:num w:numId="6" w16cid:durableId="970287175">
    <w:abstractNumId w:val="6"/>
  </w:num>
  <w:num w:numId="7" w16cid:durableId="207766880">
    <w:abstractNumId w:val="5"/>
  </w:num>
  <w:num w:numId="8" w16cid:durableId="1482890025">
    <w:abstractNumId w:val="4"/>
  </w:num>
  <w:num w:numId="9" w16cid:durableId="1331836760">
    <w:abstractNumId w:val="7"/>
  </w:num>
  <w:num w:numId="10" w16cid:durableId="895706501">
    <w:abstractNumId w:val="3"/>
  </w:num>
  <w:num w:numId="11" w16cid:durableId="333456244">
    <w:abstractNumId w:val="2"/>
  </w:num>
  <w:num w:numId="12" w16cid:durableId="1654138487">
    <w:abstractNumId w:val="1"/>
  </w:num>
  <w:num w:numId="13" w16cid:durableId="651301618">
    <w:abstractNumId w:val="0"/>
  </w:num>
  <w:num w:numId="14" w16cid:durableId="253976698">
    <w:abstractNumId w:val="14"/>
  </w:num>
  <w:num w:numId="15" w16cid:durableId="10321464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EAA"/>
    <w:rsid w:val="00016699"/>
    <w:rsid w:val="00023B9D"/>
    <w:rsid w:val="00026BDB"/>
    <w:rsid w:val="00027A52"/>
    <w:rsid w:val="000454CB"/>
    <w:rsid w:val="0005421B"/>
    <w:rsid w:val="000547CC"/>
    <w:rsid w:val="000662E7"/>
    <w:rsid w:val="00070F4D"/>
    <w:rsid w:val="000863AC"/>
    <w:rsid w:val="000A111C"/>
    <w:rsid w:val="000B5CBA"/>
    <w:rsid w:val="000C1692"/>
    <w:rsid w:val="000E39C9"/>
    <w:rsid w:val="000F4278"/>
    <w:rsid w:val="00101E51"/>
    <w:rsid w:val="00103013"/>
    <w:rsid w:val="0011043F"/>
    <w:rsid w:val="00116A83"/>
    <w:rsid w:val="00123210"/>
    <w:rsid w:val="00130140"/>
    <w:rsid w:val="00131A7C"/>
    <w:rsid w:val="00143C7A"/>
    <w:rsid w:val="00151E58"/>
    <w:rsid w:val="0016389C"/>
    <w:rsid w:val="00164981"/>
    <w:rsid w:val="00173907"/>
    <w:rsid w:val="00174AD1"/>
    <w:rsid w:val="00175E63"/>
    <w:rsid w:val="00177AE3"/>
    <w:rsid w:val="001829C1"/>
    <w:rsid w:val="00194D07"/>
    <w:rsid w:val="001B5C32"/>
    <w:rsid w:val="001B61B0"/>
    <w:rsid w:val="001B6C8F"/>
    <w:rsid w:val="001C3631"/>
    <w:rsid w:val="001C5B96"/>
    <w:rsid w:val="001D5A2B"/>
    <w:rsid w:val="001E7104"/>
    <w:rsid w:val="00207379"/>
    <w:rsid w:val="002266DF"/>
    <w:rsid w:val="00227DEE"/>
    <w:rsid w:val="00266203"/>
    <w:rsid w:val="00266375"/>
    <w:rsid w:val="00281B25"/>
    <w:rsid w:val="00285D58"/>
    <w:rsid w:val="002910D9"/>
    <w:rsid w:val="00296402"/>
    <w:rsid w:val="002B2EAE"/>
    <w:rsid w:val="002D1A07"/>
    <w:rsid w:val="002D4CB5"/>
    <w:rsid w:val="002D73BE"/>
    <w:rsid w:val="002F03CB"/>
    <w:rsid w:val="00316371"/>
    <w:rsid w:val="00322EDB"/>
    <w:rsid w:val="00332B45"/>
    <w:rsid w:val="00334C17"/>
    <w:rsid w:val="00337A95"/>
    <w:rsid w:val="00343C24"/>
    <w:rsid w:val="00350A61"/>
    <w:rsid w:val="0036007B"/>
    <w:rsid w:val="00383765"/>
    <w:rsid w:val="003B00EE"/>
    <w:rsid w:val="003B3E77"/>
    <w:rsid w:val="003B6EAA"/>
    <w:rsid w:val="003C399E"/>
    <w:rsid w:val="003C3BAF"/>
    <w:rsid w:val="003E6C6A"/>
    <w:rsid w:val="003F21F1"/>
    <w:rsid w:val="003F58DB"/>
    <w:rsid w:val="0041085B"/>
    <w:rsid w:val="00411CEA"/>
    <w:rsid w:val="00434F0B"/>
    <w:rsid w:val="00437BB6"/>
    <w:rsid w:val="00437D77"/>
    <w:rsid w:val="004517EB"/>
    <w:rsid w:val="0046013D"/>
    <w:rsid w:val="0046170E"/>
    <w:rsid w:val="00462317"/>
    <w:rsid w:val="00483649"/>
    <w:rsid w:val="004837F9"/>
    <w:rsid w:val="00484A46"/>
    <w:rsid w:val="004A0B2E"/>
    <w:rsid w:val="004A6D41"/>
    <w:rsid w:val="004B74BC"/>
    <w:rsid w:val="004C2910"/>
    <w:rsid w:val="004C4FD8"/>
    <w:rsid w:val="004D13C4"/>
    <w:rsid w:val="004D428B"/>
    <w:rsid w:val="004D6B84"/>
    <w:rsid w:val="004E4C4C"/>
    <w:rsid w:val="004F1EC5"/>
    <w:rsid w:val="004F50A2"/>
    <w:rsid w:val="005034F8"/>
    <w:rsid w:val="005065D9"/>
    <w:rsid w:val="00513591"/>
    <w:rsid w:val="005222F8"/>
    <w:rsid w:val="005301AB"/>
    <w:rsid w:val="00531DDD"/>
    <w:rsid w:val="005366C1"/>
    <w:rsid w:val="00536A65"/>
    <w:rsid w:val="00540465"/>
    <w:rsid w:val="00562612"/>
    <w:rsid w:val="00567068"/>
    <w:rsid w:val="00567B24"/>
    <w:rsid w:val="0058493D"/>
    <w:rsid w:val="005877EF"/>
    <w:rsid w:val="005A24F2"/>
    <w:rsid w:val="005A5C7E"/>
    <w:rsid w:val="005E72C9"/>
    <w:rsid w:val="005F5DFA"/>
    <w:rsid w:val="005F6757"/>
    <w:rsid w:val="00604213"/>
    <w:rsid w:val="00613108"/>
    <w:rsid w:val="00620B7A"/>
    <w:rsid w:val="00626998"/>
    <w:rsid w:val="00630664"/>
    <w:rsid w:val="0063607F"/>
    <w:rsid w:val="006415BB"/>
    <w:rsid w:val="0064399E"/>
    <w:rsid w:val="0064760C"/>
    <w:rsid w:val="00662601"/>
    <w:rsid w:val="00677CCC"/>
    <w:rsid w:val="006937A5"/>
    <w:rsid w:val="006A1C60"/>
    <w:rsid w:val="006A4FB5"/>
    <w:rsid w:val="006B08A1"/>
    <w:rsid w:val="006C5A66"/>
    <w:rsid w:val="006D3485"/>
    <w:rsid w:val="006F0A37"/>
    <w:rsid w:val="006F2621"/>
    <w:rsid w:val="00702792"/>
    <w:rsid w:val="0071668F"/>
    <w:rsid w:val="00723323"/>
    <w:rsid w:val="00726A0C"/>
    <w:rsid w:val="00733AE5"/>
    <w:rsid w:val="0074201D"/>
    <w:rsid w:val="007451B8"/>
    <w:rsid w:val="00746889"/>
    <w:rsid w:val="00757749"/>
    <w:rsid w:val="00761E6D"/>
    <w:rsid w:val="00782866"/>
    <w:rsid w:val="00791756"/>
    <w:rsid w:val="007C5756"/>
    <w:rsid w:val="007C6F66"/>
    <w:rsid w:val="007D1AEC"/>
    <w:rsid w:val="007E3834"/>
    <w:rsid w:val="007F7BA3"/>
    <w:rsid w:val="00812797"/>
    <w:rsid w:val="008174B2"/>
    <w:rsid w:val="00826319"/>
    <w:rsid w:val="00844D88"/>
    <w:rsid w:val="0085234B"/>
    <w:rsid w:val="00857FE5"/>
    <w:rsid w:val="00891BD0"/>
    <w:rsid w:val="008A0C20"/>
    <w:rsid w:val="008A4452"/>
    <w:rsid w:val="008B0408"/>
    <w:rsid w:val="008B18A4"/>
    <w:rsid w:val="008B2F03"/>
    <w:rsid w:val="008C2414"/>
    <w:rsid w:val="008C2416"/>
    <w:rsid w:val="008C40A9"/>
    <w:rsid w:val="008C679B"/>
    <w:rsid w:val="008D531D"/>
    <w:rsid w:val="008E5ADB"/>
    <w:rsid w:val="008F27B5"/>
    <w:rsid w:val="008F2D89"/>
    <w:rsid w:val="00901A46"/>
    <w:rsid w:val="00907CE3"/>
    <w:rsid w:val="00923602"/>
    <w:rsid w:val="00982A59"/>
    <w:rsid w:val="009B1592"/>
    <w:rsid w:val="009B33A8"/>
    <w:rsid w:val="009B35F1"/>
    <w:rsid w:val="009F211B"/>
    <w:rsid w:val="009F48DC"/>
    <w:rsid w:val="00A00583"/>
    <w:rsid w:val="00A01668"/>
    <w:rsid w:val="00A069AF"/>
    <w:rsid w:val="00A32773"/>
    <w:rsid w:val="00A54EDF"/>
    <w:rsid w:val="00A579A9"/>
    <w:rsid w:val="00A619CA"/>
    <w:rsid w:val="00A6295B"/>
    <w:rsid w:val="00A64DFC"/>
    <w:rsid w:val="00A65627"/>
    <w:rsid w:val="00A80058"/>
    <w:rsid w:val="00A81EB2"/>
    <w:rsid w:val="00A87EAF"/>
    <w:rsid w:val="00A9334A"/>
    <w:rsid w:val="00AA6F63"/>
    <w:rsid w:val="00AB1A81"/>
    <w:rsid w:val="00AC0B5A"/>
    <w:rsid w:val="00AC42E3"/>
    <w:rsid w:val="00AC5FF3"/>
    <w:rsid w:val="00AE319A"/>
    <w:rsid w:val="00AF00EF"/>
    <w:rsid w:val="00AF2ADA"/>
    <w:rsid w:val="00B073F9"/>
    <w:rsid w:val="00B14F60"/>
    <w:rsid w:val="00B25E41"/>
    <w:rsid w:val="00B336F0"/>
    <w:rsid w:val="00B40565"/>
    <w:rsid w:val="00B46D5F"/>
    <w:rsid w:val="00B655B8"/>
    <w:rsid w:val="00B777BD"/>
    <w:rsid w:val="00B84682"/>
    <w:rsid w:val="00BB6EF9"/>
    <w:rsid w:val="00BD7B23"/>
    <w:rsid w:val="00BE1C77"/>
    <w:rsid w:val="00BF3642"/>
    <w:rsid w:val="00C032D0"/>
    <w:rsid w:val="00C13A94"/>
    <w:rsid w:val="00C20F50"/>
    <w:rsid w:val="00C251B2"/>
    <w:rsid w:val="00C66B73"/>
    <w:rsid w:val="00C66ED2"/>
    <w:rsid w:val="00C7293A"/>
    <w:rsid w:val="00C83A4E"/>
    <w:rsid w:val="00C845F2"/>
    <w:rsid w:val="00C9779D"/>
    <w:rsid w:val="00CA0004"/>
    <w:rsid w:val="00CA1518"/>
    <w:rsid w:val="00CA498B"/>
    <w:rsid w:val="00CB2607"/>
    <w:rsid w:val="00CB6B8D"/>
    <w:rsid w:val="00CC4D3D"/>
    <w:rsid w:val="00CE5A1F"/>
    <w:rsid w:val="00CE5F37"/>
    <w:rsid w:val="00CE691D"/>
    <w:rsid w:val="00D06959"/>
    <w:rsid w:val="00D10AC3"/>
    <w:rsid w:val="00D10B73"/>
    <w:rsid w:val="00D16871"/>
    <w:rsid w:val="00D26634"/>
    <w:rsid w:val="00D36137"/>
    <w:rsid w:val="00D378DD"/>
    <w:rsid w:val="00D418C0"/>
    <w:rsid w:val="00D547CC"/>
    <w:rsid w:val="00D5770B"/>
    <w:rsid w:val="00D94E03"/>
    <w:rsid w:val="00DA10EA"/>
    <w:rsid w:val="00DA1A80"/>
    <w:rsid w:val="00DA46F4"/>
    <w:rsid w:val="00DA6918"/>
    <w:rsid w:val="00DC73C3"/>
    <w:rsid w:val="00DD6E77"/>
    <w:rsid w:val="00DF0168"/>
    <w:rsid w:val="00DF0734"/>
    <w:rsid w:val="00DF3814"/>
    <w:rsid w:val="00E07DC0"/>
    <w:rsid w:val="00E11B62"/>
    <w:rsid w:val="00E122CE"/>
    <w:rsid w:val="00E14872"/>
    <w:rsid w:val="00E50DB9"/>
    <w:rsid w:val="00E53568"/>
    <w:rsid w:val="00EA5134"/>
    <w:rsid w:val="00EC3309"/>
    <w:rsid w:val="00EC7758"/>
    <w:rsid w:val="00ED5239"/>
    <w:rsid w:val="00EE4337"/>
    <w:rsid w:val="00EF3A48"/>
    <w:rsid w:val="00F05694"/>
    <w:rsid w:val="00F10FAD"/>
    <w:rsid w:val="00F13848"/>
    <w:rsid w:val="00F27227"/>
    <w:rsid w:val="00F441CB"/>
    <w:rsid w:val="00F44CF6"/>
    <w:rsid w:val="00F45B0B"/>
    <w:rsid w:val="00F65D62"/>
    <w:rsid w:val="00F815B4"/>
    <w:rsid w:val="00F8287B"/>
    <w:rsid w:val="00F87946"/>
    <w:rsid w:val="00F90F5C"/>
    <w:rsid w:val="00F911C6"/>
    <w:rsid w:val="00F9301A"/>
    <w:rsid w:val="00FA773B"/>
    <w:rsid w:val="00FC4C62"/>
    <w:rsid w:val="00FD016E"/>
    <w:rsid w:val="00FF4B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C1D3"/>
  <w15:chartTrackingRefBased/>
  <w15:docId w15:val="{C1FADD02-C1E5-EA4A-AD55-20C1AB467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EAA"/>
    <w:pPr>
      <w:spacing w:after="0" w:line="240" w:lineRule="auto"/>
    </w:pPr>
  </w:style>
  <w:style w:type="paragraph" w:styleId="Heading1">
    <w:name w:val="heading 1"/>
    <w:basedOn w:val="Normal"/>
    <w:next w:val="Normal"/>
    <w:link w:val="Heading1Char"/>
    <w:uiPriority w:val="9"/>
    <w:qFormat/>
    <w:rsid w:val="003B6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6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6E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E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E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E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E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E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E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E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6E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6E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E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E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E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E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E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EAA"/>
    <w:rPr>
      <w:rFonts w:eastAsiaTheme="majorEastAsia" w:cstheme="majorBidi"/>
      <w:color w:val="272727" w:themeColor="text1" w:themeTint="D8"/>
    </w:rPr>
  </w:style>
  <w:style w:type="paragraph" w:styleId="Title">
    <w:name w:val="Title"/>
    <w:basedOn w:val="Normal"/>
    <w:next w:val="Normal"/>
    <w:link w:val="TitleChar"/>
    <w:uiPriority w:val="10"/>
    <w:qFormat/>
    <w:rsid w:val="003B6E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E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E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E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EAA"/>
    <w:pPr>
      <w:spacing w:before="160"/>
      <w:jc w:val="center"/>
    </w:pPr>
    <w:rPr>
      <w:i/>
      <w:iCs/>
      <w:color w:val="404040" w:themeColor="text1" w:themeTint="BF"/>
    </w:rPr>
  </w:style>
  <w:style w:type="character" w:customStyle="1" w:styleId="QuoteChar">
    <w:name w:val="Quote Char"/>
    <w:basedOn w:val="DefaultParagraphFont"/>
    <w:link w:val="Quote"/>
    <w:uiPriority w:val="29"/>
    <w:rsid w:val="003B6EAA"/>
    <w:rPr>
      <w:i/>
      <w:iCs/>
      <w:color w:val="404040" w:themeColor="text1" w:themeTint="BF"/>
    </w:rPr>
  </w:style>
  <w:style w:type="paragraph" w:styleId="ListParagraph">
    <w:name w:val="List Paragraph"/>
    <w:basedOn w:val="Normal"/>
    <w:uiPriority w:val="34"/>
    <w:qFormat/>
    <w:rsid w:val="003B6EAA"/>
    <w:pPr>
      <w:ind w:left="720"/>
      <w:contextualSpacing/>
    </w:pPr>
  </w:style>
  <w:style w:type="character" w:styleId="IntenseEmphasis">
    <w:name w:val="Intense Emphasis"/>
    <w:basedOn w:val="DefaultParagraphFont"/>
    <w:uiPriority w:val="21"/>
    <w:qFormat/>
    <w:rsid w:val="003B6EAA"/>
    <w:rPr>
      <w:i/>
      <w:iCs/>
      <w:color w:val="0F4761" w:themeColor="accent1" w:themeShade="BF"/>
    </w:rPr>
  </w:style>
  <w:style w:type="paragraph" w:styleId="IntenseQuote">
    <w:name w:val="Intense Quote"/>
    <w:basedOn w:val="Normal"/>
    <w:next w:val="Normal"/>
    <w:link w:val="IntenseQuoteChar"/>
    <w:uiPriority w:val="30"/>
    <w:qFormat/>
    <w:rsid w:val="003B6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EAA"/>
    <w:rPr>
      <w:i/>
      <w:iCs/>
      <w:color w:val="0F4761" w:themeColor="accent1" w:themeShade="BF"/>
    </w:rPr>
  </w:style>
  <w:style w:type="character" w:styleId="IntenseReference">
    <w:name w:val="Intense Reference"/>
    <w:basedOn w:val="DefaultParagraphFont"/>
    <w:uiPriority w:val="32"/>
    <w:qFormat/>
    <w:rsid w:val="003B6EAA"/>
    <w:rPr>
      <w:b/>
      <w:bCs/>
      <w:smallCaps/>
      <w:color w:val="0F4761" w:themeColor="accent1" w:themeShade="BF"/>
      <w:spacing w:val="5"/>
    </w:rPr>
  </w:style>
  <w:style w:type="character" w:styleId="CommentReference">
    <w:name w:val="annotation reference"/>
    <w:basedOn w:val="DefaultParagraphFont"/>
    <w:uiPriority w:val="99"/>
    <w:semiHidden/>
    <w:unhideWhenUsed/>
    <w:rsid w:val="003B6EAA"/>
    <w:rPr>
      <w:sz w:val="16"/>
      <w:szCs w:val="16"/>
    </w:rPr>
  </w:style>
  <w:style w:type="paragraph" w:styleId="Header">
    <w:name w:val="header"/>
    <w:basedOn w:val="Normal"/>
    <w:link w:val="HeaderChar"/>
    <w:uiPriority w:val="99"/>
    <w:unhideWhenUsed/>
    <w:rsid w:val="003B6EAA"/>
    <w:pPr>
      <w:tabs>
        <w:tab w:val="center" w:pos="4680"/>
        <w:tab w:val="right" w:pos="9360"/>
      </w:tabs>
    </w:pPr>
  </w:style>
  <w:style w:type="character" w:customStyle="1" w:styleId="HeaderChar">
    <w:name w:val="Header Char"/>
    <w:basedOn w:val="DefaultParagraphFont"/>
    <w:link w:val="Header"/>
    <w:uiPriority w:val="99"/>
    <w:rsid w:val="003B6EAA"/>
  </w:style>
  <w:style w:type="character" w:styleId="PageNumber">
    <w:name w:val="page number"/>
    <w:basedOn w:val="DefaultParagraphFont"/>
    <w:uiPriority w:val="99"/>
    <w:semiHidden/>
    <w:unhideWhenUsed/>
    <w:rsid w:val="003B6EAA"/>
  </w:style>
  <w:style w:type="paragraph" w:customStyle="1" w:styleId="TableParagraph">
    <w:name w:val="Table Paragraph"/>
    <w:basedOn w:val="Normal"/>
    <w:uiPriority w:val="1"/>
    <w:qFormat/>
    <w:rsid w:val="003B6EAA"/>
    <w:pPr>
      <w:widowControl w:val="0"/>
      <w:autoSpaceDE w:val="0"/>
      <w:autoSpaceDN w:val="0"/>
      <w:jc w:val="center"/>
    </w:pPr>
    <w:rPr>
      <w:rFonts w:ascii="Times New Roman" w:eastAsia="Times New Roman" w:hAnsi="Times New Roman" w:cs="Times New Roman"/>
      <w:kern w:val="0"/>
      <w:sz w:val="22"/>
      <w:szCs w:val="22"/>
      <w14:ligatures w14:val="none"/>
    </w:rPr>
  </w:style>
  <w:style w:type="paragraph" w:styleId="Revision">
    <w:name w:val="Revision"/>
    <w:hidden/>
    <w:uiPriority w:val="99"/>
    <w:semiHidden/>
    <w:rsid w:val="003B6EAA"/>
    <w:pPr>
      <w:spacing w:after="0" w:line="240" w:lineRule="auto"/>
    </w:pPr>
  </w:style>
  <w:style w:type="character" w:styleId="Hyperlink">
    <w:name w:val="Hyperlink"/>
    <w:basedOn w:val="DefaultParagraphFont"/>
    <w:uiPriority w:val="99"/>
    <w:unhideWhenUsed/>
    <w:rsid w:val="00FC4C62"/>
    <w:rPr>
      <w:color w:val="467886" w:themeColor="hyperlink"/>
      <w:u w:val="single"/>
    </w:rPr>
  </w:style>
  <w:style w:type="character" w:styleId="UnresolvedMention">
    <w:name w:val="Unresolved Mention"/>
    <w:basedOn w:val="DefaultParagraphFont"/>
    <w:uiPriority w:val="99"/>
    <w:semiHidden/>
    <w:unhideWhenUsed/>
    <w:rsid w:val="00FC4C62"/>
    <w:rPr>
      <w:color w:val="605E5C"/>
      <w:shd w:val="clear" w:color="auto" w:fill="E1DFDD"/>
    </w:rPr>
  </w:style>
  <w:style w:type="paragraph" w:styleId="CommentText">
    <w:name w:val="annotation text"/>
    <w:basedOn w:val="Normal"/>
    <w:link w:val="CommentTextChar"/>
    <w:uiPriority w:val="99"/>
    <w:unhideWhenUsed/>
    <w:rsid w:val="004D13C4"/>
    <w:rPr>
      <w:sz w:val="20"/>
      <w:szCs w:val="20"/>
    </w:rPr>
  </w:style>
  <w:style w:type="character" w:customStyle="1" w:styleId="CommentTextChar">
    <w:name w:val="Comment Text Char"/>
    <w:basedOn w:val="DefaultParagraphFont"/>
    <w:link w:val="CommentText"/>
    <w:uiPriority w:val="99"/>
    <w:rsid w:val="004D13C4"/>
    <w:rPr>
      <w:sz w:val="20"/>
      <w:szCs w:val="20"/>
    </w:rPr>
  </w:style>
  <w:style w:type="paragraph" w:styleId="CommentSubject">
    <w:name w:val="annotation subject"/>
    <w:basedOn w:val="CommentText"/>
    <w:next w:val="CommentText"/>
    <w:link w:val="CommentSubjectChar"/>
    <w:uiPriority w:val="99"/>
    <w:semiHidden/>
    <w:unhideWhenUsed/>
    <w:rsid w:val="004D13C4"/>
    <w:rPr>
      <w:b/>
      <w:bCs/>
    </w:rPr>
  </w:style>
  <w:style w:type="character" w:customStyle="1" w:styleId="CommentSubjectChar">
    <w:name w:val="Comment Subject Char"/>
    <w:basedOn w:val="CommentTextChar"/>
    <w:link w:val="CommentSubject"/>
    <w:uiPriority w:val="99"/>
    <w:semiHidden/>
    <w:rsid w:val="004D13C4"/>
    <w:rPr>
      <w:b/>
      <w:bCs/>
      <w:sz w:val="20"/>
      <w:szCs w:val="20"/>
    </w:rPr>
  </w:style>
  <w:style w:type="character" w:styleId="FollowedHyperlink">
    <w:name w:val="FollowedHyperlink"/>
    <w:basedOn w:val="DefaultParagraphFont"/>
    <w:uiPriority w:val="99"/>
    <w:semiHidden/>
    <w:unhideWhenUsed/>
    <w:rsid w:val="0016389C"/>
    <w:rPr>
      <w:color w:val="96607D"/>
      <w:u w:val="single"/>
    </w:rPr>
  </w:style>
  <w:style w:type="paragraph" w:customStyle="1" w:styleId="msonormal0">
    <w:name w:val="msonormal"/>
    <w:basedOn w:val="Normal"/>
    <w:rsid w:val="0016389C"/>
    <w:pPr>
      <w:spacing w:before="100" w:beforeAutospacing="1" w:after="100" w:afterAutospacing="1"/>
    </w:pPr>
    <w:rPr>
      <w:rFonts w:ascii="Times New Roman" w:eastAsia="Times New Roman" w:hAnsi="Times New Roman" w:cs="Times New Roman"/>
      <w:kern w:val="0"/>
      <w14:ligatures w14:val="none"/>
    </w:rPr>
  </w:style>
  <w:style w:type="paragraph" w:customStyle="1" w:styleId="xl65">
    <w:name w:val="xl65"/>
    <w:basedOn w:val="Normal"/>
    <w:rsid w:val="0016389C"/>
    <w:pPr>
      <w:spacing w:before="100" w:beforeAutospacing="1" w:after="100" w:afterAutospacing="1"/>
      <w:textAlignment w:val="center"/>
    </w:pPr>
    <w:rPr>
      <w:rFonts w:ascii="Times New Roman" w:eastAsia="Times New Roman" w:hAnsi="Times New Roman" w:cs="Times New Roman"/>
      <w:kern w:val="0"/>
      <w:sz w:val="20"/>
      <w:szCs w:val="20"/>
      <w14:ligatures w14:val="none"/>
    </w:rPr>
  </w:style>
  <w:style w:type="paragraph" w:customStyle="1" w:styleId="xl66">
    <w:name w:val="xl66"/>
    <w:basedOn w:val="Normal"/>
    <w:rsid w:val="0016389C"/>
    <w:pPr>
      <w:spacing w:before="100" w:beforeAutospacing="1" w:after="100" w:afterAutospacing="1"/>
      <w:jc w:val="center"/>
      <w:textAlignment w:val="center"/>
    </w:pPr>
    <w:rPr>
      <w:rFonts w:ascii="Times New Roman" w:eastAsia="Times New Roman" w:hAnsi="Times New Roman" w:cs="Times New Roman"/>
      <w:kern w:val="0"/>
      <w:sz w:val="20"/>
      <w:szCs w:val="20"/>
      <w14:ligatures w14:val="none"/>
    </w:rPr>
  </w:style>
  <w:style w:type="paragraph" w:customStyle="1" w:styleId="xl67">
    <w:name w:val="xl67"/>
    <w:basedOn w:val="Normal"/>
    <w:rsid w:val="0016389C"/>
    <w:pPr>
      <w:pBdr>
        <w:top w:val="single" w:sz="8" w:space="0" w:color="auto"/>
      </w:pBdr>
      <w:spacing w:before="100" w:beforeAutospacing="1" w:after="100" w:afterAutospacing="1"/>
      <w:jc w:val="center"/>
      <w:textAlignment w:val="center"/>
    </w:pPr>
    <w:rPr>
      <w:rFonts w:ascii="Times New Roman" w:eastAsia="Times New Roman" w:hAnsi="Times New Roman" w:cs="Times New Roman"/>
      <w:kern w:val="0"/>
      <w:sz w:val="20"/>
      <w:szCs w:val="20"/>
      <w14:ligatures w14:val="none"/>
    </w:rPr>
  </w:style>
  <w:style w:type="paragraph" w:customStyle="1" w:styleId="xl68">
    <w:name w:val="xl68"/>
    <w:basedOn w:val="Normal"/>
    <w:rsid w:val="0016389C"/>
    <w:pPr>
      <w:spacing w:before="100" w:beforeAutospacing="1" w:after="100" w:afterAutospacing="1"/>
      <w:textAlignment w:val="center"/>
    </w:pPr>
    <w:rPr>
      <w:rFonts w:ascii="Times New Roman" w:eastAsia="Times New Roman" w:hAnsi="Times New Roman" w:cs="Times New Roman"/>
      <w:b/>
      <w:bCs/>
      <w:kern w:val="0"/>
      <w:sz w:val="20"/>
      <w:szCs w:val="20"/>
      <w14:ligatures w14:val="none"/>
    </w:rPr>
  </w:style>
  <w:style w:type="paragraph" w:customStyle="1" w:styleId="xl69">
    <w:name w:val="xl69"/>
    <w:basedOn w:val="Normal"/>
    <w:rsid w:val="0016389C"/>
    <w:pPr>
      <w:pBdr>
        <w:bottom w:val="single" w:sz="8" w:space="0" w:color="auto"/>
      </w:pBdr>
      <w:spacing w:before="100" w:beforeAutospacing="1" w:after="100" w:afterAutospacing="1"/>
      <w:textAlignment w:val="center"/>
    </w:pPr>
    <w:rPr>
      <w:rFonts w:ascii="Times New Roman" w:eastAsia="Times New Roman" w:hAnsi="Times New Roman" w:cs="Times New Roman"/>
      <w:kern w:val="0"/>
      <w:sz w:val="20"/>
      <w:szCs w:val="20"/>
      <w14:ligatures w14:val="none"/>
    </w:rPr>
  </w:style>
  <w:style w:type="paragraph" w:customStyle="1" w:styleId="xl70">
    <w:name w:val="xl70"/>
    <w:basedOn w:val="Normal"/>
    <w:rsid w:val="0016389C"/>
    <w:pPr>
      <w:pBdr>
        <w:bottom w:val="single" w:sz="8" w:space="0" w:color="auto"/>
      </w:pBdr>
      <w:spacing w:before="100" w:beforeAutospacing="1" w:after="100" w:afterAutospacing="1"/>
      <w:textAlignment w:val="center"/>
    </w:pPr>
    <w:rPr>
      <w:rFonts w:ascii="Times New Roman" w:eastAsia="Times New Roman" w:hAnsi="Times New Roman" w:cs="Times New Roman"/>
      <w:b/>
      <w:bCs/>
      <w:kern w:val="0"/>
      <w:sz w:val="20"/>
      <w:szCs w:val="20"/>
      <w14:ligatures w14:val="none"/>
    </w:rPr>
  </w:style>
  <w:style w:type="paragraph" w:styleId="Footer">
    <w:name w:val="footer"/>
    <w:basedOn w:val="Normal"/>
    <w:link w:val="FooterChar"/>
    <w:uiPriority w:val="99"/>
    <w:unhideWhenUsed/>
    <w:rsid w:val="00923602"/>
    <w:pPr>
      <w:tabs>
        <w:tab w:val="center" w:pos="4680"/>
        <w:tab w:val="right" w:pos="9360"/>
      </w:tabs>
    </w:pPr>
  </w:style>
  <w:style w:type="character" w:customStyle="1" w:styleId="FooterChar">
    <w:name w:val="Footer Char"/>
    <w:basedOn w:val="DefaultParagraphFont"/>
    <w:link w:val="Footer"/>
    <w:uiPriority w:val="99"/>
    <w:rsid w:val="00923602"/>
  </w:style>
  <w:style w:type="paragraph" w:styleId="NormalWeb">
    <w:name w:val="Normal (Web)"/>
    <w:basedOn w:val="Normal"/>
    <w:uiPriority w:val="99"/>
    <w:unhideWhenUsed/>
    <w:rsid w:val="00923602"/>
    <w:rPr>
      <w:rFonts w:ascii="Times New Roman" w:hAnsi="Times New Roman" w:cs="Times New Roman"/>
    </w:rPr>
  </w:style>
  <w:style w:type="paragraph" w:styleId="NoSpacing">
    <w:name w:val="No Spacing"/>
    <w:uiPriority w:val="1"/>
    <w:qFormat/>
    <w:rsid w:val="00923602"/>
    <w:pPr>
      <w:spacing w:after="0" w:line="240" w:lineRule="auto"/>
    </w:pPr>
    <w:rPr>
      <w:rFonts w:eastAsiaTheme="minorEastAsia"/>
      <w:kern w:val="0"/>
      <w:sz w:val="22"/>
      <w:szCs w:val="22"/>
      <w14:ligatures w14:val="none"/>
    </w:rPr>
  </w:style>
  <w:style w:type="paragraph" w:styleId="BodyText">
    <w:name w:val="Body Text"/>
    <w:basedOn w:val="Normal"/>
    <w:link w:val="BodyTextChar"/>
    <w:uiPriority w:val="99"/>
    <w:unhideWhenUsed/>
    <w:rsid w:val="00923602"/>
    <w:pPr>
      <w:spacing w:after="120" w:line="276" w:lineRule="auto"/>
    </w:pPr>
    <w:rPr>
      <w:rFonts w:eastAsiaTheme="minorEastAsia"/>
      <w:kern w:val="0"/>
      <w:sz w:val="22"/>
      <w:szCs w:val="22"/>
      <w14:ligatures w14:val="none"/>
    </w:rPr>
  </w:style>
  <w:style w:type="character" w:customStyle="1" w:styleId="BodyTextChar">
    <w:name w:val="Body Text Char"/>
    <w:basedOn w:val="DefaultParagraphFont"/>
    <w:link w:val="BodyText"/>
    <w:uiPriority w:val="99"/>
    <w:rsid w:val="00923602"/>
    <w:rPr>
      <w:rFonts w:eastAsiaTheme="minorEastAsia"/>
      <w:kern w:val="0"/>
      <w:sz w:val="22"/>
      <w:szCs w:val="22"/>
      <w14:ligatures w14:val="none"/>
    </w:rPr>
  </w:style>
  <w:style w:type="paragraph" w:styleId="BodyText2">
    <w:name w:val="Body Text 2"/>
    <w:basedOn w:val="Normal"/>
    <w:link w:val="BodyText2Char"/>
    <w:uiPriority w:val="99"/>
    <w:unhideWhenUsed/>
    <w:rsid w:val="00923602"/>
    <w:pPr>
      <w:spacing w:after="120" w:line="480" w:lineRule="auto"/>
    </w:pPr>
    <w:rPr>
      <w:rFonts w:eastAsiaTheme="minorEastAsia"/>
      <w:kern w:val="0"/>
      <w:sz w:val="22"/>
      <w:szCs w:val="22"/>
      <w14:ligatures w14:val="none"/>
    </w:rPr>
  </w:style>
  <w:style w:type="character" w:customStyle="1" w:styleId="BodyText2Char">
    <w:name w:val="Body Text 2 Char"/>
    <w:basedOn w:val="DefaultParagraphFont"/>
    <w:link w:val="BodyText2"/>
    <w:uiPriority w:val="99"/>
    <w:rsid w:val="00923602"/>
    <w:rPr>
      <w:rFonts w:eastAsiaTheme="minorEastAsia"/>
      <w:kern w:val="0"/>
      <w:sz w:val="22"/>
      <w:szCs w:val="22"/>
      <w14:ligatures w14:val="none"/>
    </w:rPr>
  </w:style>
  <w:style w:type="paragraph" w:styleId="BodyText3">
    <w:name w:val="Body Text 3"/>
    <w:basedOn w:val="Normal"/>
    <w:link w:val="BodyText3Char"/>
    <w:uiPriority w:val="99"/>
    <w:unhideWhenUsed/>
    <w:rsid w:val="00923602"/>
    <w:pPr>
      <w:spacing w:after="120" w:line="276" w:lineRule="auto"/>
    </w:pPr>
    <w:rPr>
      <w:rFonts w:eastAsiaTheme="minorEastAsia"/>
      <w:kern w:val="0"/>
      <w:sz w:val="16"/>
      <w:szCs w:val="16"/>
      <w14:ligatures w14:val="none"/>
    </w:rPr>
  </w:style>
  <w:style w:type="character" w:customStyle="1" w:styleId="BodyText3Char">
    <w:name w:val="Body Text 3 Char"/>
    <w:basedOn w:val="DefaultParagraphFont"/>
    <w:link w:val="BodyText3"/>
    <w:uiPriority w:val="99"/>
    <w:rsid w:val="00923602"/>
    <w:rPr>
      <w:rFonts w:eastAsiaTheme="minorEastAsia"/>
      <w:kern w:val="0"/>
      <w:sz w:val="16"/>
      <w:szCs w:val="16"/>
      <w14:ligatures w14:val="none"/>
    </w:rPr>
  </w:style>
  <w:style w:type="paragraph" w:styleId="List">
    <w:name w:val="List"/>
    <w:basedOn w:val="Normal"/>
    <w:uiPriority w:val="99"/>
    <w:unhideWhenUsed/>
    <w:rsid w:val="00923602"/>
    <w:pPr>
      <w:spacing w:after="200" w:line="276" w:lineRule="auto"/>
      <w:ind w:left="360" w:hanging="360"/>
      <w:contextualSpacing/>
    </w:pPr>
    <w:rPr>
      <w:rFonts w:eastAsiaTheme="minorEastAsia"/>
      <w:kern w:val="0"/>
      <w:sz w:val="22"/>
      <w:szCs w:val="22"/>
      <w14:ligatures w14:val="none"/>
    </w:rPr>
  </w:style>
  <w:style w:type="paragraph" w:styleId="List2">
    <w:name w:val="List 2"/>
    <w:basedOn w:val="Normal"/>
    <w:uiPriority w:val="99"/>
    <w:unhideWhenUsed/>
    <w:rsid w:val="00923602"/>
    <w:pPr>
      <w:spacing w:after="200" w:line="276" w:lineRule="auto"/>
      <w:ind w:left="720" w:hanging="360"/>
      <w:contextualSpacing/>
    </w:pPr>
    <w:rPr>
      <w:rFonts w:eastAsiaTheme="minorEastAsia"/>
      <w:kern w:val="0"/>
      <w:sz w:val="22"/>
      <w:szCs w:val="22"/>
      <w14:ligatures w14:val="none"/>
    </w:rPr>
  </w:style>
  <w:style w:type="paragraph" w:styleId="List3">
    <w:name w:val="List 3"/>
    <w:basedOn w:val="Normal"/>
    <w:uiPriority w:val="99"/>
    <w:unhideWhenUsed/>
    <w:rsid w:val="00923602"/>
    <w:pPr>
      <w:spacing w:after="200" w:line="276" w:lineRule="auto"/>
      <w:ind w:left="1080" w:hanging="360"/>
      <w:contextualSpacing/>
    </w:pPr>
    <w:rPr>
      <w:rFonts w:eastAsiaTheme="minorEastAsia"/>
      <w:kern w:val="0"/>
      <w:sz w:val="22"/>
      <w:szCs w:val="22"/>
      <w14:ligatures w14:val="none"/>
    </w:rPr>
  </w:style>
  <w:style w:type="paragraph" w:styleId="ListBullet">
    <w:name w:val="List Bullet"/>
    <w:basedOn w:val="Normal"/>
    <w:uiPriority w:val="99"/>
    <w:unhideWhenUsed/>
    <w:rsid w:val="00923602"/>
    <w:pPr>
      <w:numPr>
        <w:numId w:val="5"/>
      </w:numPr>
      <w:spacing w:after="200" w:line="276" w:lineRule="auto"/>
      <w:contextualSpacing/>
    </w:pPr>
    <w:rPr>
      <w:rFonts w:eastAsiaTheme="minorEastAsia"/>
      <w:kern w:val="0"/>
      <w:sz w:val="22"/>
      <w:szCs w:val="22"/>
      <w14:ligatures w14:val="none"/>
    </w:rPr>
  </w:style>
  <w:style w:type="paragraph" w:styleId="ListBullet2">
    <w:name w:val="List Bullet 2"/>
    <w:basedOn w:val="Normal"/>
    <w:uiPriority w:val="99"/>
    <w:unhideWhenUsed/>
    <w:rsid w:val="00923602"/>
    <w:pPr>
      <w:numPr>
        <w:numId w:val="6"/>
      </w:numPr>
      <w:spacing w:after="200" w:line="276" w:lineRule="auto"/>
      <w:contextualSpacing/>
    </w:pPr>
    <w:rPr>
      <w:rFonts w:eastAsiaTheme="minorEastAsia"/>
      <w:kern w:val="0"/>
      <w:sz w:val="22"/>
      <w:szCs w:val="22"/>
      <w14:ligatures w14:val="none"/>
    </w:rPr>
  </w:style>
  <w:style w:type="paragraph" w:styleId="ListBullet3">
    <w:name w:val="List Bullet 3"/>
    <w:basedOn w:val="Normal"/>
    <w:uiPriority w:val="99"/>
    <w:unhideWhenUsed/>
    <w:rsid w:val="00923602"/>
    <w:pPr>
      <w:numPr>
        <w:numId w:val="7"/>
      </w:numPr>
      <w:spacing w:after="200" w:line="276" w:lineRule="auto"/>
      <w:contextualSpacing/>
    </w:pPr>
    <w:rPr>
      <w:rFonts w:eastAsiaTheme="minorEastAsia"/>
      <w:kern w:val="0"/>
      <w:sz w:val="22"/>
      <w:szCs w:val="22"/>
      <w14:ligatures w14:val="none"/>
    </w:rPr>
  </w:style>
  <w:style w:type="paragraph" w:styleId="ListNumber">
    <w:name w:val="List Number"/>
    <w:basedOn w:val="Normal"/>
    <w:uiPriority w:val="99"/>
    <w:unhideWhenUsed/>
    <w:rsid w:val="00923602"/>
    <w:pPr>
      <w:numPr>
        <w:numId w:val="9"/>
      </w:numPr>
      <w:spacing w:after="200" w:line="276" w:lineRule="auto"/>
      <w:contextualSpacing/>
    </w:pPr>
    <w:rPr>
      <w:rFonts w:eastAsiaTheme="minorEastAsia"/>
      <w:kern w:val="0"/>
      <w:sz w:val="22"/>
      <w:szCs w:val="22"/>
      <w14:ligatures w14:val="none"/>
    </w:rPr>
  </w:style>
  <w:style w:type="paragraph" w:styleId="ListNumber2">
    <w:name w:val="List Number 2"/>
    <w:basedOn w:val="Normal"/>
    <w:uiPriority w:val="99"/>
    <w:unhideWhenUsed/>
    <w:rsid w:val="00923602"/>
    <w:pPr>
      <w:numPr>
        <w:numId w:val="10"/>
      </w:numPr>
      <w:spacing w:after="200" w:line="276" w:lineRule="auto"/>
      <w:contextualSpacing/>
    </w:pPr>
    <w:rPr>
      <w:rFonts w:eastAsiaTheme="minorEastAsia"/>
      <w:kern w:val="0"/>
      <w:sz w:val="22"/>
      <w:szCs w:val="22"/>
      <w14:ligatures w14:val="none"/>
    </w:rPr>
  </w:style>
  <w:style w:type="paragraph" w:styleId="ListNumber3">
    <w:name w:val="List Number 3"/>
    <w:basedOn w:val="Normal"/>
    <w:uiPriority w:val="99"/>
    <w:unhideWhenUsed/>
    <w:rsid w:val="00923602"/>
    <w:pPr>
      <w:numPr>
        <w:numId w:val="11"/>
      </w:numPr>
      <w:spacing w:after="200" w:line="276" w:lineRule="auto"/>
      <w:contextualSpacing/>
    </w:pPr>
    <w:rPr>
      <w:rFonts w:eastAsiaTheme="minorEastAsia"/>
      <w:kern w:val="0"/>
      <w:sz w:val="22"/>
      <w:szCs w:val="22"/>
      <w14:ligatures w14:val="none"/>
    </w:rPr>
  </w:style>
  <w:style w:type="paragraph" w:styleId="ListContinue">
    <w:name w:val="List Continue"/>
    <w:basedOn w:val="Normal"/>
    <w:uiPriority w:val="99"/>
    <w:unhideWhenUsed/>
    <w:rsid w:val="00923602"/>
    <w:pPr>
      <w:spacing w:after="120" w:line="276" w:lineRule="auto"/>
      <w:ind w:left="360"/>
      <w:contextualSpacing/>
    </w:pPr>
    <w:rPr>
      <w:rFonts w:eastAsiaTheme="minorEastAsia"/>
      <w:kern w:val="0"/>
      <w:sz w:val="22"/>
      <w:szCs w:val="22"/>
      <w14:ligatures w14:val="none"/>
    </w:rPr>
  </w:style>
  <w:style w:type="paragraph" w:styleId="ListContinue2">
    <w:name w:val="List Continue 2"/>
    <w:basedOn w:val="Normal"/>
    <w:uiPriority w:val="99"/>
    <w:unhideWhenUsed/>
    <w:rsid w:val="00923602"/>
    <w:pPr>
      <w:spacing w:after="120" w:line="276" w:lineRule="auto"/>
      <w:ind w:left="720"/>
      <w:contextualSpacing/>
    </w:pPr>
    <w:rPr>
      <w:rFonts w:eastAsiaTheme="minorEastAsia"/>
      <w:kern w:val="0"/>
      <w:sz w:val="22"/>
      <w:szCs w:val="22"/>
      <w14:ligatures w14:val="none"/>
    </w:rPr>
  </w:style>
  <w:style w:type="paragraph" w:styleId="ListContinue3">
    <w:name w:val="List Continue 3"/>
    <w:basedOn w:val="Normal"/>
    <w:uiPriority w:val="99"/>
    <w:unhideWhenUsed/>
    <w:rsid w:val="00923602"/>
    <w:pPr>
      <w:spacing w:after="120" w:line="276" w:lineRule="auto"/>
      <w:ind w:left="1080"/>
      <w:contextualSpacing/>
    </w:pPr>
    <w:rPr>
      <w:rFonts w:eastAsiaTheme="minorEastAsia"/>
      <w:kern w:val="0"/>
      <w:sz w:val="22"/>
      <w:szCs w:val="22"/>
      <w14:ligatures w14:val="none"/>
    </w:rPr>
  </w:style>
  <w:style w:type="paragraph" w:styleId="MacroText">
    <w:name w:val="macro"/>
    <w:link w:val="MacroTextChar"/>
    <w:uiPriority w:val="99"/>
    <w:unhideWhenUsed/>
    <w:rsid w:val="0092360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923602"/>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923602"/>
    <w:pPr>
      <w:spacing w:after="200"/>
    </w:pPr>
    <w:rPr>
      <w:rFonts w:eastAsiaTheme="minorEastAsia"/>
      <w:b/>
      <w:bCs/>
      <w:color w:val="156082" w:themeColor="accent1"/>
      <w:kern w:val="0"/>
      <w:sz w:val="18"/>
      <w:szCs w:val="18"/>
      <w14:ligatures w14:val="none"/>
    </w:rPr>
  </w:style>
  <w:style w:type="character" w:styleId="Strong">
    <w:name w:val="Strong"/>
    <w:basedOn w:val="DefaultParagraphFont"/>
    <w:uiPriority w:val="22"/>
    <w:qFormat/>
    <w:rsid w:val="00923602"/>
    <w:rPr>
      <w:b/>
      <w:bCs/>
    </w:rPr>
  </w:style>
  <w:style w:type="character" w:styleId="Emphasis">
    <w:name w:val="Emphasis"/>
    <w:basedOn w:val="DefaultParagraphFont"/>
    <w:uiPriority w:val="20"/>
    <w:qFormat/>
    <w:rsid w:val="00923602"/>
    <w:rPr>
      <w:i/>
      <w:iCs/>
    </w:rPr>
  </w:style>
  <w:style w:type="character" w:styleId="SubtleEmphasis">
    <w:name w:val="Subtle Emphasis"/>
    <w:basedOn w:val="DefaultParagraphFont"/>
    <w:uiPriority w:val="19"/>
    <w:qFormat/>
    <w:rsid w:val="00923602"/>
    <w:rPr>
      <w:i/>
      <w:iCs/>
      <w:color w:val="808080" w:themeColor="text1" w:themeTint="7F"/>
    </w:rPr>
  </w:style>
  <w:style w:type="character" w:styleId="SubtleReference">
    <w:name w:val="Subtle Reference"/>
    <w:basedOn w:val="DefaultParagraphFont"/>
    <w:uiPriority w:val="31"/>
    <w:qFormat/>
    <w:rsid w:val="00923602"/>
    <w:rPr>
      <w:smallCaps/>
      <w:color w:val="E97132" w:themeColor="accent2"/>
      <w:u w:val="single"/>
    </w:rPr>
  </w:style>
  <w:style w:type="character" w:styleId="BookTitle">
    <w:name w:val="Book Title"/>
    <w:basedOn w:val="DefaultParagraphFont"/>
    <w:uiPriority w:val="33"/>
    <w:qFormat/>
    <w:rsid w:val="00923602"/>
    <w:rPr>
      <w:b/>
      <w:bCs/>
      <w:smallCaps/>
      <w:spacing w:val="5"/>
    </w:rPr>
  </w:style>
  <w:style w:type="paragraph" w:styleId="TOCHeading">
    <w:name w:val="TOC Heading"/>
    <w:basedOn w:val="Heading1"/>
    <w:next w:val="Normal"/>
    <w:uiPriority w:val="39"/>
    <w:semiHidden/>
    <w:unhideWhenUsed/>
    <w:qFormat/>
    <w:rsid w:val="00923602"/>
    <w:pPr>
      <w:spacing w:before="480" w:after="0" w:line="276" w:lineRule="auto"/>
      <w:outlineLvl w:val="9"/>
    </w:pPr>
    <w:rPr>
      <w:b/>
      <w:bCs/>
      <w:kern w:val="0"/>
      <w:sz w:val="28"/>
      <w:szCs w:val="28"/>
      <w14:ligatures w14:val="none"/>
    </w:rPr>
  </w:style>
  <w:style w:type="table" w:styleId="TableGrid">
    <w:name w:val="Table Grid"/>
    <w:basedOn w:val="TableNormal"/>
    <w:uiPriority w:val="59"/>
    <w:rsid w:val="00923602"/>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923602"/>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23602"/>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923602"/>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923602"/>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923602"/>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923602"/>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923602"/>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23602"/>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23602"/>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23602"/>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23602"/>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23602"/>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23602"/>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23602"/>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923602"/>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923602"/>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923602"/>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923602"/>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923602"/>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923602"/>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923602"/>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923602"/>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923602"/>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923602"/>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923602"/>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923602"/>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923602"/>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923602"/>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923602"/>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923602"/>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923602"/>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styleId="FootnoteText">
    <w:name w:val="footnote text"/>
    <w:basedOn w:val="Normal"/>
    <w:link w:val="FootnoteTextChar"/>
    <w:uiPriority w:val="99"/>
    <w:semiHidden/>
    <w:unhideWhenUsed/>
    <w:rsid w:val="00923602"/>
    <w:rPr>
      <w:sz w:val="20"/>
      <w:szCs w:val="20"/>
    </w:rPr>
  </w:style>
  <w:style w:type="character" w:customStyle="1" w:styleId="FootnoteTextChar">
    <w:name w:val="Footnote Text Char"/>
    <w:basedOn w:val="DefaultParagraphFont"/>
    <w:link w:val="FootnoteText"/>
    <w:uiPriority w:val="99"/>
    <w:semiHidden/>
    <w:rsid w:val="00923602"/>
    <w:rPr>
      <w:sz w:val="20"/>
      <w:szCs w:val="20"/>
    </w:rPr>
  </w:style>
  <w:style w:type="character" w:styleId="FootnoteReference">
    <w:name w:val="footnote reference"/>
    <w:basedOn w:val="DefaultParagraphFont"/>
    <w:uiPriority w:val="99"/>
    <w:semiHidden/>
    <w:unhideWhenUsed/>
    <w:rsid w:val="00923602"/>
    <w:rPr>
      <w:vertAlign w:val="superscript"/>
    </w:rPr>
  </w:style>
  <w:style w:type="character" w:styleId="LineNumber">
    <w:name w:val="line number"/>
    <w:basedOn w:val="DefaultParagraphFont"/>
    <w:uiPriority w:val="99"/>
    <w:semiHidden/>
    <w:unhideWhenUsed/>
    <w:rsid w:val="00923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61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80/002731709035048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37/pas000075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stor.org/stable/4615733" TargetMode="External"/><Relationship Id="rId5" Type="http://schemas.openxmlformats.org/officeDocument/2006/relationships/webSettings" Target="webSettings.xml"/><Relationship Id="rId15" Type="http://schemas.openxmlformats.org/officeDocument/2006/relationships/hyperlink" Target="https://doi.org/10.31234/osf.io/dc8u6" TargetMode="External"/><Relationship Id="rId10" Type="http://schemas.openxmlformats.org/officeDocument/2006/relationships/hyperlink" Target="https://doi.org/10.1207/S15327906MBR3601_0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hitop-system.org/hitop-self-report-meas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1F9B1-6303-434C-BD75-B92052B13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2146</TotalTime>
  <Pages>33</Pages>
  <Words>8687</Words>
  <Characters>49522</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Mostajabi, Janan</dc:creator>
  <cp:keywords/>
  <dc:description/>
  <cp:lastModifiedBy>Mostajabi, Janan</cp:lastModifiedBy>
  <cp:revision>136</cp:revision>
  <dcterms:created xsi:type="dcterms:W3CDTF">2025-05-30T03:54:00Z</dcterms:created>
  <dcterms:modified xsi:type="dcterms:W3CDTF">2025-11-24T11:45:00Z</dcterms:modified>
</cp:coreProperties>
</file>